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Есдүгээр Дугаар</w:t>
      </w:r>
    </w:p>
    <w:p>
      <w:pPr>
        <w:pStyle w:val="ArticleSubtitle"/>
        <w:jc w:val="left"/>
      </w:pPr>
      <w:r>
        <w:rPr>
          <w:rFonts w:ascii="Arial" w:hAnsi="Arial" w:eastAsia="Arial" w:cs="Arial"/>
        </w:rPr>
        <w:t>Эцсийн өдрүүд ба Бурханы шүүлт: эш үзүүллэгийн ойлголтуудыг нээн илчлэх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“Эцсийн өдрүүд” нь эхний тэнгэрэлчийн хөдөлгөөн дотор шүүлт нээгдсэнийг тунхаглахыг илэрхийлдэг бөгөөд гурав дахь тэнгэрэлчийн хөдөлгөөн дотор шүүлт төгсгөлдөө хүрэхийг тунхагладаг. “Эцсийн өдрүүдэд” Бурханы ард түмэн Бурханы шүүлтийг тунхаглахын тулд босгогдсон бөгөөд одоо ч босгогдсоор байна; харин Бурханы шүүлтийн элч байхын тулд та шүүлтийг ойлгох ёстой. Лаодикеийн Адвентизмийн, боловсролтой анги ч, боловсролгүй анги ч аль алиных нь нэг үндсэн шинж нь тэд Бурханы шүүлтийг мэддэггүй явдал юм. Бүх эш үзүүлэгчид өөрсдийн амьдарч байсан өдрүүдээс илүүтэйгээр, илүү тодорхойгоор эцсийн өдрүүдэд хандан өгүүлдэг.</w:t>
      </w:r>
    </w:p>
    <w:p>
      <w:pPr>
        <w:pStyle w:val="ArticleScripture"/>
        <w:jc w:val="left"/>
      </w:pPr>
      <w:r>
        <w:rPr>
          <w:rFonts w:ascii="Times New Roman" w:hAnsi="Times New Roman" w:eastAsia="Times New Roman" w:cs="Times New Roman"/>
        </w:rPr>
        <w:t>“Эртний эш үзүүлэгч бүр өөрсдийн цаг үеийнхнээс илүүтэйгээр бидний төлөө айлдсан бөгөөд тийнхүү тэдний эш үзүүллэг бидний хувьд хүчинтэй байна. ‘Эдүгээ энэ бүх юм тэдэнд сургамж болгон тохиолдсон бөгөөд үеийн төгсгөлд хүрсэн бидэнд сануулга болгохын тулд бичигдсэн юм.’ 1 Коринт 10:11.” Selected Messages, book 3, 338.</w:t>
      </w:r>
    </w:p>
    <w:p>
      <w:pPr>
        <w:pStyle w:val="ArticleBody"/>
        <w:jc w:val="left"/>
      </w:pPr>
      <w:r>
        <w:rPr>
          <w:rFonts w:ascii="Times New Roman" w:hAnsi="Times New Roman" w:eastAsia="Times New Roman" w:cs="Times New Roman"/>
        </w:rPr>
        <w:t>Бүх эш үзүүлэгчид нэгэнтэйгээ санал нийлдэг тул тэдний эш үзүүллэгүүд бүгд нэг л дүрслэлийг илэрхийлж байдаг бөгөөд тэрхүү дүрслэл нь шүүлтийн өдрүүд болох эцсийн өдрүүдийн тухай юм.</w:t>
      </w:r>
    </w:p>
    <w:p>
      <w:pPr>
        <w:pStyle w:val="ArticleScripture"/>
        <w:jc w:val="left"/>
      </w:pPr>
      <w:r>
        <w:rPr>
          <w:rFonts w:ascii="Times New Roman" w:hAnsi="Times New Roman" w:eastAsia="Times New Roman" w:cs="Times New Roman"/>
        </w:rPr>
        <w:t>Эш үзүүлэгчдийн сүнс эш үзүүлэгчдэд захирагддаг. Учир нь Бурхан бол эмх замбараагүй байдлын бус, харин амар тайвны Бурхан мөн; ариун хүмүүсийн бүх чуулгануудад ч тийн байдаг. 1 Коринт 14:32, 33.</w:t>
      </w:r>
    </w:p>
    <w:p>
      <w:pPr>
        <w:pStyle w:val="ArticleBody"/>
        <w:jc w:val="left"/>
      </w:pPr>
      <w:r>
        <w:rPr>
          <w:rFonts w:ascii="Times New Roman" w:hAnsi="Times New Roman" w:eastAsia="Times New Roman" w:cs="Times New Roman"/>
        </w:rPr>
        <w:t>Езекиелийн наймдугаар бүлгээс эхэлдэг үзэгдэл дэх Иерусалим нь Бурханы сүм бөгөөд, энэ нь эцсийн өдрүүд дэх Лаодикийн Долоо дахь өдрийн Адвентист сүм мөн. Езекиелийн найм, есдүгээр бүлгүүд нь Бурханы өргөөний шүүлтийн төгсгөлд мөргөгчдийн хоёр ангийг тодорхойлдог. Нэг анги нь наранд мөргөн сөхөрч буй хорин таван ахмад хүнээр төлөөлөгддөг; харин сүм болон нутагт үйлдэгдэж буй жигшүүрт хэргүүдийн төлөө санаа алдан гашууддаг хүмүүс Бурханы тамгыг хүлээн авдаг. Арван нэгдүгээр бүлэгт, Езекиелийн үзэгдэл наранд мөргөн сөхөрдөг тэрхүү хорин таван хүний шийтгэлийн дүрслэлийг үргэлжлүүлэн харуулдаг.</w:t>
      </w:r>
    </w:p>
    <w:p>
      <w:pPr>
        <w:pStyle w:val="ArticleScripture"/>
        <w:jc w:val="left"/>
      </w:pPr>
      <w:r>
        <w:rPr>
          <w:rFonts w:ascii="Times New Roman" w:hAnsi="Times New Roman" w:eastAsia="Times New Roman" w:cs="Times New Roman"/>
        </w:rPr>
        <w:t>Түүнчлэн Сүнс намайг өргөн авч, зүүн тийш харсан ЭЗЭНий өргөөний зүүн хаалганд хүргэв. Харагтун, хаалганы үүдэнд хорин таван хүн байлаа. Тэдний дунд ард түмний ноёд болох Азурын хүү Иаазаниа, Бенаиагийн хүү Пелатиа нарыг би харав. Тэгэхэд Тэр надад, Хүний хүү, эд бол энэ хотод хорлол сэдэж, хорон зөвлөгөө өгдөг хүмүүс мөн. Тэд, Цаг нь ойртоогүй; байшингууд барья. Энэ хот бол тогоо, бид бол мах нь, хэмээн хэлдэг. Иймээс тэдний эсрэг эш үзүүл, эш үзүүл ээ, хүний хүү, гэв. Тэгэхэд ЭЗЭНий Сүнс над дээр бууж, надад, Ярь; ЭЗЭН ингэж айлдаж байна: Израилийн гэр ээ, та нар ийнхүү хэлсэн. Та нарын хүн нэг бүрийн бодолд орж ирдэг зүйлсийг Би мэднэ. Та нар энэ хотод алагдагсдыг олшруулж, гудамжуудыг нь алагдагсдаар дүүргэсэн. Тиймээс Эзэн БУРХАН ингэж айлдаж байна: Та нарын түүний дунд хэвтүүлсэн алагдагсад бол мах нь мөн, энэ хот бол тогоо мөн. Харин Би та нарыг түүний дундаас гаргана. Та нар илднээс айсан, гэвч Би та нарын дээр илд авчирна, гэж Эзэн БУРХАН айлдаж байна. Би та нарыг түүний дундаас гаргаж, харь хүмүүсийн гарт тушаан өгч, та нарын дунд шүүлт үйлдэнэ. Езекиел 11:1–9.</w:t>
      </w:r>
    </w:p>
    <w:p>
      <w:pPr>
        <w:pStyle w:val="ArticleBody"/>
        <w:jc w:val="left"/>
      </w:pPr>
      <w:r>
        <w:rPr>
          <w:rFonts w:ascii="Times New Roman" w:hAnsi="Times New Roman" w:eastAsia="Times New Roman" w:cs="Times New Roman"/>
        </w:rPr>
        <w:t>Иерусалимыг “тогоо” хэмээн тодорхойлсон бөгөөд Иерусалим дахь ард түмэн нь тогоонд чанагдаж буй “мах” юм. Нэг зуун дөчин дөрвөн мянгыг тамгалах цагт—учир нь Сестра Уайт Езекиелийн есдүгээр бүлгийн тамгалалт нь Илчлэлт номын долдугаар бүлгийн тамгалалттай адил гэж хэлдэг—гарандаа сүйтгэгч зэвсэг барьсан тэнгэр элч нараар гүйцэлдүүлэх хорон муу хүмүүсийн шүүлт нь хорон муу хүмүүс Иерусалимаас зайлуулагдана гэсэн үнэнийг багтаадаг. Удахгүй ирэх Ням гаргийн хуулийн үед сүнслэг Иерусалим цэвэршүүлэгдэж, бүх уулсын дээр туг тэмдэг мэт өргөгдөнө.</w:t>
      </w:r>
    </w:p>
    <w:p>
      <w:pPr>
        <w:pStyle w:val="ArticleScripture"/>
        <w:jc w:val="left"/>
      </w:pPr>
      <w:r>
        <w:rPr>
          <w:rFonts w:ascii="Times New Roman" w:hAnsi="Times New Roman" w:eastAsia="Times New Roman" w:cs="Times New Roman"/>
        </w:rPr>
        <w:t>Эцсийн өдрүүдэд ЭЗЭНий өргөөний уул нь уулсын оргил дээр бат тогтоогдож, толгодоос дээгүүр өргөмжлөгдөнө; бүх үндэстэн түүн уруу цутган ирнэ. Олон ард түмэн явж, “Ирэгтүн, ЭЗЭНий уул уруу, Иаковын Бурханы өргөө уруу өгсөн гарцгаая; Тэр Өөрийн замуудаас бидэнд зааж, бид Түүний жимүүдээр алхах болно. Учир нь хууль Сионоос гарч, ЭЗЭНий үг Иерусалимаас гарах болно” гэж хэлнэ. Исаиа 2:2, 3.</w:t>
      </w:r>
    </w:p>
    <w:p>
      <w:pPr>
        <w:pStyle w:val="ArticleBody"/>
        <w:jc w:val="left"/>
      </w:pPr>
      <w:r>
        <w:rPr>
          <w:rFonts w:ascii="Times New Roman" w:hAnsi="Times New Roman" w:eastAsia="Times New Roman" w:cs="Times New Roman"/>
        </w:rPr>
        <w:t>Ням гарагийн хуулийн үед Иерусалимын төлөө хийгдэх цэвэршүүлэлт гэдэг нь Лаодикийн Адвентистуудыг зайлуулахыг хэлэх бөгөөд тэгэхэд зөвхөн Филадельфийн Адвентистууд л үлдэнэ. Тэгээд хуулийн дагуух корпорацийн бүтэц төгсөнө. Учир нь 1863 онд байгуулагдсан эрх зүйн зохицуулалтад АНУ-ын засгийн газар хяналт тавигч этгээд мөн бөгөөд Америкийн Нэгдсэн Улсын засгийн газар тухайн нутагт Ням гарагийг сахихыг албадан хэрэгжүүлэх үед Долоо дахь өдрийн Адвентист сүмийн корпорацийн бүтэц хууль ёсоор татан буугдах, эсвэл магадгүй түүний нэр хууль ёсоор Ням гарагийн Адвентист сүм гэсэн маягийн зүйл болгон өөрчлөгдөх юм.</w:t>
      </w:r>
    </w:p>
    <w:p>
      <w:pPr>
        <w:pStyle w:val="ArticleBody"/>
        <w:jc w:val="left"/>
      </w:pPr>
      <w:r>
        <w:rPr>
          <w:rFonts w:ascii="Times New Roman" w:hAnsi="Times New Roman" w:eastAsia="Times New Roman" w:cs="Times New Roman"/>
        </w:rPr>
        <w:t>Иерусалим дахь хорон муу хүмүүсийг устгагч тэнгэрэлч нар тогооноос гарган зайлуулах үед Лаодикийн Адвентист сүм төгсөж, Филадельфийн хөдөлгөөн өргөгдсөн туг тэмдэг болох сүнслэг Иерусалим болдог. Мика, Исаиагийн гэрлийг харанхуй, харанхуйг гэрэл гэж нэрлэдэг басамжлагч хүмүүс хэмээн нэрлэсэн ахлагч нарт хандан, нэгэн асуултаар дамжуулан, тэд “шүүлт”-ийг мэдэх ёстой байсан гэдгийг тодорхойлдог. Тэд өөрсдөд нь айлчлах цагийг мэдэх ёстой байсан.</w:t>
      </w:r>
    </w:p>
    <w:p>
      <w:pPr>
        <w:pStyle w:val="ArticleScripture"/>
        <w:jc w:val="left"/>
      </w:pPr>
      <w:r>
        <w:rPr>
          <w:rFonts w:ascii="Times New Roman" w:hAnsi="Times New Roman" w:eastAsia="Times New Roman" w:cs="Times New Roman"/>
        </w:rPr>
        <w:t>Тэгээд би хэлэв: Сонсооч, гуйя, Иаковын тэргүүнүүд ээ, Израилийн гэрийн ноёд оо; шүүлтийг мэдэх нь та нарт зохих бус уу? Та нар сайныг үзэн ядаж, мууг хайрладаг; тэдний арьсыг биеэс нь хуулж, махыг нь ясаас нь салгадаг; мөн Миний ард түмний махыг идэж, арьсыг нь хуулдаг; ясыг нь хугалж, тогоонд хийх мэт, тогоон доторх мах мэт хэсэг хэсгээр нь цавчдаг. Мика 3:1–3.</w:t>
      </w:r>
    </w:p>
    <w:p>
      <w:pPr>
        <w:pStyle w:val="ArticleBody"/>
        <w:jc w:val="left"/>
      </w:pPr>
      <w:r>
        <w:rPr>
          <w:rFonts w:ascii="Times New Roman" w:hAnsi="Times New Roman" w:eastAsia="Times New Roman" w:cs="Times New Roman"/>
        </w:rPr>
        <w:t>Бурхан Өөрийн эцсийн өдрүүдийн ард түмэн “шүүлтийг мэддэг” байхаар хүссэн бөгөөд одоо ч тийнхүү хүссээр байна; шүүлт гэдэг нь ганцхан ойлголт биш юм. Энэ нь хэд хэдэн бүрэлдэхүүн хэсэг, тодорхой үе шатыг агуулсан, тасралтгүй урагшлах түүхэн явц мөн. Энэ нь 1798 онд эхэлж, мянган жилийн төгсгөл хүртэл үргэлжлэх эш үзүүллэгийн хугацаа юм. Энэ нь мөрдөн шалгах шинжтэй бөгөөд мөн гүйцэтгэх шинжтэй. Энэ нь дэлхий гариг дээр амьдарч байсан хүн бүр дээр, мөн тэнгэрээс хөөгдсөн тэнгэр элч нар дээр ч хэрэгждэг. Шүүлтийн үе шатуудыг ойлгох нь эцсийн өдрүүд дэх Бурханы итгэмжит хүмүүст зайлшгүй чухал ойлголт мөн, учир нь Микагийн асуултад өгөх хариулт нь: “тийм ээ, Израиль шүүлтийг ойлгох ёстой” юм.</w:t>
      </w:r>
    </w:p>
    <w:p>
      <w:pPr>
        <w:pStyle w:val="ArticleBody"/>
        <w:jc w:val="left"/>
      </w:pPr>
      <w:r>
        <w:rPr>
          <w:rFonts w:ascii="Times New Roman" w:hAnsi="Times New Roman" w:eastAsia="Times New Roman" w:cs="Times New Roman"/>
        </w:rPr>
        <w:t>Иеремиа сүүлийн өдрүүд дэх Иерусалимын ахмад эрчүүдийг, Езекиелийн наймдугаар бүлгийн улам бүр нэмэгдсэн дөрвөн жигшүүрт явдлаар бэлгэдэгдсэн, бослого тэрслүү байдлын өсөн нэмэгдсэн дөрвөн үеэр илэрхийлэгддэг “мөнхийн ухралтын” оргил гэж тодорхойлдог. Иеремиа тэр ахмад эрчүүдийг сүнс шүтлэгт автсан гэж тодорхойлдог, учир нь тэд “нарыг, сарыг, тэнгэрийн бүх эрхсийг” “шүтдэг.” Тэрээр тэд “унана, босохгүй” гэж тодорхойлдог, учир нь “тэд ЭЗЭНий үгийг няцаасан.” Эдгээр шинжээр Иеремиа “ард түмэн ЭЗЭНий шүүлтийг мэдэхгүй” болохыг тодорхойлдог.</w:t>
      </w:r>
    </w:p>
    <w:p>
      <w:pPr>
        <w:pStyle w:val="ArticleScripture"/>
        <w:jc w:val="left"/>
      </w:pPr>
      <w:r>
        <w:rPr>
          <w:rFonts w:ascii="Times New Roman" w:hAnsi="Times New Roman" w:eastAsia="Times New Roman" w:cs="Times New Roman"/>
        </w:rPr>
        <w:t>“Тэр цагт, — гэж ЭЗЭН айлдаж байна, — тэд Иудагийн хаадын ясыг, түүний ноёдын ясыг, тахилч нарын ясыг, эш үзүүлэгчдийн ясыг, Иерусалимын оршин суугчдын ясыг булшнуудаас нь гаргана. Тэд тэдгээрийг өөрсдийн хайрласан, өөрсдийн үйлчилсэн, араас нь дагасан, эрэн хайсан, мөргөн шүтсэн нар, сар, тэнгэрийн бүх эрхэстний өмнө дэлгэнэ. Тэдгээрийг дахин хураан авахгүй, оршуулах ч үгүй; тэд газар дэлхийн мандал дээрх баас мэт болно. Энэ бузар овгийн үлдэж хоцорсон бүх үлдэгсэд, Миний тэднийг хөөж тараасан бүх газарт байгаа тэднээс амийг бус, үхлийг сонгох болно” гэж түмэн цэргийн ЭЗЭН айлдаж байна. “Түүнчлэн чи тэдэнд, ‘ЭЗЭН ингэж айлдаж байна: Хүн унаад босдоггүй гэж үү? Хүн буруу тийш эргээд буцдаггүй гэж үү? Тэгвэл Иерусалимын энэ ард түмэн яагаад төгсгөлгүй ухралтаар ухарчээ вэ? Тэд худлыг чанга атгаж, буцаж ирэхээс татгалзжээ. Би анхааран сонссон, гэвч тэд зөвийг ярьсангүй. Хэн ч өөрийн хорон мууд гэмшиж, “Би юу үйлдчихэв?” гэж хэлсэнгүй. Хүн бүр байлдаанд ухасхийн ордог морь мэт өөрийн зам руу эргэн оджээ. Тийм ээ, тэнгэр дэх өрөвтас хүртэл өөрийн тогтоогдсон цагуудыг мэддэг; хүүрзгэнэ, тогоруу, хараацай ч ирэх цагаа ажигладаг. Харин Миний ард түмэн ЭЗЭНий шүүлтийг мэддэггүй. Та нар, “Бид мэргэн, ЭЗЭНий хууль бидэнд байна” гэж яаж хэлж чадна вэ? Харагтун, үнэхээр бичээчдийн үзэг үүнийг хий дэмий зүйл болгожээ. Мэргэд ичгүүрт орж, айн мэгдэж, баригджээ. Харагтун, тэд ЭЗЭНий үгийг голжээ; тэгвэл тэдэнд ямар мэргэн ухаан байна вэ?’ Иеремиа 8:1–9.”</w:t>
      </w:r>
    </w:p>
    <w:p>
      <w:pPr>
        <w:pStyle w:val="ArticleBody"/>
        <w:jc w:val="left"/>
      </w:pPr>
      <w:r>
        <w:rPr>
          <w:rFonts w:ascii="Times New Roman" w:hAnsi="Times New Roman" w:eastAsia="Times New Roman" w:cs="Times New Roman"/>
        </w:rPr>
        <w:t>Тавдугаар бүлэгт Иеремиа ЭЗЭНий шүүлтийг мэддэггүй хүмүүсийг “тэнэг” хэмээн тодорхойлдог.</w:t>
      </w:r>
    </w:p>
    <w:p>
      <w:pPr>
        <w:pStyle w:val="ArticleScripture"/>
        <w:jc w:val="left"/>
      </w:pPr>
      <w:r>
        <w:rPr>
          <w:rFonts w:ascii="Times New Roman" w:hAnsi="Times New Roman" w:eastAsia="Times New Roman" w:cs="Times New Roman"/>
        </w:rPr>
        <w:t>Иерусалимын гудамжуудаар нааш цааш гүйж, одоо харж, мэдэж, түүний өргөн талбайнуудаар хайгтун. Хэрэв та нар шүүлтийг үйлддэг, үнэнийг эрдэг нэгэн хүнийг олж чадваас, тэнд тийм хүн буй аваас, Би түүнийг өршөөнө. Хэдийгээр тэд, “ЭЗЭН амьд” гэж хэлэвч, үнэхээр тэд худлаар тангарагладаг. Өө, ЭЗЭН, Таны мэлмий үнэн дээр байдаг бус уу? Та тэднийг цохисон боловч тэд гашуудсангүй; Та тэднийг сүйрүүлсэн боловч тэд засралыг хүлээн авахаас татгалзсан. Тэд нүүрээ хаднаас ч хатуу болгож, эргэж буцахаас татгалзсан. Тиймээс би, “Үнэхээр эд нар ядуус, тэд мунхаг юм. Учир нь тэд ЭЗЭНий замыг ч, өөрсдийн Бурханы шүүлтийг ч мэдэхгүй” гэж хэлэв. Иеремиа 5:1–4.</w:t>
      </w:r>
    </w:p>
    <w:p>
      <w:pPr>
        <w:pStyle w:val="ArticleBody"/>
        <w:jc w:val="left"/>
      </w:pPr>
      <w:r>
        <w:rPr>
          <w:rFonts w:ascii="Times New Roman" w:hAnsi="Times New Roman" w:eastAsia="Times New Roman" w:cs="Times New Roman"/>
        </w:rPr>
        <w:t>Эцсийн өдрүүдийн Лаодикийн Адвентизмд, Эгч Уайт “Адвентист ард түмний туршлага”-ыг төлөөлдөг хэмээн тодорхойлсон арван охины сургаалт зүйрлэл дэх мунхаг охидоор дүрслэгдсэн хүмүүс “ЭЗЭНий замыг ч, өөрсдийн Бурханы шүүлтийг ч мэддэггүй.” Дараагийн бүлэгт Иеремиа ЭЗЭНий “зам” нь “эртний жимүүд” мөн болохыг тодорхойлдог боловч мунхаг Лаодикийн Адвентистууд түүгээр явахаас, мөн бүрээний дууг сонсохоос татгалздаг. “Бүрээ” нь шүүлтийн бэлгэдэл бөгөөд мэдээж мунхаг Лаодикийн Адвентистууд үүнийг мэддэггүй.</w:t>
      </w:r>
    </w:p>
    <w:p>
      <w:pPr>
        <w:pStyle w:val="ArticleScripture"/>
        <w:jc w:val="left"/>
      </w:pPr>
      <w:r>
        <w:rPr>
          <w:rFonts w:ascii="Times New Roman" w:hAnsi="Times New Roman" w:eastAsia="Times New Roman" w:cs="Times New Roman"/>
        </w:rPr>
        <w:t>Их Эзэн ийнхүү айлдаж байна: Замуудын дунд зогсож, харж, эртний жимүүдийн тухай асуугтун; сайн зам хаана байгааг асууж, түүгээр явцгаа, тэгвэл та нар сэтгэлүүддээ амралтыг олох болно. Харин тэд, Бид түүгээр явахгүй, гэв. Мөн Би та нарын дээр манаачдыг томилж, Бүрээн дууг анхааран сонсогтун, гэж хэлсэн. Харин тэд, Бид сонсохгүй, гэв. Тиймээс, үндэстнүүд ээ, сонсогтун; чуулган аа, тэдний дунд юу байгааг мэдэгтүн. Газар дэлхий ээ, сонсогтун: болгоогтун, Би энэ ард түмний дээр гай гамшгийг, өөрсдийнх нь бодлын үр жимсийг авчирна. Учир нь тэд Миний үгсийг чагнасангүй, Миний хуулийг ч мөн үл хүлээн авч, харин түүнийг няцаасан юм. Иеремиа 6:16–19.</w:t>
      </w:r>
    </w:p>
    <w:p>
      <w:pPr>
        <w:pStyle w:val="ArticleBody"/>
        <w:jc w:val="left"/>
      </w:pPr>
      <w:r>
        <w:rPr>
          <w:rFonts w:ascii="Times New Roman" w:hAnsi="Times New Roman" w:eastAsia="Times New Roman" w:cs="Times New Roman"/>
        </w:rPr>
        <w:t>Удахгүй ирэх ням гаргийн хуулийн үед Түүний хуулийг «голох» «чуулган» дээр, «бүрээний дууг» «сонсохоос» татгалзаж, хожмын борооны «амралт» олдох байсан «эртний замуудаар» «явхаас» няцсан тэрхүү «чуулган» дээр авчрагдах «гай гамшиг» тохиолдоно.</w:t>
      </w:r>
    </w:p>
    <w:p>
      <w:pPr>
        <w:pStyle w:val="ArticleBody"/>
        <w:jc w:val="left"/>
      </w:pPr>
      <w:r>
        <w:rPr>
          <w:rFonts w:ascii="Times New Roman" w:hAnsi="Times New Roman" w:eastAsia="Times New Roman" w:cs="Times New Roman"/>
        </w:rPr>
        <w:t>Елиагийн гурав дахин хэрэгжилт нь удахгүй ирэх Ням гарагийн хуулиар эхлэх гүйцэтгэх шүүлтийн цаг үед элч ба хөдөлгөөний ажлыг тодорхойлдог. Елиагийн гурав дахин хэрэгжилттэй нягт холбоотой нь Гэрээний Элчийн өмнөх замыг бэлтгэдэг элчийн гурав дахин хэрэгжилт юм. Замыг бэлтгэдэг элчийн гурав дахин хэрэгжилт нь мөрдөн байцаах шүүлтийн цаг үед элч ба хөдөлгөөнөөр хийгдэх ажлыг тодорхойлж байна. Замыг бэлтгэдэг элч болон Елиа нь хоорондоо нягт холбоотой, гурав дахин хэрэгждэг зүйлс мөн бөгөөд үүнтэй адил Ромын гурав дахин хэрэгжилт нь Вавилоны уналтын гурав дахин хэрэгжилттэй нягт холбоотой; гэвч тэд Бурханы шүүлттэй холбоотой чухал ялгаануудыг агуулдаг.</w:t>
      </w:r>
    </w:p>
    <w:p>
      <w:pPr>
        <w:pStyle w:val="ArticleBody"/>
        <w:jc w:val="left"/>
      </w:pPr>
      <w:r>
        <w:rPr>
          <w:rFonts w:ascii="Times New Roman" w:hAnsi="Times New Roman" w:eastAsia="Times New Roman" w:cs="Times New Roman"/>
        </w:rPr>
        <w:t>Элиагийн гуравласан хэрэглээ болон Гэрээний Элчид замыг бэлтгэдэг элчийн гуравласан хэрэглээ нь Бурханы Өөрийн сонгосон элчээр, мөн тэрхүү элчийн мэдээнд нэгддэг хөдөлгөөнөөр дамжуулан гүйцэлдүүлдэг шүүлтийн хоёр тусдаа ажилтай холбоотой байдаг. Эдгээр хоёр ажил нь шүүлтийн хоёр тусдаа үетэй холбоотой боловч бэлгэдлүүдийн хооронд давхцал байдаг.</w:t>
      </w:r>
    </w:p>
    <w:p>
      <w:pPr>
        <w:pStyle w:val="ArticleBody"/>
        <w:jc w:val="left"/>
      </w:pPr>
      <w:r>
        <w:rPr>
          <w:rFonts w:ascii="Times New Roman" w:hAnsi="Times New Roman" w:eastAsia="Times New Roman" w:cs="Times New Roman"/>
        </w:rPr>
        <w:t>Гурав дахь бөгөөд эцсийн Елиагийн ажил нь орчин үеийн Вавилоны гурвалсан холбоонд гүйцэтгэх шүүлттэй холбоотой бөгөөд замыг бэлтгэдэг элчийн ажил нь Бурханы ард түмний мөрдөн байцаах шүүлт болон цэвэршүүлэлттэй холбоотой юм. Малахи номын гуравдугаар бүлэг нь хоёрдугаар бүлгийн сүүлчийн эшлэлээр эхэлдэг.</w:t>
      </w:r>
    </w:p>
    <w:p>
      <w:pPr>
        <w:pStyle w:val="ArticleScripture"/>
        <w:jc w:val="left"/>
      </w:pPr>
      <w:r>
        <w:rPr>
          <w:rFonts w:ascii="Times New Roman" w:hAnsi="Times New Roman" w:eastAsia="Times New Roman" w:cs="Times New Roman"/>
        </w:rPr>
        <w:t>Та нар үгсээрээ ЭЗЭНийг залхаалаа. Гэвч та нар, “Бид юугаараа Түүнийг залхаасан бэ?” гэж хэлнэ. Та нар “Муу үйлдэгч бүхэн ЭЗЭНий мэлмийд сайн бөгөөд Тэр тэдэнд таалдаг” гэж хэлэхдээ, эсвэл “Шүүлтийн Бурхан хаана байна?” гэхдээ Түүнийг залхаадаг. Харагтун, Би Өөрийн элчийг илгээнэ, тэр Миний өмнө замыг бэлтгэнэ. Та нарын эрж буй Эзэн Өөрийн сүмд гэнэт ирнэ; та нарын таашаадаг гэрээний Элч, харагтун, Тэр ирнэ гэж түмэн цэргийн ЭЗЭН айлдаж байна. Харин Түүний ирэх өдрийг хэн тэсвэрлэж чадах вэ? Тэр үзэгдэхэд хэн тогтож үлдэх вэ? Учир нь Тэр бол цэвэршүүлэгчийн гал мэт, угаагчдын шүлт мэт юм. Тэр мөнгө цэвэршүүлэгч, ариусгагч мэт сууж, Левийн хөвгүүдийг ариусган, тэднийг алт, мөнгө мэт шүүн цэвэрлэнэ. Ингэснээр тэд зөвт байдал дотор ЭЗЭНд өргөл өргөх болно. Тэгээд Иуда ба Иерусалимын өргөл нь эртний өдрүүдийнх шиг, урьдын жилүүдийн адил ЭЗЭНд тааламжтай байх болно. Малахи 2:17–3:4.</w:t>
      </w:r>
    </w:p>
    <w:p>
      <w:pPr>
        <w:pStyle w:val="ArticleBody"/>
        <w:jc w:val="left"/>
      </w:pPr>
      <w:r>
        <w:rPr>
          <w:rFonts w:ascii="Times New Roman" w:hAnsi="Times New Roman" w:eastAsia="Times New Roman" w:cs="Times New Roman"/>
        </w:rPr>
        <w:t>Сүүлчийн өдрүүдэд, Малахийн гэрчлэлийн дагуу, 1888 оны бослогод зууралдсаар буй Лаодикийн Адвентизм Бурхныг залхааж байна. 1888 оны бослого нь Корах, Датан, Абирaмын бослогоор хэв шинжлэгдсэн бөгөөд Корахын бослогын сургаалын маргаан нь бузар мууг үйлдэгчид ЭЗЭНий мэлмийд одоо ч зөвт хэвээр байдаг эсэх тухай байв.</w:t>
      </w:r>
    </w:p>
    <w:p>
      <w:pPr>
        <w:pStyle w:val="ArticleScripture"/>
        <w:jc w:val="left"/>
      </w:pPr>
      <w:r>
        <w:rPr>
          <w:rFonts w:ascii="Times New Roman" w:hAnsi="Times New Roman" w:eastAsia="Times New Roman" w:cs="Times New Roman"/>
        </w:rPr>
        <w:t>Левийн хүү Кохатын хүү Изхарын хүү Корах, мөн Реубений хөвгүүд болох Елиабын хөвгүүд Датан ба Абирам, Пелетийн хүү Он нар хүмүүсийг авчээ. Тэд Израилийн хөвгүүдээс зарим хүмүүстэй хамт Мосегийн өмнө босов. Тэд чуулганы хоёр зуун тавин ноён, цуглаанд алдартай, нэр хүндтэй хүмүүс байв. Тэд Мосе ба Аароны эсрэг цугларч, тэдэнд хандан, “Та нар хэтэрхий ихийг өөрсдөдөө авч байна. Учир нь бүх чуулган бүхэлдээ ариун бөгөөд ЭЗЭН тэдний дунд байна. Тэгвэл та нар юунд ЭЗЭНий чуулганы дээгүүр өөрсдийгөө өргөмжлөнө вэ?” гэв. Тооллого 16:1–3.</w:t>
      </w:r>
    </w:p>
    <w:p>
      <w:pPr>
        <w:pStyle w:val="ArticleBody"/>
        <w:jc w:val="left"/>
      </w:pPr>
      <w:r>
        <w:rPr>
          <w:rFonts w:ascii="Times New Roman" w:hAnsi="Times New Roman" w:eastAsia="Times New Roman" w:cs="Times New Roman"/>
        </w:rPr>
        <w:t>Эцсийн өдрүүдэд Бурхан 1957 оны тэрсэлд зууралдан буй Лаодикеийн Адвентизмаас залхаж байна; энэ нь ердөө 1888 оны тэрслэлийн илрэл бөгөөд албан ёсны мэдэгдэлд шингээн тусгагдсан хэрэг юм. *Questions on Doctrine* хэмээх ном нь 1888 оны тэрслэлийг албажуулан бататгасан бөгөөд энэ нь 1888 оны чуулганд үлдэж, Корахын тэрслэлийн түүх хэрхэн дахин давтагдсаныг тэмдэглэн үлдээх ёстой хэмээн Уайт эгчид зааварласан тэнгэрэлчийн гэрчлэлийн дагуу, Корах, Датан, Абирамагийн тэрслэлийн давталт байсан юм. Алдар хүндтэй хоёр зуун тавин хүн Корах, Датан, Абирамагийн хамт Бурханы төлөөлөгч Мосегийн эсрэг тэрслэлд нэгдэн цугларсан юм.</w:t>
      </w:r>
    </w:p>
    <w:p>
      <w:pPr>
        <w:pStyle w:val="ArticleBody"/>
        <w:jc w:val="left"/>
      </w:pPr>
      <w:r>
        <w:rPr>
          <w:rFonts w:ascii="Times New Roman" w:hAnsi="Times New Roman" w:eastAsia="Times New Roman" w:cs="Times New Roman"/>
        </w:rPr>
        <w:t>Езекиел номын наймдугаар бүлэгт наранд мөргөж буй хорин таван хүн нь Кора, Датан, Абирамагийн бослогод утлага өргөсөн хоёр зуун тавин хүний аравны нэг буюу аравны нэгэн хувь хэмжээг төлөөлдөг; тэдгээр нь 1888 оны бослогын удирдагчдыг бэлгэдэн дүрсэлсэн бөгөөд тэдний сургаалын бослого 1957 онд Questions on Doctrine хэмээх ном хэвлэгдсэнээр албан ёсоор хэлбэржин тогтсон юм.</w:t>
      </w:r>
    </w:p>
    <w:p>
      <w:pPr>
        <w:pStyle w:val="ArticleBody"/>
        <w:jc w:val="left"/>
      </w:pPr>
      <w:r>
        <w:rPr>
          <w:rFonts w:ascii="Times New Roman" w:hAnsi="Times New Roman" w:eastAsia="Times New Roman" w:cs="Times New Roman"/>
        </w:rPr>
        <w:t>Кора, Датан, Абираны тэр бослого нь Бурхан тэдэнд дөчин жилийн турш цөлөөр тэнүүчлэхээр оноон тунхагласан “шүүлт”-ийг няцаасан явдал байв. Лаодикейн Адвентизм 1856 онд танилцуулагдсан Лаодикейн мэдээг няцаасныхаа дараа, итгэлийн дутагдлынх нь улмаас цөлд олон жилээр тэнүүчлэх шүүлтийг төрүүлсэн тул 1863 онд Лаодикейн цөлд тэнүүчилж эхэлсэн. 1888 оны бослогын үеэр ч тэд Ахлагч Жонс, Ваггонер нарын авчирсан Лаодикейн мэдээг хүлээн авахыг мөн л хүсээгүй хэвээр байв.</w:t>
      </w:r>
    </w:p>
    <w:p>
      <w:pPr>
        <w:pStyle w:val="ArticleBody"/>
        <w:jc w:val="left"/>
      </w:pPr>
      <w:r>
        <w:rPr>
          <w:rFonts w:ascii="Times New Roman" w:hAnsi="Times New Roman" w:eastAsia="Times New Roman" w:cs="Times New Roman"/>
        </w:rPr>
        <w:t>1888 онд тэрсэлсэн хүмүүс нь зөвхөн ахлагч Жонс ба Ваггонерын сүнслэг эрх мэдлийг төдийгүй, эш үзүүлэгч эмэгтэй Эллен Уайтын эрх мэдэл болон Ариун Сүнсний эрх мэдлийг ч мөн няцаасан юм. Учир нь тэд бүх чуулган адилхан ариун гэсэн үзлийг хэрэгжүүлэн үйлдсэн билээ.</w:t>
      </w:r>
    </w:p>
    <w:p>
      <w:pPr>
        <w:pStyle w:val="ArticleBody"/>
        <w:jc w:val="left"/>
      </w:pPr>
      <w:r>
        <w:rPr>
          <w:rFonts w:ascii="Times New Roman" w:hAnsi="Times New Roman" w:eastAsia="Times New Roman" w:cs="Times New Roman"/>
        </w:rPr>
        <w:t>1863 онд тэд Бетелийн худал эш үзүүлэгчтэй хамт дахин хооллохоор буцан очсон бөгөөд ингэснээрээ тэд эцэст нь Корахын бослогоор төлөөлөгдөн илэрхийлэгдсэн авралын тодорхойлолтыг хүлээн авч, улмаар тэрхүү худал сургаалыг Questions on Doctrine хэмээх номонд албан ёсоор тусган баталгаажуулсан юм. Тэр сургаал нь “итгэлээр зөвтгөгдөх” хэмээх үзлийн худал тодорхойлолт мөн.</w:t>
      </w:r>
    </w:p>
    <w:p>
      <w:pPr>
        <w:pStyle w:val="ArticleBody"/>
        <w:jc w:val="left"/>
      </w:pPr>
      <w:r>
        <w:rPr>
          <w:rFonts w:ascii="Times New Roman" w:hAnsi="Times New Roman" w:eastAsia="Times New Roman" w:cs="Times New Roman"/>
        </w:rPr>
        <w:t>1863 оны тэрслүү бослого нь Хабаккукийн хоёр хавтан дээр тусгагдсан Миллерийн эрдэнэсүүдийг няцаахын эхлэл байсан юм. Хабаккук номын хоёрдугаар бүлэгт, нэгдүгээр эшлэлийн “маргаан” нь эцэстээ саатсан мэдээний талаархи тэдний санал зөрөлдөөнөөр илэрхийлэгдэх мөргөгчдийн хоёр ангийг бий болгодог.</w:t>
      </w:r>
    </w:p>
    <w:p>
      <w:pPr>
        <w:pStyle w:val="ArticleScripture"/>
        <w:jc w:val="left"/>
      </w:pPr>
      <w:r>
        <w:rPr>
          <w:rFonts w:ascii="Times New Roman" w:hAnsi="Times New Roman" w:eastAsia="Times New Roman" w:cs="Times New Roman"/>
        </w:rPr>
        <w:t>Харагтун, бардамнан ихэрхсэн түүний сэтгэл дотор нь зөв шулуун бус; харин зөвт хүн итгэлээрээ амьдарна. Хабаккук 2:4.</w:t>
      </w:r>
    </w:p>
    <w:p>
      <w:pPr>
        <w:pStyle w:val="ArticleBody"/>
        <w:jc w:val="left"/>
      </w:pPr>
      <w:r>
        <w:rPr>
          <w:rFonts w:ascii="Times New Roman" w:hAnsi="Times New Roman" w:eastAsia="Times New Roman" w:cs="Times New Roman"/>
        </w:rPr>
        <w:t>Хабаккукийн хоёрдугаар бүлгийн “маргаан”-д гардаг “зөвт” хүний “итгэл” нь самбарууд дээр тодорхой бичигдсэн “үзэгдэл”-д суурилж байсан. 1863 оны тэрслэлд, самбарууд дээр бичигдсэн зүйлийг арилгах эхний алхмыг “зөвт”-ийн “итгэл”-ийг цаашид эзэмшихээ больсон хүмүүс хэрэгжүүлсэн юм. 1863 оны тэрслэл нь эцэстээ 1957 онд итгэлээр зөвтгөгдөх сургаалын талаархи хуурамч тодорхойлолтыг хуульчлан бататгах тэрслэлийн анхны үрийг төлөөлсөн юм.</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“Эзэн Өөрийн агуу өршөөлөөр Ваггонер, Жоунс ахлагчдаар дамжуулан Өөрийн ард түмэнд нэн эрхэм мэдээг илгээсэн билээ. Энэ мэдээ нь бүх дэлхийн нүглийн төлөөх тахил болсон өргөмжлөгдсөн Аврагчийг ертөнцийн өмнө илүү тодорхойгоор авчрах зорилготой байв. Энэ нь Батлан Даагчаар дамжих итгэлээр зөвтгөгдөхийг толилуулсан; мөн Бурханы бүх тушаалд дуулгавартай байдалд илэрхийлэгддэг Христийн зөвт байдлыг хүлээн авахыг хүмүүст уриалсан. Олон хүн Есүсийг хараанаасаа алдсан байв. Тэдний нүдийг Түүний бурханлаг Бие хүн, Түүний гавьяа, хүн төрөлхтнийг гэсэн Түүний хувиршгүй хайранд чиглүүлэх шаардлагатай байлаа. Бүх эрх мэдэл Түүний гарт өгөгдсөн бөгөөд ингэснээр Тэр хүмүүст элбэг арвин бэлгүүдийг түгээж, тусламжгүй хүний төлөөлөгчид Өөрийн зөвт байдлын үнэлж баршгүй бэлгийг хүртээх юм. Энэ бол Бурханы ертөнцөд хүргэхийг тушаасан мэдээ мөн. Энэ нь чанга дуугаар тунхаглагдах ёстой бөгөөд Түүний Сүнсний их хэмжээгээр асгаралтаар дагалдуулах гурав дахь тэнгэрэлчийн мэдээ мөн.” Testimonies to Ministers, 91.</w:t>
      </w:r>
    </w:p>
    <w:p>
      <w:pPr>
        <w:pStyle w:val="ArticleScripture"/>
        <w:jc w:val="left"/>
      </w:pPr>
      <w:r>
        <w:rPr>
          <w:rFonts w:ascii="Times New Roman" w:hAnsi="Times New Roman" w:eastAsia="Times New Roman" w:cs="Times New Roman"/>
        </w:rPr>
        <w:t>“Энэ цаг үеийн үнэн, гурав дахь тэнгэрэлчийн мэдээ нь агуу эцсийн сорилтод ойртох тусам өсөн нэмэгдэх хүчтэйгээр, өөрөөр хэлбэл чанга дуугаар тунхаглагдах ёстой.” The 1888 Materials, 1710.</w:t>
      </w:r>
    </w:p>
    <w:p>
      <w:pPr>
        <w:pStyle w:val="ArticleScripture"/>
        <w:jc w:val="left"/>
      </w:pPr>
      <w:r>
        <w:rPr>
          <w:rFonts w:ascii="Times New Roman" w:hAnsi="Times New Roman" w:eastAsia="Times New Roman" w:cs="Times New Roman"/>
        </w:rPr>
        <w:t>“Сорилтын цаг яг бидний дээр ирээд байна. Учир нь гурав дахь тэнгэрэлчийн чанга хашхираан нүглийг уучлагч Аврагч Христийн зөвт байдлын илчлэлтээр аль хэдийн эхэлсэн билээ. Энэ нь алдар нь бүх дэлхийг дүүргэх тэр тэнгэрэлчийн гэрлийн эхлэл мөн.” Selected Messages, book 1, 362.</w:t>
      </w:r>
    </w:p>
    <w:p>
      <w:pPr>
        <w:pStyle w:val="ArticleScripture"/>
        <w:jc w:val="left"/>
      </w:pPr>
      <w:r>
        <w:rPr>
          <w:rFonts w:ascii="Times New Roman" w:hAnsi="Times New Roman" w:eastAsia="Times New Roman" w:cs="Times New Roman"/>
        </w:rPr>
        <w:t>“Хожмын бороо Бурханы ард түмэн дээр буух ёстой. Тэнгэрээс хүчирхэг нэгэн тэнгэрэлч бууж ирэх бөгөөд бүх дэлхий түүний алдраар гэрэлтэх болно.” Review and Herald, 1891 оны 4 дүгээр сарын 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Есдүгээр Дугаар</dc:title>
  <dc:subject>Эцсийн өдрүүд ба Бурханы шүүлт: эш үзүүллэгийн ойлголтуудыг нээн илчлэх</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