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Нэгдүгээр дугаар</w:t>
      </w:r>
    </w:p>
    <w:p>
      <w:pPr>
        <w:pStyle w:val="ArticleSubtitle"/>
        <w:jc w:val="left"/>
      </w:pPr>
      <w:r>
        <w:rPr>
          <w:rFonts w:ascii="Arial" w:hAnsi="Arial" w:eastAsia="Arial" w:cs="Arial"/>
        </w:rPr>
        <w:t>Эхлэл ба Төгсгөл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Хуучин Гэрээний төгсгөлийн мэдэгдэл нь ЭЗЭНий агуу бөгөөд аймшигт өдрийн өмнө эш үзүүлэгч Елиа нэгэн мэдээтэйгээр ирнэ гэсэн амлалтыг тунхагладаг.</w:t>
      </w:r>
    </w:p>
    <w:p>
      <w:pPr>
        <w:pStyle w:val="ArticleScripture"/>
        <w:jc w:val="left"/>
      </w:pPr>
      <w:r>
        <w:rPr>
          <w:rFonts w:ascii="Times New Roman" w:hAnsi="Times New Roman" w:eastAsia="Times New Roman" w:cs="Times New Roman"/>
        </w:rPr>
        <w:t>Харагтун, Эзэний агуу бөгөөд аймшигт өдөр ирэхээс өмнө Би эш үзүүлэгч Елиаг та нар уруу илгээнэ. Тэрээр эцгүүдийн зүрх сэтгэлийг хүүхдүүд уруу, хүүхдүүдийн зүрх сэтгэлийг эцгүүд уруу эргүүлнэ; эс тэгвээс Би ирж, газрыг хараалаар цохих вий. Малахи 4:5, 6.</w:t>
      </w:r>
    </w:p>
    <w:p>
      <w:pPr>
        <w:pStyle w:val="ArticleBody"/>
        <w:jc w:val="left"/>
      </w:pPr>
      <w:r>
        <w:rPr>
          <w:rFonts w:ascii="Times New Roman" w:hAnsi="Times New Roman" w:eastAsia="Times New Roman" w:cs="Times New Roman"/>
        </w:rPr>
        <w:t>Библид “ЭЗЭНий агуу бөгөөд аймшигт өдөр”, эсвэл Бурхан “газар дэлхийгээр цохих” “хараал” нь мөн Илчлэлт номонд бэлгэдлийн байдлаар “сүүлчийн долоон гамшиг” буюу “Бурханы уур хилэн” хэмээн дүрслэгдсэн байдаг нь тодорхой байдаг. Илчлэлт номын арван тавдугаар бүлэг нь арван зургаадугаар бүлэгт өгүүлэгдэх агуу бөгөөд аймшигт сүүлчийн долоон гамшиг асгарахад хүргэх эш үзүүллэгийн нөхцөл байдлыг танилцуулдаг.</w:t>
      </w:r>
    </w:p>
    <w:p>
      <w:pPr>
        <w:pStyle w:val="ArticleScripture"/>
        <w:jc w:val="left"/>
      </w:pPr>
      <w:r>
        <w:rPr>
          <w:rFonts w:ascii="Times New Roman" w:hAnsi="Times New Roman" w:eastAsia="Times New Roman" w:cs="Times New Roman"/>
        </w:rPr>
        <w:t>Тэгээд би тэнгэрт өөр нэгэн агуу бөгөөд гайхамшигт тэмдгийг харлаа: долоон тэнгэрэлч долоон сүүлчийн гамшгийг барьж байв; учир нь тэдгээрт Бурханы уур хилэн бүрэн төгсөж байдаг ажээ.</w:t>
      </w:r>
    </w:p>
    <w:p>
      <w:pPr>
        <w:pStyle w:val="ArticleScripture"/>
        <w:jc w:val="left"/>
      </w:pPr>
      <w:r>
        <w:rPr>
          <w:rFonts w:ascii="Times New Roman" w:hAnsi="Times New Roman" w:eastAsia="Times New Roman" w:cs="Times New Roman"/>
        </w:rPr>
        <w:t>Тэгээд би галтай холилдсон мэт шилэн тэнгисийг харлаа. Араатныг, түүний хөргийг, түүний тэмдгийг, мөн түүний нэрийн тоог ялсан хүмүүс Бурханы ятгуудыг барин, шилэн тэнгис дээр зогсож байлаа. Тэд Бурханы зарц Мосегийн дууг, мөн Хурганы дууг дуулж, ийн хэлэв: “Төгс Хүчит Эзэн Бурхан минь, Таны үйлс агуу бөгөөд гайхамшигтай; ариун хүмүүсийн Хаан аа, Таны замууд зөв шударга бөгөөд үнэн билээ. Эзэн минь, Танаас хэн эмээхгүй байж, Таны нэрийг алдаршуулахгүй байх билээ? Учир нь зөвхөн Та л ариун билээ. Учир нь бүх үндэстэн ирж Таны өмнө мөргөнө. Учир нь Таны шүүлтүүд ил тод болсон билээ.”</w:t>
      </w:r>
    </w:p>
    <w:p>
      <w:pPr>
        <w:pStyle w:val="ArticleScripture"/>
        <w:jc w:val="left"/>
      </w:pPr>
      <w:r>
        <w:rPr>
          <w:rFonts w:ascii="Times New Roman" w:hAnsi="Times New Roman" w:eastAsia="Times New Roman" w:cs="Times New Roman"/>
        </w:rPr>
        <w:t>Үүний дараа би харвал, тэнгэр дэх гэрчлэлийн асрын сүм нээгдсэн байв. Тэгээд долоон гай гамшигтай долоон тэнгэрэлч сүмээс гарч ирэв; тэд цэвэр, цагаан маалинган хувцсаар хувцаслаж, энгэрээрээ алтан бүс бүсэлсэн байлаа. Тэгэхэд дөрвөн амьтны нэг нь үүрд мөнхөд амьдрагч Бурханы уур хилэнгээр дүүрсэн долоон алтан аягыг долоон тэнгэрэлчид өгөв. Мөн сүм нь Бурханы алдраас болон Түүний хүчнээс гарсан утаагаар дүүрч, долоон тэнгэрэлчийн долоон гай гамшиг гүйцэлдэх хүртэл хэн ч сүмд орж чадахгүй байв. Илчлэлт 15:1–8.</w:t>
      </w:r>
    </w:p>
    <w:p>
      <w:pPr>
        <w:pStyle w:val="ArticleBody"/>
        <w:jc w:val="left"/>
      </w:pPr>
      <w:r>
        <w:rPr>
          <w:rFonts w:ascii="Times New Roman" w:hAnsi="Times New Roman" w:eastAsia="Times New Roman" w:cs="Times New Roman"/>
        </w:rPr>
        <w:t>“Долоон тэнгэрэлчийн долоон гай бүрэн гүйцэтэл хэн ч ариун сүмд орж чадахгүй байсан” шалтгаан нь арван тавдугаар бүлэгт ариун сүм утаагаар дүүрэх үед авралыг хүртэх боломж хаагддагт оршино. Хүн төрөлхтөнд гэмших, авралыг олохын тулд өгөгдсөн сорилтын хугацаа тэр үед дуусна. Тэр цаг мөчид Иоханы “эцсийн долоон гай” хэмээн нэрлэсэн зүйл болох “ЭЗЭНий агуу бөгөөд аймшигт өдөр” Христийн Хоёр дахь ирэлтээс өмнө асгарна. Малахи тэр өдрийг “аймшигт” гэж нэрлэсэн бөгөөд Исаиа үүнийг Бурханы “хачин үйл” хэмээн тодорхойлдог.</w:t>
      </w:r>
    </w:p>
    <w:p>
      <w:pPr>
        <w:pStyle w:val="ArticleScripture"/>
        <w:jc w:val="left"/>
      </w:pPr>
      <w:r>
        <w:rPr>
          <w:rFonts w:ascii="Times New Roman" w:hAnsi="Times New Roman" w:eastAsia="Times New Roman" w:cs="Times New Roman"/>
        </w:rPr>
        <w:t>Учир нь Эзэн Перазим ууланд байсанчлал адил босож ирэх бөгөөд, Гибеоны хөндийд байсанчлал адил хилэгнэх болно. Энэ нь Өөрийн ажлыг, Өөрийн хачин ажлыг үйлдэхийн тулд; мөн Өөрийн үйлсийг, Өөрийн хачин үйлсийг гүйцэлдүүлэхийн тулд юм. Тиймийн тул та нар бүү дооглогчид байгтун, эс тэгвээс та нарын хүлээсүүд улам чангарна. Учир нь бүх дэлхий дээр тогтоогдсон сүйрлийн тухай Би түмэн цэргийн Эзэн Бурханаас сонссон. Исаиа 28:21, 22.</w:t>
      </w:r>
    </w:p>
    <w:p>
      <w:pPr>
        <w:pStyle w:val="ArticleBody"/>
        <w:jc w:val="left"/>
      </w:pPr>
      <w:r>
        <w:rPr>
          <w:rFonts w:ascii="Times New Roman" w:hAnsi="Times New Roman" w:eastAsia="Times New Roman" w:cs="Times New Roman"/>
        </w:rPr>
        <w:t>Хэдийгээр Бурханы “хачин үйл” нь “бүх дэлхийг” хамарч байгаа боловч, гай гамшгууд асгарах нь нэг үндэстний тэрслэлтэй холбоотой болохыг Илчлэл тодорхойгоор өгүүлдэг.</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Тэргүүлэн эхлүүлэх нь тэр боловч, мөнөөх адил хямрал манай ард түмэнд дэлхийн бүх хэсэгт тулгарна.» Testimonies, volume 6, 395.</w:t>
      </w:r>
    </w:p>
    <w:p>
      <w:pPr>
        <w:pStyle w:val="ArticleScripture"/>
        <w:jc w:val="left"/>
      </w:pPr>
      <w:r>
        <w:rPr>
          <w:rFonts w:ascii="Times New Roman" w:hAnsi="Times New Roman" w:eastAsia="Times New Roman" w:cs="Times New Roman"/>
        </w:rPr>
        <w:t>“Шашин шүтэх эрх чөлөөний орон болсон Америк улс мөс чанарт хүч хэрэглэн, хүмүүсийг хуурамч амралтын өдрийг хүндэтгэхэд албадан, Папын засаглалтай нэгдэх үед дэлхийн бүх орны ард түмэн түүний жишээг дагахад хүргэгдэх болно.” Testimonies, volume 6, 18.</w:t>
      </w:r>
    </w:p>
    <w:p>
      <w:pPr>
        <w:pStyle w:val="ArticleBody"/>
        <w:jc w:val="left"/>
      </w:pPr>
      <w:r>
        <w:rPr>
          <w:rFonts w:ascii="Times New Roman" w:hAnsi="Times New Roman" w:eastAsia="Times New Roman" w:cs="Times New Roman"/>
        </w:rPr>
        <w:t>Үндэстэн бүр өөрсдийн сорилтын хугацааны аягыг дүүргэх болно. Харин Эгч Уайт “үндэсний сүйрэл” хэмээн тодорхойлсон “Бурханы шүүлтүүд”, мөн тэрээр Америкийн Нэгдсэн Улсад Ням гарагийн хуулиас эхэлдэг түүхийг “Бурханы сүйтгэгч шүүлтүүдийн цаг” хэмээн нэрлэдэг тэр зүйл нь сүүлчийн долоон гай биш юм.</w:t>
      </w:r>
    </w:p>
    <w:p>
      <w:pPr>
        <w:pStyle w:val="ArticleScripture"/>
        <w:jc w:val="left"/>
      </w:pPr>
      <w:r>
        <w:rPr>
          <w:rFonts w:ascii="Times New Roman" w:hAnsi="Times New Roman" w:eastAsia="Times New Roman" w:cs="Times New Roman"/>
        </w:rPr>
        <w:t>“Манай нутагт Бурханы хууль онцгой утгаараа хүчингүй болгогдох цаг ирж байна. Манай үндэстний удирдагчид хууль тогтоох шийдвэрүүдээр дамжуулан Ням гаргийн хуулийг албадан хэрэгжүүлэх бөгөөд ингэснээр Бурханы ард түмэн үлэмж аюулд хүргэгдэх болно. Манай үндэстэн өөрийн хууль тогтоох зөвлөлүүддээ хүмүүсийн шашны эрх, чөлөөний талаар тэдний мөс чанарыг хүлэх хуулиудыг батлан гаргаж, Ням гаргийг сахихыг албадан тулгаж, долоо дахь өдрийн Амралтын өдрийг сахидаг хүмүүсийн эсрэг дарангуйлагч хүчийг хэрэглэвэл, Бурханы хууль манай нутагт бодит байдал дээр бүхэлдээ хүчингүй болгогдох болно; мөн үндэсний тэрсэлдэлт нь үндэсний сүйрлээр үргэлжлэн дагалдах болно.” Review and Herald, 1888 оны 12 дугаар сарын 18.</w:t>
      </w:r>
    </w:p>
    <w:p>
      <w:pPr>
        <w:pStyle w:val="ArticleBody"/>
        <w:jc w:val="left"/>
      </w:pPr>
      <w:r>
        <w:rPr>
          <w:rFonts w:ascii="Times New Roman" w:hAnsi="Times New Roman" w:eastAsia="Times New Roman" w:cs="Times New Roman"/>
        </w:rPr>
        <w:t>Систр Уайт “үндэстний сүйрэл” хэмээн тодорхойлсон Бурханы шүүлтүүд нь үндэсний Ням гаргийн хууль дээрээс эхэлж, Бурханы “хачин үйл”-ийн эхлэлийг тэмдэглэдэг боловч Бурханы хачин үйл нь илүү тодорхой утгаараа сүүлчийн долоон гамшиг мөн юм. Бурханы хачин үйлийн илүү бүрэн дүр зураг нь Бурханы гүйцэтгэх шүүлтүүдийн шугамд Египетээс чөлөөлөгдсөн явдлыг нэмэхэд илэрдэг. Египетийн гамшгууд тоогоороо арав боловч хуваагдмал байв. Эхний гурав нь сүүлчийн долоогоос ялгагдан онцлогдож байлаа. Иймээс Египетээс чөлөөлөгдсөн явдал нь АНУ-ын үндэстний сүйрлээр эхэлж, Михаил босон зогсож, хүний сорилтын хугацаа хаагдах хүртэл үргэлжлэх, эхний гурван гамшигаар дүрслэгдсэн нэгэн цаг хугацааны үеийг тодорхойлдог.</w:t>
      </w:r>
    </w:p>
    <w:p>
      <w:pPr>
        <w:pStyle w:val="ArticleScripture"/>
        <w:jc w:val="left"/>
      </w:pPr>
      <w:r>
        <w:rPr>
          <w:rFonts w:ascii="Times New Roman" w:hAnsi="Times New Roman" w:eastAsia="Times New Roman" w:cs="Times New Roman"/>
        </w:rPr>
        <w:t>“Бурханы шүүлтүүд Түүний ард түмнийг дарлан сүйтгэхийг эрмэлзэж буй хүмүүсийн дээр буух болно. Хорон муу хүмүүстэй урт хугацаанд тэвчин ханддаг нь хүмүүсийг нүгэл зөрчилдөө зоригжуулдаг боловч, тэдний шийтгэл хэдий удсан ч гарцаагүй бөгөөд аймшигт байх нь тодорхой. ‘ЭЗЭН Перазим ууланд байсан шигээ босож, Гибеоны хөндийд байсан шигээ хилэгнэнэ. Ингэснээр Тэр Өөрийн ажлыг, Өөрийн хачин ажлыг үйлдэх болно; Өөрийн үйлсийг, Өөрийн хачин үйлсийг биелүүлэх болно.’ Исаиа 28:21. Энэрэнгүй Бурханд шийтгэх үйл нь хачин үйл билээ. ‘Би амьд буйгаа тангараглая, Эзэн БУРХАН айлдаж байна, хорон муу хүний үхэлд Би баярладаггүй.’ Езекиел 33:11. ЭЗЭН бол ‘энэрэнгүй бөгөөд нигүүлсэнгүй, тэвчээр агуу, хайр энэрэл ба үнэнээр арвин, … гэм буруу, зөрчил, нүглийг уучлагч’ юм. Гэвч Тэр ‘гэмтнийг огт цагаатгахгүй.’ ‘ЭЗЭН уурлахдаа удаан, хүч чадлаар агуу бөгөөд хорон мууг огтхон ч зөвтгөн өнгөрөөхгүй.’ Египетээс гарсан нь 34:6, 7; Нахум 1:3. Тэрээр зөвт байдал доторх аймшигт үйлсээрээ доромжлогдон гишгэгдсэн Өөрийн хуулийн эрх мэдлийг өмгөөлөн батлах болно. Зөрчигчийг хүлээж буй хариу шийтгэлийн хатуу чанарыг, шударга ёсыг хэрэгжүүлэхэд Эзэний хэчнээн дургүй байдгаас шүүн мэдэж болно. Түүний удаан тэвчдэг, мөн Бурханы тооцоонд өөрийн гэм буруугийн хэмжээг дүүргэтэл нь цохихгүй орхидог тэр үндэстэн эцэст нь өршөөлөөр шингэрүүлээгүй уур хилэнгийн аягыг уух болно.”</w:t>
      </w:r>
    </w:p>
    <w:p>
      <w:pPr>
        <w:pStyle w:val="ArticleScripture"/>
        <w:jc w:val="left"/>
      </w:pPr>
      <w:r>
        <w:rPr>
          <w:rFonts w:ascii="Times New Roman" w:hAnsi="Times New Roman" w:eastAsia="Times New Roman" w:cs="Times New Roman"/>
        </w:rPr>
        <w:t>“Христ ариун газарт Өөрийн зуучлалаа зогсоох үед араатан болон түүний хөрөгт мөргөж, түүний тамгыг хүлээн авдаг хүмүүсийн эсрэг анхааруулсан, хольцгүй уур хилэн (Илчлэл 14:9, 10) асгагдах болно. Бурхан Израилийг аврахаар зэхэж байх үед Египет дээр буулгасан гай гамшгууд нь Бурханы ард түмний эцсийн авралын яг өмнө дэлхий дээр буух ёстой илүү аймшигт, илүү өргөн хүрээтэй шүүлтүүдтэй шинж чанарын хувьд төстэй байв. Илчлэгч тэрхүү аймшигт цээрлүүлэлтүүдийг дүрслэн хэлэхдээ: ‘Араатны тамгатай, түүний хөрөгт мөргөсөн хүмүүсийн дээр муухай бөгөөд хүнд шарх гарч ирэв’ гэжээ. Тэнгис ‘үхсэн хүний цус мэт болж, тэнгист байсан амьтай бүхэн үхэв.’ Мөн ‘гол мөрөн, усны ундаргууд … цус болов.’ Эдгээр шийтгэл хэчнээн аймшигтай боловч, Бурханы шударга ёс бүрэн зөвтгөгдөнө. Бурханы тэнгэрэлч: ‘Эзэн, … Та ийнхүү шүүсэн учраас зөвт юм. Учир нь тэд ариун хүмүүс ба эш үзүүлэгчдийн цусыг урсгасан, харин Та тэдэнд уух цус өгсөн; тэд үүнд зохистой’ хэмээн тунхагладаг. Илчлэл 16:2–6. Бурханы ард түмнийг үхэлд ялласнаараа тэд өөрсдийн гараар тэдний цусыг урсгасан мэтээр үнэхээр тэр цусны гэмийг өөр дээрээ хүлээсэн юм. Үүнтэй адил Христ Өөрийн үеийн иудейчүүдийг Абелийн өдрүүдээс хойш урссан ариун хүмүүсийн бүх цусны буруутанд тооцсон; учир нь тэд мөн л тэрхүү сүнсийг эзэмшиж, эш үзүүлэгчдийг хөнөөсөн тэдгээр алуурчдын нэгэн адил үйлсийг хийхийг эрмэлзэж байсан юм.”</w:t>
      </w:r>
    </w:p>
    <w:p>
      <w:pPr>
        <w:pStyle w:val="ArticleScripture"/>
        <w:jc w:val="left"/>
      </w:pPr>
      <w:r>
        <w:rPr>
          <w:rFonts w:ascii="Times New Roman" w:hAnsi="Times New Roman" w:eastAsia="Times New Roman" w:cs="Times New Roman"/>
        </w:rPr>
        <w:t>“Үүний дараа ирэх гай дээр нарт ‘хүмүүсийг галаар төөнөх’ эрх мэдэл өгөгдөв. ‘Хүмүүс их халуунаар төөнөгдөв.’ 8, 9-р эшлэл. Эш үзүүлэгчид энэ аймшигт цаг үе дэх газрын байдлыг ийнхүү дүрсэлдэг: ‘Газар гашуудаж байна; … учир нь талбайн ургац сүйрчээ…. Талбайн бүх мод хатжээ; учир нь хүний хөвгүүдээс баяр хөөр хатан арилжээ.’ ‘Үр нь хөрсөн доороо өмхөрчээ, агуулахууд эзгүйрэн сүйдэв…. Араатнууд яасан ёолж байна вэ! Үхэр сүрэг бэлчээргүй тул самгардан байна…. Усны голууд ширгэж, гал цөлийн бэлчээрүүдийг залгив.’ ‘Тэр өдөр сүмийн дуунууд улиан болон хувирна гэж Эзэн БУРХАН айлдаж байна: газар сайгүй олон хүүр цогцос байх болно; тэд тэдгээрийг чимээгүйхэн гарган хаях болно.’ Иоел 1:10–12, 17–20; Амос 8:3.”</w:t>
      </w:r>
    </w:p>
    <w:p>
      <w:pPr>
        <w:pStyle w:val="ArticleScripture"/>
        <w:jc w:val="left"/>
      </w:pPr>
      <w:r>
        <w:rPr>
          <w:rFonts w:ascii="Times New Roman" w:hAnsi="Times New Roman" w:eastAsia="Times New Roman" w:cs="Times New Roman"/>
        </w:rPr>
        <w:t>“Эдгээр гамшгууд нь нийтээр хамарсан биш; тийм байсан бол газрын оршин суугчид бүрмөсөн таслагдах байсан. Гэвч эдгээр нь мөнх бус хүмүүст урьд өмнө мэдэгдэж байсан бүхнээс хамгийн аймшигт ташуурлал байх болно. Сорилтын хугацаа хаагдахаас өмнөх хүмүүс дээр буусан бүх шүүлтүүд өршөөлтэй холилдсон байв. Христийн гуйлттай цус нь нүгэлтнийг өөрийн гэмийн бүрэн хэмжээг хүртэхээс халхалж ирсэн; харин эцсийн шүүлтэд уур хилэн өршөөлтэй үл холилдон асгарах болно.</w:t>
      </w:r>
    </w:p>
    <w:p>
      <w:pPr>
        <w:pStyle w:val="ArticleScripture"/>
        <w:jc w:val="left"/>
      </w:pPr>
      <w:r>
        <w:rPr>
          <w:rFonts w:ascii="Times New Roman" w:hAnsi="Times New Roman" w:eastAsia="Times New Roman" w:cs="Times New Roman"/>
        </w:rPr>
        <w:t>“Тэр өдөр, урт хугацааны турш жигшин үл тоомсорлосон Бурханы өршөөлийн халхавчийг олон түмэн хүсэх болно. ‘Харагтун, өдрүүд ирж байна, гэж Эзэн Бурхан айлдаж байна, Би энэ нутагт өлсгөлөн илгээх болно; талхны өлсгөлөн ч биш, усны цангаа ч биш, харин ЭЗЭНий үгийг сонсохын өлсгөлөн байх болно. Тэд далайгаас далай хүртэл, хойноос бүр зүүн тийш хэрэн тэнэж, ЭЗЭНий үгийг эрж нааш цааш гүйх боловч түүнийг олохгүй.’ Амос 8:11, 12.” Агуу тэмцэл, 627–629.</w:t>
      </w:r>
    </w:p>
    <w:p>
      <w:pPr>
        <w:pStyle w:val="ArticleBody"/>
        <w:jc w:val="left"/>
      </w:pPr>
      <w:r>
        <w:rPr>
          <w:rFonts w:ascii="Times New Roman" w:hAnsi="Times New Roman" w:eastAsia="Times New Roman" w:cs="Times New Roman"/>
        </w:rPr>
        <w:t>Өмнөх эшлэлд ийн өгүүлсэн байдаг: “Түүний тэвчин хүлээдэг, бөгөөд Бурханы тооцоонд гэм буруугийнхаа хэмжээг дүүргэтэл нь цохихгүй байх тэр үндэстэн эцэст нь нигүүлслээр үл хольсон уур хилэнгийн аягыг уух болно.” Мөн тэрээр мөнөөх догол мөрөндөө: “Бурхан Израилийг чөлөөлөх гэж байх үед Египетэд буулгасан гай гамшгууд нь, Бурханы ард түмний эцсийн чөлөөлөлтийн яг өмнөхөн дэлхий дээр буух ёстой түүнээс ч илүү аймшигт, өргөн хүрээтэй шүүлтүүдтэй шинж чанарын хувьд адил байв” хэмээн бичсэн. “Гэм буруугийн хэмжээг” дүүргэдэг тэр үндэстэн (Америкийн Нэгдсэн Улс) Египетийн арван гамшигтай адил гай гамшгийг амсах болно.</w:t>
      </w:r>
    </w:p>
    <w:p>
      <w:pPr>
        <w:pStyle w:val="ArticleBody"/>
        <w:jc w:val="left"/>
      </w:pPr>
      <w:r>
        <w:rPr>
          <w:rFonts w:ascii="Times New Roman" w:hAnsi="Times New Roman" w:eastAsia="Times New Roman" w:cs="Times New Roman"/>
        </w:rPr>
        <w:t>Египетийн гай гамшгууд хоёр үе шатанд хуваагдсан байв. Эхний гурван гай гамшиг бүх хүнд буусан боловч, сүүлчийн долоон гай гамшиг зөвхөн египетчүүдийн дээр буусан юм.</w:t>
      </w:r>
    </w:p>
    <w:p>
      <w:pPr>
        <w:pStyle w:val="ArticleScripture"/>
        <w:jc w:val="left"/>
      </w:pPr>
      <w:r>
        <w:rPr>
          <w:rFonts w:ascii="Times New Roman" w:hAnsi="Times New Roman" w:eastAsia="Times New Roman" w:cs="Times New Roman"/>
        </w:rPr>
        <w:t>Тэр өдөр Би Миний ард түмэн оршин суудаг Гошен нутгийг тусгаарлах бөгөөд тэнд ялааны сүрэг байхгүй байх болно. Ингэснээр чи газар дэлхийн дунд Би ЭЗЭН мөн гэдгийг мэдэх болно. Египетээс гарсан нь 8:22.</w:t>
      </w:r>
    </w:p>
    <w:p>
      <w:pPr>
        <w:pStyle w:val="ArticleBody"/>
        <w:jc w:val="left"/>
      </w:pPr>
      <w:r>
        <w:rPr>
          <w:rFonts w:ascii="Times New Roman" w:hAnsi="Times New Roman" w:eastAsia="Times New Roman" w:cs="Times New Roman"/>
        </w:rPr>
        <w:t>Египетэд болсон эхний гурван гай гамшиг хаа сайгүй буусан боловч еврейчүүдийн амьдарч байсан Гошен нь Египетийн сүүлчийн долоон гамшгийг амсаагүй. Ням гаргийн хуулийн үед өөрийн гэм буруугийн аягыг дүүргэдэг үндэстэн бол Америкийн Нэгдсэн Улс мөн. Тэр мөчид үндэсний тэрсэлдэлт нь үндэсний сүйрлээр залгамжлагддаг боловч, үндэсний сүйрлийг авчирдаг шүүлтүүд нь Михаел босож, бүх хүн төрөлхтний сорилтын хугацаа хаагдах хүртэл нигүүлсэлтэй хольцтой байдаг. Америкийн Нэгдсэн Улсад Ням гаргийн хууль гарах үед одоо өөрсдийгөө амралтын өдрийг сахигчид хэмээн тунхаглагчдын олонх нь эрх баригч хүчнүүдийн өмнө бөхийж, араатны тамгыг хүлээн авна. Тэр үед Ням гаргийн хуулийн асуудал нь Адвентизмийн гадна байсан хүмүүсийн хувьд сүнслэг сорилт болдог. Америкийн Нэгдсэн Улсад Ням гаргийн хууль тогтоогдох үеэс Михаел босох хүртэлх хугацаа нь арван нэгдүгээр цагийн ажилчдыг агуугаар хураан цуглуулах үе мөн; харин Ням гаргийн хуулиас өмнө долоо дахь өдрийн амралтын өдрийн гэрлийн төлөө хариуцлага хүлээдэг хүмүүсийн хувьд хаалга аль хэдийн хаагдсан байдаг.</w:t>
      </w:r>
    </w:p>
    <w:p>
      <w:pPr>
        <w:pStyle w:val="ArticleScripture"/>
        <w:jc w:val="left"/>
      </w:pPr>
      <w:r>
        <w:rPr>
          <w:rFonts w:ascii="Times New Roman" w:hAnsi="Times New Roman" w:eastAsia="Times New Roman" w:cs="Times New Roman"/>
        </w:rPr>
        <w:t>“Өдөр хоног өнгөрөх тусам Бурханы шүүлтүүд дэлхийд илэрч буй нь улам бүр тодорхой болж байна. Тэрээр гал, үер, газар хөдлөлтөөр дамжуулан энэ газрын оршин суугчдад Өөрийнхөө ойртон ирэлтийг анхааруулж байна. Дэлхийн түүхэн дэх агуу хямрал ирж, Бурханы засаглал дахь хөдөлгөөн бүр туйлын их сонирхол, үгээр илэрхийлэхийн аргагүй түгшүүрийн дунд ажиглагдах цаг улам ойртож байна. Бурханы шүүлтүүд нэгийгээ нөгөөгөө түргэн дараалан даган ирнэ—гал, үер, газар хөдлөлт, мөн дайн ба цус урсгалтын хамт.”</w:t>
      </w:r>
    </w:p>
    <w:p>
      <w:pPr>
        <w:pStyle w:val="ArticleScripture"/>
        <w:jc w:val="left"/>
      </w:pPr>
      <w:r>
        <w:rPr>
          <w:rFonts w:ascii="Times New Roman" w:hAnsi="Times New Roman" w:eastAsia="Times New Roman" w:cs="Times New Roman"/>
        </w:rPr>
        <w:t>“Ард түмэн өөрсдийн айлчлагдах цагийг мэдээсэй билээ! Энэ цаг үеийн сорин шалгах үнэнийг хараахан сонсоогүй олон хүн бий. Бурханы Сүнс тэмцэн ажиллаж буй олон хүн бий. Бурханы сүйтгэх шүүлтүүдийн цаг нь үнэн гэж юу болохыг мэдэх боломж байгаагүй хүмүүсийн хувьд нигүүлслийн цаг мөн. Эзэн тэдэн рүү энэрэнгүйгээр харна. Түүний энэрлийн зүрх хөдөлсөн байдаг; орохыг хүсээгүй хүмүүст үүд хаагдаж байхад, Түүний мутар аврахын тулд одоо ч сунгаастай байна.</w:t>
      </w:r>
    </w:p>
    <w:p>
      <w:pPr>
        <w:pStyle w:val="ArticleScripture"/>
        <w:jc w:val="left"/>
      </w:pPr>
      <w:r>
        <w:rPr>
          <w:rFonts w:ascii="Times New Roman" w:hAnsi="Times New Roman" w:eastAsia="Times New Roman" w:cs="Times New Roman"/>
        </w:rPr>
        <w:t>“Бурханы өршөөл нь Түүний урт тэвчээрээр илэрдэг. Тэрээр Өөрийн шүүлтүүдийг саатуулж, анхааруулгын мэдээ бүгдэд тунхаглагдахыг хүлээж байна. Ай, хэрэв манай ард түмэн дэлхийд өршөөлийн эцсийн мэдээг хүргэхээр өөрсдөд нь ноогдож буй хариуцлагыг зохих ёсоор мэдэрдэгсэн бол, ямар гайхамшигт ажил хийгдэх байсан бол!” Testimonies, volume 9, 97.</w:t>
      </w:r>
    </w:p>
    <w:p>
      <w:pPr>
        <w:pStyle w:val="ArticleBody"/>
        <w:jc w:val="left"/>
      </w:pPr>
      <w:r>
        <w:rPr>
          <w:rFonts w:ascii="Times New Roman" w:hAnsi="Times New Roman" w:eastAsia="Times New Roman" w:cs="Times New Roman"/>
        </w:rPr>
        <w:t>Өмнөх эшлэлд тэрээр, “Бурханы сүйтгэгч шүүлтүүдийн цаг нь үнэний юу болохыг мэдэх боломж байгаагүй хүмүүсийн хувьд нигүүлслийн цаг мөн” хэмээн тодорхойлсон. Дараагийн эшлэлд тэрээр тэрхүү цаг үеийг “гай зовлонгийн цаг” хэмээн нэрлэжээ.</w:t>
      </w:r>
    </w:p>
    <w:p>
      <w:pPr>
        <w:pStyle w:val="ArticleScripture"/>
        <w:jc w:val="left"/>
      </w:pPr>
      <w:r>
        <w:rPr>
          <w:rFonts w:ascii="Times New Roman" w:hAnsi="Times New Roman" w:eastAsia="Times New Roman" w:cs="Times New Roman"/>
        </w:rPr>
        <w:t>“Ариун Амралтын өдөр нь Бурханы жинхэнэ Израиль ба үл итгэгчдийн хоорондын тусгаарлах хана мөн бөгөөд мөн тийм хэвээр байхыг би харсан; мөн Амралтын өдөр нь Бурханы хайрт, хүлээн хүлээгч ариун хүмүүсийн зүрх сэтгэлийг нэгтгэх агуу асуудал мөн гэдгийг би харсан. Хэрэв хэн нэгэн нь итгэж, Амралтын өдрийг сахиж, түүнтэй хамт ирэх ерөөлийг хүлээн авсныхаа дараа түүнийг орхиж, ариун тушаалыг зөрчвөл, тэд тэнгэрт захирагч Бурхан байдагтай адил гарцаагүйгээр Ариун Хотын хаалгыг өөрсдийнхөө эсрэг хаах болно. Амралтын өдрийг ойлгон харж, сахидаггүй Бурханы хүүхдүүд байдаг гэдгийг би харсан. Тэд энэ талаар өгөгдсөн гэрлийг няцаагаагүй байсан. Зовлонгийн цаг эхлэх үед бид урагш гарч, Амралтын өдрийн тухай илүү бүрэн тунхаглахад Ариун Сүнсээр дүүргэгдсэн билээ. Үүнээс болж сүм болон нэр төдий Адвентистууд уурсав, учир нь тэд Амралтын өдрийн үнэнийг няцааж чадсангүй. Мөн энэ үед Бурханы сонгогдсон хүмүүс бүгд бидэнд үнэн байгааг тодорхой харж, гарч ирэн, бидэнтэй хамт хавчлагыг тэсвэрлэсэн юм.” A Word to the Little Flock, 18, 19.</w:t>
      </w:r>
    </w:p>
    <w:p>
      <w:pPr>
        <w:pStyle w:val="ArticleBody"/>
        <w:jc w:val="left"/>
      </w:pPr>
      <w:r>
        <w:rPr>
          <w:rFonts w:ascii="Times New Roman" w:hAnsi="Times New Roman" w:eastAsia="Times New Roman" w:cs="Times New Roman"/>
        </w:rPr>
        <w:t>Бага зэрэг өөрчлөгдсөн боловч, сая эш татсан тэрхүү адилхан хэсэг нь Early Writings номд бас байдаг. Тэр номдоо тэрээр “гай зовлонгийн цаг”-ийн тухай өөрийн мэдэгдэлд тайлбар хавсаргасан байдаг. A Word to the Little Flock нь 1844 оны 10-р сарын 22-ны Агуу Урам Хугаралтын дараа итгэлдээ үнэнч үлдсэн, урам нь хугарсан Миллерчүүдийн анхны хэвлэл байсан бөгөөд хэдэн арван жилийн дараа редакторууд уг товхимлын зарим хэсгийг Early Writings номд оруулахдаа, тэнд дурдсан “гай зовлонгийн цаг” нь долоон эцсийн гамшиг биш гэдгийг тодруулсан; учир нь долоон эцсийн гамшиг асгарч байх үед шүүлтүүдтэй холилдсон ямар ч өршөөл байдаггүй.</w:t>
      </w:r>
    </w:p>
    <w:p>
      <w:pPr>
        <w:pStyle w:val="ArticleScripture"/>
        <w:jc w:val="left"/>
      </w:pPr>
      <w:r>
        <w:rPr>
          <w:rFonts w:ascii="Times New Roman" w:hAnsi="Times New Roman" w:eastAsia="Times New Roman" w:cs="Times New Roman"/>
        </w:rPr>
        <w:t>“1. 33-р хуудсанд дараах байдлаар өгөгдсөн байна: ‘Ариун Амралтын өдөр нь Бурханы жинхэнэ Израиль болон үл итгэгчдийн хооронд тусгаарлах хана мөн бөгөөд байх болно гэдгийг би харсан; мөн Амралтын өдөр нь Бурханы хайртай, хүлээгч ариун хүмүүсийн зүрх сэтгэлийг нэгтгэх агуу асуудал мөн гэдгийг би харсан. Амралтын өдрийг харж ойлгодоггүй, сахидаггүй хүүхдүүд Бурханд байдгийг би харсан. Тэд энэ тухай гэрлийг эсэргүүцэн няцаагаагүй. Мөн гай зовлонгийн цагийн эхэнд, бид урагш гарч Амралтын өдрийн тухай илүү бүрэн тунхаглах үед Ариун Сүнсээр дүүрсэн байлаа.’”</w:t>
      </w:r>
    </w:p>
    <w:p>
      <w:pPr>
        <w:pStyle w:val="ArticleScripture"/>
        <w:jc w:val="left"/>
      </w:pPr>
      <w:r>
        <w:rPr>
          <w:rFonts w:ascii="Times New Roman" w:hAnsi="Times New Roman" w:eastAsia="Times New Roman" w:cs="Times New Roman"/>
        </w:rPr>
        <w:t>“Энэ үзэгдэл 1847 онд өгөгдсөн бөгөөд тэр үед Амралтын өдрийг сахидаг Адвентист ах дүүс маш цөөн байсан; тэдний дундаас ч үүнийг сахих явдал нь Бурханы ард түмэн ба үл итгэгчдийн хооронд зааг татахад хангалттай чухал гэж үздэг нь цөөн байв. Одоо тэр үзэгдлийн биелэл харагдаж эхэлж байна. Энд дурдагдсан ‘тэрхүү зовлонгийн цагийн эхлэл’ нь гай гамшгууд асгарч эхлэх цагийг бус, харин Христ ариун сүмд байхад, тэдгээрийг асгахаас яг өмнөх богино хугацааг хэлж байна. Тэр үед, авралын ажил төгсгөлдөө хүрч байх зуур, дэлхий дээр зовлон нүүрлэж, үндэстнүүд хилэгнэх боловч гурав дахь тэнгэрэлчийн ажлыг саатуулахгүйн тулд хязгаарлагдан баригдсан байх болно. Тэр үед Эзэний оршихуйгаас ирэх ‘сүүлчийн бороо,’ өөрөөр хэлбэл сэргээлт ирж, гурав дахь тэнгэрэлчийн чанга дуу хоолойд хүч өгч, долоон сүүлчийн гай гамшиг асгагдах үед ариун хүмүүсийг тогтоон зогсоход бэлтгэх болно.” Early Writings, 85.</w:t>
      </w:r>
    </w:p>
    <w:p>
      <w:pPr>
        <w:pStyle w:val="ArticleBody"/>
        <w:jc w:val="left"/>
      </w:pPr>
      <w:r>
        <w:rPr>
          <w:rFonts w:ascii="Times New Roman" w:hAnsi="Times New Roman" w:eastAsia="Times New Roman" w:cs="Times New Roman"/>
        </w:rPr>
        <w:t>Америкийн Нэгдсэн Улсад Ням гаргийн хууль тогтоогдох үед үндэсний хэмжээнд өрнөх тэрсэлтийн дараа үндэсний сүйрэл залгана. Тэрхүү Ням гаргийн хуулийн үед Америкийн Нэгдсэн Улс дахь Адвентизм хоёр ангид хуваагдана: нэг нь араатны тамгыг хүлээн авч, нөгөө нь Бурханы лацыг хүлээн авна. Америкийн Нэгдсэн Улсын үндэсний сүйрлийг Египетийн эхний гурван гамшгаар төлөөлүүлэн үзүүлсэн байдаг. Тэдгээр шүүлтүүд хүний сорилтын хугацаа хаагдах хүртэл үргэлжилж, дараа нь нигүүлсэлтэй холилдоогүй долоон сүүлчийн гамшиг асгарна.</w:t>
      </w:r>
    </w:p>
    <w:p>
      <w:pPr>
        <w:pStyle w:val="ArticleBody"/>
        <w:jc w:val="left"/>
      </w:pPr>
      <w:r>
        <w:rPr>
          <w:rFonts w:ascii="Times New Roman" w:hAnsi="Times New Roman" w:eastAsia="Times New Roman" w:cs="Times New Roman"/>
        </w:rPr>
        <w:t>Миний онцлон хэлэх гэсэн зүйл нь Египетийн эш үзүүллэгийн түүхийн тухай төдийлөн бус, харин Эллен Уайт Египетийг бүх дэлхийг араатны тамгийг хүлээн авахад албаддаг үндэстний бэлгэдэл хэмээн тодорхойлдгийн тухай юм. Учир нь тэр үүгээрээ эхлэлийг төгсгөлийг тайлбарлахад ашиглаж байгаа бөгөөд энэ нь Альфа ба Омега болох Есүсийн эш үзүүллэгийн гарын үсэг мөн. Гарч явах түүхэнд Эзэн эртний Израильтай гэрээ байгуулахаар орж ирэхдээ Өөрийгөө шинэ нэрээр танилцуулдаг.</w:t>
      </w:r>
    </w:p>
    <w:p>
      <w:pPr>
        <w:pStyle w:val="ArticleScripture"/>
        <w:jc w:val="left"/>
      </w:pPr>
      <w:r>
        <w:rPr>
          <w:rFonts w:ascii="Times New Roman" w:hAnsi="Times New Roman" w:eastAsia="Times New Roman" w:cs="Times New Roman"/>
        </w:rPr>
        <w:t>Тэгээд ЭЗЭН Мосед —Одоо чи Миний Фараонд юу үйлдэхийг харах болно. Учир нь тэр хүчирхэг мутраар тэднийг явуулах бөгөөд хүчирхэг мутраар тэднийг өөрийн нутгаас хөөн гаргах болно— гэж айлдав.</w:t>
      </w:r>
    </w:p>
    <w:p>
      <w:pPr>
        <w:pStyle w:val="ArticleScripture"/>
        <w:jc w:val="left"/>
      </w:pPr>
      <w:r>
        <w:rPr>
          <w:rFonts w:ascii="Times New Roman" w:hAnsi="Times New Roman" w:eastAsia="Times New Roman" w:cs="Times New Roman"/>
        </w:rPr>
        <w:t>Бурхан Мосед айлдаж, түүнд ийн өгүүлэв: Би бол ЭЗЭН мөн. Би Абрахамд, Исаакт, Иаковт Төгс Хүчит Бурханы нэрээр үзэгдсэн; харин Өөрийнхөө ИЕХОВА нэрээр Би тэдэнд мэдэгдээгүй билээ.</w:t>
      </w:r>
    </w:p>
    <w:p>
      <w:pPr>
        <w:pStyle w:val="ArticleScripture"/>
        <w:jc w:val="left"/>
      </w:pPr>
      <w:r>
        <w:rPr>
          <w:rFonts w:ascii="Times New Roman" w:hAnsi="Times New Roman" w:eastAsia="Times New Roman" w:cs="Times New Roman"/>
        </w:rPr>
        <w:t>Би мөн тэдэнд Канааны нутгийг, тэдний түр суурьшсан, харийн хүмүүс мэт байсан газрыг өгөхөөр Өөрийн гэрээг тэдэнтэй тогтоосон билээ. Мөн египетчүүдийн боолчлолд байлгаж буй Израилийн хөвгүүдийн ёолохыг Би сонссон бөгөөд Өөрийн гэрээг Би санасан. Иймээс Израилийн хөвгүүдэд хэлэгтүн: Би бол ЭЗЭН мөн. Би та нарыг египетчүүдийн дарамт ачааны доороос гаргаж, тэдний боолчлолоос чөлөөлж, сунгасан мутар, агуу шүүлтүүдээр аварч золин авна. Би та нарыг Өөртөө ард түмэн болгон авч, та нарт Бурхан нь байх болно. Египетчүүдийн дарамт ачааны доороос та нарыг гаргаж буй Би бол та нарын Бурхан ЭЗЭН мөн гэдгийг та нар мэдэх болно. Мөн Би Абрахамд, Исаакт, Иаковт өгөхөөр тангарагласан тэр нутагт та нарыг оруулж, түүнийг та нарт өв болгон өгнө. Би бол ЭЗЭН мөн.</w:t>
      </w:r>
    </w:p>
    <w:p>
      <w:pPr>
        <w:pStyle w:val="ArticleScripture"/>
        <w:jc w:val="left"/>
      </w:pPr>
      <w:r>
        <w:rPr>
          <w:rFonts w:ascii="Times New Roman" w:hAnsi="Times New Roman" w:eastAsia="Times New Roman" w:cs="Times New Roman"/>
        </w:rPr>
        <w:t>Мосе Израилийн хөвгүүдэд ийнхүү айлдав. Гэвч тэд сэтгэлийн шаналал болон хүнд дарлалын улмаас Мосег сонссонгүй. Египетээс гарсан нь 6:1–9.</w:t>
      </w:r>
    </w:p>
    <w:p>
      <w:pPr>
        <w:pStyle w:val="ArticleBody"/>
        <w:jc w:val="left"/>
      </w:pPr>
      <w:r>
        <w:rPr>
          <w:rFonts w:ascii="Times New Roman" w:hAnsi="Times New Roman" w:eastAsia="Times New Roman" w:cs="Times New Roman"/>
        </w:rPr>
        <w:t>Энд Эзэн Мосег Өөрийн гэрээний төлөөлөгч мөн хэмээн, Иаков, Исаак, Абрахам нарын адил, тодорхойлж байна. Мосегийн түүх хүртэл JEHOVAH гэдэг нэр Абрахам болон түүний үр удамд мэдэгдээгүй байсан бөгөөд, еврейчүүд Египетийн боолчлолоос чөлөөлөгдөх ёстой байсан Абрахамын гэрээ шинэчлэгдсэн түүхэн үед Эзэн Өөрийн зан чанарын тухай шинэ илчлэлийг танилцуулсан юм. Учир нь эш үзүүллэгийн утгаар нэр нь зан чанарыг төлөөлдөг. Абрам Эзэнтэй гэрээнд ороход Эзэн түүний нэрийг Абрахам болгон өөрчилсөн. Египетийн боолчлолын эш үзүүллэгийн эхэнд гэрээний хүний төлөөлөгчийн нэр өөрчлөгдсөн бөгөөд тэр эш үзүүллэгийн төгсгөлд Бурхан Өөртөө шинэ нэрийг танилцуулсан юм.</w:t>
      </w:r>
    </w:p>
    <w:p>
      <w:pPr>
        <w:pStyle w:val="ArticleBody"/>
        <w:jc w:val="left"/>
      </w:pPr>
      <w:r>
        <w:rPr>
          <w:rFonts w:ascii="Times New Roman" w:hAnsi="Times New Roman" w:eastAsia="Times New Roman" w:cs="Times New Roman"/>
        </w:rPr>
        <w:t>Арван тавдугаар бүлэгт Абрам гэрээнд орж, тэнд Египетийн боолчлолын дөрвөн зуун жилийн эш үзүүллэгийг айлдсан. Арван долоодугаар бүлэгт Абрамд хөвч хөндөх ёслол өгөгдөж, түүний болон Сарагийн нэрс өөрчлөгдсөн.</w:t>
      </w:r>
    </w:p>
    <w:p>
      <w:pPr>
        <w:pStyle w:val="ArticleBody"/>
        <w:jc w:val="left"/>
      </w:pPr>
      <w:r>
        <w:rPr>
          <w:rFonts w:ascii="Times New Roman" w:hAnsi="Times New Roman" w:eastAsia="Times New Roman" w:cs="Times New Roman"/>
        </w:rPr>
        <w:t>Дөрвөн зуун жилийн дараа Абрахамын дөрвөн зуун жилийн зөгнөлийг биелүүлэхийн тулд Мосе босгон тавигдав. Абрахам, Исаак, Иаков, Мосе нар бүгд эцсийн өдрүүдэд Эзэнтэй гэрээнд ордог нэг зуун дөчин дөрвөн мянгыг төлөөлдөг.</w:t>
      </w:r>
    </w:p>
    <w:p>
      <w:pPr>
        <w:pStyle w:val="ArticleScripture"/>
        <w:jc w:val="left"/>
      </w:pPr>
      <w:r>
        <w:rPr>
          <w:rFonts w:ascii="Times New Roman" w:hAnsi="Times New Roman" w:eastAsia="Times New Roman" w:cs="Times New Roman"/>
        </w:rPr>
        <w:t>“Энэ дэлхийн түүхийн сүүлчийн өдрүүдэд, Бурханы тушаалуудыг сахидаг Өөрийн ард түмэнтэй байгуулсан Түүний гэрээ шинэчлэгдэх ёстой.” Review and Herald, 1914 оны 2-р сарын 26.</w:t>
      </w:r>
    </w:p>
    <w:p>
      <w:pPr>
        <w:pStyle w:val="ArticleBody"/>
        <w:jc w:val="left"/>
      </w:pPr>
      <w:r>
        <w:rPr>
          <w:rFonts w:ascii="Times New Roman" w:hAnsi="Times New Roman" w:eastAsia="Times New Roman" w:cs="Times New Roman"/>
        </w:rPr>
        <w:t>Араатны тэмдгийг хүлээн авдаг Амралтын өдрийг сахигчдыг Бурханы тамгыг хүлээн авдаг Амралтын өдрийг сахигчдаас тусгаарлах явдал нь Ням гаргийн хуулийн үед гүйцэлдэнэ. Энэхүү тусгаарлалыг арван охины тухай сургаалт зүйрлэлээр дүрслэн үзүүлсэн байдаг.</w:t>
      </w:r>
    </w:p>
    <w:p>
      <w:pPr>
        <w:pStyle w:val="ArticleScripture"/>
        <w:jc w:val="left"/>
      </w:pPr>
      <w:r>
        <w:rPr>
          <w:rFonts w:ascii="Times New Roman" w:hAnsi="Times New Roman" w:eastAsia="Times New Roman" w:cs="Times New Roman"/>
        </w:rPr>
        <w:t>“Матай 25 дахь арван онгон охидын тухай сургаалт зүйрлэл нь мөн Адвентист ард түмний туршлагыг дүрслэн харуулдаг.” Агуу Тэмцэл, 393.</w:t>
      </w:r>
    </w:p>
    <w:p>
      <w:pPr>
        <w:pStyle w:val="ArticleScripture"/>
        <w:jc w:val="left"/>
      </w:pPr>
      <w:r>
        <w:rPr>
          <w:rFonts w:ascii="Times New Roman" w:hAnsi="Times New Roman" w:eastAsia="Times New Roman" w:cs="Times New Roman"/>
        </w:rPr>
        <w:t>“Би таван нь ухаантай, тав нь мунхаг байсан арван онгоны тухай сургаалт зүйрлэл рүү олонтаа хандуулагддаг. Энэ сургаалт зүйрлэл нь тусгайлан энэ цаг үед хамаарах учир үг үсэг бүрээрээ биелсэн бөгөөд цаашид ч биелэх болно; мөн гурав дахь тэнгэрэлчийн мэдээний адил, биелсэн бөгөөд цаг хугацааны төгсгөл хүртэл өнөөгийн үнэн хэвээр байсаар байх болно.” Review and Herald, August 19, 1890.</w:t>
      </w:r>
    </w:p>
    <w:p>
      <w:pPr>
        <w:pStyle w:val="ArticleBody"/>
        <w:jc w:val="left"/>
      </w:pPr>
      <w:r>
        <w:rPr>
          <w:rFonts w:ascii="Times New Roman" w:hAnsi="Times New Roman" w:eastAsia="Times New Roman" w:cs="Times New Roman"/>
        </w:rPr>
        <w:t>Энэхүү сургаалт зүйрлэл 1844 оны 10 дугаар сарын 22-нд, Миллерийн хөдөлгөөний түүхэн дэх ухаалаг болон мунхаг арван охид тусгаарлагдах үед биелсэн юм. Адвентизмийн эхлэл нь Адвентизмийн төгсгөлийг төлөөлдөг бөгөөд төгсгөлийн үеийн энэхүү тусгаарлалт нь арван охидын сургаалт зүйрлэлийн биелэл мөн; төгсгөл дэх тэрхүү тусгаарлалт нь Ням гаргийн хуулиар бий болдог.</w:t>
      </w:r>
    </w:p>
    <w:p>
      <w:pPr>
        <w:pStyle w:val="ArticleScripture"/>
        <w:jc w:val="left"/>
      </w:pPr>
      <w:r>
        <w:rPr>
          <w:rFonts w:ascii="Times New Roman" w:hAnsi="Times New Roman" w:eastAsia="Times New Roman" w:cs="Times New Roman"/>
        </w:rPr>
        <w:t>“Мөн эдгээр сургаалт зүйрлэлүүд шүүлтийн дараа ямар ч сорилтын хугацаа байх ёсгүйг заадаг. Сайн мэдээний ажил дуусмагц сайн ба муугийн хоорондын ялгалт нэн даруй дагалдан ирдэг бөгөөд бүлэг тус бүрийн хувь заяа үүрд тогтоогддог.” Christ’s Object Lessons, 123.</w:t>
      </w:r>
    </w:p>
    <w:p>
      <w:pPr>
        <w:pStyle w:val="ArticleBody"/>
        <w:jc w:val="left"/>
      </w:pPr>
      <w:r>
        <w:rPr>
          <w:rFonts w:ascii="Times New Roman" w:hAnsi="Times New Roman" w:eastAsia="Times New Roman" w:cs="Times New Roman"/>
        </w:rPr>
        <w:t>Арван охины тухай сургаалт зүйрлэл нь АНУ-д Ням гаргийн хуулийн үед Бурханы тамгыг хүлээн авдаг нь Адвентизмын мэргэн охид, харин араатны тэмдгийг хүлээн авдаг нь Адвентизмын мунхаг охид болохыг тодорхойлон заадаг. Мунхаг охид нь мөн Лаодикеичууд хэмээн төлөөлөгдөн харуулагддаг.</w:t>
      </w:r>
    </w:p>
    <w:p>
      <w:pPr>
        <w:pStyle w:val="ArticleScripture"/>
        <w:jc w:val="left"/>
      </w:pPr>
      <w:r>
        <w:rPr>
          <w:rFonts w:ascii="Times New Roman" w:hAnsi="Times New Roman" w:eastAsia="Times New Roman" w:cs="Times New Roman"/>
        </w:rPr>
        <w:t>“Мунхаг охидоор дүрслэгдсэн Сүмийн байдал нь мөн Лаодикеийн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Эцсийн өдрүүдэд, Бурхан Өөрийн тушаалуудыг сахидаг ард түмэнтэйгээ Өөрийн гэрээг шинэчлэх үедээ, Мосегийн цагт гэрээг шинэчилж байхдаа хийсэнчлэн, Өөрийнхөө шинэ нэрийг илчлэх болно. Ухаангүй онгон охидын байдал нь тэдэнд тос байхгүйд оршдог; харин Лаодикейчуудын байдал нь тэд тосгүй гэдгээ олж харахааргүйгээр дэндүү сохор байдагт оршдог. Хэрэв ухаангүй онгон охид Лаодикейчууд мөн бол, ухаалаг онгон охид Филадельфичууд мөн гэдэг нь илэрхий юм.</w:t>
      </w:r>
    </w:p>
    <w:p>
      <w:pPr>
        <w:pStyle w:val="ArticleScripture"/>
        <w:jc w:val="left"/>
      </w:pPr>
      <w:r>
        <w:rPr>
          <w:rFonts w:ascii="Times New Roman" w:hAnsi="Times New Roman" w:eastAsia="Times New Roman" w:cs="Times New Roman"/>
        </w:rPr>
        <w:t>Филаделфи дахь чуулганы тэнгэрэлчид бичигтүн: Ариун Нэгэн, Үнэн Нэгэн, Давидын түлхүүрийг эзэмшигч Тэр, нээвэл хэн ч хааж үл чадна; хаавал хэн ч нээж үл чадна гэж айлдаж байна. Би чиний үйлсийг мэднэ. Болгоогтун, Би чиний өмнө нээлттэй хаалга тавьсан бөгөөд түүнийг хэн ч хааж үл чадна. Учир нь чи өчүүхэн хүчтэй атлаа Миний үгийг сахиж, Миний нэрийг үгүйсгээгүй билээ.</w:t>
      </w:r>
    </w:p>
    <w:p>
      <w:pPr>
        <w:pStyle w:val="ArticleScripture"/>
        <w:jc w:val="left"/>
      </w:pPr>
      <w:r>
        <w:rPr>
          <w:rFonts w:ascii="Times New Roman" w:hAnsi="Times New Roman" w:eastAsia="Times New Roman" w:cs="Times New Roman"/>
        </w:rPr>
        <w:t>Харагтун, өөрсдийгөө иудейчүүд хэмээн хэлдэг боловч тийм биш, харин худал хэлдэг Сатаны синагогийн хүмүүсийг Би авчирч, чиний хөлийн өмнө ирж мөргүүлэх бөгөөд Би чамайг хайрласан гэдгийг тэдэнд мэдүүлэх болно. Чи Миний тэвчээрийн үгийг сахисан учраас газар дэлхий дээр оршин суугчдыг сорихоор бүх ертөнцөд ирэх сорилтын цагаас Би бас чамайг хамгаалан хадгалах болно.</w:t>
      </w:r>
    </w:p>
    <w:p>
      <w:pPr>
        <w:pStyle w:val="ArticleScripture"/>
        <w:jc w:val="left"/>
      </w:pPr>
      <w:r>
        <w:rPr>
          <w:rFonts w:ascii="Times New Roman" w:hAnsi="Times New Roman" w:eastAsia="Times New Roman" w:cs="Times New Roman"/>
        </w:rPr>
        <w:t>Харагтун, Би түргэн ирнэ. Өөрт буйгаа бат барь, тэгвэл хэн ч чиний титмийг авахгүй. Ялагчийг Би Өөрийн Бурханы сүмд багана болгоно, мөн тэр цаашид хэзээ ч гадагш гарахгүй. Түүн дээр Би Өөрийн Бурханы нэрийг, мөн Өөрийн Бурханы шинэ Иерусалим хэмээх хотын нэрийг—тэр нь Өөрийн Бурханаас тэнгэрээс бууж ирдэг—мөн Өөрийн шинэ нэрийг бичнэ. Чихтэй нэгэн нь Сүнс чуулгануудад юу айлдаж буйг сонсогтун. Илчлэл 3:7–13.</w:t>
      </w:r>
    </w:p>
    <w:p>
      <w:pPr>
        <w:pStyle w:val="ArticleBody"/>
        <w:jc w:val="left"/>
      </w:pPr>
      <w:r>
        <w:rPr>
          <w:rFonts w:ascii="Times New Roman" w:hAnsi="Times New Roman" w:eastAsia="Times New Roman" w:cs="Times New Roman"/>
        </w:rPr>
        <w:t>Филаделфичүүд нь нэг зуун дөчин дөрвөн мянгыг төлөөлдөг бөгөөд Бурхан Өөрийн шинэ нэрийг тэдний дээр бичнэ хэмээн тэдэнд амласан байдаг. Эзэн нэг зуун дөчин дөрвөн мянгатай гэрээ байгуулах үедээ, Өөрийнхөө шинэ нэрийг танилцуулах болно. Абрахамд Эзэн Өөрийгөө Төгс Хүчит Бурхан мөн хэмээн айлдсан билээ.</w:t>
      </w:r>
    </w:p>
    <w:p>
      <w:pPr>
        <w:pStyle w:val="ArticleScripture"/>
        <w:jc w:val="left"/>
      </w:pPr>
      <w:r>
        <w:rPr>
          <w:rFonts w:ascii="Times New Roman" w:hAnsi="Times New Roman" w:eastAsia="Times New Roman" w:cs="Times New Roman"/>
        </w:rPr>
        <w:t>Абрамыг ерэн есөн настай байхад ЭЗЭН Абрамд үзэгдэж, түүнд айлдав: Би бол Төгс Хүчит Бурхан мөн; Миний өмнө алхаж, төгс бай. Би Өөрийн гэрээг Өөрийнхөө ба чиний хооронд тогтоож, чамайг үлэмж ихээр үржүүлнэ. Тэгэхэд Абрам нүүрээрээ газар унан мөргөв; Бурхан түүнтэй ярьж, айлдав: Миний хувьд гэвэл, болгоогтун, Миний гэрээ чамтай хамт байна, чи олон үндэстний эцэг болно. Чиний нэрийг цаашид Абрам гэж дуудахгүй, харин чиний нэр Абрахам байна; учир нь Би чамайг олон үндэстний эцэг болгосон юм. Эхлэл 17:1–5.</w:t>
      </w:r>
    </w:p>
    <w:p>
      <w:pPr>
        <w:pStyle w:val="ArticleBody"/>
        <w:jc w:val="left"/>
      </w:pPr>
      <w:r>
        <w:rPr>
          <w:rFonts w:ascii="Times New Roman" w:hAnsi="Times New Roman" w:eastAsia="Times New Roman" w:cs="Times New Roman"/>
        </w:rPr>
        <w:t>Эзэн Абрахамын үед сонгогдсон ард түмэнтэй анх гэрээ байгуулахдаа Өөрийгөө Төгс Хүчит Бурхан хэмээн илчилсэн. Мосегийн үед Тэр Өөрийн гэрээний харилцааг цааш өргөжүүлэхдээ анх удаа Өөрийгөө JEHOVAH хэмээн илчилсэн. Есүс олон хүний төлөө нэг долоо хоногийн хугацаанд гэрээг батлахаар ирэхдээ, Хуучин Гэрээнд ганцхан удаа, тэр нь Вавилоны нэг хүнээр дамжин илэрхийлэгдсэн байсан Бурханы шинэ нэрийг танилцуулсан юм.</w:t>
      </w:r>
    </w:p>
    <w:p>
      <w:pPr>
        <w:pStyle w:val="ArticleScripture"/>
        <w:jc w:val="left"/>
      </w:pPr>
      <w:r>
        <w:rPr>
          <w:rFonts w:ascii="Times New Roman" w:hAnsi="Times New Roman" w:eastAsia="Times New Roman" w:cs="Times New Roman"/>
        </w:rPr>
        <w:t>Тэгэхэд хаан Небухаднезар гайхан цочиж, яаран босоод, зөвлөхүүддээ хандан ийн хэлэв: «Бид галын дунд хүлээстэй гурван хүнийг хаясан бус уу?» Тэд хаанд хариулан: «Үнэн, хаан аа» гэв. Тэр хариуд нь: «Харагтун, би галын дунд сул чөлөөтэй яваа дөрвөн хүнийг харж байна; тэдэнд ямар ч гэмтэл алга. Дөрөв дэхийн дүр төрх нь Бурханы Хүүтэй адил байна» гэв. Даниел 3:24, 25.</w:t>
      </w:r>
    </w:p>
    <w:p>
      <w:pPr>
        <w:pStyle w:val="ArticleBody"/>
        <w:jc w:val="left"/>
      </w:pPr>
      <w:r>
        <w:rPr>
          <w:rFonts w:ascii="Times New Roman" w:hAnsi="Times New Roman" w:eastAsia="Times New Roman" w:cs="Times New Roman"/>
        </w:rPr>
        <w:t>Даниелын гуравдугаар бүлэг нь Америкийн Нэгдсэн Улс дахь Ням гаргийн хуулийг зааж буйг тогтоох нь тун амархан. Даниелын гуравдугаар бүлэгт Шадрах, Мешах, Абеднего нар нэг зуун дөчин дөрвөн мянгыг төлөөлдөг. Нэг зуун дөчин дөрвөн мянга гэдэг нь гэрээг эцсийн удаа шинэчилдэг хүмүүс мөн. Даниелын гуравдугаар бүлэгт бид Ням гаргийн хууль болон хожмын борооны түүхийн эш үзүүллэгийн дүрслэлийг хардаг. Христ Өөрийн гурван үнэнчтэй хамт хавчлагын гал дунд байсан бөгөөд байх ч болно; тэдгээр нь зөвхөн нэг зуун дөчин дөрвөн мянгыг төдийгүй, мөн гурван тэнгэрэлчийн мэдээг төлөөлдөг. Ням гаргийн хуулийн хямралыг бэлгэдэж буй тэр гал дотор Тэрээр Өөрийн нэрсийн нэгээр танигддаг бөгөөд энэ нь Христ Бурханы Хүү болон иртэл түүхэнд танилцуулагдахгүй байсан нэр юм. Гуравдугаар бүлгийн энэ дүрслэлд бид ертөнцийн төгсгөлд гэрээг шинэчилдэг хүмүүс эцсийн хямралын үеэр Христтэй харилцаж байгааг хардаг бөгөөд Түүнд хэн ч мэдээгүй нэгэн нэр байлаа.</w:t>
      </w:r>
    </w:p>
    <w:p>
      <w:pPr>
        <w:pStyle w:val="ArticleBody"/>
        <w:jc w:val="left"/>
      </w:pPr>
      <w:r>
        <w:rPr>
          <w:rFonts w:ascii="Times New Roman" w:hAnsi="Times New Roman" w:eastAsia="Times New Roman" w:cs="Times New Roman"/>
        </w:rPr>
        <w:t>Египет дэх чөлөөлөлт нь Америкийн Нэгдсэн Улс дахь ням гаргийн хуулийг төлөөлдөг тухай бидний авч үзэж буй асуудлаас хэт холдон явахаас өмнө, Египетэд арван гай гамшгийн эхнийх нь эхлэхээс өмнө жинхэнэ Амралтын өдрийн хөдөлгөөн өрнөж байсныг бид өөрсдөдөө сануулах учиртай.</w:t>
      </w:r>
    </w:p>
    <w:p>
      <w:pPr>
        <w:pStyle w:val="ArticleScripture"/>
        <w:jc w:val="left"/>
      </w:pPr>
      <w:r>
        <w:rPr>
          <w:rFonts w:ascii="Times New Roman" w:hAnsi="Times New Roman" w:eastAsia="Times New Roman" w:cs="Times New Roman"/>
        </w:rPr>
        <w:t>Фараон өгүүлрүүн: Үзэгтүн, энэ газрын ард түмэн эдүгээ олон болжээ, харин та нар тэднийг ачаа дарамтаас нь амрааж байна. Тэгээд Фараон мөн тэр өдөр ард түмний харгалзагчид болон тэдний түшмэдэд тушаан, ийн өгүүлэв: Та нар урьдын адил тоосго хийхэд нь ард түмэнд сүрэл дахин бүү өг; харин тэд өөрсдөө явж, өөрсдөдөө сүрэл цуглуулаг. Мөн урьд нь тэдний хийдэг байсан тоосгоны тоо хэмжээг тэдэнд хэвээр нь ноогдуул; түүнээс юуг ч бүү хорогдуул. Учир нь тэд залхуу байна; тиймийн тул тэд хашхиран, “Бид явж, Бурхандаа тахил өргөе” хэмээн ярьж байна. Тиймээс эрчүүдэд илүү их ажил оногдуул, ингэснээр тэд түүндээ хөдөлмөрлөж, хоосон үгсийг анхаарахгүй болог. Тэгээд ард түмний харгалзагчид болон тэдний түшмэд гарч, ард түмэнд хэлэхдээ: Фараон ийн айлдаж байна, “Би та нарт сүрэл өгөхгүй. Та нар явж, олж чадах газраасаа сүрэл ав; гэвч ажлын тань юуг ч хорогдуулахгүй” гэв. Ийнхүү ард түмэн сүрлийн оронд сүрэлний иш түүхээр Египетийн бүх нутаг даяар тархан одов. Харгалзагчид тэднийг шавдуулан, “Сүрэл байсантай адил өдөр бүрийнхээ даалгаврыг гүйцээ, ажлаа бүтээ” гэжээ. Фараоны харгалзагчдын тэдний дээр тавьсан Израилийн хөвгүүдийн түшмэд зодуулж, “Өчигдөр ч, өнөөдөр ч та нар яагаад урьдын адил тоосгоны даалгавраа гүйцээсэнгүй вэ?” хэмээн байцаагдав. Тэгээд Израилийн хөвгүүдийн түшмэд ирж, Фараонд хандан хашхиран: Та юунд зарц нартайгаа ийнхүү харьцана вэ? Таны зарц нарт сүрэл өгдөггүй атлаа бидэнд, “Тоосго хий” гэж хэлж байна; тэгээд, үзэгтүн, таны зарц нар зодуулж байна; гэвч буруу нь таны өөрийн ард түмэнд байна гэв. Харин тэрээр: Та нар залхуу, залхуу байна; тиймийн тул та нар, “Бид явж, ЭЗЭНд тахил өргөе” гэж байна. Иймийн тул одоо явж, ажиллагтун; учир нь та нарт сүрэл өгөхгүй, гэвч та нар тоосгоны тоо хэмжээг тушаана хэмээв. “Өдөр бүрийнхээ тоосгоноос юуг ч бүү хорогдуул” гэж айлдсаны дараа Израилийн хөвгүүдийн түшмэд өөрсдийн байдал муу болжээ гэдгийг ойлгов. Египетээс гарсан нь 5:5–19.</w:t>
      </w:r>
    </w:p>
    <w:p>
      <w:pPr>
        <w:pStyle w:val="ArticleBody"/>
        <w:jc w:val="left"/>
      </w:pPr>
      <w:r>
        <w:rPr>
          <w:rFonts w:ascii="Times New Roman" w:hAnsi="Times New Roman" w:eastAsia="Times New Roman" w:cs="Times New Roman"/>
        </w:rPr>
        <w:t>Ням гаргийн хуулиас өмнө, Египетийн гамшгуудын өмнөхөн байсанчлан, долоо дахь өдрийн Амралтын өдрийг сахигчдын эсрэг өдөөн хатгалга улам бүр ширүүсэх болно. Египетчүүд болон еврейчүүдийн аль аль нь Мосег бүх гай зовлонг учруулж буй хүн хэмээн тодорхойлж байсанчлан, Ахаб ч Елиаг тийнхүү буруутгасан билээ.</w:t>
      </w:r>
    </w:p>
    <w:p>
      <w:pPr>
        <w:pStyle w:val="ArticleScripture"/>
        <w:jc w:val="left"/>
      </w:pPr>
      <w:r>
        <w:rPr>
          <w:rFonts w:ascii="Times New Roman" w:hAnsi="Times New Roman" w:eastAsia="Times New Roman" w:cs="Times New Roman"/>
        </w:rPr>
        <w:t>Ахаб Елиаг хараад түүнд — Израилийг үймүүлэгч нь чи юу? гэж хэлэв. Харин тэр — Израилийг үймүүлсэн нь би биш; харин та, мөн таны эцгийн гэр бүл юм. Учир нь та нар ЭЗЭНий тушаалуудыг орхиж, Баалуудыг дагасан билээ, гэж хариулав. Хаадын дээд 18:17, 18.</w:t>
      </w:r>
    </w:p>
    <w:p>
      <w:pPr>
        <w:pStyle w:val="ArticleBody"/>
        <w:jc w:val="left"/>
      </w:pPr>
      <w:r>
        <w:rPr>
          <w:rFonts w:ascii="Times New Roman" w:hAnsi="Times New Roman" w:eastAsia="Times New Roman" w:cs="Times New Roman"/>
        </w:rPr>
        <w:t>Мосегийн түүх Ням гаргийн хуулийн түүхийг дүрслэн харуулдаг, мөн Елиагийн түүх ч Ням гаргийн хуулийн түүхийг дүрслэн харуулдаг. Мосе ба Елиа хамтдаа ч, тус тусдаа ч бэлгэдлүүд юм. Христийн хувиралтын үед тэд хамтдаа үхлийг үзэхгүй нэг зуун дөчин дөрвөн мянгыг болон Эзэнд дотор нас барагчдыг төлөөлсөн. Мосе амилуулагдсан, Елиа хэзээ ч үхээгүй. Тэд мөн Илчлэлт арван нэгд байдаг ард түмнийг зовоогч хоёр эш үзүүлэгч юм. Мосе ба Елиа бэлгэдлийн хувьд маш их үнэнийг төлөөлдөг бөгөөд үүнийг бид хожим авч үзнэ гэж найдаж байна.</w:t>
      </w:r>
    </w:p>
    <w:p>
      <w:pPr>
        <w:pStyle w:val="ArticleScripture"/>
        <w:jc w:val="left"/>
      </w:pPr>
      <w:r>
        <w:rPr>
          <w:rFonts w:ascii="Times New Roman" w:hAnsi="Times New Roman" w:eastAsia="Times New Roman" w:cs="Times New Roman"/>
        </w:rPr>
        <w:t>Харагтун, ЭЗЭНий агуу бөгөөд аймшигт өдөр ирэхээс өмнө Би та нар уруу эш үзүүлэгч Елиаг илгээнэ. Тэр эцгүүдийн зүрхийг хүүхдүүд уруу нь, хүүхдүүдийн зүрхийг эцгүүд уруу нь эргүүлнэ. Эс тэгвээс Би ирж, газрыг хараалаар цохино. Малахи 4:5, 6.</w:t>
      </w:r>
    </w:p>
    <w:p>
      <w:pPr>
        <w:pStyle w:val="ArticleBody"/>
        <w:jc w:val="left"/>
      </w:pPr>
      <w:r>
        <w:rPr>
          <w:rFonts w:ascii="Times New Roman" w:hAnsi="Times New Roman" w:eastAsia="Times New Roman" w:cs="Times New Roman"/>
        </w:rPr>
        <w:t>Хүний сорилтын хугацаа хаагдахын яг өмнө “эш үзүүлэгч Елиа” эцгүүдийн зүрхийг хүүхдүүд уруу, хүүхдүүдийн зүрхийг эцгүүд уруу эргүүлэх онцгой мэдээтэйгээр гарч ирэх ёстой. Бүх эш үзүүлэгчид дэлхийн төгсгөлийн тухай гэрчилдэг бөгөөд тэд бүгдээрээ хоорондоо санал нийлдэг.</w:t>
      </w:r>
    </w:p>
    <w:p>
      <w:pPr>
        <w:pStyle w:val="ArticleScripture"/>
        <w:jc w:val="left"/>
      </w:pPr>
      <w:r>
        <w:rPr>
          <w:rFonts w:ascii="Times New Roman" w:hAnsi="Times New Roman" w:eastAsia="Times New Roman" w:cs="Times New Roman"/>
        </w:rPr>
        <w:t>Эш үзүүлэгчдийн сүнс нь эш үзүүлэгчдэд захирагддаг. Учир нь Бурхан бол эмх замбараагүй байдлын бус, харин амар тайвны Бурхан мөн; ариун хүмүүсийн бүх чуулганд ч мөн адил. 1 Коринт 14:32, 33.</w:t>
      </w:r>
    </w:p>
    <w:p>
      <w:pPr>
        <w:pStyle w:val="ArticleBody"/>
        <w:jc w:val="left"/>
      </w:pPr>
      <w:r>
        <w:rPr>
          <w:rFonts w:ascii="Times New Roman" w:hAnsi="Times New Roman" w:eastAsia="Times New Roman" w:cs="Times New Roman"/>
        </w:rPr>
        <w:t>Элиагийн мэдээ нь Эзэний агуу бөгөөд аймшигт өдрийн яг өмнө ирдэг; тиймээс энэ нь Илчлэл номд “Есүс Христийн илчлэл” хэмээн дүрслэгдсэн яг тэр онцгой мэдээ мөн. “Цаг нь ойрхон” байх үед Элиагийн онцгой мэдээ нь Бурханы “зарц нарт удалгүй болох ёстой зүйлсийг” үзүүлдэг.</w:t>
      </w:r>
    </w:p>
    <w:p>
      <w:pPr>
        <w:pStyle w:val="ArticleScripture"/>
        <w:jc w:val="left"/>
      </w:pPr>
      <w:r>
        <w:rPr>
          <w:rFonts w:ascii="Times New Roman" w:hAnsi="Times New Roman" w:eastAsia="Times New Roman" w:cs="Times New Roman"/>
        </w:rPr>
        <w:t>Есүс Христийн илчлэлт буюу Бурхан Өөрийн зарц нарт удалгүй болох ёстой зүйлсийг үзүүлэхийн тулд Түүнд өгсөн тэрхүү илчлэлт; Тэр үүнийг Өөрийн тэнгэрэлчээр дамжуулан илгээж, Өөрийн зарц Иоханд мэдүүлжээ. Иохан нь Бурханы үгийн тухай, Есүс Христийн гэрчлэлийн тухай, мөн өөрийн харсан бүхний тухай гэрчилсэн билээ. Энэхүү эш үзүүллэгийн үгсийг уншигч нь, түүнийг сонсогчид нь, мөн түүнд бичигдсэн зүйлсийг сахигчид нь ерөөлтэй еэ. Учир нь цаг нь ойрхон байна. Илчлэлт 1:1–3.</w:t>
      </w:r>
    </w:p>
    <w:p>
      <w:pPr>
        <w:pStyle w:val="ArticleBody"/>
        <w:jc w:val="left"/>
      </w:pPr>
      <w:r>
        <w:rPr>
          <w:rFonts w:ascii="Times New Roman" w:hAnsi="Times New Roman" w:eastAsia="Times New Roman" w:cs="Times New Roman"/>
        </w:rPr>
        <w:t>Малахи Елиаг бэлгэдэл болгон хэрэглэхдээ, тушаалуудыг сахихтай холбоотой шууд эшлэлийг хамтатган дурддагийг анхаар.</w:t>
      </w:r>
    </w:p>
    <w:p>
      <w:pPr>
        <w:pStyle w:val="ArticleScripture"/>
        <w:jc w:val="left"/>
      </w:pPr>
      <w:r>
        <w:rPr>
          <w:rFonts w:ascii="Times New Roman" w:hAnsi="Times New Roman" w:eastAsia="Times New Roman" w:cs="Times New Roman"/>
        </w:rPr>
        <w:t>Миний зарц Мосегийн хуулийг, өөрөөр хэлбэл бүх Израильд зориулан Хореб дээр түүнд Миний тушаасан зарлиг ба шүүлтүүдийг санагтун. Үзэгтүн, ЭЗЭНий агуу бөгөөд аймшигт өдөр ирэхээс өмнө Би та нарт эш үзүүлэгч Елиаг илгээх болно. Тэрээр эцгүүдийн зүрхийг хүүхдүүд уруу нь, хүүхдүүдийн зүрхийг эцгүүд уруу нь эргүүлэх болно. Эс тэгвээс Би ирж, газар дэлхийг хараалаар цохих вий. Малахи 4:4–6.</w:t>
      </w:r>
    </w:p>
    <w:p>
      <w:pPr>
        <w:pStyle w:val="ArticleBody"/>
        <w:jc w:val="left"/>
      </w:pPr>
      <w:r>
        <w:rPr>
          <w:rFonts w:ascii="Times New Roman" w:hAnsi="Times New Roman" w:eastAsia="Times New Roman" w:cs="Times New Roman"/>
        </w:rPr>
        <w:t>Эдгээр гурван эшлэл нь Хуучин Гэрээний хамгийн сүүлчийн эшлэлүүд бөгөөд Хуучин Гэрээний эцсийн амлалтыг агуулж, мөн Арван Тушаалыг сахихыг онцлон тэмдэглэдэг. Илчлэл номд долоон “ерөөл” байдаг бөгөөд тэдгээрийн хамгийн сүүлчийнх нь Арван Тушаалыг сахигчдад өгөгдсөн ерөөл юм.</w:t>
      </w:r>
    </w:p>
    <w:p>
      <w:pPr>
        <w:pStyle w:val="ArticleScripture"/>
        <w:jc w:val="left"/>
      </w:pPr>
      <w:r>
        <w:rPr>
          <w:rFonts w:ascii="Times New Roman" w:hAnsi="Times New Roman" w:eastAsia="Times New Roman" w:cs="Times New Roman"/>
        </w:rPr>
        <w:t>Би бол Альфа ба Омега, эхлэл ба төгсгөл, анхны ба эцсийнх мөн. Түүний тушаалуудыг үйлдэгчид ерөөлтэй еэ; ингэснээр тэд амийн модонд хүрэх эрхтэй болж, мөн хаалгуудаар дамжин хотод орох болой. Илчлэлт 22:13, 14.</w:t>
      </w:r>
    </w:p>
    <w:p>
      <w:pPr>
        <w:pStyle w:val="ArticleBody"/>
        <w:jc w:val="left"/>
      </w:pPr>
      <w:r>
        <w:rPr>
          <w:rFonts w:ascii="Times New Roman" w:hAnsi="Times New Roman" w:eastAsia="Times New Roman" w:cs="Times New Roman"/>
        </w:rPr>
        <w:t>Хуучин Гэрээн дэх сүүлчийн амлалт нь бидэнд Арван Тушаалыг “сана” хэмээн сануулдаг боловч, ингэхдээ “сана” гэсэн тушаалыг агуулсан тэрхүү нэг тушаалыг онцлон тэмдэглэдэг.</w:t>
      </w:r>
    </w:p>
    <w:p>
      <w:pPr>
        <w:pStyle w:val="ArticleScripture"/>
        <w:jc w:val="left"/>
      </w:pPr>
      <w:r>
        <w:rPr>
          <w:rFonts w:ascii="Times New Roman" w:hAnsi="Times New Roman" w:eastAsia="Times New Roman" w:cs="Times New Roman"/>
        </w:rPr>
        <w:t>Амралтын өдрийг санаж, түүнийг ариунаар сахигтун. Зургаан өдөр чи хөдөлмөрлөж, бүх ажлаа үйлдэгтүн. Харин долоо дахь өдөр нь чиний Бурхан ЭЗЭНий амралтын өдөр мөн. Тэр өдөр чи ямар ч ажил бүү хий; чи ч, чиний хүү ч, чиний охин ч, чиний зарц эр ч, чиний зарц эм ч, чиний мал сүрэг ч, танай үүд хаалганы доторх харийн хүн ч бүү ажиллаг. Учир нь ЭЗЭН зургаан өдөрт тэнгэр газрыг, тэнгисийг болон тэдгээрт буй бүхнийг бүтээж, долоо дахь өдөр амарсан билээ. Иймийн тул ЭЗЭН амралтын өдрийг ерөөж, ариусгасан юм. Египетээс гарсан нь 20:8–11.</w:t>
      </w:r>
    </w:p>
    <w:p>
      <w:pPr>
        <w:pStyle w:val="ArticleBody"/>
        <w:jc w:val="left"/>
      </w:pPr>
      <w:r>
        <w:rPr>
          <w:rFonts w:ascii="Times New Roman" w:hAnsi="Times New Roman" w:eastAsia="Times New Roman" w:cs="Times New Roman"/>
        </w:rPr>
        <w:t>Хуучин ба Шинэ Гэрээний аль алиных нь эцсийн амлалт нь Бурханы тушаалуудыг онцлон тэмдэглэдэг бөгөөд үүнд долоо дахь өдрийн Амралтын өдрийг онцгойлон цохон тэмдэглэдэг. Малахи «санагтун» хэмээн өгүүлдэг бөгөөд Иохан тэгснээр та нар ерөөгдөхийг бидэнд мэдэгддэг. Долоо дахь өдрийн Амралтын өдөр нь Бурханы бүтээл болон Түүний бүтээлч хүчийг дурсгал болгон тэмдэглэдэг. Амралтын өдөр мөн газрын түүхийн эцсийн өдрүүдэд маргааны цэг болдог. Иохан Түүний тушаалуудыг үйлдэгчдийн дээрх «ерөөлийг» тэмдэглэн бичихдээ, Альфа ба Омега, эхлэл ба төгсгөл, анхдагч ба эцсийнх хэмээн тунхаглагдсан Есүсийн айлдсан зүйлийг л зүгээр тэмдэглэн бичиж буй хэрэг юм. Иймээс Шинэ Гэрээний эцсийн амлалт нь Долоо дахь өдрийн Амралтын өдөртэй, мөн төгсгөлийг эхлэлээр нь тодорхойлдог бурханлаг чанарын шинжтэй холбоотой юм.</w:t>
      </w:r>
    </w:p>
    <w:p>
      <w:pPr>
        <w:pStyle w:val="ArticleBody"/>
        <w:jc w:val="left"/>
      </w:pPr>
      <w:r>
        <w:rPr>
          <w:rFonts w:ascii="Times New Roman" w:hAnsi="Times New Roman" w:eastAsia="Times New Roman" w:cs="Times New Roman"/>
        </w:rPr>
        <w:t>“Эхлэл” гэсэн утгатай Эхлэл номд дурдагдсан анхны үнэн нь Бүтээгчийг, бүтээлийг, мөн Амралтын өдрийг онцгойлон тодотгодог. Эдгээрийг бүгдийг нь хамтад нь, мөр мөрөөр нь авч үзвэл, Хуучин Гэрээний эхлэл болон Хуучин ба Шинэ Гэрээний аль алиных нь төгсгөл нь Бурханыг Бүтээгч мөн болохыг, Арван тушаалыг, Амралтын өдрийн тушаалыг, мөн Есүс бол эхлэл ба төгсгөл мөн гэдгийг онцлон тэмдэглэдэг.</w:t>
      </w:r>
    </w:p>
    <w:p>
      <w:pPr>
        <w:pStyle w:val="ArticleBody"/>
        <w:jc w:val="left"/>
      </w:pPr>
      <w:r>
        <w:rPr>
          <w:rFonts w:ascii="Times New Roman" w:hAnsi="Times New Roman" w:eastAsia="Times New Roman" w:cs="Times New Roman"/>
        </w:rPr>
        <w:t>Хуучин Гэрээний сүүлчийн амлалтад Малахи эш үзүүлэгч Елиаг бэлгэдэл болгон хэрэглэсэн бөгөөд Елиа нь Иезебел, Ахаб хоёртой нүүр тулан зогссон эш үзүүлэгч байв. Илчлэлт ном Иезебелийг папын засгийн бэлгэдэл болгон, харин арван хаадыг Нэгдсэн Үндэстний Байгууллагын бэлгэдэл болгон хэрэглэдэг. Елиа Ахаб, Иезебел хоёртой хийсэн тэмцэл нь Нэгдсэн Үндэстний Байгууллагатай хийх нэг зуун дөчин дөрвөн мянган хүний сөргөлдөөнийг төлөөлдөг бөгөөд тэр байгууллага нь Америкийн Нэгдсэн Улсаар хүчирхэгжиж, папын засгаас чиглүүлэгддэг. Израилийн хойд арван овгийн хааны хувьд Ахаб нь арван овгийг захирч байсан ноёрхогч эрх мэдлийг төлөөлж байсан тул, энэ нь Америкийн Нэгдсэн Улс (Ахаб) Нэгдсэн Үндэстний Байгууллагыг (Илчлэлт арван долоод гардаг арван овог буюу арван хаад) папын засгийн (Иезебел) төлөө Амралтын өдрийг сахигчдыг хавчих ажлыг гүйцэтгүүлэхээр хүчирхэгжүүлж байгааг дүрслэн үзүүлдэг. Малахи Эзэний агуу бөгөөд аймшигт өдрөөс өмнө ирэх мэдээг төлөөлүүлэхийн тулд Елиаг хэрэглэхдээ, Елиа нь орчин үеийн Ромоор (луу, араатан, хуурамч эш үзүүлэгч) хавчигддаг хүмүүсийг төлөөлдөг, яг л өөрөө Иезебелээр гурван жил хагасын турш хавчигдсан шиг. Малахи 4:4-т “сана” хэмээх үгийг хэрэглэн Амралтын өдрийг онцолсон нь Малахигаар дүрслэгдсэн эш үзүүллэгийн дүр зурагт Ням гаргийн хуулийн хямралыг нэмж байна.</w:t>
      </w:r>
    </w:p>
    <w:p>
      <w:pPr>
        <w:pStyle w:val="ArticleBody"/>
        <w:jc w:val="left"/>
      </w:pPr>
      <w:r>
        <w:rPr>
          <w:rFonts w:ascii="Times New Roman" w:hAnsi="Times New Roman" w:eastAsia="Times New Roman" w:cs="Times New Roman"/>
        </w:rPr>
        <w:t>Хуучин Гэрээний эхлэлийг Хуучин Гэрээний төгсгөлтэй, мөн Библийн эхлэлийг Библийн төгсгөлтэй харьцуулан үзэхэд илэрхийлэгддэг үнэнүүдийн талаар авч үзэхэд үүнээс ч үлэмжийг нэмж хэлэх шаардлагатай. Эхлэл номд бид Бүтээгч, бүтээл, мөн бүтээлийг дурсган тэмдэглэдэг Амралтын өдрийг хардаг. Малахи номд Амралтын өдрийн тушаал нь хүний сорилтын хугацаа төгсөхөд болон долоон сүүлчийн гамшигт хүргэдэг хямралын гол асуудал хэмээн тодорхойлогддог бөгөөд, эсвэл Малахи үүнийг нэрлэснээр, “ЭЗЭНий агуу бөгөөд аймшигт өдөр” юм. Елиа нь мөхөж буй дэлхийд гурав дахь тэнгэрэлчийн мэдээг тунхагладаг Бурханы ардыг төлөөлдөг.</w:t>
      </w:r>
    </w:p>
    <w:p>
      <w:pPr>
        <w:pStyle w:val="ArticleScripture"/>
        <w:jc w:val="left"/>
      </w:pPr>
      <w:r>
        <w:rPr>
          <w:rFonts w:ascii="Times New Roman" w:hAnsi="Times New Roman" w:eastAsia="Times New Roman" w:cs="Times New Roman"/>
        </w:rPr>
        <w:t>“Өнөөдөр, Елиа болон Баптист Иоханы сүнс ба хүчээр, Бурханы томилсон элч нар, нигүүлслийн хугацаа хаагдах эцсийн мөчүүд болон хаадын Хаан, эздийн Эзэн болох Христ Есүсийн үзэгдэн ирэлттэй холбогдон удахгүй болох сүр жавхлант үйл явдлуудад шүүлтэд хүргэгдэх дэлхийн анхаарлыг хандуулж байна.” эш Үзүүлэгчид ба Хаад, 715, 716.</w:t>
      </w:r>
    </w:p>
    <w:p>
      <w:pPr>
        <w:pStyle w:val="ArticleBody"/>
        <w:jc w:val="left"/>
      </w:pPr>
      <w:r>
        <w:rPr>
          <w:rFonts w:ascii="Times New Roman" w:hAnsi="Times New Roman" w:eastAsia="Times New Roman" w:cs="Times New Roman"/>
        </w:rPr>
        <w:t>Хуучин Гэрээний эхлэл мөн болох Библийн эхлэл нь хоёр Гэрээний төгсгөлд өгүүлэгдэх мөнөөх л нэг түүхийг заадаг боловч эхлэл, төгсгөл бүр нь онцлон тэмдэглэж, захиасад нэмэрлэх өөр өөрийн үнэнийг агуулдаг. Эхлэл номд анхаарлын төв нь Бурханы үйл ажиллагаанд, Малахи номд бол ирэх хямралын талаар анхааруулдаг захиаст байдаг. Илчлэлт номын төгсгөл нь Альфа ба Омегаг тодорхойлдог. Шинэ Гэрээний эхний номд бид дараахыг уншдаг.</w:t>
      </w:r>
    </w:p>
    <w:p>
      <w:pPr>
        <w:pStyle w:val="ArticleScripture"/>
        <w:jc w:val="left"/>
      </w:pPr>
      <w:r>
        <w:rPr>
          <w:rFonts w:ascii="Times New Roman" w:hAnsi="Times New Roman" w:eastAsia="Times New Roman" w:cs="Times New Roman"/>
        </w:rPr>
        <w:t>Есүс Христийн угсааны ном, Давидын хүү, Абрахамын хүү.</w:t>
      </w:r>
    </w:p>
    <w:p>
      <w:pPr>
        <w:pStyle w:val="ArticleScripture"/>
        <w:jc w:val="left"/>
      </w:pPr>
      <w:r>
        <w:rPr>
          <w:rFonts w:ascii="Times New Roman" w:hAnsi="Times New Roman" w:eastAsia="Times New Roman" w:cs="Times New Roman"/>
        </w:rPr>
        <w:t>Абрахам Исаакийг төрүүлэв; Исаак Иаковыг төрүүлэв; Иаков Иуда болон түүний ах дүүсийг төрүүлэв; Иуда Тамараас Фарес ба Зараг төрүүлэв; Фарес Есромыг төрүүлэв; Есром Арамыг төрүүлэв; Арам Аминадабыг төрүүлэв; Аминадаб Наассоныг төрүүлэв; Наассон Салмоныг төрүүлэв; Салмон Рахабаас Боозыг төрүүлэв; Бооз Рутаас Обедыг төрүүлэв; Обед Иессийг төрүүлэв; Иесси Давид хааныг төрүүлэв; Давид хаан Урийн эхнэр байсан эмэгтэйгээс Соломоныг төрүүлэв; Соломон Ровоамыг төрүүлэв; Ровоам Абиаг төрүүлэв; Абиа Асаг төрүүлэв; Аса Иосафатыг төрүүлэв; Иосафат Иорамыг төрүүлэв; Иорам Озиаг төрүүлэв; Озия Иоафамыг төрүүлэв; Иоафам Ахазыг төрүүлэв; Ахаз Езекиаг төрүүлэв; Езекиа Манассег төрүүлэв; Манассе Амоныг төрүүлэв; Амон Иосиаг төрүүлэв; Иосиа Вавилонд олзлогдон аваачигдах цагийн орчимд Иехониа болон түүний ах дүүсийг төрүүлэв. Вавилонд аваачигдсаны дараа Иехониа Салафиелыг төрүүлэв; Салафиел Зоровавелийг төрүүлэв; Зоровавель Авиудыг төрүүлэв; Авиуд Елиакимыг төрүүлэв; Елиаким Азорыг төрүүлэв; Азор Садокыг төрүүлэв; Садок Ахимыг төрүүлэв; Ахим Елиудыг төрүүлэв; Елиуд Елеазарыг төрүүлэв; Елеазар Матфаныг төрүүлэв; Матфан Иаковыг төрүүлэв; Иаков Мариагийн нөхөр Иосефыг төрүүлэв; Мариагаас Христ хэмээн нэрлэгддэг Есүс төрсөн юм.</w:t>
      </w:r>
    </w:p>
    <w:p>
      <w:pPr>
        <w:pStyle w:val="ArticleScripture"/>
        <w:jc w:val="left"/>
      </w:pPr>
      <w:r>
        <w:rPr>
          <w:rFonts w:ascii="Times New Roman" w:hAnsi="Times New Roman" w:eastAsia="Times New Roman" w:cs="Times New Roman"/>
        </w:rPr>
        <w:t>Тийнхүү Абрахамаас Давид хүртэлх бүх үеүүд арван дөрвөн үе бөгөөд; Давидаас Вавилонд цөлөгдөн аваачигдах хүртэл арван дөрвөн үе бөгөөд; Вавилонд цөлөгдөн аваачигдсанаас Христ хүртэл арван дөрвөн үе мөн.</w:t>
      </w:r>
    </w:p>
    <w:p>
      <w:pPr>
        <w:pStyle w:val="ArticleScripture"/>
        <w:jc w:val="left"/>
      </w:pPr>
      <w:r>
        <w:rPr>
          <w:rFonts w:ascii="Times New Roman" w:hAnsi="Times New Roman" w:eastAsia="Times New Roman" w:cs="Times New Roman"/>
        </w:rPr>
        <w:t>Есүс Христийн төрөлт ийм байдлаар болсон юм: Түүний эх Мариа Иосефтой сүй тавигдсан байхад, тэднийг хамтран амьдрахаас өмнө тэр Ариун Сүнснээс жирэмсэн болсон нь мэдэгдэв. Тэгэхэд түүний нөхөр Иосеф зөвт хүн байсан бөгөөд түүнийг олны өмнө шившиг болгохыг хүсээгүй тул нууцаар салгахаар санаархав. Гэвч түүнийг энэ тухай бодож байхад, болгоогтун, Эзэний тэнгэрэлч түүнд зүүдэнд үзэгдэн, —Давидын хүү Иосеф оо, Мариаг эхнэрээ болгон авахаас бүү ай; учир нь түүнд бүрэлдэн тогтсон нь Ариун Сүнснээс юм хэмээн айлдав.</w:t>
      </w:r>
    </w:p>
    <w:p>
      <w:pPr>
        <w:pStyle w:val="ArticleScripture"/>
        <w:jc w:val="left"/>
      </w:pPr>
      <w:r>
        <w:rPr>
          <w:rFonts w:ascii="Times New Roman" w:hAnsi="Times New Roman" w:eastAsia="Times New Roman" w:cs="Times New Roman"/>
        </w:rPr>
        <w:t>Тэр Хүү төрүүлнэ, чи Түүний нэрийг ЕСҮС гэж дууд; учир нь Тэр Өөрийн ард түмнийг нүглээс нь аварна. Энэ бүхэн нь Эзэн эш үзүүлэгчээр дамжуулан айлдсан үг биелэхийн тулд болсон юм. Тэрээр: Харагтун, онгон бүсгүй жирэмсэлж, Хүү төрүүлнэ, тэд Түүний нэрийг Иммануел гэж дуудна хэмээсэн; үүнийг орчуулбал, Бурхан бидэнтэй хамт гэсэн утгатай. Иосеф нойрноосоо сэрээд, Эзэний тэнгэрэлчийн өөрт нь тушаасны дагуу үйлдэж, эхнэрээ өөртөө авлаа. Тэр анхны Хүүгээ төрүүлэх хүртэл түүнтэй ойртсонгүй; тэгээд Түүний нэрийг ЕСҮС гэж дууджээ. Матай 1:1–25.</w:t>
      </w:r>
    </w:p>
    <w:p>
      <w:pPr>
        <w:pStyle w:val="ArticleBody"/>
        <w:jc w:val="left"/>
      </w:pPr>
      <w:r>
        <w:rPr>
          <w:rFonts w:ascii="Times New Roman" w:hAnsi="Times New Roman" w:eastAsia="Times New Roman" w:cs="Times New Roman"/>
        </w:rPr>
        <w:t>Шинэ Гэрээний эхлэл нь Хуучин Гэрээний эхлэл ба төгсгөл, мөн Шинэ Гэрээний төгсгөлтэй нийцдэг. Учир нь энэ нь Бурханы бүтээх хүчийг онцолдог. Христ бүх зүйлийг зургаан өдрийн дотор бүтээхэд хэрэглэсэн тэрхүү хүч нь Өөрийн ард түмнийг “нүглээс нь аврахад” хэрэглэдэг яг адилхан хүч мөн. Эммануел хэмээх үг нь уг эшлэлд Исаиагийн бичээсээс иш татсанаар “Бурхан бидэнтэй хамт” гэсэн утгатай. Тэр Өөрийн бурханлаг чанарыг бидний хүн чанартай нэгтгэн, Өөрийн ард түмний дотор оршин суудаг бөгөөд Мариад махбод болохдоо Тэр яг энэ нэгдлийг гүйцээсэн юм.</w:t>
      </w:r>
    </w:p>
    <w:p>
      <w:pPr>
        <w:pStyle w:val="ArticleScripture"/>
        <w:jc w:val="left"/>
      </w:pPr>
      <w:r>
        <w:rPr>
          <w:rFonts w:ascii="Times New Roman" w:hAnsi="Times New Roman" w:eastAsia="Times New Roman" w:cs="Times New Roman"/>
        </w:rPr>
        <w:t>“Төгс дуулгавартай байдлаас өөр юу ч Бурханы шаардлагын хэмжээнд хүрч чадахгүй. Тэр Өөрийн шаардлагуудыг тодорхой бус орхисонгүй. Хүнийг Өөртэй нь зохицолд оруулахад шаардлагатай биш юуг ч Тэр тушаагаагүй. Бид нүгэлтнүүдэд Түүний зан чанарын төгс жишгийг зааж, зөвхөн Түүний нигүүлслээр л энэхүү жишигт хүрч болох Христ уруу тэднийг хөтлөх ёстой.</w:t>
      </w:r>
    </w:p>
    <w:p>
      <w:pPr>
        <w:pStyle w:val="ArticleScripture"/>
        <w:jc w:val="left"/>
      </w:pPr>
      <w:r>
        <w:rPr>
          <w:rFonts w:ascii="Times New Roman" w:hAnsi="Times New Roman" w:eastAsia="Times New Roman" w:cs="Times New Roman"/>
        </w:rPr>
        <w:t>“Аврагч хүн төрөлхтний сул дорой байдлыг Өөр дээрээ авч, нүгэлгүй амьдралаар амьдарсан нь хүмүүс хүний мөн чанарын дорой сул байдлаас болж дийлж чадахгүй гэж эмээх хэрэггүй байхын тулд юм. Христ биднийг ‘бурханлаг мөн чанарын оролцогчид’ болгохоор ирсэн бөгөөд Түүний амьдрал нь хүн төрөлхтөн бурханлаг чанартай нэгдсэн үед нүгэл үйлддэггүйг тунхагладаг.” Ministry of Healing, 180.</w:t>
      </w:r>
    </w:p>
    <w:p>
      <w:pPr>
        <w:pStyle w:val="ArticleBody"/>
        <w:jc w:val="left"/>
      </w:pPr>
      <w:r>
        <w:rPr>
          <w:rFonts w:ascii="Times New Roman" w:hAnsi="Times New Roman" w:eastAsia="Times New Roman" w:cs="Times New Roman"/>
        </w:rPr>
        <w:t>Шинэ Гэрээний эхлэлд Есүс хэзээ, хаана, мөн яагаад бидний хүний мөн чанарыг Өөр дээрээ авсныг тодорхойлдог. Тэрээр хүний хүч чадал бурханлаг хүч чадалтай нэгдэхэд нүгэл үйлддэггүйг харуулахын тулд ийнхүү үйлдсэн юм. Нүгэл бол хуулийг зөрчих явдал бөгөөд Малахи бидэнд түүнийг “санах” ёстойг хэлдэг. Иохан хуулийг сахигчид, тиймээс нүгэл үйлддэггүй хүмүүс тэнгэрийн хаалгаар орж чадна гэдгийг бидэнд мэдүүлдэг. Матай нүгэлтэн хүн Христ ялсны адил нүглийг даван ялж чадна гэдгийг тодорхойлдог. Христ бидний дотор байх үед (алдрын найдвар) орчлон ертөнцийг бүтээсэн бүтээлч хүч бидний дотор байдаг. Энэ боломж нь Христ хүний төрөлхтөнд орохоор сонгож, мөнхийн үлдэх хугацааны туршид зөвхөн Бурханы Хүү төдийгүй бас Хүний Хүү болохоор болсон явдлаар хангагдсан юм.</w:t>
      </w:r>
    </w:p>
    <w:p>
      <w:pPr>
        <w:pStyle w:val="ArticleBody"/>
        <w:jc w:val="left"/>
      </w:pPr>
      <w:r>
        <w:rPr>
          <w:rFonts w:ascii="Times New Roman" w:hAnsi="Times New Roman" w:eastAsia="Times New Roman" w:cs="Times New Roman"/>
        </w:rPr>
        <w:t>Хүний шалгалтын хугацаа хаагдахын яг өмнө Илчлэл номоос Бурханы ард түмэнд үнэний онцгой мэдээ нээгддэг. Тэр онцгой мэдээ нь мөн “ЭЗЭНий аймшигт өдөр”-ийн яг өмнө тунхаглагддаг Малахи номын “Елиагийн мэдээ” мөн.</w:t>
      </w:r>
    </w:p>
    <w:p>
      <w:pPr>
        <w:pStyle w:val="ArticleBody"/>
        <w:jc w:val="left"/>
      </w:pPr>
      <w:r>
        <w:rPr>
          <w:rFonts w:ascii="Times New Roman" w:hAnsi="Times New Roman" w:eastAsia="Times New Roman" w:cs="Times New Roman"/>
        </w:rPr>
        <w:t>Хоёр Гэрээний эхэнд болон Шинэ Гэрээний төгсгөлд Бурханы тодорхой шинж чанаруудыг онцлон тэмдэглэсэн байдаг. Эхлэл номд Тэр бол Бүтээгч мөн; Харин Илчлэлт номын төгсгөлд Тэр бол Альфа ба Омега юм. Шинэ Гэрээний эхэнд Тэр хүний Хүү болдог. Харин Хуучин Гэрээний төгсгөлд, Эцгүүдийн зүрхийг хүүхдүүд уруу, мөн хүүхдүүдийнхийг эцгүүд уруу эргүүлэх хэмээн өөрийн тунхаглах мэдээг гүйцэлдүүлэхийн тулд элч Елиагийн хэрэглэдэг зарчмыг бид олж хардаг.</w:t>
      </w:r>
    </w:p>
    <w:p>
      <w:pPr>
        <w:pStyle w:val="ArticleBody"/>
        <w:jc w:val="left"/>
      </w:pPr>
      <w:r>
        <w:rPr>
          <w:rFonts w:ascii="Times New Roman" w:hAnsi="Times New Roman" w:eastAsia="Times New Roman" w:cs="Times New Roman"/>
        </w:rPr>
        <w:t>Елиа анхааруулах мэдээгээ тунхаглахдаа хэрэглэдэг эш үзүүллэгийн зарчим нь Илчлэлтэд Иоханд үйлдэхийг тушаасан яг тэр зүйл мөн. Елиа “эцгүүдийн зүрхийг хөвгүүд уруу, мөн хөвгүүдийн зүрхийг эцгүүд уруу эргүүлнэ”; харин Иоханд тухайн үед байсан зүйлсийг бичихийг тушаасан бөгөөд тийн үйлдэхдээ тэр нэгэн зэрэг ирэх зүйлсийг ч мөн бичих байв. Альфа ба Омега-гийн зарчим эш үзүүллэгийн Үгэнд хэрхэн үйлчилдгийг харуулахын тулд Иоханыг ашигласан бөгөөд Елиа өөрийн мэдээг мөнөөх адил зарчим дээр үндэслэх болно. Бид Библийн эхлэлийг төгсгөлтэй нь харьцуулахдаа Хуучныг Шинэтэй нь харьцуулж байна. Эцэг бол хүүхдийнхээ эхлэл бөгөөд хүүхэд нь эцгийнхээ төгсгөл юм. Нэг зуун дөчин дөрвөн мянга нь Абрахамын үр хүүхдүүдийн эцсийн үе бөгөөд Бурхан Абрахамтай гэрээ байгуулсан түүх нь Бурхан тэрхүү гэрээг нэг зуун дөчин дөрвөн мянгатай шинэчлэн тогтоох түүхийн бэлгэ тэмдэг болдог.</w:t>
      </w:r>
    </w:p>
    <w:p>
      <w:pPr>
        <w:pStyle w:val="ArticleScripture"/>
        <w:jc w:val="left"/>
      </w:pPr>
      <w:r>
        <w:rPr>
          <w:rFonts w:ascii="Times New Roman" w:hAnsi="Times New Roman" w:eastAsia="Times New Roman" w:cs="Times New Roman"/>
        </w:rPr>
        <w:t>Иймээс энэ нь итгэлээр байдаг нь нигүүлслээр байхын тулд бөгөөд ингэснээр амлалт нь бүх үр удамд баттай байх юм; зөвхөн хуулиас хамаарагдагсдад бус, харин Абрахамын итгэлийнх нь дагуу байдаг тэдэнд ч мөн адил юм. Тэр бол бид бүгдийн эцэг мөн. Ром 4:16.</w:t>
      </w:r>
    </w:p>
    <w:p>
      <w:pPr>
        <w:pStyle w:val="ArticleBody"/>
        <w:jc w:val="left"/>
      </w:pPr>
      <w:r>
        <w:rPr>
          <w:rFonts w:ascii="Times New Roman" w:hAnsi="Times New Roman" w:eastAsia="Times New Roman" w:cs="Times New Roman"/>
        </w:rPr>
        <w:t>Елиагийн мэдээ нь альфа ба омега-гийн зарчмыг илэрхийлдэг. Учир нь эцгүүд нь альфа, харин хүүхдүүд нь омега юм. Елиагийн мэдээ нь эцгүүдийн зүрхийг хүүхдүүд рүү эргүүлэх ёстой байв. Христ Иохан Баптистыг Елиа хэмээн тодорхойлсон бөгөөд Эллен Уайт Уильям Миллерийг Елиа төдийгүй Иохан Баптист мөн хэмээн тодорхойлсон. Эдгээр төлөөллийн бүх хүмүүсийн мэдээ нь эцгүүдийн зүрхийг хүүхдүүд рүү, мөн хүүхдүүдийн зүрхийг эцгүүд рүү эргүүлэх явдал хэмээн дүрслэгдсэн байдаг. Тэрхүү ажил нь хүмүүсийн зүрхийг тэнгэрлэг Эцэг рүү нь эргүүлдэг мэдээний үр нөлөөг илэрхийлдэг боловч үүгээр хязгаарлагдахгүй, учир нь энэ нь ажлын бэлгэ тэмдэг мөн юм. Библийн эш үзүүллэгт бэлгэ тэмдгүүд нэгээс илүү утгатай байдаг бөгөөд тэдгээрийг нөхцөл байдлаар нь танин тогтоох ёстой.</w:t>
      </w:r>
    </w:p>
    <w:p>
      <w:pPr>
        <w:pStyle w:val="ArticleScripture"/>
        <w:jc w:val="left"/>
      </w:pPr>
      <w:r>
        <w:rPr>
          <w:rFonts w:ascii="Times New Roman" w:hAnsi="Times New Roman" w:eastAsia="Times New Roman" w:cs="Times New Roman"/>
        </w:rPr>
        <w:t>“Баптисм хүртээгч Иоханыг агуу болгосон зүйл нь юу байсан бэ? Тэрээр еврей үндэстний багш нарын толилуулсан уламжлалын их цуглуулгад оюун санаагаа хааж, дээрээс ирдэг мэргэн ухаанд нээсэн юм. Төрөхөөс нь өмнө Ариун Сүнс Иоханы тухай ийн гэрчилсэн байдаг: ‘Тэр Эзэний өмнө агуу байх бөгөөд дарс ч, хатуу ундаа ч уухгүй; мөн Ариун Сүнсээр дүүргэгдэх болно…. Израилийн хөвгүүдээс олныг нь тэр тэдний Бурхан Эзэн рүү эргүүлнэ. Тэрээр Элиагийн сүнс ба хүчээр Түүний өмнө явж, эцгүүдийн зүрхийг хүүхдүүд уруу, дуулгаваргүйчүүдийг зөвт хүмүүсийн мэргэн ухаан уруу эргүүлэн, Эзэнд бэлтгэгдсэн ард түмнийг бэлдэх болно.’ Лук 1:15–17.” Counsels to Parents, Teachers and Students, 445.</w:t>
      </w:r>
    </w:p>
    <w:p>
      <w:pPr>
        <w:pStyle w:val="ArticleBody"/>
        <w:jc w:val="left"/>
      </w:pPr>
      <w:r>
        <w:rPr>
          <w:rFonts w:ascii="Times New Roman" w:hAnsi="Times New Roman" w:eastAsia="Times New Roman" w:cs="Times New Roman"/>
        </w:rPr>
        <w:t>Сонсохыг сонгогсдын зүрх сэтгэлийг Тэнгэрлэг Эцэг өөд эргүүлэхээр энэ мэдээ зориулагдсан бөгөөд, гэвч сэрэмжлүүлгийн мэдээг дамжуулахад хэрэглэгдэх эш үзүүллэгийн үндсэн зарчим нь Христ бол Альфа ба Омега, эхний бөгөөд сүүлчийнх, эхлэл бөгөөд төгсгөл мөн гэдэгт оршино. Елиагийн мэдээ нь Есүс Христ бол Бурханы Үг мөн гэсэн байр сууринаас Бурханы эш үзүүллэгийн Үгийг толилуулах дээр үндэслэдэг бөгөөд, Библийг захирдаг зарчмууд нь мөн Түүний зан чанарын шинжүүд юм.</w:t>
      </w:r>
    </w:p>
    <w:p>
      <w:pPr>
        <w:pStyle w:val="ArticleScripture"/>
        <w:jc w:val="left"/>
      </w:pPr>
      <w:r>
        <w:rPr>
          <w:rFonts w:ascii="Times New Roman" w:hAnsi="Times New Roman" w:eastAsia="Times New Roman" w:cs="Times New Roman"/>
        </w:rPr>
        <w:t>“Бурханы хууль нь Бурхан Өөрийнх нь адил ариун юм. Энэ нь Түүний хүслийн илчлэл, Түүний зан чанарын хуулбар, тэнгэрлэг хайр ба мэргэн ухааны илэрхийлэл мөн. Бүх амьтан, амьгүй бүхэн, ер нь бүх оршихуйн Бүтээгчийн хуульд төгс нийцэн захирагдахаас бүтээлийн зохицол шалтгаалдаг. Бурхан зөвхөн амьд биетүүдийн удирдлагад төдийгүй байгалийн бүх үйл ажиллагаанд ч захирах хуулиудыг тогтоосон. Бүх зүйл тогтмол хуулиудын дор байдаг бөгөөд тэдгээрийг үл тоомсорлож болохгүй. Харин байгаль дахь бүх юмс байгалийн хуулиар захирагддаг байхад, газар дэлхийд оршин суугч бүхнээс зөвхөн хүн л ёс суртахууны хуулийн өмнө хариуцлага хүлээдэг. Бүтээлийн титэм болсон хүнд Бурхан Өөрийн шаардлагуудыг ойлгох, Өөрийн хуулийн шударга ёс ба энэрэлт чанарыг ухаарах, мөн уг хуулийн түүнд тавих ариун шаардлагыг мэдэх чадварыг өгсөн; тиймээс хүнээс гуйвшгүй дуулгавартай байдал шаарддаг.” Эцэг өвгөд ба эш үзүүлэгчид, 53.</w:t>
      </w:r>
    </w:p>
    <w:p>
      <w:pPr>
        <w:pStyle w:val="ArticleBody"/>
        <w:jc w:val="left"/>
      </w:pPr>
      <w:r>
        <w:rPr>
          <w:rFonts w:ascii="Times New Roman" w:hAnsi="Times New Roman" w:eastAsia="Times New Roman" w:cs="Times New Roman"/>
        </w:rPr>
        <w:t>Бүх зүйл (үүнд Библи ч мөн хамрагдана, учир нь Библи бол ямар нэгэн зүйл мөн; хэрэв тэр нь ямар нэгэн зүйл мөн бол, тэгвэл тэр нь бүх зүйлийн нэг хэсэг мөн) тогтсон хуулиудын дор байдаг. Библийг зөв тайлбарлахыг захирдаг тогтсон хуулиуд буюу дүрмүүд Библид байдаг. Тэдгээр дүрмүүдийн нэг нь Библи аливаа зүйлийн төгсгөлийг тухайн зүйлийн эхлэлтэй адилтган тодорхойлдог явдал юм. Есүс бол Бурханы Үг мөн бөгөөд Тэр бол эхнийх ба эцсийнх мөн; энэ нь “тогтсон хууль” төдийгүй Түүний зан чанарын нэг шинж мөн.</w:t>
      </w:r>
    </w:p>
    <w:p>
      <w:pPr>
        <w:pStyle w:val="ArticleBody"/>
        <w:jc w:val="left"/>
      </w:pPr>
      <w:r>
        <w:rPr>
          <w:rFonts w:ascii="Times New Roman" w:hAnsi="Times New Roman" w:eastAsia="Times New Roman" w:cs="Times New Roman"/>
        </w:rPr>
        <w:t>Бид Елиагийн тухай энэхүү оршлыг ашиглан Хуучин ба Шинэ Гэрээний аль алиных нь эхлэл ба төгсгөл хоорондоо нийцдэгийг харуулсан. Илчлэл номын төгсгөл мөн Библийн төгсгөл нь Илчлэл номын эхлэлтэй ч бас нийцдэг. Нэгэн ижил үнэнүүдийн тухай таван гэрч байдаг бөгөөд тэдгээр нь Бурханы зан чанарын нэгэн шинж болох зарчимд үндэслэдэг; тэр нь Бурханы Үг аливаа зүйлийн төгсгөлийг үргэлж тухайн зүйлийн эхлэлээр дүрслэн харуулдаг явдал юм. Энэхүү бодит байдал нь Есүс Христ Альфа ба Омега мөн гэсэн үгийн утгын нэг хэсэг юм.</w:t>
      </w:r>
    </w:p>
    <w:p>
      <w:pPr>
        <w:pStyle w:val="ArticleScripture"/>
        <w:jc w:val="left"/>
      </w:pPr>
      <w:r>
        <w:rPr>
          <w:rFonts w:ascii="Times New Roman" w:hAnsi="Times New Roman" w:eastAsia="Times New Roman" w:cs="Times New Roman"/>
        </w:rPr>
        <w:t>“Патмос арал дээр байсан элч Иоханд сүмийн туршлагад хамаарах гүн бөгөөд сэтгэл хөдөлгөм ач холбогдолтой үзэгдлүүд нээгдсэн юм. Бурханы ард түмэн өөрсдийн өмнө буй аюулууд ба тэмцлүүдийн талаар ухааралтай болохын тулд түүнд асар их ач холбогдолтой, туйлын чухал зүйлсийг дүрслэл ба бэлгэдлээр толилуулсан билээ. Христийн ертөнцийн түүх цаг хугацааны эцсийн мөч хүртэл Иоханд илчлэгдсэн юм. Тэрээр Бурханы ард түмний байр суурь, аюулууд, тэмцлүүд, эцсийн авралыг их тодорхойгоор харсан. Тэрээр газрын ургацыг боловсруулан гүйцээх төгсгөлийн мэдээг тэмдэглэн үлдээсэн бөгөөд энэ нь нэг бол тэнгэрийн агуулахад хураагдах боодол, эсвэл эцсийн өдрийн галд шатаагдах модны багц болохоор боловсордог юм.”</w:t>
      </w:r>
    </w:p>
    <w:p>
      <w:pPr>
        <w:pStyle w:val="ArticleScripture"/>
        <w:jc w:val="left"/>
      </w:pPr>
      <w:r>
        <w:rPr>
          <w:rFonts w:ascii="Times New Roman" w:hAnsi="Times New Roman" w:eastAsia="Times New Roman" w:cs="Times New Roman"/>
        </w:rPr>
        <w:t>“Үзэгдэлд Иохан Бурханы ард түмэн үнэний төлөө туулах зовлон сорилтуудыг харсан. Тэрээр Бурханы тушаалуудыг дуулгавартай даган сахихдаа, тэднийг дуулгаваргүй байдалд хүчээр оруулахыг оролдсон дарангуйлагч хүчнүүдийн өмнө хэрхэн үл нугарах бат бөх байсныг харсан бөгөөд мөн араатан ба түүний дүрийг эцэст нь ялан дийлэх тэдний ялалтыг харсан.”</w:t>
      </w:r>
    </w:p>
    <w:p>
      <w:pPr>
        <w:pStyle w:val="ArticleScripture"/>
        <w:jc w:val="left"/>
      </w:pPr>
      <w:r>
        <w:rPr>
          <w:rFonts w:ascii="Times New Roman" w:hAnsi="Times New Roman" w:eastAsia="Times New Roman" w:cs="Times New Roman"/>
        </w:rPr>
        <w:t>“Их улаан луу, ирвэс адил араатан, мөн хурга мэт эвэртэй араатны бэлгэдлүүдийн дор, Бурханы хуулийг онцгойлон гишгэлэн доромжлон, Түүний ард түмнийг хавчин мөшгөх дэлхийн засгийн газруудыг Иоханд үзүүлсэн юм. Энэ дайн цаг хугацааны төгсгөл хүртэл үргэлжилдэг. Ариун эмэгтэй болон түүний хүүхдүүдээр бэлгэдэгдсэн Бурханы ард түмэн үлэмжхэн цөөнхийн байдалтайгаар дүрслэгдсэн байв. Эцсийн өдрүүдэд зөвхөн үлдэгдэл нь л оршин байв. Эдгээрийн тухай Иохан ийн өгүүлдэг: тэд бол ‘Бурханы тушаалуудыг сахидаг, Есүс Христийн гэрчлэлийг эзэмшдэг’ хүмүүс юм.”</w:t>
      </w:r>
    </w:p>
    <w:p>
      <w:pPr>
        <w:pStyle w:val="ArticleScripture"/>
        <w:jc w:val="left"/>
      </w:pPr>
      <w:r>
        <w:rPr>
          <w:rFonts w:ascii="Times New Roman" w:hAnsi="Times New Roman" w:eastAsia="Times New Roman" w:cs="Times New Roman"/>
        </w:rPr>
        <w:t>“Харь шашинт үзлээр дамжин, дараа нь Папын засаглалаар дамжин, Сатан Бурханы үнэнч гэрчүүдийг газраас арчин зайлуулахын тулд олон зууны турш өөрийн хүчийг хэрэгжүүлсэн. Харь шашинтнууд болон папистууд адилхан л луугийн сүнсээр хөдөлгөгдөж байв. Тэдний ялгаа нь зөвхөн Папын засаглал Бурханд үйлчилж буй дүр эсгэдэг байсан учраас илүү аюултай, илүү хэрцгий дайсан байсан явдал юм. Ромын шашны хэрэгслээр дамжин Сатан дэлхийг олзлон авчээ. Бурханы хэмээн өөрсдийгөө тунхагласан сүм энэ мэхлэлтийн эгнээнд хамагдан орсон бөгөөд мянга гаруй жилийн турш Бурханы ард түмэн луугийн хилэн дор зовлон амссан юм. Тэгээд Папын засаглал хүч чадлаасаа салж, хавчлагыг зогсоохоос өөр аргагүй болоход, Иохан луугийн дуу хоолойг давтан гаргаж, мөнөөх хэрцгий бөгөөд Бурханыг доромжилсон ажлыг үргэлжлүүлэхээр гарч ирж буй шинэ хүчийг үзжээ. Сүм болон Бурханы хуультай дайн хийх сүүлчийн энэ хүчийг хурганы адил эвэртэй араатнаар бэлгэдсэн байв. Үүнээс өмнөх араатнууд тэнгисээс гарч ирсэн бол, энэ нь газраас гарч ирсэн нь бэлгэдэгдэж буй үндэстний тайван өсөлтийг илэрхийлдэг. ‘Хурганы адил хоёр эвэр’ нь АНУ-ын Засгийн газрын хоёр үндсэн зарчим болох Бүгд Найрамдах ёс ба Протестантизмаар илэрхийлэгддэг төрхийг тун зохистой төлөөлдөг. Эдгээр зарчим нь үндэстнийхээ хувьд бидний хүч чадал, хөгжил цэцэглэлтийн нууц юм. Америкийн эрэг дээр анх хоргодох газар олсон хүмүүс папын эрх мэдлийн бардам шаардлагаас болон хаант засаглалын дарангуйллаас ангид оронд хүрснээ баяртайгаар тэмдэглэж байв. Тэд иргэний болон шашны эрх чөлөөний өргөн суурин дээр төрийн тогтолцоо байгуулахаар шийджээ.”</w:t>
      </w:r>
    </w:p>
    <w:p>
      <w:pPr>
        <w:pStyle w:val="ArticleScripture"/>
        <w:jc w:val="left"/>
      </w:pPr>
      <w:r>
        <w:rPr>
          <w:rFonts w:ascii="Times New Roman" w:hAnsi="Times New Roman" w:eastAsia="Times New Roman" w:cs="Times New Roman"/>
        </w:rPr>
        <w:t>“Гэвч эш үзүүллэгийн бийрийн хатуу ширүүн зураас энэ амгалан тайван дүр зурагт өөрчлөлт гарч ирэхийг илчилдэг. Хурганы адил эвэртэй араатан луугийн дуу хоолойгоор ярьж, ‘түүний өмнөх анхны араатны бүх эрх мэдлийг хэрэгжүүлдэг.’ Эш үзүүллэгт тэрээр газар дэлхий дээр оршин суугчдад араатны дүрийг бүтээхийг хэлнэ, мөн ‘жижиг, агуу, баян, ядуу, чөлөөт, боол бүгдэд баруун гар дээр нь эсвэл духан дээр нь тэмдэг хүлээн авахуулдаг; мөн тэмдэг, эсвэл араатны нэр, эсвэл түүний нэрийн тоог аваагүй хэн ч худалдаж авах буюу худалдах боломжгүй байхаар болгодог’ хэмээн тунхагладаг. Ийнхүү протестантизм Папын шашны мөрөөр явдаг.”</w:t>
      </w:r>
    </w:p>
    <w:p>
      <w:pPr>
        <w:pStyle w:val="ArticleScripture"/>
        <w:jc w:val="left"/>
      </w:pPr>
      <w:r>
        <w:rPr>
          <w:rFonts w:ascii="Times New Roman" w:hAnsi="Times New Roman" w:eastAsia="Times New Roman" w:cs="Times New Roman"/>
        </w:rPr>
        <w:t>“Яг энэ үед гурав дахь тэнгэрэлч тэнгэрийн мандлын дунд нисэн явахдаа ийнхүү тунхаглаж буйгаар үзэгддэг: ‘Хэрэв хэн нэгэн араатныг болон түүний хөргийг шүтэж, түүний тэмдгийг духан дээрээ эсвэл гар дээрээ хүлээн авбал, тэр нь Бурханы уур хилэнгийн аяган дотор ямар ч хольцгүйгээр цутгагдсан Түүний хилэнгийн дарсыг уух болно.’ ‘Энд Бурханы тушаалуудыг сахиж, Есүсийн итгэлийг хадгалдаг хүмүүс байна.’ Ертөнцөөс тод ялгаатайгаар Бурханд өргөсөн үнэнч байдлаасаа няцан буцахгүй тэр өчүүхэн бүлэглэл зогсож байна. Эд бол Исаиагийн Бурханы хуулинд гарсан цөмрөлийг засагчид хэмээн өгүүлсэн хүмүүс бөгөөд, эртний балгасыг сэргээн босгож, олон үеийн суурийг дахин босгогчид мөн.</w:t>
      </w:r>
    </w:p>
    <w:p>
      <w:pPr>
        <w:pStyle w:val="ArticleScripture"/>
        <w:jc w:val="left"/>
      </w:pPr>
      <w:r>
        <w:rPr>
          <w:rFonts w:ascii="Times New Roman" w:hAnsi="Times New Roman" w:eastAsia="Times New Roman" w:cs="Times New Roman"/>
        </w:rPr>
        <w:t>“Үхэшгүй бус хүмүүст хандан урьд өмнө өгөгдсөн хамгийн сүр жавхлант сануулга, хамгийн аймшигт заналхийлэл нь гурав дахь тэнгэрэлчийн мэдээнд агуулагддаг. Өршөөлгүйгээр Бурханы уур хилэнг дууддаг нүгэл нь туйлын жигшүүрт шинжтэй байх учиртай. Энэ нүглийн мөн чанарын талаар ертөнцийг харанхуйд орхих ёстой гэж үү?—Яавч үгүй. Бурхан Өөрийн бүтээлүүдтэй ийнхүү харьцдаггүй. Түүний уур хилэн мэдлэггүйгээр үйлдсэн нүглийн дээр хэзээ ч буудаггүй. Түүний шүүлтүүд дэлхий дээр ирэхээс өмнө энэ нүглийн тухай гэрэл ертөнцөд толилуулагдах ёстой бөгөөд ингэснээр хүн эдгээр шүүлтүүд яагаад буух гэж байгааг мэдэж, мөн тэдгээрээс зугтах боломжтой байх болно.”</w:t>
      </w:r>
    </w:p>
    <w:p>
      <w:pPr>
        <w:pStyle w:val="ArticleScripture"/>
        <w:jc w:val="left"/>
      </w:pPr>
      <w:r>
        <w:rPr>
          <w:rFonts w:ascii="Times New Roman" w:hAnsi="Times New Roman" w:eastAsia="Times New Roman" w:cs="Times New Roman"/>
        </w:rPr>
        <w:t>“Энэхүү анхааруулгыг агуулсан мэдээ нь Хүний Хүүгийн илчлэгдэхээс өмнө тунхаглагдах эцсийн мэдээ мөн. Түүний Өөрийн өгсөн тэмдгүүд Түүний ирэлт тун ойртсоныг тунхаглаж байна. Гурав дахь тэнгэрэлчийн мэдээ бараг дөчин жилийн турш цуурайтсаар ирэв. Агуу тэмцлийн үр дүнд хоёр тал тодрон гарч ирдэг: ‘араатан ба түүний дүрсийг мөргөнө’, мөн түүний тамгыг хүлээн авдаг хүмүүс; харин нөгөө нь ‘амьд Бурханы тамгыг’ хүлээн авч, духан дээрээ Эцгийнхээ нэрийг бичүүлсэн хүмүүс юм. Энэ нь нүдэнд үзэгдэх тэмдэг биш. Өөрийн сэтгэлийн авралд санаа тавьдаг хүн бүр чин сэтгэлээсээ, сүр жавхлантайгаар ийн асуух цаг иржээ: Бурханы тамга гэж юу вэ? Араатны тэмдэг гэж юу вэ? Бид түүнийг хүлээн авахаас хэрхэн зайлсхийх вэ?”</w:t>
      </w:r>
    </w:p>
    <w:p>
      <w:pPr>
        <w:pStyle w:val="ArticleScripture"/>
        <w:jc w:val="left"/>
      </w:pPr>
      <w:r>
        <w:rPr>
          <w:rFonts w:ascii="Times New Roman" w:hAnsi="Times New Roman" w:eastAsia="Times New Roman" w:cs="Times New Roman"/>
        </w:rPr>
        <w:t>“Бурханы тамга, Түүний эрх мэдлийн тэмдэг буюу шинж нь дөрөвдүгээр тушаалд байдаг. Энэ нь тэнгэр ба газрын Бүтээгч хэмээн Бурханыг заадаг бөгөөд жинхэнэ Бурханыг бүх хуурамч бурхдаас тодорхой ялган харуулдаг Арван тушаалын цорын ганц заалт юм. Ариун Бичээс даяар Бурханы бүтээх хүчний бодит үнэн нь Түүнийг бүх харь үндэстний шүтээнүүдээс дээгүүр оршдогийг нотлох баримт болгон эш татагддаг.</w:t>
      </w:r>
    </w:p>
    <w:p>
      <w:pPr>
        <w:pStyle w:val="ArticleScripture"/>
        <w:jc w:val="left"/>
      </w:pPr>
      <w:r>
        <w:rPr>
          <w:rFonts w:ascii="Times New Roman" w:hAnsi="Times New Roman" w:eastAsia="Times New Roman" w:cs="Times New Roman"/>
        </w:rPr>
        <w:t>“Дөрөвдүгээр тушаалаар зарлигдсан Амралтын өдөр нь бүтээлийн ажлыг дурсгал болгон тогтоогдсон бөгөөд ингэснээр хүмүүсийн оюун санааг үргэлж үнэн бөгөөд амьд Бурхан уруу чиглүүлэн байлгах учиртай байв. Хэрэв Амралтын өдрийг үргэлж сахиж ирсэнсэн бол шүтээн шүтэгч, атеист, эсвэл үл итгэгч хэзээ ч байхгүй байх байсан. Бурханы ариун өдрийг ариунаар сахин мөрдөх нь хүмүүсийн оюун санааг тэдний Бүтээгч уруу хөтлөх байлаа. Байгалийн юмс Түүнийг тэдний дурсамжид сэргээн сануулах байсан бөгөөд Түүний хүч чадал, Түүний хайрын тухай гэрчлэн нотлох байв. Дөрөвдүгээр тушаалын Амралтын өдөр бол амьд Бурханы тамга мөн. Энэ нь Бурханыг Бүтээгч гэж заадаг бөгөөд Түүний бүтээсэн оршнолууд дээрх Түүний зүй ёсны эрх мэдлийн тэмдэг мөн.”</w:t>
      </w:r>
    </w:p>
    <w:p>
      <w:pPr>
        <w:pStyle w:val="ArticleScripture"/>
        <w:jc w:val="left"/>
      </w:pPr>
      <w:r>
        <w:rPr>
          <w:rFonts w:ascii="Times New Roman" w:hAnsi="Times New Roman" w:eastAsia="Times New Roman" w:cs="Times New Roman"/>
        </w:rPr>
        <w:t>“Тэгвэл, хэрэв араатны тэмдэг нь жинхэнэ амралтын өдрийн оронд дэлхийнхэн хүлээн авсан хуурамч амралтын өдөр биш юм бол, тэр нь юу юм бэ?</w:t>
      </w:r>
    </w:p>
    <w:p>
      <w:pPr>
        <w:pStyle w:val="ArticleScripture"/>
        <w:jc w:val="left"/>
      </w:pPr>
      <w:r>
        <w:rPr>
          <w:rFonts w:ascii="Times New Roman" w:hAnsi="Times New Roman" w:eastAsia="Times New Roman" w:cs="Times New Roman"/>
        </w:rPr>
        <w:t>“Пап лам өөрийгөө Бурхан хэмээн нэрлэгддэг, эсхүл мөргөгддөг бүхнээс дээгүүр өргөмжлөх ёстой байсан тухай эш үзүүллэгийн тунхаглал нь Амралтын өдрийг долоо дахь өдрөөс долоо хоногийн эхний өдөр болгон өөрчилснөөр гайхамшигтайгаар биелсэн билээ. Папын амралтын өдрийг Бурханы Амралтын өдрөөс илүүд үзэн хүндэтгэж буй газар бүрт нүглийн хүн тэнгэр, газрын Бүтээгчээс дээгүүр өргөмжлөгдөж байдаг.”</w:t>
      </w:r>
    </w:p>
    <w:p>
      <w:pPr>
        <w:pStyle w:val="ArticleScripture"/>
        <w:jc w:val="left"/>
      </w:pPr>
      <w:r>
        <w:rPr>
          <w:rFonts w:ascii="Times New Roman" w:hAnsi="Times New Roman" w:eastAsia="Times New Roman" w:cs="Times New Roman"/>
        </w:rPr>
        <w:t>“Христ Амралтын өдрийг өөрчилсөн хэмээн нотолдог хүмүүс Түүний Өөрийнх нь үгтэй шууд зөрчилдөж байна. Тэрээр Уулан дээрх номлолдоо: ‘Би хуулийг эсвэл эш үзүүлэгчдийг устгахаар ирсэн гэж бүү бодогтун; Би устгахаар бус, харин биелүүлэхээр ирсэн юм. Учир нь үнэнээр Би та нарт хэлье, тэнгэр газар өнгөрөх хүртэл, бүх юм биелэгдэх хүртэл, хуулиас нэг ч иота, нэг ч зураас огтхон ч өнгөрөхгүй. Тиймээс эдгээр хамгийн өчүүхэн тушаалуудын нэгийг зөрчиж, хүмүүсийг тийнхүү сургах хэн боловч тэнгэрийн хаанчлалд хамгийн өчүүхэн гэж нэрлэгдэх болно; харин тэдгээрийг үйлдэж, сургах хэн боловч тэнгэрийн хаанчлалд агуу гэж нэрлэгдэх болно.’”</w:t>
      </w:r>
    </w:p>
    <w:p>
      <w:pPr>
        <w:pStyle w:val="ArticleScripture"/>
        <w:jc w:val="left"/>
      </w:pPr>
      <w:r>
        <w:rPr>
          <w:rFonts w:ascii="Times New Roman" w:hAnsi="Times New Roman" w:eastAsia="Times New Roman" w:cs="Times New Roman"/>
        </w:rPr>
        <w:t>“Ромын католикчууд Амралтын өдрийг өөрчилснийг өөрсдийнх нь сүм хийсэн гэдгийг хүлээн зөвшөөрдөг бөгөөд энэ өөрчлөлтийг тэд уг сүмийн дээд эрх мэдлийн баталгаа болгон иш татдаг. Долоо хоногийн эхний өдрийг Амралтын өдөр болгон сахиснаараа протестантууд бурханлаг зүйлсийн талаар хууль тогтоох түүний эрх мэдлийг хүлээн зөвшөөрч байна хэмээн тэд мэдэгддэг. Ромын сүм өөрийн алдаа мадаггүй байх тухай шаардлагаасаа татгалзаагүй бөгөөд дэлхий болон протестант сүмүүд түүний бий болгосон хуурамч амралтын өдрийг хүлээн авах үед тэд үнэндээ түүний энэ шаардлагыг зөвшөөрч буй хэрэг юм. Тэд энэхүү өөрчлөлтийг хамгаалахын тулд элч нар болон эцгүүдийн эрх мэдлийг иш татаж болох авч, тэдний үндэслэлийн эндүүрэл амархан танигдана. Папист хүн үүнийг харах хангалттай хурц ухаантай байдаг: протестантууд өөрсдийгөө мэхэлж, энэ асуудлын бодит баримтуудад нүдээ санаатайгаар аниад байгааг тэр ойлгодог. Ням гаргийн тогтолцоо улам бүр таалал хүртэх хэрээр, энэ нь эцэстээ бүх протестант ертөнцийг Ромын тугийн дор авчирна гэдэгт итгэлтэй байж, тэр баярладаг.” Signs of the Times, 1899 оны 11 дүгээр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Нэгдүгээр дугаар</dc:title>
  <dc:subject>Эхлэл ба Төгсгөл</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