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Хоёр дахь нь</w:t>
      </w:r>
    </w:p>
    <w:p>
      <w:pPr>
        <w:pStyle w:val="ArticleSubtitle"/>
        <w:jc w:val="left"/>
      </w:pPr>
      <w:r>
        <w:rPr>
          <w:rFonts w:ascii="Arial" w:hAnsi="Arial" w:eastAsia="Arial" w:cs="Arial"/>
        </w:rPr>
        <w:t>Зөгнөлийн Шинж Чанарууд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Өмнөх өгүүлэлд бид Елиаг бэлгэдэл мөн болохыг тодорхойлсон. Виллиам Миллерийн дүрмүүдтэй нийцүүлэн, “бэлгэдлүүд” нь нэгээс илүү утгатай байж болно. Иймээс Елиа бэлгэдэл байдлаар Елиа ба Мосегийн хоёр талт бэлгэдлийн нэг хэсгийг мөн төлөөлж болно. Елиа ба Мосегийн энэ хоёр талт бэлгэдэл Илчлэлт номыг бүхэлд нь нэвт сүлжилдэн явдаг бөгөөд энэхүү хоёр талт бэлгэдэл юуг төлөөлдөг талаар эргэлзээтэй байх нь хаалттай хугацаа дуусахын яг өмнө лац нь тайлагддаг Илчлэлт номын мэдээний талаар эргэлзээтэй байхтай адил юм. Ийм учраас бид одоо Елиагийн бэлгэдэлтэй холбогдон тодорхойлогддог зөгнөлийн зарим шинжүүдийг онцлон авч үзэх болно.</w:t>
      </w:r>
    </w:p>
    <w:p>
      <w:pPr>
        <w:pStyle w:val="ArticleBody"/>
        <w:jc w:val="left"/>
      </w:pPr>
      <w:r>
        <w:rPr>
          <w:rFonts w:ascii="Times New Roman" w:hAnsi="Times New Roman" w:eastAsia="Times New Roman" w:cs="Times New Roman"/>
        </w:rPr>
        <w:t>Эдгээр эш үзүүллэгийн шинжүүдийг тогтоон батлах гурван үндсэн гэрч бидэнд байна. Тэрхүү гэрчүүд нь Элиа эш үзүүлэгч, Баптисч Иохан, мөн сүнслэг нөлөөгөөр харилцан сольж хэрэглэгддэг бэлгэдлүүд хэмээн тодорхойлогддог Уильям Миллер юм.</w:t>
      </w:r>
    </w:p>
    <w:p>
      <w:pPr>
        <w:pStyle w:val="ArticleScripture"/>
        <w:jc w:val="left"/>
      </w:pPr>
      <w:r>
        <w:rPr>
          <w:rFonts w:ascii="Times New Roman" w:hAnsi="Times New Roman" w:eastAsia="Times New Roman" w:cs="Times New Roman"/>
        </w:rPr>
        <w:t>“Мянга мянган хүн Виллиам Миллерийн тунхагласан үнэнийг хүлээн авахад хөтлөгдөн, мэдээг тунхаглахын тулд Елиагийн сүнс ба хүч дотор Бурханы зарц нар босгон тавигдав. Есүсийн өмнө замыг бэлтгэгч Иохан шиг, энэхүү сүр жавхлант мэдээг тунхаглагчид сүхийг модны үндэс дээр тавьж, хүмүүсийг гэмшилд зохистой үр жимс гаргахад уриалахаас өөр аргагүй болсон юм. Тэдний гэрчлэл сүмүүдийг сэрээн хөдөлгөж, хүчтэйгээр нөлөөлөн, жинхэнэ зан чанарыг нь илрүүлэхэд чиглэгдсэн байв. Ирэх уур хилэнгээс зугтах тухай тэрхүү сүр жавхлант анхааруулга дуурсагдахад, сүмүүдтэй нэгдсэн байсан олон хүн эдгээн тэнхрүүлэх мэдээг хүлээн авсан; тэд ухралтуудаа олж харж, гэмшлийн гашуун нулимс, сэтгэлийн гүн шаналал дунд Бурханы өмнө өөрсдийгөө даруу болгов. Бурханы Сүнс тэдний дээр буухад, тэд мөн: ‘Бурханаас эмээгтүн, Түүнд алдрыг өргөгтүн; учир нь Түүний шүүлтийн цаг иржээ’ хэмээх хашхирааныг түгээхэд туслав.” Эртний Бичвэрүүд, 233.</w:t>
      </w:r>
    </w:p>
    <w:p>
      <w:pPr>
        <w:pStyle w:val="ArticleBody"/>
        <w:jc w:val="left"/>
      </w:pPr>
      <w:r>
        <w:rPr>
          <w:rFonts w:ascii="Times New Roman" w:hAnsi="Times New Roman" w:eastAsia="Times New Roman" w:cs="Times New Roman"/>
        </w:rPr>
        <w:t>Елиа, Баптисм хүртээгч Иохан, мөн Миллер нарт тэдний ажлыг удирдан чиглүүлж, мөн чанарыг нь тодорхойлсон онцгой нэгэн сүнс өгөгдсөн байв. Тэдний гэрчлэл нь чуулгануудыг “сэрээн хөдөлгөж, хүчтэйгээр нөлөөлөн, тэдгээр чуулгануудын ‘жинхэнэ төрхийг’ илчлэн харуулахад” зориулагдсан байлаа. Ахабын үе, Баптисм хүртээгч Иоханы үе, эсвэл Уильям Миллерийн үед ч тэдний хандаж байсан чуулганууд бүгд Лаодикийн сохролыг эзэмшсэн байсан бөгөөд тэр сохрол нь тийм гүн, тийм харанхуй байсан тул мэдээ нь “сүхийг модны үндэс дээр тавьж буй” мэт шулуун, шууд байх шаардлагатай байв. Үүнд шалгалтын хугацаа хаагдах тухай тунхаглал багтаж байсан бөгөөд Баптисм хүртээгч Иоханы мэдээний хувьд энэ нь айсуй байсан “уур хилэнгийн” сэрэмжлүүлэг байлаа. “Бурханаас эмээгтүн, Түүнд алдар өгөгтүн; учир нь Түүний шүүлтийн цаг ирсэн” хэмээн тунхагласан Миллерийн мэдээ ч мөн адил айсуй уур хилэнгийн сэрэмжлүүлэг байсан юм.</w:t>
      </w:r>
    </w:p>
    <w:p>
      <w:pPr>
        <w:pStyle w:val="ArticleScripture"/>
        <w:jc w:val="left"/>
      </w:pPr>
      <w:r>
        <w:rPr>
          <w:rFonts w:ascii="Times New Roman" w:hAnsi="Times New Roman" w:eastAsia="Times New Roman" w:cs="Times New Roman"/>
        </w:rPr>
        <w:t>“Иоханы дуу бүрээ мэт өндөрсөн цуурайтсан. Түүний даалгавар нь, ‘Миний ард түмэнд тэдний гэм бурууг, Иаковын гэрт тэдний нүглийг нь харуул’ (Исаиа 58:1) гэсэн байв. Тэрээр хүний ямар ч эрдэм боловсрол эзэмшээгүй байлаа. Бурхан болон байгаль түүний багш нар нь байсан. Харин Христийн өмнө замыг бэлтгэхийн тулд, эртний эш үзүүлэгчдийн адил дуу хоолойгоо сонсгож, доройтсон үндэстнийг гэмшилд дуудахуйц зоригтой нэгэн хэрэгтэй байв.” Selected Messages, book 2, 148.</w:t>
      </w:r>
    </w:p>
    <w:p>
      <w:pPr>
        <w:pStyle w:val="ArticleBody"/>
        <w:jc w:val="left"/>
      </w:pPr>
      <w:r>
        <w:rPr>
          <w:rFonts w:ascii="Times New Roman" w:hAnsi="Times New Roman" w:eastAsia="Times New Roman" w:cs="Times New Roman"/>
        </w:rPr>
        <w:t>Елиа өөрийн үеийнхэнд тэр өдөр Бурханд үйлчлэх үү, эсвэл Баалд үйлчлэх үү гэдгээ сонгохыг тушаасан бөгөөд тэр үеийнхэн нэг ч үг хариулаагүй нь Баалыг сонгосонтой адил юм.</w:t>
      </w:r>
    </w:p>
    <w:p>
      <w:pPr>
        <w:pStyle w:val="ArticleScripture"/>
        <w:jc w:val="left"/>
      </w:pPr>
      <w:r>
        <w:rPr>
          <w:rFonts w:ascii="Times New Roman" w:hAnsi="Times New Roman" w:eastAsia="Times New Roman" w:cs="Times New Roman"/>
        </w:rPr>
        <w:t>“Яг энэ цаг үед итгэлтэй анхааруулга, зэмлэл, мөн ойрын, шулуун шударга хандах байдал хэрэгтэй байснаас илүү их хэрэгцээ хэзээ ч байгаагүй. Сатан өөрийн цаг богино болохыг мэддэг тул агуу хүчээр бууж ирсэн. Тэрээр тааламжтай үлгэр домгоор дэлхийг үер мэт дүүргэж байгаа бөгөөд Бурханы ард түмэн өөрсдөд нь зөөлөн сайхан үг хэлэгдэхийг дурладаг. Нүгэл ба ёс бус явдлыг жигшин үзэхгүй байна. Надад үзүүлснээр, Бурханы ард түмэн түрэн орж ирж буй харанхуйг ухраахын тулд илүү бат, шийдэмгий хүчин чармайлт гаргах ёстой. Бурханы Сүнсний ойр, нарийн ажиллагаа одоо урьд урьдаас ч илүү хэрэгтэй байна. Мунхаг хөшүүн байдлыг сэгсрэн хаях ёстой. Хэрэв бид эсэргүүцэхгүй бол сүйрэлд маань хүргэх тэрхүү мансуурал, дорой нозоорлоос сэрэх ёстой. Сатан оюун ухаанд хүчтэй, захирах нөлөөтэй. Номлогчид ба ард олон харанхуйн хүчний талд байгаагаар илрэх аюулд байна. Одоо төвийг сахисан байр суурь гэж огт үгүй. Бид бүгд эсвэл шийдвэртэйгээр зөвийн талд, эсвэл шийдвэртэйгээр буруутай хамт байна. Христ ийн хэлсэн: ‘Надтай хамт бус нь Миний эсрэг байдаг; Надтай хамт цуглуулдаггүй нь тараан бутраадаг.’” Гэрчлэлүүд, 3-р боть, 327.</w:t>
      </w:r>
    </w:p>
    <w:p>
      <w:pPr>
        <w:pStyle w:val="ArticleBody"/>
        <w:jc w:val="left"/>
      </w:pPr>
      <w:r>
        <w:rPr>
          <w:rFonts w:ascii="Times New Roman" w:hAnsi="Times New Roman" w:eastAsia="Times New Roman" w:cs="Times New Roman"/>
        </w:rPr>
        <w:t>Иохан өөрийн үеийн “ялзарсан үндэстэн”-ийг “хорт могойн үе” хэмээн нэрлэсэн. Миллеритүүд эцэст нь өөрсдийн цаг үеийн ялзарсан үндэстнийг Вавилоны охид хэмээн тодорхойлсон. Елиа, Иохан, эсвэл Миллер хэн нь ч байсан, энэ гурвын хэн нь ч теологичид байгаагүй. Тэд бүгд амьдралын жирийн хүрээнээс дуудагдсан билээ.</w:t>
      </w:r>
    </w:p>
    <w:p>
      <w:pPr>
        <w:pStyle w:val="ArticleScripture"/>
        <w:jc w:val="left"/>
      </w:pPr>
      <w:r>
        <w:rPr>
          <w:rFonts w:ascii="Times New Roman" w:hAnsi="Times New Roman" w:eastAsia="Times New Roman" w:cs="Times New Roman"/>
        </w:rPr>
        <w:t>“Есүст буйгаараа оршдог үнэн, Тэрээр үүлэн зөөлөн мананд хучигдсан байхдаа тунхагласан ёсоороо, энэ бидний үед ч бат үнэн бөгөөд үнэний мөн чанар мөн; мөн урьд цагт оюун санааг шинэчилж байсан шигээ, хүлээн авагчийн оюун ухааныг гарцаагүй шинэчлэх болно. Христ, ‘Хэрэв тэд Мосе болон Эш Үзүүлэгчдийг сонсохгүй бол, үхэгсдээс нэгэн нь амилсан ч тэд үнэмшихгүй’ гэж айлдсан” (Лук 16:31).</w:t>
      </w:r>
    </w:p>
    <w:p>
      <w:pPr>
        <w:pStyle w:val="ArticleScripture"/>
        <w:jc w:val="left"/>
      </w:pPr>
      <w:r>
        <w:rPr>
          <w:rFonts w:ascii="Times New Roman" w:hAnsi="Times New Roman" w:eastAsia="Times New Roman" w:cs="Times New Roman"/>
        </w:rPr>
        <w:t>“Бид ард түмний хувьд Ариун Сүнсний дээдлэн захирах удирдамж дор Эзэний замыг бэлтгэж, сайн мэдээг цэвэр ариунаар нь түгээн дэлгэрүүлэхийн төлөө бэлтгэх ёстой. Амийн усны урсгал явцынхаа туршид улам гүнзгийрч, улам өргөсөх учиртай. Ойр хавийн ч, алс холын ч бүх талбарт хүмүүс анжисаа орхин, мөн оюун санааг ихээхэн эзэмддэг жирийн худалдаа арилжааны ажил мэргэжлээс дуудагдан гарч, туршлагатай—үнэнийг ойлгодог—хүмүүстэй хамтран боловсрол эзэмших болно. Бурханы нэн гайхамшигт үйлчлэлээр бэрхшээлийн уулс зайлуулагдан, тэнгист хаягдах болно. Есүст байдаг тэрхүү үнэний хүчийг биеэр амссан хүмүүсийн адил бид хөдөлмөрлөцгөөе.”</w:t>
      </w:r>
    </w:p>
    <w:p>
      <w:pPr>
        <w:pStyle w:val="ArticleScripture"/>
        <w:jc w:val="left"/>
      </w:pPr>
      <w:r>
        <w:rPr>
          <w:rFonts w:ascii="Times New Roman" w:hAnsi="Times New Roman" w:eastAsia="Times New Roman" w:cs="Times New Roman"/>
        </w:rPr>
        <w:t>“Энэ үед Бурхан нөхцөл байдлыг захирагч Эзэн мөн болохыг илчлэх үйл явдлууд дараалан өрнөх болно. Үнэн нь тодорхой, эргэлзээгүй хэлээр тунхаглагдана. Үнэнийг номлогчид эмх журамтай амьдрал, бурханлаг харьцаа хандлагаараа үнэнийг нотлон харуулахыг хичээнэ. Тэд ийнхүү үйлдэхдээ үнэнийг хамгаалан тунхаглахад хүчирхэг болж, мөн Бурханы түүнд өгсөн тэрхүү баттай хэрэглээг нь хэрэгжүүлэн илэрхийлэхэд хүчтэй болох болно.</w:t>
      </w:r>
    </w:p>
    <w:p>
      <w:pPr>
        <w:pStyle w:val="ArticleScripture"/>
        <w:jc w:val="left"/>
      </w:pPr>
      <w:r>
        <w:rPr>
          <w:rFonts w:ascii="Times New Roman" w:hAnsi="Times New Roman" w:eastAsia="Times New Roman" w:cs="Times New Roman"/>
        </w:rPr>
        <w:t>“Үнэнг мэдэж, зааж байсан хүмүүс хүний ухаанд хазайж, мэхлэгдсэн оюунуудад өөрсдийн үлгэр домгийн хоолыг хүртээх үед, нэгэн цагт сайн мэдээний ажилд хөдөлмөрлөж байсан боловч ресторан, хүнсний дэлгүүр болон худалдааны бусад чиглэлийн ажлын удирдлагад татагдан орсон хүмүүс эгнээндээ эргэн орж, Библиэ чармайн судалж, Бурханы үгийг гартаа барин, тэнгэрийн тэнгэрэлчүүдтэй хамтран Библийн үнэнийг, сүнслэг хоолыг түгээн хүргэх цаг нэгэнт болжээ. Энэ ажил эдүгээ тэнгэрлэг томилолттой ажилчдыг чангаар дуудаж байна. Тэгвэл Төгс Хүчит Нэгэн бэрхшээлийн уулсанд, Чи зайлуулагдаж, тэнгист хаягдагтун, хэмээн айлдах болно.” Paulson Collection, 73, 74.</w:t>
      </w:r>
    </w:p>
    <w:p>
      <w:pPr>
        <w:pStyle w:val="ArticleBody"/>
        <w:jc w:val="left"/>
      </w:pPr>
      <w:r>
        <w:rPr>
          <w:rFonts w:ascii="Times New Roman" w:hAnsi="Times New Roman" w:eastAsia="Times New Roman" w:cs="Times New Roman"/>
        </w:rPr>
        <w:t>Елиа, Иохан, Миллер нар нь “илүү энгийн” “мэргэжлүүд”-ээс дуудагдсан хүмүүс байсан бөгөөд тийнхүү тэднийг төлөөлдөг. Учир нь урьд нь үнэнийг зааж байсан “хүмүүс” эцэст нь “хүний ойлголт ухаан руу хэлтийж, мэхлэгдсэн оюун ухаанд өөрсдийн үлгэр домгийн тавагийг түгээдэг.” Дуудагдсан тэрхүү энгийн хүмүүс Бурханы өгсөнчлөн Библийн эш үзүүллэгийн “баттай хэрэглээг” өгнө. Уайт эгч тухайн хэсэгт “уулс”-ыг хоёр удаа “бэрхшээлийн уулс” хэмээн тодорхойлсон. Эдгээр хүмүүсийн ажилд “аливаа уулыг” намсган буулгах явдал багтаж байв. Даруу нөхцөл байдлын анжиснаас дуудагдсан энгийн хүмүүсээр гүйцэлдүүлэгдсэн ажил нь тухайн үеийн теологичдын түгээдэг хүний үлгэр домгийн тавагтай эсрэгцүүлэн, Библийн зөв аргачлалыг танин тогтоох ажлыг төлөөлдөг.</w:t>
      </w:r>
    </w:p>
    <w:p>
      <w:pPr>
        <w:pStyle w:val="ArticleScripture"/>
        <w:jc w:val="left"/>
      </w:pPr>
      <w:r>
        <w:rPr>
          <w:rFonts w:ascii="Times New Roman" w:hAnsi="Times New Roman" w:eastAsia="Times New Roman" w:cs="Times New Roman"/>
        </w:rPr>
        <w:t>“Баптисм хүртээгч Иоханы ажил болон эцсийн өдрүүдэд хүмүүсийг хайхрамжгүй байдлаас нь сэрээхийн тулд Елиагийн сүнс ба хүчээр урагшлан гарах хүмүүсийн ажил нь олон талаар адил юм. Түүний ажил бол энэ үед хийгдэх ёстой ажлын хэв шинж мөн. Христ ертөнцийг зөвтөөр шүүхээр хоёр дахь удаагаа ирэх гэж байна. Дэлхийд өгөх эцсийн анхааруулгын мэдээг авч яваа Бурханы элч нар нь Иохан Түүний анхны ирэлтийн замыг бэлтгэсэнчлэн, Христийн хоёр дахь ирэлтийн замыг бэлтгэх ёстой. Энэхүү бэлтгэх ажилд ‘бүх хөндий өргөгдөж, бүх уул толгод намсгагдаж; тахир мурий нь шулуун болж, бартаат газрууд тэгш тал болох болно’ учир нь түүх дахин давтагдах бөгөөд бас дахин ‘ЭЗЭНий сүр жавхлан илчлэгдэх болно, бүх махбод үүнийг хамтдаа үзнэ. Учир нь ЭЗЭНий ам айлдсан билээ.’” Southern Watchman, 1905 оны 3 дугаар сарын 21.</w:t>
      </w:r>
    </w:p>
    <w:p>
      <w:pPr>
        <w:pStyle w:val="ArticleBody"/>
        <w:jc w:val="left"/>
      </w:pPr>
      <w:r>
        <w:rPr>
          <w:rFonts w:ascii="Times New Roman" w:hAnsi="Times New Roman" w:eastAsia="Times New Roman" w:cs="Times New Roman"/>
        </w:rPr>
        <w:t>Исаиагийн тодорхойлсон тэрхүү гурван шинэчлэгчийн онцлог нь хөндий бүхэн өргөгдөж, уул бүхэн намсгагдаж, мурийсан нь шулуун болж, бартаат газар тэгшлэгдэх явдал мөн. Хөндийг өргөж, уулсыг намсган, мурийсныг шулуун болгож, бартаат газрыг тэгшлэн бэлтгэсэн Эзэний зам нь эртний жимүүд мөн.</w:t>
      </w:r>
    </w:p>
    <w:p>
      <w:pPr>
        <w:pStyle w:val="ArticleScripture"/>
        <w:jc w:val="left"/>
      </w:pPr>
      <w:r>
        <w:rPr>
          <w:rFonts w:ascii="Times New Roman" w:hAnsi="Times New Roman" w:eastAsia="Times New Roman" w:cs="Times New Roman"/>
        </w:rPr>
        <w:t>Цөлд хашхирагчийн дуу: “ЭЗЭНий замыг бэлтгэ, манай Бурханд зориулан цөлд дардан зам тавь. Бүх хөндий өргөгдөж, уул толгод бүр намсгагдана. Муруй нь шулуун болж, бартаат газар тэгш тал болно. ЭЗЭНий алдар суу илчлэгдэж, бүх махбод үүнийг хамтдаа үзнэ. Учир нь ЭЗЭНий ам үүнийг айлдсан билээ.” Исаиа 40:3–5.</w:t>
      </w:r>
    </w:p>
    <w:p>
      <w:pPr>
        <w:pStyle w:val="ArticleBody"/>
        <w:jc w:val="left"/>
      </w:pPr>
      <w:r>
        <w:rPr>
          <w:rFonts w:ascii="Times New Roman" w:hAnsi="Times New Roman" w:eastAsia="Times New Roman" w:cs="Times New Roman"/>
        </w:rPr>
        <w:t>Маргалдан мэтгэлцэхэд дуртай иудейчүүд Баптисч Иоханаас түүнийг ирэх Елиа мөн эсэхийг асуухад, тэр өөрийгөө биш гэж хариулсан; гэвч дараа нь тэр өөрийгөө Исаиагийн тэрхүү эшлэлтэй адилтган тодорхойлсон.</w:t>
      </w:r>
    </w:p>
    <w:p>
      <w:pPr>
        <w:pStyle w:val="ArticleScripture"/>
        <w:jc w:val="left"/>
      </w:pPr>
      <w:r>
        <w:rPr>
          <w:rFonts w:ascii="Times New Roman" w:hAnsi="Times New Roman" w:eastAsia="Times New Roman" w:cs="Times New Roman"/>
        </w:rPr>
        <w:t>Иерусалимаас иудейчүүд түүний дээр тахилч нар болон левичүүдийг илгээн, “Чи хэн бэ?” хэмээн асуухад Иоханы гэрчлэл энэ мөн. Тэр хүлээн зөвшөөрч, үгүйсгэсэнгүй; харин, “Би Христ биш” хэмээн хүлээн зөвшөөрөв. Тэд түүнээс, “Тэгвэл чи хэн юм бэ? Елиа мөн үү?” хэмээн асуухад тэр, “Би биш” гэв. “Чи тэр эш үзүүлэгч мөн үү?” гэхэд тэр, “Үгүй” гэж хариулав. Тэгээд тэд түүнд, “Чи хэн бэ? Биднийг илгээсэн хүмүүст хариу өгөхийн тулд. Чи өөрийнхөө тухай юу хэлэх вэ?” гэв. Тэр, “Би бол цөлд хашхирагч нэгний дуу мөн. ‘Эзэний замыг шулуун болго’ хэмээн эш үзүүлэгч Исаиа хэлсэн билээ” гэв. Иохан 1:19–23.</w:t>
      </w:r>
    </w:p>
    <w:p>
      <w:pPr>
        <w:pStyle w:val="ArticleBody"/>
        <w:jc w:val="left"/>
      </w:pPr>
      <w:r>
        <w:rPr>
          <w:rFonts w:ascii="Times New Roman" w:hAnsi="Times New Roman" w:eastAsia="Times New Roman" w:cs="Times New Roman"/>
        </w:rPr>
        <w:t>“Эзэний зам”-ын бэлтгэл гэдэг нь хүмүүсийн явах ёстой “зам”-ын талаарх библийн ойлголтыг бэлтгэхийн тулд тэнгэрэлчүүд Миллерт ойлгуулж, хэрэглэхэд нь удирдсан аргачлалыг тодорхойлдог. Библийн зөгнөл дэх уулс нь анхны харцаар ойлгоход хэт бэрх мэт санагдах үнэнүүдийг төлөөлдөг тул “уул” бүр намсгагдах ёстой байв. Хойд зүгийн хаан эзлэхээр оролдож буй Даниелын номын арван нэгдүгээр бүлгийн дөчин тавдугаар эшлэл дэх алдарт ариун уулыг ойлгохын тулд эхлээд Иерусалим дахь бодит алдарт ариун уулыг тогтоон таних ёстой бөгөөд тэр нь зөгнөлийн хувьд сүнслэг алдарт ариун уулыг тодорхойлдог. Армагеддон хэмээн нэрлэгдсэн, “Мегиддогийн уул” гэсэн утгатай тэрхүү уулыг тайлбарлахын тулд хүн бодит Мегиддод очих ёстой. Аливаа зүйлийн эхлэл нь төгсгөлийг нь дүрслэн үзүүлдэг гэсэн зарчмыг хэрэглэх үед бэрхшээлтэй хэмээн дүрслэгдсэн зөгнөлийн хүндрэлүүд арилдаг.</w:t>
      </w:r>
    </w:p>
    <w:p>
      <w:pPr>
        <w:pStyle w:val="ArticleBody"/>
        <w:jc w:val="left"/>
      </w:pPr>
      <w:r>
        <w:rPr>
          <w:rFonts w:ascii="Times New Roman" w:hAnsi="Times New Roman" w:eastAsia="Times New Roman" w:cs="Times New Roman"/>
        </w:rPr>
        <w:t>Исаиагаар төлөөлөгдөн, Иоханаар дурдагдан, Миллерээр тодорхойлон тавигдсан тэрхүү аргачлал нь хөндий бүхнийг өргөмжилдөг. Исаиа хорин хоёрдугаар бүлэг дэх “үзэгдлийн хөндий” ч бай, Езекиел дэх “үхсэн ясны хөндий” ч бай, эсвэл Иоелын ном дахь “Иехошафатын хөндий” ч бай, Миллерийн хөдөлгөөний түүхэнд Гайхамшигт Тоологч Палмони хэмээн төлөөлөгдсөн Христийн зан чанарыг зөвөөр ойлгоход үндэслэсэн, эсвэл бидний түүхэнд гайхамшигт хэл шинжээч Альфа ба Омега хэмээн төлөөлөгдсөн тэрхүү аргачлал нь Бурханы Үгийн “хөндүүд”-ээр төлөөлөгдсөн эш үзүүллэгийн үнэнүүдийг өргөмжилдөг юм.</w:t>
      </w:r>
    </w:p>
    <w:p>
      <w:pPr>
        <w:pStyle w:val="ArticleBody"/>
        <w:jc w:val="left"/>
      </w:pPr>
      <w:r>
        <w:rPr>
          <w:rFonts w:ascii="Times New Roman" w:hAnsi="Times New Roman" w:eastAsia="Times New Roman" w:cs="Times New Roman"/>
        </w:rPr>
        <w:t>Тэгшитгэгдэх ёстой муруй зүйлс болон тэгшлэгдэх бартаатай газрууд нь Лаодикийн санваартнууд өөрсдийн хордсон үлгэр домгийн тавагуудыг батлан хамгаалахын тулд хэрэглэдэг заншил, уламжлалуудыг засаж залруулах ажлыг төлөөлдөг. Елиагийн ажил нь теологичид ба санваартнуудын үлгэр домгуудад сөргүүлэн, Библийн зөв аргачлалыг төлөөлдөг хэмээн онцгойлон тодорхойлогддог. Тэр ажил нь боловсролтой санваартнууд, теологичдоор бус, харин “энгийн хүмүүс”-ээр гүйцэлдэнэ. Эдгээр гурван гэрчийн эш үзүүллэгийн шинж чанаруудын дотор мөн ирэх Елиа нь эрэгтэй хүн байх энгийн баримт ч багтдаг.</w:t>
      </w:r>
    </w:p>
    <w:p>
      <w:pPr>
        <w:pStyle w:val="ArticleBody"/>
        <w:jc w:val="left"/>
      </w:pPr>
      <w:r>
        <w:rPr>
          <w:rFonts w:ascii="Times New Roman" w:hAnsi="Times New Roman" w:eastAsia="Times New Roman" w:cs="Times New Roman"/>
        </w:rPr>
        <w:t>Тэр ажиглалт ач холбогдолгүй мэт санагдаж болох боловч Адвентизмийн теологичид өөрсдийн үлгэр домгийг хамгаалан батлахыг чармайхдаа, Эгч Уайт ирээдүй цаг дээр Елиагийн сүнс ба хүчээр ирэх нэгэн хүний тухай өгүүлсэн нэгэн хэсгийг авч, түүндээ өөрсдийн тайлбар хэмээх үлгэр домгийг нэмэн, Эгч Уайт өөрийнхөө тухай ярьж байсан хэмээн зүтгэнэ.</w:t>
      </w:r>
    </w:p>
    <w:p>
      <w:pPr>
        <w:pStyle w:val="ArticleScripture"/>
        <w:jc w:val="left"/>
      </w:pPr>
      <w:r>
        <w:rPr>
          <w:rFonts w:ascii="Times New Roman" w:hAnsi="Times New Roman" w:eastAsia="Times New Roman" w:cs="Times New Roman"/>
        </w:rPr>
        <w:t>“Зөгнөл биелэх ёстой. Эзэн ийнхүү айлдаж байна: ‘Харагтун, ЭЗЭНий агуу бөгөөд аймшигт өдөр ирэхээс өмнө Би та нарт эш үзүүлэгч Елиаг илгээнэ.’ Хэн нэгэн Елиагийн сүнс ба хүчээр ирэх ёстой, [Хавсралтыг үз.] тэр гарч ирэхэд хүмүүс: ‘Чи хэтэрхий хичээл зүтгэлтэй байна, Судрыг чи зөвөөр тайлбарлахгүй байна. Чи өөрийн мэдээг хэрхэн заах ёстойг би чамд хэлье’ гэж хэлж магадгүй.”</w:t>
      </w:r>
    </w:p>
    <w:p>
      <w:pPr>
        <w:pStyle w:val="ArticleScripture"/>
        <w:jc w:val="left"/>
      </w:pPr>
      <w:r>
        <w:rPr>
          <w:rFonts w:ascii="Times New Roman" w:hAnsi="Times New Roman" w:eastAsia="Times New Roman" w:cs="Times New Roman"/>
        </w:rPr>
        <w:t>“Бурханы ажлыг хүний ажлаас ялган таньж чаддаггүй хүмүүс олон байдаг. Бурхан надад өгч буйгаар нь би үнэнийг хэлнэ, мөн одоо би ийнхүү хэлж байна: хэрэв та нар өө сэв эрж хайсаар, зөрчил тэмцлийн сүнсийг тээсээр байвал, үнэнийг хэзээ ч мэдэхгүй. Есүс Өөрийн шавь нартаа, ‘Та нарт хэлэх зүйл Надад хараахан олон байгаа, гэвч та нар эдүгээ тэдгээрийг дааж чадахгүй’ хэмээн айлдсан. Тэд ариун бөгөөд мөнхийн зүйлсийг үнэлэн ойлгох байдалд байгаагүй; харин Есүс Тайтгаруулагчийг илгээнэ хэмээн амласан бөгөөд Тэр нь тэдэнд бүхнийг зааж, Өөрийн тэдэнд хэлсэн бүхнийг нь тэдний ой тойнд сануулан авчрах байв.”</w:t>
      </w:r>
    </w:p>
    <w:p>
      <w:pPr>
        <w:pStyle w:val="ArticleScripture"/>
        <w:jc w:val="left"/>
      </w:pPr>
      <w:r>
        <w:rPr>
          <w:rFonts w:ascii="Times New Roman" w:hAnsi="Times New Roman" w:eastAsia="Times New Roman" w:cs="Times New Roman"/>
        </w:rPr>
        <w:t>“Ах дүү нар аа, бид хүн дээр найдвраа тавьж үл болно. ‘Амьсгал нь хамар нүхэндээ буй хүнээс зайлагтун; учир нь түүнийг юунд тооцох билээ?’ Та нар тусламжгүй сүнснүүдээ Есүсээс зүүлгэн тогтоох ёстой. Ууланд булаг байхад хөндийн ундаргаас уух нь бидэнд зохихгүй. Доод урсгалуудыг орхиё; дээд эх булгууд руу очъё. Хэрэв та нарын ойлгодоггүй, эсвэл санал нийлдэггүй үнэн нэгэн зүйл байвал, түүнийг судал, Судрыг Судартай харьцуул, үнэний босоо амыг Бурханы үгийн уурхайд гүнзгий шургуул. Та нар өөрсдийгөө болон өөрсдийн үзэл бодлыг Бурханы тахилын ширээн дээр тавьж, урьдаас тогтсон санаануудаа зайлуулан, тэнгэрийн Сүнсээр бүх үнэн рүү удирдуулах ёстой.” Testimonies to Ministers, 475, 476.</w:t>
      </w:r>
    </w:p>
    <w:p>
      <w:pPr>
        <w:pStyle w:val="ArticleScripture"/>
        <w:jc w:val="left"/>
      </w:pPr>
      <w:r>
        <w:rPr>
          <w:rFonts w:ascii="Times New Roman" w:hAnsi="Times New Roman" w:eastAsia="Times New Roman" w:cs="Times New Roman"/>
        </w:rPr>
        <w:t>“Элиагийн сүнс ба хүч чадал дотор нэгэн хүн ирэх ёстой: Эдгээр үгийг, хатагтай Уайтын амьдрал ба ажлын дараа эш үзүүллэгийн мэдээтэйгээр гарч ирнэ хэмээн бодогдсон зарим нэгэн хувь хүнд зарим хүмүүс андуурч хэрэглэсэн байдаг. ‘Тэнгэр удирдаг’ хэмээх гарчигтай энэ өгүүллийг бүрдүүлж буй гурван догол мөр нь 1890 оны 1 дүгээр сарын 29-ний өглөө Мичиган мужийн Батл-Крикт Эллен Уайтын хэлсэн үгийн ердөө багахан хэсэг юм. Энэ нь 1890 оны 2 дугаар сарын 18-ны Review and Herald-д хэвлэгдэхдээ ‘Маргаантай сургаалын нэгэн асуудалтай хэрхэн тулгарах вэ’ гэсэн гарчигтай байв. Энэхүү өгүүллээс эш татан авч, энэ ботийн зарим хуудсыг нөхөн бүрдүүлэхэд өргөнөөр ашигласан бусад хэсгүүдийг 23, 104, 111, 119, 158, 278, болон 386-р хуудаснаас олж болно. Уг өгүүллийг бүхэлд нь Selected Messages 1:406–416-д дахин хэвлэсэн бөгөөд ‘Let Heaven Guide’ нэртэй эшлэлийг бүрдүүлж буй хэсэг нь 412 ба 413-р хуудсанд бий. Өгүүллийг бүхэлд нь уншихад, Миннеаполисын чуулганы дараахан жил гаруйн дараа Батл-Крик дэх нэгэн бүлэг хүмүүст хандан хэлсэн энэ мэдэгдэлдээ Эллен Уайт өөрийнхөө үйлчлэлийн тухай ярьж байсныг тодорхой харж болно. Зарим нь түүний ажлыг шүүмжлэх болсон байв. Энэ ботийн 475-р хуудсанд орсон хэсгийн өмнөх догол мөрөнд Эллен Уайт ийнхүү өгүүлснийг анхаар:</w:t>
      </w:r>
    </w:p>
    <w:p>
      <w:pPr>
        <w:pStyle w:val="ArticleScripture"/>
        <w:jc w:val="left"/>
      </w:pPr>
      <w:r>
        <w:rPr>
          <w:rFonts w:ascii="Times New Roman" w:hAnsi="Times New Roman" w:eastAsia="Times New Roman" w:cs="Times New Roman"/>
        </w:rPr>
        <w:t>“‘Бид ялгаа бүхэн хайлан арилсан тийм байр сууринд хүрэх ёстой. Хэрэв надад гэрэл байна гэж би бодож байвал, түүнийг танилцуулахдаа би үүргээ биелүүлэх ёстой. Эзэн надаар хүмүүст хүргүүлэхийг хүссэн мэдээний талаар би бусадтай зөвлөлдсөн гэж бодъё, тэгвэл гэрэл нь Бурханы илгээсэн тэдгээр хүмүүст хүрэхгүй байхаар хаалга хаагдаж мэднэ. Есүс Иерусалим уруу морилон орох үед, ‘шавь нарын бүх олон түмэн өөрсдийн үзсэн бүх хүчирхэг үйлсийн төлөө чанга дуугаар баярлан, Бурханыг магтаж эхлээд, “Эзэний нэрээр ирж буй Хаан ерөөлтэй еэ; тэнгэрт амар тайван, дээр өндөрт алдар байх болтугай” хэмээн хэлж байв. Тэгэхэд олон түмний дундаас зарим фарисайчууд Түүнд, “Багш аа, шавь нараа зэмлэ” гэв. Харин Тэр тэдэнд хариулан, “Би та нарт хэлье, хэрэв эдгээр нь дуугүй байвал чулуунууд тэр даруй хашхирах болно” гэв’ (Лук 19:37–40).</w:t>
      </w:r>
    </w:p>
    <w:p>
      <w:pPr>
        <w:pStyle w:val="ArticleScripture"/>
        <w:jc w:val="left"/>
      </w:pPr>
      <w:r>
        <w:rPr>
          <w:rFonts w:ascii="Times New Roman" w:hAnsi="Times New Roman" w:eastAsia="Times New Roman" w:cs="Times New Roman"/>
        </w:rPr>
        <w:t>“‘Иудейчүүд Бурханы үгэнд урьдчилан зөгнөгдсөн мэдээний тунхаглалыг зогсоохыг оролдсон.’”</w:t>
      </w:r>
    </w:p>
    <w:p>
      <w:pPr>
        <w:pStyle w:val="ArticleScripture"/>
        <w:jc w:val="left"/>
      </w:pPr>
      <w:r>
        <w:rPr>
          <w:rFonts w:ascii="Times New Roman" w:hAnsi="Times New Roman" w:eastAsia="Times New Roman" w:cs="Times New Roman"/>
        </w:rPr>
        <w:t>“Дараа нь тэр өөрийн туршлагын талаар дахин дурддаг:</w:t>
      </w:r>
    </w:p>
    <w:p>
      <w:pPr>
        <w:pStyle w:val="ArticleScripture"/>
        <w:jc w:val="left"/>
      </w:pPr>
      <w:r>
        <w:rPr>
          <w:rFonts w:ascii="Times New Roman" w:hAnsi="Times New Roman" w:eastAsia="Times New Roman" w:cs="Times New Roman"/>
        </w:rPr>
        <w:t>“‘Зөгнөл биелэгдэх ёстой. Эзэн, “Үзэгтүн, ЭЗЭНий агуу бөгөөд аймшигт өдөр ирэхээс өмнө Би эш үзүүлэгч Елиаг та нар уруу илгээнэ” (Малахи 4:5) хэмээн айлдаж байна. Хэн нэгэн Елиагийн сүнс ба хүчээр ирэх ёстой бөгөөд тэр гарч ирэхэд хүмүүс, “Та хэтэрхий чин сэтгэлтэй байна, та Судруудыг зохих ёсоор нь тайлбарладаггүй” гэж хэлж болох юм.”—Сонгогдсон мэдээнүүд, 1-р боть, 412.</w:t>
      </w:r>
    </w:p>
    <w:p>
      <w:pPr>
        <w:pStyle w:val="ArticleScripture"/>
        <w:jc w:val="left"/>
      </w:pPr>
      <w:r>
        <w:rPr>
          <w:rFonts w:ascii="Times New Roman" w:hAnsi="Times New Roman" w:eastAsia="Times New Roman" w:cs="Times New Roman"/>
        </w:rPr>
        <w:t>“Тэрээр өөрийнхөө хувийн туршлагыг хэлж байсан нь мөн дараах догол мөрөөс тодорхой харагддаг бөгөөд тэнд тэрээр ийнхүү тунхагласан байна:</w:t>
      </w:r>
    </w:p>
    <w:p>
      <w:pPr>
        <w:pStyle w:val="ArticleScripture"/>
        <w:jc w:val="left"/>
      </w:pPr>
      <w:r>
        <w:rPr>
          <w:rFonts w:ascii="Times New Roman" w:hAnsi="Times New Roman" w:eastAsia="Times New Roman" w:cs="Times New Roman"/>
        </w:rPr>
        <w:t>“‘Бурхан надад өгснөөр нь би үнэнийг айлдана….’” Үйлчлэгчдэд өгсөн Гэрчлэлүүдийн хавсралт.</w:t>
      </w:r>
    </w:p>
    <w:p>
      <w:pPr>
        <w:pStyle w:val="ArticleBody"/>
        <w:jc w:val="left"/>
      </w:pPr>
      <w:r>
        <w:rPr>
          <w:rFonts w:ascii="Times New Roman" w:hAnsi="Times New Roman" w:eastAsia="Times New Roman" w:cs="Times New Roman"/>
        </w:rPr>
        <w:t>Эллен Уайт өөрийн цаг үеийн теологичид болон удирдагчдын домог ярианд хандаж байсан явдал нь, өөрийгөө ирээдүйд Елиагийн сүнс ба хүчээр ирэх ёстой “хүн” мөн гэж тодорхойлж байсан гэх ямар ч нотолгоо болохгүй. Адвентизмийн дотор түүний хэрэглэж байсан Библийн тайлбарлах аргыг дайрч байсан Эллен Уайтын олон эсэргүүцэгчдийн талаар ямар нэгэн нотолгоо хаана байна вэ? Түүнд “та Судрыг зөв ёсоор тайлбарладаггүй” гэж хэзээ нэгэн цагт хэлж байсан нь хаана байна вэ? Тэрээр ертөнцийн төгсгөлд Елиагийн сүнс ба хүчээр хүчирхэгжих хүмүүсийн нэгэн хөдөлгөөн байх болно гэдгийг тодорхой хэлдэг; мөн гурав дахь тэнгэрэлчийн чанга хашхирааны тэр хөдөлгөөн нь Елиагийн хүчний ирээдүйн илрэлийн тухай тэрээр эш үзүүлж байх цагт болж байсан гэж тэр бодож байсан хэмээн санал болгох ямар ч хууль ёсны арга үгүй. Лаодикеийн Адвентист теологичид Сестра Уайт Эзэний агуу бөгөөд аймшигт өдрийн өмнө илгээгдэх эш үзүүлэгч Елиагийн биелэл болгож “өөрийн туршлагыг” “дурдсан” гэж сүргээ итгүүлэхийг хүсэх ажээ.</w:t>
      </w:r>
    </w:p>
    <w:p>
      <w:pPr>
        <w:pStyle w:val="ArticleScripture"/>
        <w:jc w:val="left"/>
      </w:pPr>
      <w:r>
        <w:rPr>
          <w:rFonts w:ascii="Times New Roman" w:hAnsi="Times New Roman" w:eastAsia="Times New Roman" w:cs="Times New Roman"/>
        </w:rPr>
        <w:t>Үзэгтүн, ЭЗЭНий агуу бөгөөд аймшигт өдөр ирэхээс өмнө Би эш үзүүлэгч Елиаг та нар уруу илгээнэ. Малахи 4:5.</w:t>
      </w:r>
    </w:p>
    <w:p>
      <w:pPr>
        <w:pStyle w:val="ArticleBody"/>
        <w:jc w:val="left"/>
      </w:pPr>
      <w:r>
        <w:rPr>
          <w:rFonts w:ascii="Times New Roman" w:hAnsi="Times New Roman" w:eastAsia="Times New Roman" w:cs="Times New Roman"/>
        </w:rPr>
        <w:t>Бэлгэдэл болох Елиагийн нэг эш үзүүллэгийн шинж нь, зан заншил ба уламжлалын үлгэр домгуудыг түгээн дэлгэрүүлдэг санваартны үлгэр домогт эсэргүүцэн зогсох библийн аргачлалыг тэрээр илэрхийлдэгт оршино. Замыг бэлтгэх түүний ажил («энэ бол зам, үүгээр яв») нь завхарсан санваартны сургаалд эсэргүүцэн зогсох библийн аргачлалаар хэрэгждэг. Мөн Елиа, Иохан Баптист, Миллер гэсэн гурван гэрчийн дагуу, түүнчлэн тэр цагт ирээдүйд болох Елиагийн үзэгдлийн талаар Эгч Уайтын гэрчлэлтэй хамт үзвэл, тэр нь эмэгтэй бус, эр хүн байх болно. Палмони болон Альфа ба Омегагийн аргачлалыг зөвөөр ойлгох үед, энэ нь зөвхөн Судрыг тайлбарлах библийн дүрмүүдийн цогц биш, харин Христийн зан чанарын хуулбар бөгөөд тэр нь Түүний алдар мөн гэдгийг ухаардаг.</w:t>
      </w:r>
    </w:p>
    <w:p>
      <w:pPr>
        <w:pStyle w:val="ArticleScripture"/>
        <w:jc w:val="left"/>
      </w:pPr>
      <w:r>
        <w:rPr>
          <w:rFonts w:ascii="Times New Roman" w:hAnsi="Times New Roman" w:eastAsia="Times New Roman" w:cs="Times New Roman"/>
        </w:rPr>
        <w:t>ЭЗЭНий алдар суу илчлэгдэж, бүх хүн төрөлхтөн үүнийг хамтдаа үзнэ. Учир нь ЭЗЭНий ам ийнхүү айлдсан билээ. Исаиа 40:5.</w:t>
      </w:r>
    </w:p>
    <w:p>
      <w:pPr>
        <w:pStyle w:val="ArticleBody"/>
        <w:jc w:val="left"/>
      </w:pPr>
      <w:r>
        <w:rPr>
          <w:rFonts w:ascii="Times New Roman" w:hAnsi="Times New Roman" w:eastAsia="Times New Roman" w:cs="Times New Roman"/>
        </w:rPr>
        <w:t>Христийн үгийг ойлгоход хэрэглэх ёстой арга барил нь Түүний мөн чанарыг өөрийг нь илэрхийлдэг, учир нь Тэр Өөрөө Үг мөн.</w:t>
      </w:r>
    </w:p>
    <w:p>
      <w:pPr>
        <w:pStyle w:val="ArticleScripture"/>
        <w:jc w:val="left"/>
      </w:pPr>
      <w:r>
        <w:rPr>
          <w:rFonts w:ascii="Times New Roman" w:hAnsi="Times New Roman" w:eastAsia="Times New Roman" w:cs="Times New Roman"/>
        </w:rPr>
        <w:t>“Тэнгэр дэх ариун сүм доторх Бурханы хууль нь агуу эх хувь бөгөөд чулуун хавтангууд дээр сийлэгдэн, Мосегийн Пентатухад тэмдэглэгдсэн тушаалууд нь түүний эндүүршгүй хуулбар байв. Энэ чухал үнэнийг ойлгосон хүмүүс ийнхүү Бурханы хуулийн ариун, өөрчлөгдөшгүй шинж чанарыг олж харахад хүрсэн юм. Тэд Аврагчийн үгийн хүчийг урьд урьдаас хэзээ ч байгаагүйгээр ойлгож харсан нь: ‘Тэнгэр газар өнгөртөл хуулиас нэг ч йот, нэг ч тэмдэг ямар ч байдлаар өнгөрөхгүй.’ Матай 5:18. Бурханы хууль нь Түүний хүслийн илчлэл, Түүний зан чанарын хуулбар мөн тул ‘тэнгэр дэх итгэмжит гэрч’ болон үүрд мөнхөд орших ёстой. Нэг ч тушаал хүчингүй болоогүй; нэг ч йот, нэг ч тэмдэг өөрчлөгдөөгүй. Дуулалч ийн хэлжээ: ‘Өө, ЭЗЭН, Таны үг тэнгэрт үүрд бат тогтжээ.’ ‘Түүний бүх тушаал үнэн бат юм. Тэд үүрд мөнхөд бат зогсдог.’ Дуулал 119:89; 111:7, 8.” Агуу тэмцэл, 434.</w:t>
      </w:r>
    </w:p>
    <w:p>
      <w:pPr>
        <w:pStyle w:val="ArticleBody"/>
        <w:jc w:val="left"/>
      </w:pPr>
      <w:r>
        <w:rPr>
          <w:rFonts w:ascii="Times New Roman" w:hAnsi="Times New Roman" w:eastAsia="Times New Roman" w:cs="Times New Roman"/>
        </w:rPr>
        <w:t>Арван тушаал нь Христийн зан чанарын үл хувирах илэрхийлэл мөн байдагчлан, эш үзүүллэгийг тайлбарлах дүрмүүд мөн Түүний зан чанарын илэрхийлэл мөн юм.</w:t>
      </w:r>
    </w:p>
    <w:p>
      <w:pPr>
        <w:pStyle w:val="ArticleScripture"/>
        <w:jc w:val="left"/>
      </w:pPr>
      <w:r>
        <w:rPr>
          <w:rFonts w:ascii="Times New Roman" w:hAnsi="Times New Roman" w:eastAsia="Times New Roman" w:cs="Times New Roman"/>
        </w:rPr>
        <w:t>“Бид Христийн шашин гэж юуг хэлдэг, үнэн гэж юу болох, бидний хүлээн авсан итгэл юу болох, Библийн дүрмүүд—хамгийн дээд эрх мэдлээс бидэнд өгөгдсөн тэдгээр дүрмүүд—юу болохыг өөрсдөө мэддэг байх ёстой. Итгэлээ тулгуурлах шалтгаангүйгээр, тухайн асуудлын үнэн эсэх талаар хангалттай нотолгоогүйгээр итгэдэг хүмүүс олон байдаг. Хэрэв тэдний урьдаас тогтсон үзэл бодолтой нийцэх санаа дэвшүүлэгдвэл, тэд түүнийг даруй хүлээн авахад бэлэн байдаг. Тэд учир шалтгаанаас үр дагаварт нь хүрч эргэцүүлэн боддоггүй, тэдний итгэл жинхэнэ суурьгүй; сорилтын үед тэд өөрсдийнхөө барилгыг элсэн дээр босгосноо олж мэдэх болно.</w:t>
      </w:r>
    </w:p>
    <w:p>
      <w:pPr>
        <w:pStyle w:val="ArticleScripture"/>
        <w:jc w:val="left"/>
      </w:pPr>
      <w:r>
        <w:rPr>
          <w:rFonts w:ascii="Times New Roman" w:hAnsi="Times New Roman" w:eastAsia="Times New Roman" w:cs="Times New Roman"/>
        </w:rPr>
        <w:t>“Өөрийн одоогийн төгс бус Судрын мэдлэгтээ сэтгэл ханан, үүнийг авралдаа хангалттай гэж бодон амарч буй хүн үхлийн аюултай мэхлэл дотор амарч байна. Алдааг таньж, үнэн хэмээн тулган хүлээлгэсэн бүх уламжлал ба мухар сүсгийг яллан буруушааж чадахын тулд Судрын үндэслэлтэй нотолгоогоор бүрэн хангагдаагүй олон хүн бий. Христийн сайн мэдээний энгийн байдлыг завхруулахын тулд Сатан өөрийн үзлийг Бурханы мөргөлд оруулсан. Өнөөгийн үнэнийг итгэдэг хэмээн тунхаглагч олны дотор, нэгэнт ариун хүмүүст дамжуулагдсан итгэл гэж юу болохыг—та нарын доторх Христ, алдар суугийн найдвар—мэддэггүй хүмүүс олон. Тэд хуучин зааг шугамыг хамгаалж байна гэж боддог боловч бүлээхэн, хайхрамжгүй байдаг. Тэд хайр ба итгэлийн жинхэнэ хүч чадлыг өөрсдийн туршлагад нэхэн шингээж, эзэмшинэ гэдэг юу болохыг мэддэггүй. Тэд Библийг ойроос, нягтлан судалдаг хүмүүс биш, харин залхуу, анхааралгүй хүмүүс юм. Судрын эшлэлүүдийн талаар үзэл бодлын зөрөө гарахад, тодорхой зорилготойгоор судлаагүй бөгөөд юунд итгэдгээ шийдэмгий тогтоогоогүй эдгээр хүмүүс үнэнээс няцдаг. Хүмүүс үнэнийг үнэхээр мэддэг байхын тулд тэнгэрлэг үнэнийг хичээнгүйлэн эрэн шинжлэх шаардлагатайг бид бүгдэд гүн сэтгэгдэл төрүүлэх ёстой. Зарим нь их мэдлэгтэй гэж мэдэгдэж, өөрсдийн байдлыг хангалуунд тооцдог атлаа, ажилд үүнээс илүү хичээл зүтгэлгүй, Бурханд болон Христийн төлөө үхсэн сүнснүүдэд үүнээс илүү халуун хайргүй байдаг; яг л тэд Бурханыг хэзээ ч мэдэж байгаагүй мэт. Тэд Библийг өөрсдийн сүнсэнд тэжээлт чөмөг ба тослог шимийг нь өөриймшүүлэхийн [тулд] уншдаггүй. Тэд үүнийг өөрсдөд нь айлдаж буй Бурханы дуу хоолой гэж мэдэрдэггүй. Харин хэрэв бид авралын замыг ойлгохыг хүсэж, зөвт байдлын Нарны туяаг харахыг хүсвэл, бид Судрыг тодорхой зорилготойгоор судлах ёстой. Учир нь Библийн амлалтууд ба зөгнөлүүд нь гэтэлгэлийн тэнгэрлэг төлөвлөгөөн дээр алдрын тод гэрлээ тусгадаг бөгөөд эдгээр агуу үнэнүүдийг тодорхойгоор ухааран ойлгодоггүй юм.” The 1888 Materials, 403.</w:t>
      </w:r>
    </w:p>
    <w:p>
      <w:pPr>
        <w:pStyle w:val="ArticleBody"/>
        <w:jc w:val="left"/>
      </w:pPr>
      <w:r>
        <w:rPr>
          <w:rFonts w:ascii="Times New Roman" w:hAnsi="Times New Roman" w:eastAsia="Times New Roman" w:cs="Times New Roman"/>
        </w:rPr>
        <w:t>Жинхэнэ утгаараа Христэд итгэгч байна гэдэг нь Христтэй адил байхыг хэлнэ. Уг эшлэлд бид “Христийн шашин юунаас бүрэлддэгийг өөрсдөө мэдэх ёстой” гэж заасан байна. Түүнчлэн бид “үнэн гэж юу болохыг” “мэдэх ёстой” гэжээ. Бид “хүлээн авсан итгэл маань юу болохыг” “мэдэх ёстой.” Бид “Библийн дүрмүүд юу болохыг—хамгийн дээд эрх мэдлээс бидэнд өгөгдсөн дүрмүүдийг” мэдэх ёстой. Христтэй адил байх нь хамгийн дээд эрх мэдлээс бидэнд өгөгдсөн Библийн дүрмүүд юу болохыг мэдэхийг шаарддаг. Тэдгээр дүрэмгүйгээр бид Христтэй адил байж үл чадна, учир нь хамгийн дээд эрх мэдлээс өгөгдсөн дүрмүүд нь Түүний зан чанарын хуулбар мөн.</w:t>
      </w:r>
    </w:p>
    <w:p>
      <w:pPr>
        <w:pStyle w:val="ArticleBody"/>
        <w:jc w:val="left"/>
      </w:pPr>
      <w:r>
        <w:rPr>
          <w:rFonts w:ascii="Times New Roman" w:hAnsi="Times New Roman" w:eastAsia="Times New Roman" w:cs="Times New Roman"/>
        </w:rPr>
        <w:t>Елиагийн өөр нэгэн шинж нь гэрээний элчийн замыг бэлтгэх ажил мөн. Елиа нь урьдын сонгогдсон ард түмнийг өнгөрөөн орхиж, үүний зэрэгцээ шинэ сонгогдсон ард түмнийг сонгон авч буй түүхэн цаг үед биелүүлэгддэг ажлыг төлөөлдөг. Тэрхүү түүх нь урьдын бузартсан сонгогдсон ард түмнээс эсрэгцүүлэн, цэвэр өргөл хэмээн дүрслэгдэх ард түмнийг төрүүлэн гаргадаг ариусгалын үйл явцыг илэрхийлдэг.</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Та нарын хайж буй Эзэн, та нарын баярлан таашаадаг гэрээний Элч, Өөрийн сүмдээ гэнэт ирнэ. Харагтун, Тэр ирнэ гэж түмэн цэргийн ЭЗЭН айлдаж байна. Харин Түүний ирэх өдрийг хэн тэсвэрлэж чадах вэ? Тэр үзэгдэхэд хэн тогтож зогсож чадах вэ? Учир нь Тэр бол мөнгө хайлуулагчийн гал мэт, бөс цайруулагчийн шүлт мэт билээ. Тэр мөнгө цэвэршүүлэгч, ариусгагч мэт сууж, Левийн хөвгүүдийг ариусган, тэднийг алт мөнгө мэт цэвэрлэнэ. Ингэснээр тэд зөвт байдал дотор ЭЗЭНд өргөл өргөх болно. Тэгээд Иуда ба Иерусалимын өргөл нь эртний өдрүүдэд байсан шиг, өмнөх он жилүүдэд байсан шиг, ЭЗЭНд тааламжтай байх болно. Малахи 3:1–4.</w:t>
      </w:r>
    </w:p>
    <w:p>
      <w:pPr>
        <w:pStyle w:val="ArticleBody"/>
        <w:jc w:val="left"/>
      </w:pPr>
      <w:r>
        <w:rPr>
          <w:rFonts w:ascii="Times New Roman" w:hAnsi="Times New Roman" w:eastAsia="Times New Roman" w:cs="Times New Roman"/>
        </w:rPr>
        <w:t>Баптисм хүртээгч Иохан Христийг гэнэт ирж, Өөрийн сүмийг ариусган цэвэрлэхэд зориулан замыг нь бэлтгэсэн. Христийн үйлчлэлийн эхэнд болон төгсгөлд сүмийг цэвэрлэсэн явдал нь Малахи гуравдугаар бүлгийн биелэл байсан юм. Иохан бол гэрээний Элчийн өмнө замыг нь бэлтгэн, Левийн хөвгүүдийг ариусган цэвэршүүлэхээр ирэх Түүний өмнөх элч мөн байв.</w:t>
      </w:r>
    </w:p>
    <w:p>
      <w:pPr>
        <w:pStyle w:val="ArticleScripture"/>
        <w:jc w:val="left"/>
      </w:pPr>
      <w:r>
        <w:rPr>
          <w:rFonts w:ascii="Times New Roman" w:hAnsi="Times New Roman" w:eastAsia="Times New Roman" w:cs="Times New Roman"/>
        </w:rPr>
        <w:t>“Сүмийг ариусгахдаа Есүс Өөрийн Мессиа болох үүргийг тунхаглаж, ажлаа эхлүүлж байв. Бурханы Оршихуйн орон байхаар баригдсан тэр сүм нь Израильд болон дэлхий дахинд зориулсан сургамжит бэлгэдэл байхаар зориулагдсан юм. Мөнхийн эрт үеэс эхлэн гэрэлт, ариун серафимаас аваад хүнд хүртэл бүтээгдсэн бүх оршихуй Бүтээгчийн оршин суух сүм байх нь Бурханы зорилго байсан. Нүглийн улмаас хүн төрөлхтөн Бурханд зориулсан сүм байхаа больсон. Муугаар харанхуйлж, бузарлагдсан хүний зүрх сэтгэл Тэнгэрлэг Нэгэний алдар сууг цаашид илэрхийлэхээ больжээ. Харин Бурханы Хүү махбод болохуйгаар Тэнгэрийн зорилго биелэв. Бурхан хүн төрөлхтөн дотор оршин суудаг бөгөөд авралын нигүүлслээр дамжин хүний зүрх дахин Түүний сүм болдог. Иерусалим дахь сүм нь сүнс бүхэнд нээлттэй байгаа эрхэм дээд хувь тавиланг тасралтгүй гэрчлэх ёстой гэж Бурхан тогтоосон. Гэвч иудейчүүд өөрсдийн маш ихээр бахархдаг тэр барилгын утга учрыг ойлгоогүй байв. Тэд өөрсдийгөө Тэнгэрлэг Сүнсний ариун сүмүүд болгон өргөсөнгүй. Ариун бус наймааны шуугианаар дүүрсэн Иерусалимын сүмийн хашаанууд нь махан биеийн хүсэл тачаал, ариун бус бодлуудын оршихуйгаар бузарлагдсан зүрх сэтгэлийн сүмийг дэндүү үнэнээр төлөөлж байлаа. Ертөнцийн худалдан авагчид ба худалдагчдаас сүмийг цэвэрлэхдээ Есүс зүрх сэтгэлийг нүглийн бузраас,—сэтгэлийг ялзруулдаг газрын хүсэл, аминч шунахайрал, муу зуршлаас,—цэвэрлэх Өөрийн үүргийг тунхагласан. ‘Та нарын эрж буй Эзэн Өөрийн сүмдээ гэнэт ирнэ; та нарын таашаадаг гэрээний Элч, болгоогтун, Тэр ирнэ гэж түмэн цэргийн ЭЗЭН айлдаж байна. Харин Түүний ирэх өдрийг хэн дааж чадах вэ? Тэр үзэгдэхэд хэн тогтож чадах вэ? Учир нь Тэр бол цэвэршүүлэгчийн гал мэт, угаагчдын шүлт мэт юм. Тэр мөнгө цэвэршүүлэгч, ариусгагч мэт сууж, Левийн хөвгүүдийг ариусган, тэднийг алт мөнгө мэт цэвэрлэнэ.’ Малахи 3:1–3.” Эрин Үеийн Хүсэл, 161.</w:t>
      </w:r>
    </w:p>
    <w:p>
      <w:pPr>
        <w:pStyle w:val="ArticleBody"/>
        <w:jc w:val="left"/>
      </w:pPr>
      <w:r>
        <w:rPr>
          <w:rFonts w:ascii="Times New Roman" w:hAnsi="Times New Roman" w:eastAsia="Times New Roman" w:cs="Times New Roman"/>
        </w:rPr>
        <w:t>Баптисч Иохан бол Христ гэнэт ирж Өөрийн сүмийг ариусгахын тулд замыг нь бэлтгэсэн элч байсан бөгөөд Уильям Миллер мөн Христийг 1844 оны 10 дугаар сарын 22-нд Хамгийн Ариун газарт гэнэт ирэхэд нь бэлтгэх тэрхүү адил ажлыг гүйцэтгэсэн юм.</w:t>
      </w:r>
    </w:p>
    <w:p>
      <w:pPr>
        <w:pStyle w:val="ArticleScripture"/>
        <w:jc w:val="left"/>
      </w:pPr>
      <w:r>
        <w:rPr>
          <w:rFonts w:ascii="Times New Roman" w:hAnsi="Times New Roman" w:eastAsia="Times New Roman" w:cs="Times New Roman"/>
        </w:rPr>
        <w:t>“Ариун газрын цэвэршүүлэлтийн төлөө бидний Тэргүүн Тахилчаар Христ Хамгийн Ариун газарт ирэх нь—Даниел 8:14-т үзүүлэгдсэнчлэн; Хүний Хүү Өдрүүдийн Эртний нэгэн уруу ирэх нь—Даниел 7:13-т дүрслэгдсэнчлэн; мөн Эзэн Өөрийн сүмд ирэх нь—Малахиар урьдчилан хэлэгдсэнчлэн—эдгээр нь нэг л үйл явдлын дүрслэлүүд юм; мөн үүнийг Матай 25 дахь арван охины тухай сургаалт зүйрлэлд Христийн дүрсэлсэн хүргэн гэрлэлтэд ирэх явдлаар ч мөн төлөөлүүлэн үзүүлсэн байдаг.” Агуу Тэмцэл, 426.</w:t>
      </w:r>
    </w:p>
    <w:p>
      <w:pPr>
        <w:pStyle w:val="ArticleBody"/>
        <w:jc w:val="left"/>
      </w:pPr>
      <w:r>
        <w:rPr>
          <w:rFonts w:ascii="Times New Roman" w:hAnsi="Times New Roman" w:eastAsia="Times New Roman" w:cs="Times New Roman"/>
        </w:rPr>
        <w:t>Иохан болон Миллер нар нь одоогийн бидний түүхэнд эдүгээ хэрэгжиж буй, Малахигаар дүрслэгдсэн цэвэршүүлэлтийг хэв шинжээр илэрхийлсэн юм.</w:t>
      </w:r>
    </w:p>
    <w:p>
      <w:pPr>
        <w:pStyle w:val="ArticleScripture"/>
        <w:jc w:val="left"/>
      </w:pPr>
      <w:r>
        <w:rPr>
          <w:rFonts w:ascii="Times New Roman" w:hAnsi="Times New Roman" w:eastAsia="Times New Roman" w:cs="Times New Roman"/>
        </w:rPr>
        <w:t>“Эш үзүүлэгч ийнхүү өгүүлжээ: ‘Би тэнгэрээс бууж ирж буй, агуу эрх мэдэлтэй өөр нэг тэнгэрэлчийг харлаа; газар дэлхий түүний алдраар гэрэлтэв. Тэр хүчирхэг дуугаар ихэд хашхиран: Агуу Вавилон нуран унажээ, нуран унажээ, чөтгөрүүдийн орших газар болжээ’ (Илчлэл 18:1, 2) гэв. Энэ бол хоёр дахь тэнгэрэлчээр өгөгдсөн мөнөөх л мэдээ юм. Вавилон нуран унасан, ‘учир нь тэрээр өөрийн завхайрлын хилэнгийн дарсыг бүх үндэстэнд уулгасан’ (Илчлэл 14:8). Тэр дарс нь юу вэ?—Түүний хуурамч сургаалууд юм. Тэрээр дэлхийд дөрөвдэх тушаалын Амралтын өдрийн оронд хуурамч амралтын өдрийг өгч, мөн Сатан Еденд Евад анх хэлсэн тэр худлыг—сэтгэлийн төрөлхийн үхэшгүй мөнх чанарыг—дахин давтсан билээ. Түүнтэй төрөл нэг олон алдааг тэрээр алс хол өргөн дэлгэр тарааж, ‘хүмүүсийн тушаалыг сургаал болгон заадаг’ (Матай 15:9) ажээ.”</w:t>
      </w:r>
    </w:p>
    <w:p>
      <w:pPr>
        <w:pStyle w:val="ArticleScripture"/>
        <w:jc w:val="left"/>
      </w:pPr>
      <w:r>
        <w:rPr>
          <w:rFonts w:ascii="Times New Roman" w:hAnsi="Times New Roman" w:eastAsia="Times New Roman" w:cs="Times New Roman"/>
        </w:rPr>
        <w:t>“Есүс Өөрийн олон нийтийн үйлчлэлийг эхлэхдээ Ариун сүмийг түүний ариун бус гутаан доромжлолоос цэвэрлэсэн. Түүний үйлчлэлийн сүүлчийн үйлдлүүдийн нэг нь Ариун сүмийн хоёр дахь удаагийн цэвэрлэгээ байсан. Үүнчлэн дэлхийд анхааруулга өгөх эцсийн ажилд чуулгануудад хандан хоёр ялгаатай дуудлага өгөгдөнө. Хоёр дахь тэнгэрэлчийн мэдээ нь: ‘Агуу тэр хот Вавилон унасан, унасан. Учир нь тэр өөрийн садар самууны хилэнгийн дарсаар бүх үндэстнийг уулгасан’ (Илчлэлт 14:8) хэмээн тунхагладаг. Харин гурав дахь тэнгэрэлчийн мэдээний хүчирхэг хашхираанд тэнгэрээс нэгэн дуу сонсогдон: ‘Миний ард түмэн, түүний нүглүүдэд оролцогчид болохгүйн тулд, мөн түүний гай гамшгуудыг хүртэхгүйн тулд түүнээс гар. Учир нь түүний нүглүүд тэнгэрт хүрч, Бурхан түүний гэм бурууг санасан’ (Илчлэлт 18:4, 5) хэмээн айлддаг.” Selected Messages, book 2, 118.</w:t>
      </w:r>
    </w:p>
    <w:p>
      <w:pPr>
        <w:pStyle w:val="ArticleBody"/>
        <w:jc w:val="left"/>
      </w:pPr>
      <w:r>
        <w:rPr>
          <w:rFonts w:ascii="Times New Roman" w:hAnsi="Times New Roman" w:eastAsia="Times New Roman" w:cs="Times New Roman"/>
        </w:rPr>
        <w:t>Христийн үйлчлэлийн үеийн ариун сүмийн хоёр цэвэрлэгээ, мөн Миллеритийн түүхэн дэх ариун сүмийн хоёр цэвэрлэгээ нь Малхи номын гуравдугаар бүлгийн биелэлүүд байсан бөгөөд 2001 оны 9 дүгээр сарын 11-нд Бурханы хүрэлтээр Нью-Йорк хотын агуу барилгууд нураагдаж, Илчлэлт арван наймдугаар бүлгийн хүчирхэг тэнгэрэлч газар дэлхийг өөрийн алдраар гэрэлтүүлэхээр бууж ирэх үед эхэлсэн ариун сүмийн хоёр цэвэрлэгээг урагш заан харуулдаг. Энэ нь бусад зүйлсийн дотор, Эзэний агуу бөгөөд аймшигт өдрөөс өмнө ирэх ёстой Елиа эш үзүүлэгч нь Эллен Уайт байсан хэмээн мэдэгддэг Адвентизмын Лаодикийн теологичдын дэвшүүлдэг домгийн хоолыг няцаадаг. Илчлэлт арван наймдугаар бүлгийн тэнгэрэлч бууж ирэх үед явагддаг ариун сүмийн цэвэрлэгээ нь Эллен Уайтыг нутаглуулснаас хойш наян зургаан жилийн дараа эхэлсэн юм.</w:t>
      </w:r>
    </w:p>
    <w:p>
      <w:pPr>
        <w:pStyle w:val="ArticleBody"/>
        <w:jc w:val="left"/>
      </w:pPr>
      <w:r>
        <w:rPr>
          <w:rFonts w:ascii="Times New Roman" w:hAnsi="Times New Roman" w:eastAsia="Times New Roman" w:cs="Times New Roman"/>
        </w:rPr>
        <w:t>Баптисч Иохан болон түүний шавь нар, Миллер болон Миллерчүүд, мөн Future for America нь гэрээний Элчийг Өөрийн сүмд гэнэт ирж, түүнийг доромжлон бузарласнаас нь ариусгах замыг бэлтгэдэг элч нарыг төлөөлдөг.</w:t>
      </w:r>
    </w:p>
    <w:p>
      <w:pPr>
        <w:pStyle w:val="ArticleBody"/>
        <w:jc w:val="left"/>
      </w:pPr>
      <w:r>
        <w:rPr>
          <w:rFonts w:ascii="Times New Roman" w:hAnsi="Times New Roman" w:eastAsia="Times New Roman" w:cs="Times New Roman"/>
        </w:rPr>
        <w:t>Бэлгэдлийн хувьд Елиа нь нэгэн хүнийг төлөөлдөг. Тэрээр жирийн амьдралын дундаас дуудагдсан, санваартны зиндааны теологич бус хүнийг төлөөлдөг. Түүний үйлчлэл нь хамгийн дээд эрх мэдлээс өгөгдсөн дүрэм болох Библийн зөв зүй тогтлыг үзүүлдэг. Түүний үйлчлэл нь өнөөгийн Лаодикеийн санваартны ёсны үлгэр домог, заншил, уламжлалд тулгуурласан аргачлалтай сөргөлдөнө. Тэрээр өнгөрөн орхигдсон сонгогдсон ард түмний үлдэгдлээс шинэ сонгогдсон ард түмнийг босгон гаргах цэвэршүүлэлтийн үйл явцын замыг бэлтгэдэг. Энэхүү цэвэршүүлэлтийн үйл явц нь гэнэт тохиолдохын хүрээнд тогтоогдсон байдаг.</w:t>
      </w:r>
    </w:p>
    <w:p>
      <w:pPr>
        <w:pStyle w:val="ArticleBody"/>
        <w:jc w:val="left"/>
      </w:pPr>
      <w:r>
        <w:rPr>
          <w:rFonts w:ascii="Times New Roman" w:hAnsi="Times New Roman" w:eastAsia="Times New Roman" w:cs="Times New Roman"/>
        </w:rPr>
        <w:t>Елиа мөн Бурханы онцгойлон байгуулж, Бурханы цорын ганц үйлчлэл хэмээн тодорхойлдог нэгэн үйлчлэл ба ажлыг төлөөлдөг.</w:t>
      </w:r>
    </w:p>
    <w:p>
      <w:pPr>
        <w:pStyle w:val="ArticleBody"/>
        <w:jc w:val="left"/>
      </w:pPr>
      <w:r>
        <w:rPr>
          <w:rFonts w:ascii="Times New Roman" w:hAnsi="Times New Roman" w:eastAsia="Times New Roman" w:cs="Times New Roman"/>
        </w:rPr>
        <w:t>Үүнийг дараагийн өгүүлэлд Миллерийн хөдөлгөөний түүхээр харуулах болно.</w:t>
      </w:r>
    </w:p>
    <w:p>
      <w:pPr>
        <w:pStyle w:val="ArticleScripture"/>
        <w:jc w:val="left"/>
      </w:pPr>
      <w:r>
        <w:rPr>
          <w:rFonts w:ascii="Times New Roman" w:hAnsi="Times New Roman" w:eastAsia="Times New Roman" w:cs="Times New Roman"/>
        </w:rPr>
        <w:t>Оройн тахил өргөх цагт эш үзүүлэгч Елиа урагш ирж, —Абрахам, Исаак, Израилийн Бурхан ЭЗЭН минь, Та бол Израиль доторх Бурхан мөн гэдгийг, би Таны зарц бөгөөд эдгээр бүхнийг Таны үгээр үйлдсэн гэдгийг энэ өдөр мэдүүлэх болтугай гэж айлдав. Хаадын дээд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Хоёр дахь нь</dc:title>
  <dc:subject>Зөгнөлийн Шинж Чанарууд</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