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Зургаадугаар дугаар</w:t>
      </w:r>
    </w:p>
    <w:p>
      <w:pPr>
        <w:pStyle w:val="ArticleSubtitle"/>
        <w:jc w:val="left"/>
      </w:pPr>
      <w:r>
        <w:rPr>
          <w:rFonts w:ascii="Arial" w:hAnsi="Arial" w:eastAsia="Arial" w:cs="Arial"/>
        </w:rPr>
        <w:t>Арван сорилт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Бид Елиагийн бэлгэдлийн тухай авч үзэж ирсэн бөгөөд одоо Кармел уул ба Синай уулын түүхүүдийг ашиглан Протестантизмын эвэрт хамаарах дэвшин өрнөх шалгалтын үйл явцыг, мөн Протестантизмын эвэртэй зэрэгцэн явагдах Бүгд Найрамдахч үзлийн эвэрт хамаарах дэвшин хөгжих улс төрийн хөгжлийг дүрслэн үзүүлж байна.</w:t>
      </w:r>
    </w:p>
    <w:p>
      <w:pPr>
        <w:pStyle w:val="ArticleBody"/>
        <w:jc w:val="left"/>
      </w:pPr>
      <w:r>
        <w:rPr>
          <w:rFonts w:ascii="Times New Roman" w:hAnsi="Times New Roman" w:eastAsia="Times New Roman" w:cs="Times New Roman"/>
        </w:rPr>
        <w:t>Сүүлийн өгүүлэл нь Улаан тэнгисийг гаталсны дараах эртний Израилийн арав дахь бөгөөд эцсийн сорилтыг тодорхойлдог Тооллого номын арван гурав, арван дөрөвдүгээр бүлгүүд дэх бослогын талаар авч үзсэн. Энэ түүх нь Миллеритийн түүхийн эхлэлийн хөдөлгөөнтэй нийцэхийн зэрэгцээ, Бурханы төгсгөлийн хөдөлгөөний түүхтэй ч мөн нийцдэг. Илчлэл номын арван дөрөвдүгээр бүлгийн бүх гурван тэнгэрэлчийн ажлыг эхэндэх хөдөлгөөн болон төгсгөл дэх хөдөлгөөнөөр гүйцэлдүүлдэг.</w:t>
      </w:r>
    </w:p>
    <w:p>
      <w:pPr>
        <w:pStyle w:val="ArticleScripture"/>
        <w:jc w:val="left"/>
      </w:pPr>
      <w:r>
        <w:rPr>
          <w:rFonts w:ascii="Times New Roman" w:hAnsi="Times New Roman" w:eastAsia="Times New Roman" w:cs="Times New Roman"/>
        </w:rPr>
        <w:t>“Гурав дахь тэнгэрэлчийн мэдээг тунхаглах үйл хэрэгт нэгдэн оролцох тэр тэнгэрэлч өөрийн сүр жавхаагаар бүх дэлхийг гэрэлтүүлэх ёстой. Энд дэлхий дахиныг хамрах хүрээтэй, урьд өмнө үзэгдээгүй хүч чадалтай нэгэн ажлыг зөгнөн өгүүлжээ. 1840–44 оны адвентийн хөдөлгөөн нь Бурханы хүчний сүрлэг илрэл байсан; анхны тэнгэрэлчийн мэдээ дэлхийн бүх номлолын станц бүрд хүргэгдсэн бөгөөд зарим оронд арван зургадугаар зууны Шинэчлэлээс хойш аль ч нутагт үзэгдсэнээс ч илүү агуу шашны сэргэлт гарч байсан; гэвч эдгээрээс ч гурав дахь тэнгэрэлчийн эцсийн сэрэмжлүүлгийн дор өрнөх хүчирхэг хөдөлгөөн давж гарах ёстой.” Агуу тэмцэл, 611.</w:t>
      </w:r>
    </w:p>
    <w:p>
      <w:pPr>
        <w:pStyle w:val="ArticleBody"/>
        <w:jc w:val="left"/>
      </w:pPr>
      <w:r>
        <w:rPr>
          <w:rFonts w:ascii="Times New Roman" w:hAnsi="Times New Roman" w:eastAsia="Times New Roman" w:cs="Times New Roman"/>
        </w:rPr>
        <w:t>Эхлэлийн хөдөлгөөний түүх ба төгсгөлийн хөдөлгөөний түүхийн хооронд бид Лаодикеагийн чуулганы түүхийг олж хардаг. Өөрийн алдраар газрыг гэрэлтүүлдэг тэр тэнгэрэлч нь чуулган бус, харин хөдөлгөөн мөн болох нь тодорхой илэрхийлэгдсэн байдаг.</w:t>
      </w:r>
    </w:p>
    <w:p>
      <w:pPr>
        <w:pStyle w:val="ArticleScripture"/>
        <w:jc w:val="left"/>
      </w:pPr>
      <w:r>
        <w:rPr>
          <w:rFonts w:ascii="Times New Roman" w:hAnsi="Times New Roman" w:eastAsia="Times New Roman" w:cs="Times New Roman"/>
        </w:rPr>
        <w:t>Энэ эш үзүүллэгт харуулсан цаг үед Вавилоны тухай ийнхүү тунхаглагдсан байдаг: “Түүний нүглүүд тэнгэрт хүрч, Бурхан түүний гэм бурууг санав.” Илчлэл 18:5. Тэр өөрийн гэм буруугийн хэмжээг дүүргэсэн бөгөөд сүйрэл түүн дээр буух гэж байна. Гэвч Бурханд Вавилонд бас нэг ард түмэн байсаар байгаа; мөн Түүний шүүлтийн айлчлал ирэхээс өмнө эдгээр итгэлтэй хүмүүс түүний нүгэлд оролцохгүй байж, “түүний гай гамшгуудаас хүртэхгүй” байхын тулд тэндээс дуудагдан гарах ёстой. Иймээс тэнгэрээс бууж ирэн, өөрийн алдраар дэлхийг гэрэлтүүлж, Вавилоны нүглүүдийг тунхаглан хүчтэй дуугаар ихэд хашхирах тэнгэрэлчээр бэлгэдэгдсэн хөдөлгөөн гарч ирдэг. Түүний мэдээтэй холбоотойгоор: “Миний ард түмэн, түүнээс гарцгаа” гэсэн дуудлага сонсогддог. Эдгээр тунхаглалууд гурав дахь тэнгэрэлчийн мэдээтэй нэгдэн, газрын оршин суугчдад өгөх эцсийн анхааруулгыг бүрдүүлдэг.” Агуу Тэмцэл, 604.</w:t>
      </w:r>
    </w:p>
    <w:p>
      <w:pPr>
        <w:pStyle w:val="ArticleBody"/>
        <w:jc w:val="left"/>
      </w:pPr>
      <w:r>
        <w:rPr>
          <w:rFonts w:ascii="Times New Roman" w:hAnsi="Times New Roman" w:eastAsia="Times New Roman" w:cs="Times New Roman"/>
        </w:rPr>
        <w:t>Бүх эш үзүүлэгчид бие биетэйгээ санал нэгтэй бөгөөд тэд эш үзүүллэгүүд тунхаглагдсан өдрүүдийг тодорхойлсноосоо илүүгээр “эцсийн өдрүүд”-ийг илүү нарийн тодорхойлдог. Энэ үзэгдлийн нэг жишээ нь Илчлэл арван наймдугаар бүлгийн тэнгэрэлч бөгөөд тэр нь Илчлэл аравдугаар бүлгийн тэнгэрэлчээр бэлгэдэгдэж байсан бөгөөд бэлгэдэгдсээр байна. Тэд хоёул бууж ирэхдээ өөрийн алдраар дэлхийг гэрэлтүүлдэг. Эгч Уайт “Early Writings” номдоо эхний тэнгэрэлчийг тодорхойлсон байдаг.</w:t>
      </w:r>
    </w:p>
    <w:p>
      <w:pPr>
        <w:pStyle w:val="ArticleScripture"/>
        <w:jc w:val="left"/>
      </w:pPr>
      <w:r>
        <w:rPr>
          <w:rFonts w:ascii="Times New Roman" w:hAnsi="Times New Roman" w:eastAsia="Times New Roman" w:cs="Times New Roman"/>
        </w:rPr>
        <w:t>“Есүс газар дэлхийн оршин суугчдад Өөрийнхөө хоёр дахь үзэгдэлд бэлтгэхийг сануулахын тулд нэгэн хүчирхэг тэнгэрэлчийг буулгаж илгээв. Тэрхүү тэнгэрэлч тэнгэр дэх Есүсийн оршихуйгаас одон явахад, туйлын хурц бөгөөд сүр жавхлант гэрэл түүний өмнө явж байв. Түүний даалгавар нь дэлхийг өөрийнх нь алдараар гэрэлтүүлж, Бурханы ирэх уур хилэнгийн талаар хүнд сануулах явдал мөн гэж надад хэлсэн.” Early Writings, 245.</w:t>
      </w:r>
    </w:p>
    <w:p>
      <w:pPr>
        <w:pStyle w:val="ArticleBody"/>
        <w:jc w:val="left"/>
      </w:pPr>
      <w:r>
        <w:rPr>
          <w:rFonts w:ascii="Times New Roman" w:hAnsi="Times New Roman" w:eastAsia="Times New Roman" w:cs="Times New Roman"/>
        </w:rPr>
        <w:t>Илчлэлт номын арван наймдугаар бүлгийн тэр тэнгэрэлч 2001 оны есдүгээр сарын 11-нд бууж ирсэн. Түүнийг 1840 оны наймдугаар сарын 11-нд бууж ирсэн тэнгэрэлчээр урьдчилан бэлгэдэн дүрсэлсэн байсан. Исаиа номын зургаадугаар бүлэгт Исаиад тэнгэр дэх ариун сүм болон Бурханы алдар сууг үзүүлдэг. Зургаадугаар бүлгийн гуравдугаар эшлэлд бүх дэлхий Бурханы алдар суугаар дүүрэн байна хэмээн тодорхойлсон байдаг. Энэ нь Илчлэлт номын арван наймдугаар бүлгийн тэнгэрэлч бууж ирэх үед тохиолддог.</w:t>
      </w:r>
    </w:p>
    <w:p>
      <w:pPr>
        <w:pStyle w:val="ArticleScripture"/>
        <w:jc w:val="left"/>
      </w:pPr>
      <w:r>
        <w:rPr>
          <w:rFonts w:ascii="Times New Roman" w:hAnsi="Times New Roman" w:eastAsia="Times New Roman" w:cs="Times New Roman"/>
        </w:rPr>
        <w:t>Эдгээрийн дараа би тэнгэрээс өөр нэгэн тэнгэрэлч бууж ирэхийг харлаа; тэр агуу эрх мэдэлтэй байсан бөгөөд газар дэлхий түүний алдраар гэрэлтэв. Илчлэлт 18:1.</w:t>
      </w:r>
    </w:p>
    <w:p>
      <w:pPr>
        <w:pStyle w:val="ArticleBody"/>
        <w:jc w:val="left"/>
      </w:pPr>
      <w:r>
        <w:rPr>
          <w:rFonts w:ascii="Times New Roman" w:hAnsi="Times New Roman" w:eastAsia="Times New Roman" w:cs="Times New Roman"/>
        </w:rPr>
        <w:t>Исаиа 6-гийн гуравдугаар эшлэл мөн тэрхүү ижил түүхийг тодорхойлж байна.</w:t>
      </w:r>
    </w:p>
    <w:p>
      <w:pPr>
        <w:pStyle w:val="ArticleScripture"/>
        <w:jc w:val="left"/>
      </w:pPr>
      <w:r>
        <w:rPr>
          <w:rFonts w:ascii="Times New Roman" w:hAnsi="Times New Roman" w:eastAsia="Times New Roman" w:cs="Times New Roman"/>
        </w:rPr>
        <w:t>Тэгээд нэг нь нөгөөдөө хандан: “Ариун, ариун, ариун, түмэн цэргийн ЭЗЭН; бүх дэлхий Түүний алдраар дүүрэн байна” хэмээн хашхирав. Исаиа 6:3.</w:t>
      </w:r>
    </w:p>
    <w:p>
      <w:pPr>
        <w:pStyle w:val="ArticleBody"/>
        <w:jc w:val="left"/>
      </w:pPr>
      <w:r>
        <w:rPr>
          <w:rFonts w:ascii="Times New Roman" w:hAnsi="Times New Roman" w:eastAsia="Times New Roman" w:cs="Times New Roman"/>
        </w:rPr>
        <w:t>Уайт эгч Исаиагийн ариун сүмийн үзэгдлийг Илчлэл арван наймын хөдөлгөөнтэй нэгтгэн авчирдаг.</w:t>
      </w:r>
    </w:p>
    <w:p>
      <w:pPr>
        <w:pStyle w:val="ArticleScripture"/>
        <w:jc w:val="left"/>
      </w:pPr>
      <w:r>
        <w:rPr>
          <w:rFonts w:ascii="Times New Roman" w:hAnsi="Times New Roman" w:eastAsia="Times New Roman" w:cs="Times New Roman"/>
        </w:rPr>
        <w:t>“Сэнтийн өмнө буй сэрафимууд Бурханы алдрыг ширтэн үзэхдээ хүндэтгэлт сүр жавхлант эмээлтээр тийн дүүрсэн тул өөрсдийгөө өчүүхэн ч агшинд өөртөө сэтгэл ханах байдлаар, эсвэл өөрсдийгөө буюу бие биеэ бишрэн гайхах байдалтайгаар хардаггүй. Тэдний магтаал ба алдар нь өндөрт өргөгдсөн Эзэн түмний Бурханых бөгөөд Түүний хормойн сүр жавхлан сүмийг дүүргэдэг. Бүх газар дэлхий Түүний алдраар дүүрэх ирээдүйг тэд харах үед ялалтын магтаалын дуу эгшиглэнт аялгуугаар нэгнээс нөгөөд цуурайтан, ‘Ариун, ариун, ариун, Эзэн түмний Бурхан мөн’ хэмээн дуулддаг. Тэд Бурханыг алдаршуулахдаа бүрэн хангалуун байдаг; мөн Түүний сайшаалын инээмсэглэлийн дор, Түүний оршихуйд тэд өөр юу ч хүсдэггүй. Түүний дүрийг тээн, Түүний үйлчлэлийг үйлдэж, Түүнд мөргөн шүтэхдээ тэдний хамгийн дээд хүсэл тэмүүлэл бүрэн биелэлдээ хүрдэг.”</w:t>
      </w:r>
    </w:p>
    <w:p>
      <w:pPr>
        <w:pStyle w:val="ArticleScripture"/>
        <w:jc w:val="left"/>
      </w:pPr>
      <w:r>
        <w:rPr>
          <w:rFonts w:ascii="Times New Roman" w:hAnsi="Times New Roman" w:eastAsia="Times New Roman" w:cs="Times New Roman"/>
        </w:rPr>
        <w:t>“Исаиа-д өгөгдсөн үзэгдэл нь эцсийн өдрүүд дэх Бурханы ард түмний байдлыг илэрхийлдэг.” Review and Herald, 1896 оны 12 дугаар сарын 22.</w:t>
      </w:r>
    </w:p>
    <w:p>
      <w:pPr>
        <w:pStyle w:val="ArticleBody"/>
        <w:jc w:val="left"/>
      </w:pPr>
      <w:r>
        <w:rPr>
          <w:rFonts w:ascii="Times New Roman" w:hAnsi="Times New Roman" w:eastAsia="Times New Roman" w:cs="Times New Roman"/>
        </w:rPr>
        <w:t>Илчлэл номын аравдугаар бүлэгт буй Иохан, мөн арван наймдугаар бүлэгт, түүнчлэн Исаиа номын зургаадугаар бүлэгт буй Исаиа, мөн Эгч Уайтын тайлбарыг хамтатган авч үзвэл, дэлхий Бурханы алдраар гэрэлтэх эдгээр бүх дүрслэл түүхийн нэгэн ижил цэг дээр байрлаж байна. 2001 оны есдүгээр сарын 11-нд болсон үйл явдлуудыг бүх дэлхий гэрчлэн харсан билээ. 1863 онд төгссөн Миллерит хөдөлгөөний өсөн дэвжих түүх нь Илчлэл номын арван наймдугаар бүлгийн хүчирхэг тэнгэрэлч бууж ирэх үеийн түүхийг, Илчлэл номын аравдугаар бүлэгт бууж ирсэн тэнгэрэлчтэй холбоотой түүхийн хамт, бэлгэдэн үзүүлсэн юм. Эдгээр эхний үндэслэлүүдийг тавьсан тул бид Тооллого номын арван дөрөвдүгээр бүлэгт дүрслэгдсэн сорилтын үйл явцад эргэн очъё. Египет уруу буцаж, Иошуа ба Калебыг чулуугаар шидэн алахыг хүссэн тэрслэгчдийн төлөө Мосе зуучлан гуйсны дараа Бурхан Мосегийн зуучлалыг хүлээн авдаг.</w:t>
      </w:r>
    </w:p>
    <w:p>
      <w:pPr>
        <w:pStyle w:val="ArticleScripture"/>
        <w:jc w:val="left"/>
      </w:pPr>
      <w:r>
        <w:rPr>
          <w:rFonts w:ascii="Times New Roman" w:hAnsi="Times New Roman" w:eastAsia="Times New Roman" w:cs="Times New Roman"/>
        </w:rPr>
        <w:t>Тэгээд ЭЗЭН айлдахдаа, Чиний үгийн дагуу Би уучилсан. Гэвч Би амьд буйгаар үнэн, бүх газар дэлхий ЭЗЭНий алдраар дүүрэх болно. Учир нь Миний алдар сууг, мөн Миний Египетэд болон цөлд үйлдсэн гайхамшгуудыг харсан атлаа эдүгээ Намайг арван удаа сорьж, Миний дуу хоолойг сонсоогүй тэр хүмүүс гарцаагүйгээр Би тэдний эцэг өвгөдөд тангарагласан тэр газрыг үзэхгүй; Намайг хилэгнүүлсэн тэдний хэн нь ч түүнийг үзэхгүй. Харин Миний зарц Калеб, түүнд өөр сүнс байсан бөгөөд Намайг бүрэн дагасан тул Би түүнийг түүний орсон тэр газарт оруулах болно; түүний үр удам түүнийг эзэмших болно. Тооллого 14:20–24.</w:t>
      </w:r>
    </w:p>
    <w:p>
      <w:pPr>
        <w:pStyle w:val="ArticleBody"/>
        <w:jc w:val="left"/>
      </w:pPr>
      <w:r>
        <w:rPr>
          <w:rFonts w:ascii="Times New Roman" w:hAnsi="Times New Roman" w:eastAsia="Times New Roman" w:cs="Times New Roman"/>
        </w:rPr>
        <w:t>Тооллого номын арван дөрөвдүгээр бүлэгт дүрслэгдсэн энэхүү түүх нь эртний Израилийн эцсийн шалгалт байсан бөгөөд тэдний бүтэлгүйтэл нь дараагийн дөчин жилийн турш цөлд үхэх хувь тавиланг нь баталгаажуулсан юм. Энэхүү түүх нь Илчлэл арван наймдугаар бүлэгтэй шууд холбоотой бөгөөд тэнд Бурхан “Би амьд буй шиг үнэхээр” “бүх газар ЭЗЭНий алдраар дүүрэх болно” хэмээн тунхагласан байдаг. Энэ бол Бурхан энэхүү түүхэн тэмдэглэлд оруулсан маш хүчтэй мэдэгдэл бөгөөд ингэснээрээ Тооллого номын арван гурав, арван дөрөвдүгээр бүлгүүдэд дүрслэгдсэн түүх нь Илчлэл арван наймдугаар бүлгийн тэнгэрэлчийн хүчирхэг хөдөлгөөнийг урьдчилан заасан болохыг Онцлон тэмдэглэж байна. Илчлэл арван наймдугаар бүлэг нь Бурханы үлдэгдэл ардын төгсгөлийг илэрхийлдэг тул, Бурханы үлдэгдэл ардын эхлэл мөн бидний Тооллого номоос авч үзэж буй энэ хэсэгт дүрслэгдсэн байна.</w:t>
      </w:r>
    </w:p>
    <w:p>
      <w:pPr>
        <w:pStyle w:val="ArticleBody"/>
        <w:jc w:val="left"/>
      </w:pPr>
      <w:r>
        <w:rPr>
          <w:rFonts w:ascii="Times New Roman" w:hAnsi="Times New Roman" w:eastAsia="Times New Roman" w:cs="Times New Roman"/>
        </w:rPr>
        <w:t>1840 оны 8 дугаар сарын 11-нд, Исламын хоёр дахь гайгийн талаархи эш үзүүллэг биелэх үед, урьд нь сонгогдсон гэрээний ард түмэн саяхан үнэн зөв болох нь нотлогдсон Елиагийн мэдээгээр соригдов.</w:t>
      </w:r>
    </w:p>
    <w:p>
      <w:pPr>
        <w:pStyle w:val="ArticleBody"/>
        <w:jc w:val="left"/>
      </w:pPr>
      <w:r>
        <w:rPr>
          <w:rFonts w:ascii="Times New Roman" w:hAnsi="Times New Roman" w:eastAsia="Times New Roman" w:cs="Times New Roman"/>
        </w:rPr>
        <w:t>2001 оны 9 дүгээр сарын 11-нд, Исламын гурав дахь гайгийн зөгнөл биелэх үед, урьд нь сонгогдсон гэрээт ард түмэн саяхан үнэн зөв нь нотлогдсон Елиагийн мэдээгээр амьд хүмүүсийн шүүлтийн эхлэлийг тэмдэглэв.</w:t>
      </w:r>
    </w:p>
    <w:p>
      <w:pPr>
        <w:pStyle w:val="ArticleBody"/>
        <w:jc w:val="left"/>
      </w:pPr>
      <w:r>
        <w:rPr>
          <w:rFonts w:ascii="Times New Roman" w:hAnsi="Times New Roman" w:eastAsia="Times New Roman" w:cs="Times New Roman"/>
        </w:rPr>
        <w:t>Миллеритүүдийн түүхэн дэх Елиагийн мэдээ эш үзүүллэгийн цаг хугацааны хүрээнд тавигдсан байв. 2001 оны 9 дүгээр сарын 11-ний Елиагийн мэдээ түүхийн давталтын хүрээнд тавигдсан байв. 2001 оны 9 дүгээр сарын 11 нь 1840 оны 8 дугаар сарын 11-ний түүхийг давтсан, учир нь эдгээр хоёр өдөр хоёулаа Исламын тухай эш үзүүллэгийн биелэлтийг илэрхийлдэг бөгөөд хоёулаа тэрхүү тэнгэрэлчийн буултыг тэмдэглэдэг; тэр тэнгэрэлчийн тухай эгч Уайт “Есүс Христээс өөр хэн ч биш” хэмээн хэлсэн байдаг. Эгч Уайт Илчлэлт арван наймын тэнгэрэлчийг Илчлэлт арвын тэнгэрэлчийн тухай хэлсэнчлэн “Есүс Христээс өөр хэн ч биш” гэж хэзээ ч шууд хэлдэггүй боловч Илчлэлт арван наймын тэнгэрэлч дэлхийг “өөрийн” алдраар гэрэлтүүлдэг бөгөөд дэлхийг гэрэлтүүлдэг нь Есүс Христийн алдар мөн гэдгийг Судрууд тодорхой заадаг.</w:t>
      </w:r>
    </w:p>
    <w:p>
      <w:pPr>
        <w:pStyle w:val="ArticleBody"/>
        <w:jc w:val="left"/>
      </w:pPr>
      <w:r>
        <w:rPr>
          <w:rFonts w:ascii="Times New Roman" w:hAnsi="Times New Roman" w:eastAsia="Times New Roman" w:cs="Times New Roman"/>
        </w:rPr>
        <w:t>Эхэндээ Протестантуудад шалгалтыг авчирсан шүүлтийн хэрэгсэл нь Елиагаар төлөөлөгдсөн Миллерит хөдөлгөөн байв. Эцэст нь Долоо дахь өдрийн Адвентизмд шалгалтыг авчрах шүүлтийн хэрэгсэл нь нэг зуун дөчин дөрвөн мянгаар төлөөлөгдсөн Елиагийн хөдөлгөөн мөн. Елиагийн бэлгэдэл нь нэгээс илүү утгатай бөгөөд тэрээр Миллер болон Миллерит хөдөлгөөнийг төлөөлдөг хэдий ч, мөн нэг зуун дөчин дөрвөн мянгыг төлөөлдөг.</w:t>
      </w:r>
    </w:p>
    <w:p>
      <w:pPr>
        <w:pStyle w:val="ArticleScripture"/>
        <w:jc w:val="left"/>
      </w:pPr>
      <w:r>
        <w:rPr>
          <w:rFonts w:ascii="Times New Roman" w:hAnsi="Times New Roman" w:eastAsia="Times New Roman" w:cs="Times New Roman"/>
        </w:rPr>
        <w:t>“Хувиралтын уулан дээрх Мосе нь Христийн нүгэл ба үхлийг ялсан ялалтын гэрч байв. Тэрээр зөвт хүмүүсийн амилалтаар булшнаас гарч ирэх хүмүүсийг төлөөлж байлаа. Үхлийг үзэлгүй тэнгэрт аваачигдсан Елиа нь Христийн хоёр дахь ирэлтийн үед газар дэлхий дээр амьд байх бөгөөд ‘сүүлчийн бүрээ дуугарахад’ ‘агшин зуур, нүд ирмэхийн төдийд’ ‘өөрчлөгдөх’ хүмүүсийг төлөөлж байв; тэр үед ‘энэ үхлэнт бие үхэшгүйг өмсөх ёстой’, мөн ‘энэ ялзрахуйц нь үл ялзрахуйцыг өмсөх ёстой.’ 1 Corinthians 15:51-53. Есүс ‘хоёр дахь удаагаа нүглийн төлөө бус, харин авралын тулд’ ирэхдээ хэрхэн үзэгдэхтэй адил тэнгэрийн гэрлээр хувцаслагдсан байв. Учир нь Тэр ‘Өөрийн Эцэгийн алдарт ариун тэнгэрэлчүүдийн хамт’ ирэх болно. Hebrews 9:28; Mark 8:38. Аврагчийн шавь нарт өгсөн амлалт ийнхүү биелэв. Уулан дээр ирээдүйн алдрын хаанчлал бага хэмжээгээр дүрслэгдэн үзүүлэгдсэн юм,—Христ Хаан, Мосе амилсан ариун хүмүүсийн төлөөлөгч, харин Елиа хувиргагдан аваачигдсан хүмүүсийн төлөөлөгч байлаа.” The Desire of Ages, 412.</w:t>
      </w:r>
    </w:p>
    <w:p>
      <w:pPr>
        <w:pStyle w:val="ArticleBody"/>
        <w:jc w:val="left"/>
      </w:pPr>
      <w:r>
        <w:rPr>
          <w:rFonts w:ascii="Times New Roman" w:hAnsi="Times New Roman" w:eastAsia="Times New Roman" w:cs="Times New Roman"/>
        </w:rPr>
        <w:t>Хажуугаар нь өнгөрүүлэгддэг гэрээний ард түмэн нь арваас хоёрын харьцаатай олонхи юм. Олон хүн дуудагддаг, харин цөөн нь сонгогддог. Арав дахь шалгалтын бүтэлгүйтэл нь Амлагдсан газрын тухай муу мэдээг, эсвэл сайн мэдээг няцаасан уу, хүлээн зөвшөөрсөн үү гэдэг дээр үндэслэсэн байв. Иймээс энд дүрслэн үзүүлсэн түүх нь шат дараалсан шалгалтын түүхэн дэх ялалт эсвэл ялагдал нь нэгэн ижил мэдээллийг тайлбарладаг хоёр арга зүйн аль нэгийг сонгох дээр тулгуурладгийг харуулж байна.</w:t>
      </w:r>
    </w:p>
    <w:p>
      <w:pPr>
        <w:pStyle w:val="ArticleBody"/>
        <w:jc w:val="left"/>
      </w:pPr>
      <w:r>
        <w:rPr>
          <w:rFonts w:ascii="Times New Roman" w:hAnsi="Times New Roman" w:eastAsia="Times New Roman" w:cs="Times New Roman"/>
        </w:rPr>
        <w:t>Арван хоёр тагнуул бүгд Амлагдсан газрыг харсан боловч Амлагдсан газар юуг төлөөлж байгаа талаар хоёр өөр дүгнэлт гарсан юм. Нэг мэдээ нь хүний айдсаар өдөөгдсөн бол нөгөө нь итгэлээр өдөөгдсөн байв. Нэг нь Бурханы удирдамжийг няцаан Египетийн боолчлол руу буцаж очих хүслийг илэрхийлсэн бол нөгөө мэдээ нь Бурханы удирдамжид итгэж, Амлагдсан газар урагшлан орох хүслийг илэрхийлсэн юм.</w:t>
      </w:r>
    </w:p>
    <w:p>
      <w:pPr>
        <w:pStyle w:val="ArticleBody"/>
        <w:jc w:val="left"/>
      </w:pPr>
      <w:r>
        <w:rPr>
          <w:rFonts w:ascii="Times New Roman" w:hAnsi="Times New Roman" w:eastAsia="Times New Roman" w:cs="Times New Roman"/>
        </w:rPr>
        <w:t>Миллерит хөдөлгөөний дотор олонх нь мөн Вавилоны боолчлолд эргэн очиж, түүний охид болохыг сонгосон бөгөөд энэ нь тэдний эхний тэнгэрэлчийн эш үзүүллэгийн мэдээг няцаах шийдвэрийн илрэл байсан юм. Итгэлтэй Миллеритүүд 1844 оны хаврын анхны урам хугаралтын дараах илэрхий бүтэлгүйтлийн хойно ч эхний тэнгэрэлчийн эш үзүүллэгийн мэдээг дагахаар сонгосон. Тооллого номын түүх нь арван хоёр тагнуулын хоёр өөр “мэдээг” гарган тавьдаг бөгөөд энэ нь нэгэн ижил эш үзүүллэгийн мэдээний хоёр өөр дүн шинжилгээг төлөөлдөг. 1863 онд Лаодикийн Адвентизм эш үзүүллэгийн нэгэн мэдээг хүлээн аваагүй бус, харин урьд нь тогтоогдсон эш үзүүллэгийн мэдээг няцаасан юм. 1863 онд Лаодикийн Адвентизм Уильям Миллерийн бүх үйлчлэлийн туршид түүнийг эсэргүүцэж байсан библийн арга зүйд эргэн орж, түүнийг хүлээн зөвшөөрсөн. Эш үзүүллэгийн мэдээг няцааж, боолчлолд эргэн очихыг хүссэн хүмүүс нь эцэстээ цөлд үхсэн Тооллого 14-ийн тэрсэлсэн хүмүүсээр бэлгэдэгдсэн билээ.</w:t>
      </w:r>
    </w:p>
    <w:p>
      <w:pPr>
        <w:pStyle w:val="ArticleBody"/>
        <w:jc w:val="left"/>
      </w:pPr>
      <w:r>
        <w:rPr>
          <w:rFonts w:ascii="Times New Roman" w:hAnsi="Times New Roman" w:eastAsia="Times New Roman" w:cs="Times New Roman"/>
        </w:rPr>
        <w:t>Аравын тоо нь бэлгэдлийн утгаар авч үзэгдэхэд, бүх бэлгэдлийн адил нэгээс илүү утгатай байдаг. Түүний бэлгэдлийн утгыг тухайн байрлаж буй хэсгийн утга холбооноос ойлгох ёстой. “Арав” нь бэлгэдэл байдлаар хавчлага төлөөлж болно. Энэ нь сорилтыг төлөөлж болно. Энэ нь Европын хаадын арав нэгдэл, Израилийн хойд овгууд болон Нэгдсэн Үндэстний Байгууллагыг төлөөлж болно. Смирнагийн чуулганд Бурханы ард түмэн арван өдрийн турш зовлон эдлэх ёстой байсан.</w:t>
      </w:r>
    </w:p>
    <w:p>
      <w:pPr>
        <w:pStyle w:val="ArticleScripture"/>
        <w:jc w:val="left"/>
      </w:pPr>
      <w:r>
        <w:rPr>
          <w:rFonts w:ascii="Times New Roman" w:hAnsi="Times New Roman" w:eastAsia="Times New Roman" w:cs="Times New Roman"/>
        </w:rPr>
        <w:t>Чиний зовох гэж буй эдгээрээс алинээс нь ч бүү ай. Харагтун, та нарыг соригдуулахын тулд диавол та нарын заримыг шоронд хаях болно; мөн та нар арван хоног гай гамшиг эдлэх болно. Үхэл хүртэл итгэмжит бай, тэгвэл Би чамд амийн титэм өгнө. Илчлэлт 2:10.</w:t>
      </w:r>
    </w:p>
    <w:p>
      <w:pPr>
        <w:pStyle w:val="ArticleBody"/>
        <w:jc w:val="left"/>
      </w:pPr>
      <w:r>
        <w:rPr>
          <w:rFonts w:ascii="Times New Roman" w:hAnsi="Times New Roman" w:eastAsia="Times New Roman" w:cs="Times New Roman"/>
        </w:rPr>
        <w:t>Түүхчид Смирнагийн түүхэнд Диоклетианы үйлдсэн хавчлагыг онцлон заадаг бөгөөд энэ нь Смирнагийн түүхэн дэх хамгийн ширүүн хавчлага байсан бөгөөд арван жил үргэлжилсэн юм. Өөр түүхчид Смирнагийн түүхэнд арван өөр хавчлага байсныг тодорхойлдог. Аль ч тохиолдолд, тэдгээрийг эзэнт гүрний Ром хэрэгжүүлсэн бөгөөд Даниелын долдугаар бүлэгт тэр нь арван эвэрээр дүрслэгддэг. Тэдгээр арван хаад нь паптай садарлан завхайрсан Ахабаар хэв шинжлэгдсэн хаад байсан бөгөөд Харанхуй үеийн туршид үй олныг хядах ажлыг гүйцэлдүүлэхийн тулд папын хэрэглэсэн хавчлагын хэрэгсэл байв. “Арван” нь Иезавелийн төлөөх хавчлагыг хэрэгжүүлдэг төрийн эрх мэдлийг төлөөлдөг. Даниелын нэгдүгээр бүлэгт “арван” нь сорилтын хугацааг бэлгэддэг.</w:t>
      </w:r>
    </w:p>
    <w:p>
      <w:pPr>
        <w:pStyle w:val="ArticleScripture"/>
        <w:jc w:val="left"/>
      </w:pPr>
      <w:r>
        <w:rPr>
          <w:rFonts w:ascii="Times New Roman" w:hAnsi="Times New Roman" w:eastAsia="Times New Roman" w:cs="Times New Roman"/>
        </w:rPr>
        <w:t>Гуйж байна, зарц нараа арван өдрийн турш сорьж үзээч; бидэнд идэхээр буурцагт ургамал, уухаар ус өгөг. Тэгээд бидний царай төрхийг хааны хоолноос иддэг хүүхдүүдийн царай төрхтэй хамт таны өмнө харьцуулан үзэг; тэгээд юу үзсэнээ дагуу зарц нартайгаа харьц. Тийнхүү тэр энэ хэрэгт тэдний үгийг зөвшөөрч, арван өдрийн турш тэднийг сорьжээ. Арван өдрийн эцэст тэдний царай төрх нь хааны хоолноос иддэг бүх хүүхдүүдийнхээс илүү өнгөлөг, бие махбодоороо илүү тарган харагдаж байв. Даниел 1:12–15.</w:t>
      </w:r>
    </w:p>
    <w:p>
      <w:pPr>
        <w:pStyle w:val="ArticleBody"/>
        <w:jc w:val="left"/>
      </w:pPr>
      <w:r>
        <w:rPr>
          <w:rFonts w:ascii="Times New Roman" w:hAnsi="Times New Roman" w:eastAsia="Times New Roman" w:cs="Times New Roman"/>
        </w:rPr>
        <w:t>Тооллого номын арван дөрөвдүгээр бүлэгт эртний Израиль цаг хугацааны туршид үргэлжилсэн арван сорилтыг төлөөлөхүйцээр Бурханыг арван удаа хилэгнүүлсэн байв.</w:t>
      </w:r>
    </w:p>
    <w:p>
      <w:pPr>
        <w:pStyle w:val="ArticleScripture"/>
        <w:jc w:val="left"/>
      </w:pPr>
      <w:r>
        <w:rPr>
          <w:rFonts w:ascii="Times New Roman" w:hAnsi="Times New Roman" w:eastAsia="Times New Roman" w:cs="Times New Roman"/>
        </w:rPr>
        <w:t>Гэвч Би амьд буйгаар үнэн тул, бүх дэлхий ЭЗЭНий алдраар дүүрэх болно. Учир нь Миний алдрыг, мөн Египетэд болон цөлд Миний үйлдсэн гайхамшгуудыг үзсэн атлаа эдүгээ Намайг арвантаа сорьж, Миний дуу хоолойд анхааран дуулгавартай байгаагүй тэр бүх хүмүүсийн учир. Тооллого 14:21, 22.</w:t>
      </w:r>
    </w:p>
    <w:p>
      <w:pPr>
        <w:pStyle w:val="ArticleBody"/>
        <w:jc w:val="left"/>
      </w:pPr>
      <w:r>
        <w:rPr>
          <w:rFonts w:ascii="Times New Roman" w:hAnsi="Times New Roman" w:eastAsia="Times New Roman" w:cs="Times New Roman"/>
        </w:rPr>
        <w:t>Улаан тэнгисээр аврагдсанаас хойшхи арав дахь шалгалт хүртэлх есөн тэрслэл буюу бүтэлгүй шалгалтууд яг аль ямар тэрслэлүүдийг төлөөлдөг тухай ойлголтыг интернетээс эрж хайвал, эртний Израилийн аль бүтэлгүйтлүүдийг тэр арван шалгалтын нэг гэж тэмдэглэх ёстой талаар хэд хэдэн өөр хувилбар олдох болно. Би, 1844 оны 10 дугаар сарын 22-нд онцлон дүйцүүлэн тодорхойлогдсон Улаан тэнгисийн аврал нь тэр арван шалгалтын эхлэл мөн, иймээс 1844-өөс 1863 он хүртэл гарч ирсэн шалгалтуудыг тоолж эхлэх цэг нь мөн гэж үздэг. Даниелын номын лац тайлагдсан 1798 онд эхэлсэн нэгэн шаталсан шалгалтын үйл явц байсан бөгөөд тэр үйл явц нь 1844 оны 10 дугаар сарын 22-нд гурав дахь тэнгэрэлч ирснээр төгссөн эхний болон хоёр дахь тэнгэрэлчийн мэдээнүүдийн түүхийг хамарсан юм.</w:t>
      </w:r>
    </w:p>
    <w:p>
      <w:pPr>
        <w:pStyle w:val="ArticleScripture"/>
        <w:jc w:val="left"/>
      </w:pPr>
      <w:r>
        <w:rPr>
          <w:rFonts w:ascii="Times New Roman" w:hAnsi="Times New Roman" w:eastAsia="Times New Roman" w:cs="Times New Roman"/>
        </w:rPr>
        <w:t>“Миннеаполист Бурхан Өөрийн ард түмэнд үнэний эрхэм нандин эрдэнэсүүдийг шинэ хүрээнд өгсөн. Тэнгэрээс ирсэн энэ гэрлийг зарим нь Христийг няцаахдаа иудейчүүдийн үзүүлсэн бүх зөрүүд зангаар няцаасан бөгөөд хуучин тэмдэглэлт хязгааруудын талд зогсох тухай ихэд ярьж байв. Гэвч тэд хуучин тэмдэглэлт хязгаарууд юу болохыг мэддэггүй байсан нь илэрхий байлаа. Ухамсарт өөрөө сайшаагдахуйц нотолгоо ч байв, Үгнээс гаргасан үндэслэл ч байв; гэвч хүмүүсийн оюун санаа гэрэл нэвтрэн орохоос эсэргүүцэн тогтчихсон, битүүмжлэгдсэн байлаа. Учир нь тэд үүнийг “хуучин тэмдэглэлт хязгаарууд”-ыг зайлуулж буй аюултай төөрөгдөл гэж шийдчихсэн байсан бөгөөд үнэндээ энэ нь хуучин тэмдэглэлт хязгааруудаас нэг ч шон хөдөлгөөгүй атал, хуучин тэмдэглэлт хязгаарууд юугаар бүрддэг тухай тэдний ойлголт гажуудсан байв.</w:t>
      </w:r>
    </w:p>
    <w:p>
      <w:pPr>
        <w:pStyle w:val="ArticleScripture"/>
        <w:jc w:val="left"/>
      </w:pPr>
      <w:r>
        <w:rPr>
          <w:rFonts w:ascii="Times New Roman" w:hAnsi="Times New Roman" w:eastAsia="Times New Roman" w:cs="Times New Roman"/>
        </w:rPr>
        <w:t>“1844 онд цаг хугацаа өнгөрсөн явдал нь агуу үйл явдлуудын үе байсан бөгөөд энэ нь тэнгэрт өрнөж буй ариун газрын цэвэршүүлэлтийг бидний гайхсан нүдэнд нээж, мөн газар дээрх Бурханы ард түмэнтэй шийдвэрлэх холбоотой байв; [мөн] эхний ба хоёр дахь тэнгэрэлчийн мэдээ, түүнчлэн гурав дахь нь ч байсан бөгөөд түүн дээр ‘Бурханы тушаалууд ба Есүсийн итгэл’ гэж бичигдсэн тугийг дэлгэн мандуулсан юм. Энэ мэдээний дор орших чухал тэмдгүүдийн нэг нь Бурханы үнэнийг хайрлагч ард түмэнд тэнгэрт үзэгдсэн Бурханы сүм, мөн Бурханы хуулийг агуулсан авдар байв. Дөрөв дэх тушаалын Амралтын өдрийн гэрэл Бурханы хуулийг зөрчигчдийн зам дээр хүчтэй туяагаа цацруулсан. Хорон муу хүмүүсийн мөнх бус байдал бол эртний нэгэн тэмдэг мөн. Хуучин тэмдгүүдийн ангилалд багтаж болох өөр юу ч би санаандаа оруулж чадахгүй байна. Хуучин тэмдгүүдийг өөрчилж байна гэсэн энэ бүх шуугиан нь бүхэлдээ хийсвэр зүйл юм.” The 1888 Materials, 518.</w:t>
      </w:r>
    </w:p>
    <w:p>
      <w:pPr>
        <w:pStyle w:val="ArticleBody"/>
        <w:jc w:val="left"/>
      </w:pPr>
      <w:r>
        <w:rPr>
          <w:rFonts w:ascii="Times New Roman" w:hAnsi="Times New Roman" w:eastAsia="Times New Roman" w:cs="Times New Roman"/>
        </w:rPr>
        <w:t>1844 оны 10 дугаар сарын 22-нд гурав дахь тэнгэрэлч гартаа нэгэн мэдээтэйгээр ирэв.</w:t>
      </w:r>
    </w:p>
    <w:p>
      <w:pPr>
        <w:pStyle w:val="ArticleScripture"/>
        <w:jc w:val="left"/>
      </w:pPr>
      <w:r>
        <w:rPr>
          <w:rFonts w:ascii="Times New Roman" w:hAnsi="Times New Roman" w:eastAsia="Times New Roman" w:cs="Times New Roman"/>
        </w:rPr>
        <w:t>“Есүсийн ариун газарт гүйцэтгэж байсан үйлчлэл төгсөж, Тэрээр нэн ариун газарт орж, Бурханы хуулийг агуулсан авдрын өмнө зогсоход, Тэрээр гурав дахь мэдээгээр ертөнцөд өөр нэгэн хүчирхэг тэнгэрэлчийг илгээв. Тэнгэрэлчийн гарт нэгэн илгэн бичиг тавигдсан байсан бөгөөд тэрээр хүч чадал, сүр жавхлантайгаар газар дэлхийд бууж ирэхдээ, хүнд урьд өмнө хүргэгдэж байсан хамгийн аймшигт заналхийллийг агуулсан, аймшигт сануулгыг тунхаглав.” Early Writings, 254.</w:t>
      </w:r>
    </w:p>
    <w:p>
      <w:pPr>
        <w:pStyle w:val="ArticleBody"/>
        <w:jc w:val="left"/>
      </w:pPr>
      <w:r>
        <w:rPr>
          <w:rFonts w:ascii="Times New Roman" w:hAnsi="Times New Roman" w:eastAsia="Times New Roman" w:cs="Times New Roman"/>
        </w:rPr>
        <w:t>1844 оны 10 дугаар сарын 22-нд Бурханы ард түмэн идэх ёстой нэгэн хуйлмал бичгийг гартаа барьсан тэнгэрэлч бууж ирэв. Тэнд танигдсан “суурь тэмдэг” сургаалуудыг идэж хүлээн авах, эсвэл няцааж идэхгүй байх ёстой байв. Гурав дахь тэнгэрэлч гартаа хуйлмал бичгийг барин ирэхэд, тэрхүү хуйлмалын доторх мэдээ нь шалгах зургаан үнэнийг төлөөлж байв. Тэр зургаан шалгалт нь хорин гурван зуун жилийн эш үзүүллэгийг төлөөлсөн “цаг хугацаа өнгөрсөн нь”; “ариун газрын цэвэршүүлэлт”-ээр дүрслэгдсэн шүүлт; гурван тэнгэрэлчийн мэдээнүүд; “Бурханы хууль”; “Амралтын өдөр”; мөн сүнсний үхэшгүй бус чанараар илэрхийлэгдсэн үхэгсдийн байдлыг тус тус заасан байв.</w:t>
      </w:r>
    </w:p>
    <w:p>
      <w:pPr>
        <w:pStyle w:val="ArticleBody"/>
        <w:jc w:val="left"/>
      </w:pPr>
      <w:r>
        <w:rPr>
          <w:rFonts w:ascii="Times New Roman" w:hAnsi="Times New Roman" w:eastAsia="Times New Roman" w:cs="Times New Roman"/>
        </w:rPr>
        <w:t>Мэдээж эдгээр зургаан үнэн нь хоорондоо уялдаа холбоотой боловч тус бүрдээ тэмдэгтэн сургаалууд хэмээн тодорхойлогдсон юм. Зарим нь энэ жагсаалтад цаг хугацаа өнгөрснийг оруулахыг хүсэхгүй байж болох ч 1844 оны 10 дугаар сарын 22-ны өдөр эш үзүүллэгийн жинхэнэ биелэлт байсан гэсэн үнэнийг олон хүн няцаасан нь илэрхий юм. Тэд тэр шалгалтад унасан бөгөөд энэ нь мэдээж дараа нь ирсэн шалгалтуудтай тэмцэлдэх боломжийг нь хаасан юм. Бурханы шалгалтын үйл явц нь эхлээд өгөгдсөн шалгалтад ялалт байгуулахыг шаарддаг, үүний дараа л дараагийн шалгалтад оролцох боломжтой байдаг дэвшилтэт үйл явц мөн гэдэг нь дахин дахин тогтоогдсон билээ.</w:t>
      </w:r>
    </w:p>
    <w:p>
      <w:pPr>
        <w:pStyle w:val="ArticleScripture"/>
        <w:jc w:val="left"/>
      </w:pPr>
      <w:r>
        <w:rPr>
          <w:rFonts w:ascii="Times New Roman" w:hAnsi="Times New Roman" w:eastAsia="Times New Roman" w:cs="Times New Roman"/>
        </w:rPr>
        <w:t>“Бид Амралтын өдрийн асуудлын талаарх гэрлийг танилцуулж эхлэх үед Илчлэл 14:9–12 дахь гурав дахь тэнгэрэлчийн мэдээний тухай тодорхой тодорхойлсон ойлголт бидэнд байгаагүй. Ард олны өмнө очихдоо бидний гэрчлэлийн гол ачаа нь агуу хоёр дахь ирэлтийн хөдөлгөөн Бурханаас байсан, эхний болон хоёр дахь мэдээнүүд түгсэн, харин гурав дахь нь өгөх ёстой байсан явдал байв. Бид гурав дахь мэдээ ‘Энд ариун хүмүүсийн тэвчээр байна: энд Бурханы тушаалуудыг сахидаг, Есүсийн итгэлийг барьдаг хүмүүс байна’ гэсэн үгсээр төгсдөгийг харсан. Мөн бид одоо харж буй шигээ тодорхойгоор, эдгээр эш үзүүллэгийн үгс нь Амралтын өдрийн шинэчлэлийг зааж байгааг харсан; гэвч уг мэдээнд дурдагдсан араатныг шүтэх явдал юу байсан, эсвэл араатны дүрс ба тэмдэг нь юу байсан талаар бидэнд тодорхой байр суурь байгаагүй.”</w:t>
      </w:r>
    </w:p>
    <w:p>
      <w:pPr>
        <w:pStyle w:val="ArticleScripture"/>
        <w:jc w:val="left"/>
      </w:pPr>
      <w:r>
        <w:rPr>
          <w:rFonts w:ascii="Times New Roman" w:hAnsi="Times New Roman" w:eastAsia="Times New Roman" w:cs="Times New Roman"/>
        </w:rPr>
        <w:t>“Бурхан Өөрийн Ариун Сүнсээр дамжуулан Өөрийн зарц нарын дээр гэрлээ тусган гэрэлтүүлсэн бөгөөд энэ сэдэв тэдний оюун ухаанд аажмаар нээгдсэн юм. Үүнийг нэг холбоосыг нөгөөгөөр нь холбон тайлж олохын тулд үлэмж их судалгаа, түгшүүрт анхаарал халамж шаардлагатай байв. Болгоомж, санаа зовнил, тасралтгүй хөдөлмөрөөр дамжин энэ ажил урагшилсаар, манай мэдээний агуу үнэнүүд—тодорхой, харилцан уялдаатай, төгс бүхэл—дэлхийд өгөгдсөн билээ.</w:t>
      </w:r>
    </w:p>
    <w:p>
      <w:pPr>
        <w:pStyle w:val="ArticleScripture"/>
        <w:jc w:val="left"/>
      </w:pPr>
      <w:r>
        <w:rPr>
          <w:rFonts w:ascii="Times New Roman" w:hAnsi="Times New Roman" w:eastAsia="Times New Roman" w:cs="Times New Roman"/>
        </w:rPr>
        <w:t>Би Ахлагч Бейтстэй танил байсан тухайгаа өмнө нь аль хэдийн өгүүлсэн билээ. Би түүнийг жинхэнэ Христэд итгэгч, эрхэмсэг, эелдэг бөгөөд нинжин хүн болохыг олж мэдсэн. Тэр надад яг л өөрийн төрсөн хүүхэд мэт энэрэнгүйгээр ханддаг байв. Намайг анх удаа ярьж байхыг сонсохдоо тэр гүн сонирхол илэрхийлсэн. Би ярьж дууссаны дараа тэр босож, ийн хэлэв: «Би эргэлзэгч Томас мөн. Би үзэгдлүүдэд итгэдэггүй. Гэвч хэрэв энэ эгчийн өнөө орой өгүүлсэн гэрчлэл үнэхээр бидэнд хандсан Бурханы дуу хоолой мөн гэдэгт би итгэж чадвал, би амьд сэрүүн хүмүүсийн дундаас хамгийн жаргалтай хүн байхсан. Миний зүрх сэтгэл гүнээ хөдөлж байна. Би илтгэгчийг чин сэтгэлтэй гэдэгт итгэж байна, харин түүнд бидэнд өгүүлсэн тэр гайхамшигт зүйлсийг хэрхэн үзүүлсэн талаар тайлбарлаж чадахгүй байна.»</w:t>
      </w:r>
    </w:p>
    <w:p>
      <w:pPr>
        <w:pStyle w:val="ArticleScripture"/>
        <w:jc w:val="left"/>
      </w:pPr>
      <w:r>
        <w:rPr>
          <w:rFonts w:ascii="Times New Roman" w:hAnsi="Times New Roman" w:eastAsia="Times New Roman" w:cs="Times New Roman"/>
        </w:rPr>
        <w:t>“Гэрлэснээс минь хэдэн сарын дараа би нөхрийн хамт Мэйн мужийн Топшамд болсон нэгэн чуулганд оролцсон бөгөөд тэнд Ахлагч Бэйтс байв. Тэр үед тэр миний үзэгдлүүд Бурханаас ирсэн гэдэгт бүрэн итгэдэггүй байсан. Тэрхүү уулзалт нь маш их сонирхол татсан үе байлаа. Бурханы Сүнс над дээр оршиж, би Бурханы алдрын үзэгдэлд автан, анх удаа бусад гаргуудын тухай хараа үзсэн. Үзэгдлээс гарч ирснийхээ дараа би харсан зүйлсээ ярьж өгсөн. Тэгэхэд Ахлагч Б. надаас одон орныг судалж байсан эсэхийг асуув. Би өөрийгөө одон орны тухай ном сөхөж үзсэнээ огт санадаггүй гэж түүнд хэлсэн. Тэгэхэд тэр: ‘Энэ бол Эзэнээс ирсэн юм’ гэв. Би урьд нь түүнийг хэзээ ч тийм эрх чөлөөтэй, тийм баяртай байхыг хараагүй. Түүний царай тэнгэрийн гэрлээр гэрэлтэж, тэр сүмд хүчтэйгээр уриалан сургав.” Testimonies, volume 1, 78–80.</w:t>
      </w:r>
    </w:p>
    <w:p>
      <w:pPr>
        <w:pStyle w:val="ArticleBody"/>
        <w:jc w:val="left"/>
      </w:pPr>
      <w:r>
        <w:rPr>
          <w:rFonts w:ascii="Times New Roman" w:hAnsi="Times New Roman" w:eastAsia="Times New Roman" w:cs="Times New Roman"/>
        </w:rPr>
        <w:t>Мэдээж эдгээр бүх сургаалын сорилтууд хоорондоо уялдаа холбоотой; гэвч тэдгээр нь мөн тусгаарлан авч үзэж болох сорилтууд бөгөөд Бурханы зарц нарт аажмаар нээгдэн илэрсэн юм. Долоо дахь өдрийн амралтын өдрийг сахидаг атлаа гурван тэнгэрэлчийн мэдээг үгүйсгэдэг олон сүм байдаг. Тэд 1844 оны 10 дугаар сарын 22-нд шүүлт эхэлсэн гэсэн үнэнийг үгүйсгэдэг боловч амралтын өдрийг сахисаар байдаг. Эдгээр сургаалын сорилтууд хоорондоо уялдаа холбоотой боловч зургаан тодорхой сорилтыг төлөөлдөг.</w:t>
      </w:r>
    </w:p>
    <w:p>
      <w:pPr>
        <w:pStyle w:val="ArticleBody"/>
        <w:jc w:val="left"/>
      </w:pPr>
      <w:r>
        <w:rPr>
          <w:rFonts w:ascii="Times New Roman" w:hAnsi="Times New Roman" w:eastAsia="Times New Roman" w:cs="Times New Roman"/>
        </w:rPr>
        <w:t>Саяхан дурдсанчлан, одон орон судлалд бүрэн гаршсан тэнгисийн ахмад Жозеф Бейтс урьд нь няцааж байсан Зөгнөлийн Сүнсийг хүлээн зөвшөөрөв. 1844 оны арванхоёрдугаар сард Эллен Уайт анхны үзэгдлээ хүлээн авснаар хөдөлгөөнд долоо дахь сорилт ирэв.</w:t>
      </w:r>
    </w:p>
    <w:p>
      <w:pPr>
        <w:pStyle w:val="ArticleScripture"/>
        <w:jc w:val="left"/>
      </w:pPr>
      <w:r>
        <w:rPr>
          <w:rFonts w:ascii="Times New Roman" w:hAnsi="Times New Roman" w:eastAsia="Times New Roman" w:cs="Times New Roman"/>
        </w:rPr>
        <w:t>“Библи таны зөвлөгч байх ёстой. Үүнийг болон Бурханы өгсөн гэрчлэлүүдийг судал; учир нь тэдгээр нь Түүний Үгтэй хэзээ ч зөрчилддөггүй. Хэрэв Гэрчлэлүүд Бурханы үгийн дагуу ярьдаггүй бол, тэдгээрийг няцаа. Христ ба Белиал нэгдэх боломжгүй.” Selected Messages, book 3, 33.</w:t>
      </w:r>
    </w:p>
    <w:p>
      <w:pPr>
        <w:pStyle w:val="ArticleBody"/>
        <w:jc w:val="left"/>
      </w:pPr>
      <w:r>
        <w:rPr>
          <w:rFonts w:ascii="Times New Roman" w:hAnsi="Times New Roman" w:eastAsia="Times New Roman" w:cs="Times New Roman"/>
        </w:rPr>
        <w:t>Агуу их урам хугаралтын дараахан Уайт эгч 1844 оны 10 дугаар сарын 22-нд Христ Ариун газраас Хамгийн Ариун газар уруу шилжин орсныг тодорхойлсон нэгэн өгүүллийг сайшаан дэмжсэн. Тэрээр уг хэвлэлийг “ариун хүн бүрд” зөвлөсөн.</w:t>
      </w:r>
    </w:p>
    <w:p>
      <w:pPr>
        <w:pStyle w:val="ArticleScripture"/>
        <w:jc w:val="left"/>
      </w:pPr>
      <w:r>
        <w:rPr>
          <w:rFonts w:ascii="Times New Roman" w:hAnsi="Times New Roman" w:eastAsia="Times New Roman" w:cs="Times New Roman"/>
        </w:rPr>
        <w:t>“2300 өдрийн төгсгөлд ариусгагдах ёстой Ариун сүм нь Христийн үйлчлэгчээр үйлчилдэг Шинэ Иерусалимын сүм мөн гэж би итгэдэг. Нэгээс илүү жилийн өмнө Эзэн надад үзэгдлээр Brother Crosier Ариун сүмийн ариусгалын тухай гэх мэт асуудалд жинхэнэ гэрэлтэй байсныг, мөн Brother C. 1846 оны 2 дугаар сарын 7-ны өдрийн Day-Star, Extra-д бидэнд өгсөн үзлийг бичиж нийтлэх нь Түүний хүсэл байсан гэдгийг харуулсан. Тэрхүү Extra-г ариун бүх хүмүүст санал болгох эрхийг би Эзэнээс бүрэн авсан гэж мэдэрч байна.” A Word to the Little Flock, 12.</w:t>
      </w:r>
    </w:p>
    <w:p>
      <w:pPr>
        <w:pStyle w:val="ArticleBody"/>
        <w:jc w:val="left"/>
      </w:pPr>
      <w:r>
        <w:rPr>
          <w:rFonts w:ascii="Times New Roman" w:hAnsi="Times New Roman" w:eastAsia="Times New Roman" w:cs="Times New Roman"/>
        </w:rPr>
        <w:t>Түүний сайшаасан зүйл нь Кросьерын Христ Хамгийн Ариун Газарт шилжин орсны тухай тайлбар байсан боловч уг өгүүлэлд хэд хэдэн алдаатай сургаал агуулагдаж байв. Үүнд, Даниелын ном дахь “өдөр тутмын” хэмээхийг Христийн үйлчлэлийг төлөөлнө гэж үздэг урвасан протестантизмын сургаал ч багтаж байлаа. Тиймээс тэрээр нэгэн тодруулга бичсэн бөгөөд тэр нь анх 1850 онд хэвлэгдэж, дараа нь Early Writings номд орсон юм. Тэнд тэрээр “шүүлтийн цагийн зарлалыг тунхагласан хүмүүс ‘өдөр тутмын’ тухай зөв үзэлтэй байсан” гэж тодорхойлсон.</w:t>
      </w:r>
    </w:p>
    <w:p>
      <w:pPr>
        <w:pStyle w:val="ArticleScripture"/>
        <w:jc w:val="left"/>
      </w:pPr>
      <w:r>
        <w:rPr>
          <w:rFonts w:ascii="Times New Roman" w:hAnsi="Times New Roman" w:eastAsia="Times New Roman" w:cs="Times New Roman"/>
        </w:rPr>
        <w:t>“Дараа нь би ‘өдөр тутмын’ тухайд (Даниел 8:12) ‘тахил’ гэдэг үгийг хүний мэргэн ухаанаар нэмэн оруулсан бөгөөд энэ нь эх бичвэрт харьяалагдахгүй, харин Эзэн шүүлтийн цагийн тунхгийг зарласан хүмүүст энэ талаархи зөв ойлголтыг өгсөн гэдгийг харсан. 1844 оноос өмнө, нэгдэл оршин байх үед, бараг бүгд ‘өдөр тутмын’-ы зөв ойлголт дээр нэгдмэл байсан; харин 1844 оноос хойших төөрөгдлийн дунд өөр үзлүүдийг хүлээн авсан тул харанхуй ба самуурал дагалдсан юм.” Эртний бичвэрүүд, 74.</w:t>
      </w:r>
    </w:p>
    <w:p>
      <w:pPr>
        <w:pStyle w:val="ArticleBody"/>
        <w:jc w:val="left"/>
      </w:pPr>
      <w:r>
        <w:rPr>
          <w:rFonts w:ascii="Times New Roman" w:hAnsi="Times New Roman" w:eastAsia="Times New Roman" w:cs="Times New Roman"/>
        </w:rPr>
        <w:t>Даниелын ном дахь “өдөр тутмын” тухай сэдэв нь хорьдугаар зууны эхэн үед Адвентизмын хувьд тэрслүү протестантизмын арга зүйд эргэн орсны бэлгэ тэмдэг болсон бөгөөд өнөөдөр “өдөр тутмын”-ы тухай Миллеритүүдийн зөв ойлголтыг Адвентизмын теологичид няцаасаар байна. Эгч Уайт Миллеритүүд “өдөр тутмын”-ыг харь шашны сатанлаг хүч мөн гэж тодорхойлсноороо зөв байсан гэдгийг илэрхий тодорхойлсон атал тэд үүнийг няцаасан. Тэд “өдөр тутмын” тухай үнэнийг, Миллеритүүдийн ойлголт зөв байсан гэсэн түүний онгодоор өгөгдсөн дэмжлэгтэй зөрчилдөн няцааснаар үл барам, мөн “өдөр тутмын” нь Христийн ариун сүм дэх үйлчлэлийг төлөөлдөг гэж сургадаг хуурамч сургаалыг “тэнгэрээс хөөгдсөн тэнгэрэлчүүд!” хүргэсэн хэмээн түүний шулуухан тодорхойлсонтой шууд зөрчилдөн няцаасан юм!</w:t>
      </w:r>
    </w:p>
    <w:p>
      <w:pPr>
        <w:pStyle w:val="ArticleScripture"/>
        <w:jc w:val="left"/>
      </w:pPr>
      <w:r>
        <w:rPr>
          <w:rFonts w:ascii="Times New Roman" w:hAnsi="Times New Roman" w:eastAsia="Times New Roman" w:cs="Times New Roman"/>
        </w:rPr>
        <w:t>“Тэнд Ах Даниеллс байсан бөгөөд түүний оюун ухаан дээр дайсан ажиллаж байсан; мөн таны оюун ухаан болон Ахлагч Прескоттын оюун ухаан дээр тэнгэрээс хөөгдөн гарсан тэнгэрэлчүүд ажиллаж байсан юм.” Manuscript Releases, volume 20, 17.</w:t>
      </w:r>
    </w:p>
    <w:p>
      <w:pPr>
        <w:pStyle w:val="ArticleBody"/>
        <w:jc w:val="left"/>
      </w:pPr>
      <w:r>
        <w:rPr>
          <w:rFonts w:ascii="Times New Roman" w:hAnsi="Times New Roman" w:eastAsia="Times New Roman" w:cs="Times New Roman"/>
        </w:rPr>
        <w:t>Одоо Адвентизм өөрийн “үлгэр домгийн хоолнуудын” нэг болгон хэрэглэдэг тэр зүйлийг түүний гүн гүнзгий няцаасан нь маш хатуу байсан. Учир нь Даниелс ба Прескотт нар Сатаны хүчний бэлгэдэл болох (язычество)-ийг авч, тэрхүү бэлгэдлийг Христэд (Түүний ариун сүмийн үйлчлэлд) оноосон юм. Ингэснээр сургаалын найман шалгуур бий болж байна.</w:t>
      </w:r>
    </w:p>
    <w:p>
      <w:pPr>
        <w:pStyle w:val="ArticleBody"/>
        <w:jc w:val="left"/>
      </w:pPr>
      <w:r>
        <w:rPr>
          <w:rFonts w:ascii="Times New Roman" w:hAnsi="Times New Roman" w:eastAsia="Times New Roman" w:cs="Times New Roman"/>
        </w:rPr>
        <w:t>1863 он хүрэхэд чиглэсэн түүхэн дэх ес дэх шалгалт нь 1850 онд Хабакукийн хоёр дахь хүснэгтийг бүтээсэн явдал юм. 1843 оны анхдагчдын зурагт хуудсыг 1842 онд бүтээсэн бөгөөд Христ 1843 онд эргэн ирнэ хэмээн зөгнөснөөс болж л үүнийг 1843 оны зурагт хуудас гэж нэрлэдэг. Хабакукийн хоёр дахь хүснэгтийг бүтээх тушаал 1850 онд Систер Уайтэд өгөгдсөн. Хабакукийн хоёр хүснэгтийг бүтээсэн явдал нь эхний болон хоёр дахь тэнгэрэлчийн түүхийг гурав дахь тэнгэрэлчийн түүхтэй холбодог. Түүний амьдрал, үйл хэргийн тухай ач хүүгийнх нь намтарт тэрээр 1850 оны зурагт хуудсыг бүтээхэд хүргэсэн үйл явдлуудын тоймыг өгдөг. Тэрбээр үүнийг хийхдээ Систер Уайтын холбогдох тайлбаруудыг сонгон авч, уг тоймд өөрийн тайлбарыг нэмсэн байдаг.</w:t>
      </w:r>
    </w:p>
    <w:p>
      <w:pPr>
        <w:pStyle w:val="ArticleScripture"/>
        <w:jc w:val="left"/>
      </w:pPr>
      <w:r>
        <w:rPr>
          <w:rFonts w:ascii="Times New Roman" w:hAnsi="Times New Roman" w:eastAsia="Times New Roman" w:cs="Times New Roman"/>
        </w:rPr>
        <w:t>“Николс ахынд буцаж ирэхэд Эзэн надад үзэгдэл өгч, үнэнийг самбарууд дээр тодорхой болгож тавих ёстойг харуулсан бөгөөд өмнөх хоёрынх нь утгыг самбарууд дээр тодорхой болгосноор, энэ нь гурав дахь тэнгэрэлчийн мэдээгээр олон хүнийг үнэний талд шийдвэр гаргахад хүргэнэ гэдгийг үзүүлэв.—Захидал 28, 1850.</w:t>
      </w:r>
    </w:p>
    <w:p>
      <w:pPr>
        <w:pStyle w:val="ArticleScripture"/>
        <w:jc w:val="left"/>
      </w:pPr>
      <w:r>
        <w:rPr>
          <w:rFonts w:ascii="Times New Roman" w:hAnsi="Times New Roman" w:eastAsia="Times New Roman" w:cs="Times New Roman"/>
        </w:rPr>
        <w:t>“Энэ үзэгдэлд түүнд мөн Жэймс Уайтад хэвлэлээ үргэлжлүүлэн гаргах зориг өгөх тэр зүйл харуулагдсан юм:</w:t>
      </w:r>
    </w:p>
    <w:p>
      <w:pPr>
        <w:pStyle w:val="ArticleScripture"/>
        <w:jc w:val="left"/>
      </w:pPr>
      <w:r>
        <w:rPr>
          <w:rFonts w:ascii="Times New Roman" w:hAnsi="Times New Roman" w:eastAsia="Times New Roman" w:cs="Times New Roman"/>
        </w:rPr>
        <w:t>“Мөн элч нар явахын нэгэн адил тэр хэвлэмэл хэвлэл нийтлэгдэн гаргах нь ч зайлшгүй хэрэгтэйг би харсан. Учир нь элч нарт, сонсогчдын гарт өгөхийн тулд өнөөгийн үнэнийг агуулсан нэгэн хэвлэл өөрсөдтэй нь авч явах шаардлагатай бөгөөд тэгвэл тэр үнэн оюун санаанаас бүдгэрэн арилахгүй байв. Мөн тэр хэвлэл элч нар хүрч чадахгүй газруудад хүрэн очих байлаа.—Ibid.</w:t>
      </w:r>
    </w:p>
    <w:p>
      <w:pPr>
        <w:pStyle w:val="ArticleScripture"/>
        <w:jc w:val="left"/>
      </w:pPr>
      <w:r>
        <w:rPr>
          <w:rFonts w:ascii="Times New Roman" w:hAnsi="Times New Roman" w:eastAsia="Times New Roman" w:cs="Times New Roman"/>
        </w:rPr>
        <w:t>“Шинэ хүснэгт дээрх ажлыг даруй эхлүүлсэн бөгөөд Жеймс дараагийн сард гаргасан Present Truth сэтгүүлийн дугаарт ах дүү нарт энэ тухай хэлэх боломж олдсон юм:”</w:t>
      </w:r>
    </w:p>
    <w:p>
      <w:pPr>
        <w:pStyle w:val="ArticleScripture"/>
        <w:jc w:val="left"/>
      </w:pPr>
      <w:r>
        <w:rPr>
          <w:rFonts w:ascii="Times New Roman" w:hAnsi="Times New Roman" w:eastAsia="Times New Roman" w:cs="Times New Roman"/>
        </w:rPr>
        <w:t>“Хүснэгт. Одоогийн үнэнийг тодорхой харуулахын тулд тооцоолон боловсруулсан, Даниел ба Иоханы үзэгдлүүдийн он цагийн дарааллын хүснэгтийг Массачусетс мужийн Дорчестер хотын ах Оттис Николсын хяналт дор одоо литографийн аргаар хэвлэж байна. Одоогийн үнэнийг заадаг хүмүүст энэ нь ихээхэн тус болно. Хүснэгтийн талаархи цаашдын мэдэгдлийг хожим өгнө.—Present Truth, 1850 оны 11 дүгээр сар.”</w:t>
      </w:r>
    </w:p>
    <w:p>
      <w:pPr>
        <w:pStyle w:val="ArticleScripture"/>
        <w:jc w:val="left"/>
      </w:pPr>
      <w:r>
        <w:rPr>
          <w:rFonts w:ascii="Times New Roman" w:hAnsi="Times New Roman" w:eastAsia="Times New Roman" w:cs="Times New Roman"/>
        </w:rPr>
        <w:t>“1851 оны 1 дүгээр сарын сүүл үе гэхэд зурагт хүснэгт бэлэн болж, 2 доллараар худалдаалагдахаар зарлагдав. Жеймс Уайт түүнд ихэд сэтгэл хангалуун байсан бөгөөд үүнийг ‘гурав дахь тэнгэрэлчийн мэдээг тунхаглахаар Бурхан дуудсан хүмүүст’ үнэ төлбөргүй санал болгосон байна (Review and Herald, 1851 оны 1 сар). Зарим өгөөмөр хандивууд хэвлэлийн зардлыг нөхөхөд тусалжээ.” Arthur White, Ellen G. White: The Early Years, volume 1, 185.</w:t>
      </w:r>
    </w:p>
    <w:p>
      <w:pPr>
        <w:pStyle w:val="ArticleBody"/>
        <w:jc w:val="left"/>
      </w:pPr>
      <w:r>
        <w:rPr>
          <w:rFonts w:ascii="Times New Roman" w:hAnsi="Times New Roman" w:eastAsia="Times New Roman" w:cs="Times New Roman"/>
        </w:rPr>
        <w:t>1843 оны зургийн талаар ярихдаа Эгч Уайт үүнийг Бурханаар удирдуулсан байсан гэж тэмдэглэн үлдээсэн.</w:t>
      </w:r>
    </w:p>
    <w:p>
      <w:pPr>
        <w:pStyle w:val="ArticleScripture"/>
        <w:jc w:val="left"/>
      </w:pPr>
      <w:r>
        <w:rPr>
          <w:rFonts w:ascii="Times New Roman" w:hAnsi="Times New Roman" w:eastAsia="Times New Roman" w:cs="Times New Roman"/>
        </w:rPr>
        <w:t>“Эзэн надад 1843 оны хүснэгт Өөрийн мутраар удирдуулсан бөгөөд түүний аль ч хэсгийг өөрчлөх ёсгүйг; тоонууд нь Түүний хүссэнчлэн байсныг үзүүлсэн. Зарим тоон доторх нэгэн алдааг хэн ч харж чадахгүй байхаар, Өөрийн мутар түүний дээр байж түүнийг халхалсан, Түүний мутар авагдах хүртэл тийм байсан.” Review and Herald, 1850 оны 11 дүгээр сарын 1.</w:t>
      </w:r>
    </w:p>
    <w:p>
      <w:pPr>
        <w:pStyle w:val="ArticleBody"/>
        <w:jc w:val="left"/>
      </w:pPr>
      <w:r>
        <w:rPr>
          <w:rFonts w:ascii="Times New Roman" w:hAnsi="Times New Roman" w:eastAsia="Times New Roman" w:cs="Times New Roman"/>
        </w:rPr>
        <w:t>1850 онд өөр нэгэн хүснэгт гаргах тушаалтай холбоотой гэрлийг тэмдэглэн бичихдээ, тэрээр 1843 оны хүснэгтийн талаар өгөгдсөнтэй адил тэнгэрлэг сайшаалыг 1850 оны хүснэгтэд мөн олгосон бөгөөд тэр үед бэлтгэгдэж байсан бусад хүснэгтүүд нь Эзэнд тааламжтай бус байсныг бас тогтоон заасан. Шинэ хүснэгт гаргах тушаал нь шинэ хэвлэлийг нийтлүүлэх тушаалтай хамтатган өгөгдсөн байв.</w:t>
      </w:r>
    </w:p>
    <w:p>
      <w:pPr>
        <w:pStyle w:val="ArticleScripture"/>
        <w:jc w:val="left"/>
      </w:pPr>
      <w:r>
        <w:rPr>
          <w:rFonts w:ascii="Times New Roman" w:hAnsi="Times New Roman" w:eastAsia="Times New Roman" w:cs="Times New Roman"/>
        </w:rPr>
        <w:t>“Зураглал үйлдэх энэ ажил бүхэлдээ буруу байсныг би харсан. Энэ нь Роудс ахоос үүдэн гарч, Кейс ах түүнийг үргэлжлүүлэн хэрэгжүүлсэн юм. Тэнгэрэлчүүд болон алдар суут Есүсийг төлөөлүүлэн үзүүлэхийн тулд бүдүүлэг, жигшүүртэй дүрсүүдийг бүтээж, зураглал хийхэд хөрөнгө зарцуулжээ. Ийм зүйлс Бурханд таалагддаггүйг би харсан. Николс ахын хэвлүүлсэн зураглалын хэрэгт Бурхан байсан гэдгийг би харсан. Энэ зураглалын тухай Библид эш үзүүллэг байгааг би харсан; хэрэв энэ зураглал Бурханы ард түмэнд зориулагдсан бол, хэрэв энэ нь нэгэнд хангалттай бол нөгөөд нь ч мөн адил хангалттай юм; мөн хэрэв нэгэнд нь илүү том хэмжээтэй шинэ зураглал зуруулах хэрэгтэй байсан бол, бүгдэд нь яг тэр хэмжээгээр хэрэгтэй байх байсан.”</w:t>
      </w:r>
    </w:p>
    <w:p>
      <w:pPr>
        <w:pStyle w:val="ArticleScripture"/>
        <w:jc w:val="left"/>
      </w:pPr>
      <w:r>
        <w:rPr>
          <w:rFonts w:ascii="Times New Roman" w:hAnsi="Times New Roman" w:eastAsia="Times New Roman" w:cs="Times New Roman"/>
        </w:rPr>
        <w:t>Би Ахан дүү Кейсийн дотор өөр нэгэн зурагт хүснэгт хүсэмжилж байсан зүйл нь тайван бус, тавгүй, ханамжгүй, талархалгүй мэдрэмж байсныг харсан. Би эдгээр будмал хүснэгтүүд чуулганд муу нөлөө үзүүлснийг харсан. Энэ нь цуглаанд хөнгөн хийсвэр, элэг доогийн сүнсийг бий болгосон.</w:t>
      </w:r>
    </w:p>
    <w:p>
      <w:pPr>
        <w:pStyle w:val="ArticleScripture"/>
        <w:jc w:val="left"/>
      </w:pPr>
      <w:r>
        <w:rPr>
          <w:rFonts w:ascii="Times New Roman" w:hAnsi="Times New Roman" w:eastAsia="Times New Roman" w:cs="Times New Roman"/>
        </w:rPr>
        <w:t>“Бурханаар тушаагдан хийлгэсэн хүснэгтүүд тайлбаргүй байсан ч оюун санаанд таатайгаар нөлөөлж байгааг би харсан. Хүснэгтүүд дээрх тэнгэрэлчүүдийн дүрслэлд гэрэлтэй, үзэсгэлэнтэй, тэнгэрлэг нэгэн зүйл байдаг. Оюун санаа бараг үл мэдэг байдлаар Бурхан болон тэнгэр өөд хөтлөгдөнө. Харин бэлтгэгдсэн бусад хүснэгтүүд нь оюун санаанд жигшил төрүүлж, түүнийг тэнгэрээс илүү газарт төвлөрүүлэхэд хүргэдэг. Тэнгэрэлчүүдийг дүрсэлсэн зургууд нь тэнгэрийн оршнолуудаас илүүтэй чөтгөр адын амьтадтай төстэй харагддаг. Ах Кейс тэнгэрийн мэргэн ухааныг Бурханаас эрж хайх ёстой, мөн Сүнсний нигүүлслүүд болон үнэний мэдлэгт өсөж хөгжих ёстой байсан атал, эдгээр хүснэгтүүд түүний оюун санааг хэдэн өдөр, хэдэн долоо хоногоор эзэмдэж байсныг би харсан.”</w:t>
      </w:r>
    </w:p>
    <w:p>
      <w:pPr>
        <w:pStyle w:val="ArticleScripture"/>
        <w:jc w:val="left"/>
      </w:pPr>
      <w:r>
        <w:rPr>
          <w:rFonts w:ascii="Times New Roman" w:hAnsi="Times New Roman" w:eastAsia="Times New Roman" w:cs="Times New Roman"/>
        </w:rPr>
        <w:t>“Хэрэв зургууд хэвлэн гаргахад үрэгдсэн хөрөнгийг, ахан дүүсийн өмнө үнэнийг тов тодорхой тавин харуулахын тулд товхимол зэрэг хэвлэн гаргахад зарцуулсан бол, энэ нь маш их сайн үр нөлөө үзүүлж, сүнснүүдийг аврах байсан гэж би харсан. Зураг хийх ажил нь халуурал мэт тархсан гэж би харсан.” Manuscript Releases, number 13, 359; 1853.</w:t>
      </w:r>
    </w:p>
    <w:p>
      <w:pPr>
        <w:pStyle w:val="ArticleBody"/>
        <w:jc w:val="left"/>
      </w:pPr>
      <w:r>
        <w:rPr>
          <w:rFonts w:ascii="Times New Roman" w:hAnsi="Times New Roman" w:eastAsia="Times New Roman" w:cs="Times New Roman"/>
        </w:rPr>
        <w:t>Тэрээр “Бурхан ах Николсын хэвлүүлсэн [1850 оны] зургийн нийтлэлд байсан” гэж ил тод мэдэгдэж, мөн “энэ зургийн тухай Библид нэгэн эш үзүүллэг [Хабаккук 2] байдаг” хэмээн хэлсэн. Түүнчлэн “Бурханаар тушаагдсан” “зургууд” [олон тоо; 1843 ба 1850] нь “тайлбаргүйгээр ч оюун санаанд таатайгаар нөлөөлсөн” гэдгийг тэрээр мөн тодорхойлсон. Хабаккук 2-т Миллерчүүдэд үзэгдлийг хүснэгтүүд дээр (олон тоогоор) тодорхой бичихийг тушаасан бөгөөд ингэснээр хоёр зургийг уншигч нь Бурханы Үг дотор нааш цааш гүйж чаддаг байв. Тэнгэрлэг зургууд Урия Смитийн 1863 оны хуурамч зурагт тохиолдсон шиг нэмэлт тайлбар шаардсангүй.</w:t>
      </w:r>
    </w:p>
    <w:p>
      <w:pPr>
        <w:pStyle w:val="ArticleScripture"/>
        <w:jc w:val="left"/>
      </w:pPr>
      <w:r>
        <w:rPr>
          <w:rFonts w:ascii="Times New Roman" w:hAnsi="Times New Roman" w:eastAsia="Times New Roman" w:cs="Times New Roman"/>
        </w:rPr>
        <w:t>ЭЗЭН надад хариулан ийнхүү айлдав: Үзэгдлийг бич, мөн уншигч нь гүйж болохоор түүнийг хавтангууд дээр тодорхой бич. Хабаккук 2:2.</w:t>
      </w:r>
    </w:p>
    <w:p>
      <w:pPr>
        <w:pStyle w:val="ArticleBody"/>
        <w:jc w:val="left"/>
      </w:pPr>
      <w:r>
        <w:rPr>
          <w:rFonts w:ascii="Times New Roman" w:hAnsi="Times New Roman" w:eastAsia="Times New Roman" w:cs="Times New Roman"/>
        </w:rPr>
        <w:t>Арав дахь сорилт нь энэ өгүүллийн гол анхаарал мөн. Тооллого номын арван дөрөвдүгээр бүлэгт Мосегийн дурдсан тэр арван сорилтын талаар Еврей судлаачид болон бусад теологичид Улаан тэнгисээс аврагдсанаас эхлэн арван тагнуулын бослого хүртэлх түүхэн дэх аль үйл явдлуудыг төлөөлж болох талаар янз бүрийн таамаг дэвшүүлдэг. Тэр түүхэн дэх эсэргүүцэл, бослого нь сонгон авч үзэх хэдэн хувилбарыг өгдөг боловч, арав дахь сорилт нь хариуцлага хүлээх насанд хүрсэн бүх босогчид үхтлээ цөлд аажмаар хорогдон үхэх дөчин жилийн эхлэлийг тэмдэглэдэг нь гарцаагүй.</w:t>
      </w:r>
    </w:p>
    <w:p>
      <w:pPr>
        <w:pStyle w:val="ArticleBody"/>
        <w:jc w:val="left"/>
      </w:pPr>
      <w:r>
        <w:rPr>
          <w:rFonts w:ascii="Times New Roman" w:hAnsi="Times New Roman" w:eastAsia="Times New Roman" w:cs="Times New Roman"/>
        </w:rPr>
        <w:t>Үүнтэй адил зарим нь миний эдгээр арван сургаалын шалгуурыг сонгосныг эсэргүүцэж болох бөгөөд, энд миний дэвшүүлж буйгаас илүү дээр мэт санагдах хувилбарууд байж болох юм. Гэсэн хэдий ч арав дахь бөгөөд эцсийн шалгуур нь арван тагнуулын тэрслэл ямар тодорхой байсанчлан төдий л тодорхой билээ. Энэ нь Левит 26 дахь долоон үеийг няцаасан явдал байсан. Энэхүү тодорхойлолтыг бататгах эш үзүүллэгийн хэд хэдэн нотолгоо бий.</w:t>
      </w:r>
    </w:p>
    <w:p>
      <w:pPr>
        <w:pStyle w:val="ArticleBody"/>
        <w:jc w:val="left"/>
      </w:pPr>
      <w:r>
        <w:rPr>
          <w:rFonts w:ascii="Times New Roman" w:hAnsi="Times New Roman" w:eastAsia="Times New Roman" w:cs="Times New Roman"/>
        </w:rPr>
        <w:t>Дараагийн өгүүлэлд бид Левит 26 дахь долоон цаг нь Лаодикийн Адвентизмын арав дахь бөгөөд эцсийн бүтэлгүйтэл мөн болохыг батлан тогтоодог эш үзүүллэгийн гэрчүүдийг тодорхойлж эхэлнэ.</w:t>
      </w:r>
    </w:p>
    <w:p>
      <w:pPr>
        <w:pStyle w:val="ArticleScripture"/>
        <w:jc w:val="left"/>
      </w:pPr>
      <w:r>
        <w:rPr>
          <w:rFonts w:ascii="Times New Roman" w:hAnsi="Times New Roman" w:eastAsia="Times New Roman" w:cs="Times New Roman"/>
        </w:rPr>
        <w:t>“Бурханы хүч үнэн юу болохыг гэрчилж буй цагт, тэр үнэн үүрд үнэн хэвээр байх ёстой. Бурханаас өгсөн гэрэлд харшлах ямар ч дараах таамаглалыг хүлээн зөвшөөрч үл болно. Хүмүүс Судрын тайлбаруудтайгаар гарч ирнэ; тэдгээр нь тэдэнд үнэн мэт боловч, үнэн биш юм. Энэ цаг үеийн үнэнг Бурхан бидэнд бидний итгэлийн суурь болгон өгсөн. Үнэн гэж юу болохыг Тэр Өөрөө бидэнд заасан. Нэг нь гарч ирнэ, дараа нь бас өөр нэг нь, Бурханы Өөрийн Ариун Сүнсний илэрхийлэл дор өгсөн гэрэлтэй зөрчилдөх шинэ гэрэлтэйгээр.”</w:t>
      </w:r>
    </w:p>
    <w:p>
      <w:pPr>
        <w:pStyle w:val="ArticleScripture"/>
        <w:jc w:val="left"/>
      </w:pPr>
      <w:r>
        <w:rPr>
          <w:rFonts w:ascii="Times New Roman" w:hAnsi="Times New Roman" w:eastAsia="Times New Roman" w:cs="Times New Roman"/>
        </w:rPr>
        <w:t>“Энэ үнэнийг тогтоох явцад олж авсан туршлагыг туулан өнгөрсөн цөөн хэдэн хүн одоо ч амьд байна. Элч Иохан амьдралынхаа хамгийн эцсийн мөч хүртэл тийнхүү үйлдсэнчлэн, Бурхан тэдний амийг нигүүлсэнгүйгээр хэлтрүүлж, тэдний туулж өнгөрсөн тэрхүү туршлагыг амьдралынхаа төгсгөл хүртэл дахин дахин өгүүлэхээр үлдээсэн юм. Харин үхлээр унасан туг баригчид бичвэрүүдийг нь дахин хэвлэх замаар өгүүлсээр байх ёстой. Тэдний дуу хоолой ийм байдлаар сонсогдох ёстой хэмээн надад зааварлагдсан. Тэд энэ цаг үеийн үнэнийг юу бүрдүүлдгийн талаар өөрсдийн гэрчлэлийг өгөх ёстой.”</w:t>
      </w:r>
    </w:p>
    <w:p>
      <w:pPr>
        <w:pStyle w:val="ArticleScripture"/>
        <w:jc w:val="left"/>
      </w:pPr>
      <w:r>
        <w:rPr>
          <w:rFonts w:ascii="Times New Roman" w:hAnsi="Times New Roman" w:eastAsia="Times New Roman" w:cs="Times New Roman"/>
        </w:rPr>
        <w:t>“Манай итгэлийн онцгой үндсэн цэгүүдтэй зөрчилдсөн мэдээ авчран ирдэг хүмүүсийн үгийг бид хүлээн авах ёсгүй. Тэд Бичээсийн олон эшлэлийг цуглуулж, дэвшүүлсэн онолуудаа батлах нотолгоо хэмээн түүнийг овоолдог. Энэ нь өнгөрсөн тавин жилийн турш дахин дахин хийгдсээр ирсэн. Бичээс нь Бурханы үг бөгөөд хүндэтгэвэл зохих хэдий ч, хэрэв тэдгээрийг ингэж хэрэглэснээр Бурханы энэ тавин жилийн турш батлан тогтоосон сууринаас нэгэн баганыг ч хөдөлгөвөл, тийм хэрэглээ нь асар том алдаа мөн. Ийм хэрэглээ хийдэг хүн Бурханы ард түмэнд ирсэн урьдын мэдээнүүдэд хүч чадал, нөлөө өгсөн Ариун Сүнсний гайхамшигт илрэл үзүүлэлтийг мэддэггүй.”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Зургаадугаар дугаар</dc:title>
  <dc:subject>Арван сорилт</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