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Елиа — Найм дахь дугаар</w:t>
      </w:r>
    </w:p>
    <w:p>
      <w:pPr>
        <w:pStyle w:val="ArticleSubtitle"/>
        <w:jc w:val="left"/>
      </w:pPr>
      <w:r>
        <w:rPr>
          <w:rFonts w:ascii="Arial" w:hAnsi="Arial" w:eastAsia="Arial" w:cs="Arial"/>
        </w:rPr>
        <w:t>Иерихо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2023-10-09</w:t>
      </w:r>
    </w:p>
    <w:p>
      <w:pPr>
        <w:pStyle w:val="ArticleBody"/>
        <w:jc w:val="left"/>
      </w:pPr>
      <w:r>
        <w:rPr>
          <w:rFonts w:ascii="Times New Roman" w:hAnsi="Times New Roman" w:eastAsia="Times New Roman" w:cs="Times New Roman"/>
        </w:rPr>
        <w:t>Эртний бодит Израилийн эхлэлд ч, мөн орчин үеийн сүнслэг Израилийн эхлэлд ч, Улаан тэнгисийг гаталсан үед, түүнчлэн Агуу Урам хугарал дээр, аажмаар өсөн нэмэгдсэн сорилтуудын дараалал эхэлж, эцэстээ эцсийн сорилтод хүрсэн. Тооллын номд болон Миллерчүүдийн түүхэнд гардаг тэрхүү сүүлчийн сорилтын бүтэлгүйтэл нь цөлийн хэрэн тэнүүчлэлийн эхлэлийг тэмдэглэдэг.</w:t>
      </w:r>
    </w:p>
    <w:p>
      <w:pPr>
        <w:pStyle w:val="ArticleScripture"/>
        <w:jc w:val="left"/>
      </w:pPr>
      <w:r>
        <w:rPr>
          <w:rFonts w:ascii="Times New Roman" w:hAnsi="Times New Roman" w:eastAsia="Times New Roman" w:cs="Times New Roman"/>
        </w:rPr>
        <w:t>“Дөчин жилийн турш үл итгэл, гомдоллон бувтнах, бослого тэрслэл нь эртний Израилийг Канаан нутагт орохоос хаасан билээ. Мөнөөх л нүглүүд орчин үеийн Израилийг тэнгэрийн Канаанд орохыг саатуулсаар ирсэн. Аль ч тохиолдолд Бурханы амлалтуудад буруу байгаагүй. Эзэнийх хэмээн өөрсдийгөө хүлээн зөвшөөрдөг ард түмний дундах үл итгэл, ертөнцөд татагдах сэтгэл, ариусгалд үл зориулсан байдал, мөн тэмцэл зөрчил нь биднийг энэ нүгэл ба уй гашуугийн ертөнцөд өдий олон жил байлгасаар ирсэн юм.</w:t>
      </w:r>
    </w:p>
    <w:p>
      <w:pPr>
        <w:pStyle w:val="ArticleScripture"/>
        <w:jc w:val="left"/>
      </w:pPr>
      <w:r>
        <w:rPr>
          <w:rFonts w:ascii="Times New Roman" w:hAnsi="Times New Roman" w:eastAsia="Times New Roman" w:cs="Times New Roman"/>
        </w:rPr>
        <w:t>“Бид Израилийн хөвгүүдийн адил дуулгаваргүй байдлын улмаас энэ ертөнцөд эндээ олон жилийн турш үлдэх хэрэгтэй болж мэднэ; гэвч Христийн төлөө Түүний ард түмэн өөрсдийн буруу үйл ажиллагааны үр дагаврыг Бурханд тохон, нүгэл дээр нүгэл нэмэх ёсгүй.” Evangelism, 696.</w:t>
      </w:r>
    </w:p>
    <w:p>
      <w:pPr>
        <w:pStyle w:val="ArticleBody"/>
        <w:jc w:val="left"/>
      </w:pPr>
      <w:r>
        <w:rPr>
          <w:rFonts w:ascii="Times New Roman" w:hAnsi="Times New Roman" w:eastAsia="Times New Roman" w:cs="Times New Roman"/>
        </w:rPr>
        <w:t>Эртний Израилийн түүхийн төгсгөлд, эхэнд нь байсанчлан, Вавилонд олзлогдон аваачигдах үедээ төгссөн шат дараалсан сорилтын үйл явц байсан. Орчин үеийн сүнслэг Израилийн төгсгөлд тэд мөн адил шат дараалсан сорилтын үйл явцтай тулгарна. Тэр үйл явц Ням гаргийн хуулийн үед Лаодикийн Адвентистүүд унаган дарангуйлагдахад төгсөнө. Эртний Израилийн адил, орчин үеийн Израиль сүнслэг Вавилонд олзлогдон аваачигдана.</w:t>
      </w:r>
    </w:p>
    <w:p>
      <w:pPr>
        <w:pStyle w:val="ArticleBody"/>
        <w:jc w:val="left"/>
      </w:pPr>
      <w:r>
        <w:rPr>
          <w:rFonts w:ascii="Times New Roman" w:hAnsi="Times New Roman" w:eastAsia="Times New Roman" w:cs="Times New Roman"/>
        </w:rPr>
        <w:t>1798 онд эш үзүүллэгийн дагуу эхэлж, 1863 онд албан ёсоор төгссөн Миллерит хөдөлгөөн нь 1989 онд эхэлж, хүний нигүүлслийн хугацаа хаагдах болон Христийн Хоёр дахь Ирэлтээр төгсөх нэг зуун дөчин дөрвөн мянгын хөдөлгөөний хэв шинж болдог. Миллерит хөдөлгөөний төгсгөл болон гурав дахь тэнгэрэлчийн хүчирхэг хөдөлгөөний ирэлтийн хооронд хууль ёсоор бүртгэгдсэн Лаодикийн Долоо дахь өдрийн Адвентист сүмийн түүх оршдог.</w:t>
      </w:r>
    </w:p>
    <w:p>
      <w:pPr>
        <w:pStyle w:val="ArticleScripture"/>
        <w:jc w:val="left"/>
      </w:pPr>
      <w:r>
        <w:rPr>
          <w:rFonts w:ascii="Times New Roman" w:hAnsi="Times New Roman" w:eastAsia="Times New Roman" w:cs="Times New Roman"/>
        </w:rPr>
        <w:t>“Синаи ба Канааны хилийн Кадешийн хооронд ердөө арван нэгэн өдрийн аян зам байв; эцэст нь үүл урагш хөдлөх дохиог өгөхөд Израилийн чуулган тун удалгүй тэр сайхан нутагт орох найдварын өмнө дахин аяндаа морджээ. Ехова тэднийг Египетээс гарган авчрахдаа гайхамшгуудыг үйлдсэн билээ. Тэгвэл Түүнийг өөрсдийн Дээд Эзэн хэмээн хүлээн авахаар албан ёсоор гэрээлж, Хамгийн Дээд Нэгэний сонгосон ард түмэн хэмээн хүлээн зөвшөөрөгдсөн тэд одоо ямар их ерөөлийг үл найдах билээ?” Эцгүүд ба эш үзүүлэгчид, 376.</w:t>
      </w:r>
    </w:p>
    <w:p>
      <w:pPr>
        <w:pStyle w:val="ArticleBody"/>
        <w:jc w:val="left"/>
      </w:pPr>
      <w:r>
        <w:rPr>
          <w:rFonts w:ascii="Times New Roman" w:hAnsi="Times New Roman" w:eastAsia="Times New Roman" w:cs="Times New Roman"/>
        </w:rPr>
        <w:t>Тэдний богинохон аялал үл итгэл ба дуулгаваргүй байдлаас нь болж дөчин жил болон сунжирсан юм. Хэрэв тэд боолчлолоос агууяа аврагдсан явдалдаа тулгуурласан итгэлийг үзүүлсэнсэн бол, Иордан мөрнийг удалгүй гатлан Амлагдсан нутагт орох байсан. Түүнээс хойших тэдний анхны саад нь Иошуа хожим тулгарсан тэр л саад байх байв. Дөчин жилийн дараа бодит Израиль цөлөөс гарч Амлагдсан нутагт орсон бөгөөд Иерихо нь тэдний эхний алхам байсан бөгөөд энэ нь итгэгч хүн бүрт авралын төлөөх Бурханы хүчний бэлгэдэл болон зогсдог. Иерихо нь мөн 1863 онд Миллерит хөдөлгөөний тулгарах ёстой байсан ажлын бэлгэдэл мөн боловч тэд цөл рүү ухарсан. Елиагийн бэлгэдэл нь Иерихогийн бэлгэдэлтэй шууд холбоотой бөгөөд Елиагийн Иерихотой түүхэн холбоог авч үзэх нь сургамжтай юм.</w:t>
      </w:r>
    </w:p>
    <w:p>
      <w:pPr>
        <w:pStyle w:val="ArticleScripture"/>
        <w:jc w:val="left"/>
      </w:pPr>
      <w:r>
        <w:rPr>
          <w:rFonts w:ascii="Times New Roman" w:hAnsi="Times New Roman" w:eastAsia="Times New Roman" w:cs="Times New Roman"/>
        </w:rPr>
        <w:t>Омрийн үйлдсэн бусад хэргүүд, үзүүлсэн хүч чадал нь Израилийн хаадын түүхийн номд бичигдээгүй гэж үү? Ийнхүү Омри өвөг дээдсийнхээ хамт нойрсов; тэрээр Самарид оршуулагдаж, түүний оронд хүү Ахаб нь хаан болов. Иудагийн хаан Аса-гийн гучин найм дахь жилд Омрийн хүү Ахаб Израиль дээр хаанчилж эхлэв; Омрийн хүү Ахаб Самарид Израиль дээр хорин хоёр жил хаанчлав. Омрийн хүү Ахаб Өөрийн өмнөх бүх хүнээс илүүгээр ЭЗЭНий мэлмийд бузар мууг үйлдэв. Тэгээд Небатын хүү Иеробоамын нүглүүдээр явах нь түүнд хөнгөн хэрэг мэт байсан тул Сидончуудын хаан Этбаалын охин Иезебелийг эхнэр болгон авч, Баалд үйлчилж, түүнд мөргөв. Тэрээр Самарид өөрийн барьсан Баалын сүмд Баалд зориулсан тахилын ширээ босгов. Ахаб мөн шүтээн мод босгосон; Ахаб өөрөөс нь өмнө байсан Израилийн бүх хаадаас илүүгээр Израилийн Бурхан ЭЗЭНийг уурлуулахыг үйлдэв. Түүний өдрүүдэд Бетел хүн Хиел Иерихог дахин босгов; тэрээр түүний суурийг ууган хүү Абирамынхаа аминд, хаалгуудыг нь бага хүү Сегубынхаа аминд тулган босгосон нь Нуны хүү Иошуагаар дамжуулан ЭЗЭНий айлдсан үгийн дагуу байв. Гилеадын оршин суугчдын нэг болох Тишби хүн Елиа Ахабт хандан, Миний зогсож буй Израилийн Бурхан ЭЗЭН амьд бөлгөө, миний үгийн дагуу биш аваас эдгээр жилүүдэд шүүдэр ч, бороо ч үл орох болно, гэв. Хаадын дээд 16:27–17:1.</w:t>
      </w:r>
    </w:p>
    <w:p>
      <w:pPr>
        <w:pStyle w:val="ArticleBody"/>
        <w:jc w:val="left"/>
      </w:pPr>
      <w:r>
        <w:rPr>
          <w:rFonts w:ascii="Times New Roman" w:hAnsi="Times New Roman" w:eastAsia="Times New Roman" w:cs="Times New Roman"/>
        </w:rPr>
        <w:t>Кармел уулан дээр Елиагийн Ахаб ба Иезебелийн бурхадтай хийсэн сөргөлдөөн нь Израилийн хойд хаант улсын долоо дахь хааны тэрс урвалын хариу байсан бөгөөд тэр нь “өөрөөс нь өмнө байсан Израилийн бүх хаадынхаас илүүгээр Израилийн Бурхан ЭЗЭНийг уурлуулахыг үйлдсэн” хүн байв. Энэ эшлэл дэх “уурлуулах” гэх үг нь Тооллого арван дөрөвт буй арав дахь шалгалтаар дүрслэгдсэн “өдөөн хатгалтын өдөр”-ийг зааж байна. Ахабын Бурханыг өдөөн хатгасан явдал нь Тооллого арван дөрөв дэх арван тагнуулын муу мэдээнээс үүдэн гарсан арван шалгалтын сүүлчийнхийг төлөөлж байв. Иймээс энэ нь Миллерит хөдөлгөөний сүүлчийн шалгалт, мөн нэг зуун дөчин дөрвөн мянгатын сүүлчийн шалгалтыг төлөөлдөг.</w:t>
      </w:r>
    </w:p>
    <w:p>
      <w:pPr>
        <w:pStyle w:val="ArticleScripture"/>
        <w:jc w:val="left"/>
      </w:pPr>
      <w:r>
        <w:rPr>
          <w:rFonts w:ascii="Times New Roman" w:hAnsi="Times New Roman" w:eastAsia="Times New Roman" w:cs="Times New Roman"/>
        </w:rPr>
        <w:t>Тиймийн тул Ариун Сүнс ийнхүү айлддаг: Өнөөдөр та нар Түүний дуу хоолойг сонсох аваас, цөл дэх сорилтын өдөр, хилэгнүүлэлтийн үеийн адил зүрх сэтгэлээ бүү хатууруул. Еврей 3:7, 8.</w:t>
      </w:r>
    </w:p>
    <w:p>
      <w:pPr>
        <w:pStyle w:val="ArticleBody"/>
        <w:jc w:val="left"/>
      </w:pPr>
      <w:r>
        <w:rPr>
          <w:rFonts w:ascii="Times New Roman" w:hAnsi="Times New Roman" w:eastAsia="Times New Roman" w:cs="Times New Roman"/>
        </w:rPr>
        <w:t>Ахабаар төлөөлүүлсэн эш үзүүллэгийн “өдөөн хатгалгын өдөр”-т эш үзүүлэгч Елиа, хэрэв шаардлагатай бол, Өөрийн ард түмэн оролцож байсан нүглүүдээсээ гэмшин эргэхийн тулд Бурхан Израилийн дээр шүүлтүүдийг авчрахыг залбиран гуйжээ.</w:t>
      </w:r>
    </w:p>
    <w:p>
      <w:pPr>
        <w:pStyle w:val="ArticleScripture"/>
        <w:jc w:val="left"/>
      </w:pPr>
      <w:r>
        <w:rPr>
          <w:rFonts w:ascii="Times New Roman" w:hAnsi="Times New Roman" w:eastAsia="Times New Roman" w:cs="Times New Roman"/>
        </w:rPr>
        <w:t>“Израилийн ард түмэн аажмаар Бурханаас эмээх, Түүнийг хүндэтгэх сэтгэлээ алдан, эцэст нь Иошуагаар дамжуулан айлдсан Түүний үг тэдний хувьд ямар ч жингүй болжээ. ‘Түүний [Ахабын] өдрүүдэд бетел хүн Хиел Иерихог босгов; тэр түүний суурийг өөрийн ууган хүү Абирамын үнээр тавьж, түүний хаалгуудыг өөрийн отгон хүү Сегубын үнээр босгосон нь, ЭЗЭНий Нуны хүү Иошуагаар айлдсан үгийн дагуу байлаа.’</w:t>
      </w:r>
    </w:p>
    <w:p>
      <w:pPr>
        <w:pStyle w:val="ArticleScripture"/>
        <w:jc w:val="left"/>
      </w:pPr>
      <w:r>
        <w:rPr>
          <w:rFonts w:ascii="Times New Roman" w:hAnsi="Times New Roman" w:eastAsia="Times New Roman" w:cs="Times New Roman"/>
        </w:rPr>
        <w:t>“Израиль тэрслэлд унаж байх тэр үед Елиа Бурханы үнэнч бөгөөд жинхэнэ эш үзүүлэгч хэвээр байв. Израилийн хөвгүүдийг үл итгэл ба үнэнч бус байдал Бурханаас түргэн салгаж байгааг харахдаа түүний үнэнч сэтгэл үлэмжээр шаналж, Бурхан Өөрийн ард түмнийг авраасай хэмээн тэр залбирч байлаа. Тэрээр нүгэл үйлдэгч Өөрийн ард түмнийг Эзэн бүрмөсөн няцаан хаяхгүй байгаасай, харин хэрэгцээтэй бол шүүлтээр дамжуулан тэднийг гэмшилд сэрээж, нүгэлдээ улам гүн автаж, улмаар Түүнийг өдөөн тэднийг үндэстэн болгон устгахад хүргэхийг бүү зөвшөөрөөч хэмээн гуйн гуйв.</w:t>
      </w:r>
    </w:p>
    <w:p>
      <w:pPr>
        <w:pStyle w:val="ArticleScripture"/>
        <w:jc w:val="left"/>
      </w:pPr>
      <w:r>
        <w:rPr>
          <w:rFonts w:ascii="Times New Roman" w:hAnsi="Times New Roman" w:eastAsia="Times New Roman" w:cs="Times New Roman"/>
        </w:rPr>
        <w:t>“Израилийн нүглүүдийн улмаас Өөрийн шүүлтүүдийг зэмлэн тунхаглуулахын тулд ЭЗЭНий үг Елиад ирж, Ахаб уруу очихыг тушаав. Елиа Ахабын ордонд хүрэх хүртлээ өдөр шөнөгүй аялжээ. Тэрээр орох зөвшөөрөл эрсэнгүй, ёслол төгөлдөр танилцуулагдахыг ч хүлээсэнгүй. Ахабын хувьд огт санаандгүйгээр, эш үзүүлэгчдийн ихэвчлэн өмсдөг бүдүүн ширүүн хувцастай Елиа Самарийн гайхсан хааны өмнө зогсов. Урилгагүй, гэнэт ирсэндээ тэр ямар ч уучлал хүссэнгүй; харин гараа тэнгэр өөд өргөн, тэнгэр газрыг бүтээсэн амьд Бурханы нэрээр Израиль дээр ирэх шүүлтүүдийг сүр жавхлантайгаар батлан тунхаглав: ‘Миний үгээр биш аваас эдгээр жилүүдэд шүүдэр ч орохгүй, бороо ч орохгүй.’”</w:t>
      </w:r>
    </w:p>
    <w:p>
      <w:pPr>
        <w:pStyle w:val="ArticleScripture"/>
        <w:jc w:val="left"/>
      </w:pPr>
      <w:r>
        <w:rPr>
          <w:rFonts w:ascii="Times New Roman" w:hAnsi="Times New Roman" w:eastAsia="Times New Roman" w:cs="Times New Roman"/>
        </w:rPr>
        <w:t>“Израилийн нүглүүдийн улмаас Бурханы шүүлтүүдийг тунхагласан энэхүү цочирдом яллан буруушаалт тэр тэрслэгч хааны дээр аянга мэт нүргэлэн буув. Тэрээр гайхшрал, айдсаас болж саажсан мэт болсон бөгөөд, балмагдлаасаа сэргэж амжаагүй байхад нь Елиа, өөрийн захиасын нөлөөг харахаар ч хүлээлгүй, ирсэн шигээ гэнэт алга болов. Түүний хийх ажил нь Бурханаас ирсэн гай зовлонгийн үгийг айлдах явдал байсан бөгөөд тэр даруй зайлан одов. Түүний үг тэнгэрийн эрдэнэсүүдийг түгжсэн байсан бөгөөд тэдгээрийг дахин нээж чадах цорын ганц түлхүүр нь түүний үг байлаа.” Testimonies, volume 3, 273.</w:t>
      </w:r>
    </w:p>
    <w:p>
      <w:pPr>
        <w:pStyle w:val="ArticleBody"/>
        <w:jc w:val="left"/>
      </w:pPr>
      <w:r>
        <w:rPr>
          <w:rFonts w:ascii="Times New Roman" w:hAnsi="Times New Roman" w:eastAsia="Times New Roman" w:cs="Times New Roman"/>
        </w:rPr>
        <w:t>Израильчууд Иошуа тэдэнд харь үндэстнүүдтэй нөхөрлөхгүй байхыг, мөн Иерихог хэзээ ч дахин бүү байгуул хэмээн хатуу тушаасныг мартсан байв. Иерихогийн тулалдаан нь Бурханы хүч чадлын агуу илэрхийлэл бөгөөд Өөрийн ард түмнийг Амлагдсан нутагт удирдан оруулах тухай Бурханы амлалтын бэлгэдэл байсан хэдий ч, Иерихотой холбоотойгоор нүгэл, хараал, аврал мөн байлаа. “Нүгэл” нь Иерихогийн эд баялаг, нөлөө хүчийг шунасан Аханых байсан; “хараал” нь Иерихог дахин барих аливаа хүний дээр буусан байв; харин янхан Рахаб нь “аврал”-ыг төлөөлж байлаа. Ахан үзэсгэлэнт Вавилоны дээлийг хүссэн. Тэр өөрийн нүглийг нууж чадна гэж бодсон нь Адам, Ева хоёр инжрийн навчсаар хувцас хийж нүглээ нуухыг оролдсонтой адил байв. Ахан Иерихогийн бэлгэддэг байсан хөгжил цэцэглэлтийг хүсэж, Вавилонтой холбоотой байхыг мөрөөджээ.</w:t>
      </w:r>
    </w:p>
    <w:p>
      <w:pPr>
        <w:pStyle w:val="ArticleBody"/>
        <w:jc w:val="left"/>
      </w:pPr>
      <w:r>
        <w:rPr>
          <w:rFonts w:ascii="Times New Roman" w:hAnsi="Times New Roman" w:eastAsia="Times New Roman" w:cs="Times New Roman"/>
        </w:rPr>
        <w:t>Иерихо нь гурав дахь тэнгэрэлчийн мэдээг дэлхийд хүргэх ажлын бэлгэдэл болгон тавигддаг боловч, мөн түүнчлэн ертөнцийг хайрлаж, түүнд найдах нүглийн тухай сануулгыг агуулдаг. Иерихогийн бэлгэдэл нь Иерихог дахин босгохын эсрэг хараалыг ч мөн агуулдаг бөгөөд Рахаб нь гурав дахь тэнгэрэлчийн чанга хашхираан тунхаглагдах үед Вавилоноос гарч ирдэг, Вавилонд байсаар байгаа хүмүүсийг төлөөлдөг.</w:t>
      </w:r>
    </w:p>
    <w:p>
      <w:pPr>
        <w:pStyle w:val="ArticleScripture"/>
        <w:jc w:val="left"/>
      </w:pPr>
      <w:r>
        <w:rPr>
          <w:rFonts w:ascii="Times New Roman" w:hAnsi="Times New Roman" w:eastAsia="Times New Roman" w:cs="Times New Roman"/>
        </w:rPr>
        <w:t>“Елиагийн үнэнч сэтгэл эмгэнэн шаналж байв. Түүний зөвт уур хилэн бадарч, тэр Бурханы алдрын төлөө хардалттай байлаа. Тэр Израиль аймшигт урвалтад живснийг харсан. Бурхан тэдний төлөө үйлдсэн агуу зүйлсийг тэр санах үедээ уй гашуу, гайхшралд автан дийлдэж байв. Гэвч энэ бүхнийг ард олны дийлэнх нь мартсан байлаа. Тэрээр Эзэний өмнө очиж, сэтгэл нь зовлонгоор няцлагдсан чигээр, хэрэв шүүлтээр дамжуулан байж гэмээ нь Өөрийн ард түмнийг авраач хэмээн гуйв. Тэрээр Бурханаас, тэнгэрийн эрдэнэс болох шүүдэр ба хур бороог Өөрийн талархалгүй ард түмнээс түдгэлзүүлээч хэмээн гуйсан бөгөөд ингэснээр тэрсэлсэн Израиль газар дэлхийг усалж, үржил шимтэй болгож, элбэг арвин ургуулахын төлөө өөрсдийн бурхад, алт, мод, чулуугаар хийсэн шүтээнүүд, нар, сар, одод руугаа дэмий харцгаах болно. Эзэн Елиад Түүний залбирлыг сонссон бөгөөд тэднийг гэмшилтэйгээр Өөр уруу эргэтэл Өөрийн ард түмнээс шүүдэр ба хур бороог түдгэлзүүлэх болно гэж айлдав.”</w:t>
      </w:r>
    </w:p>
    <w:p>
      <w:pPr>
        <w:pStyle w:val="ArticleScripture"/>
        <w:jc w:val="left"/>
      </w:pPr>
      <w:r>
        <w:rPr>
          <w:rFonts w:ascii="Times New Roman" w:hAnsi="Times New Roman" w:eastAsia="Times New Roman" w:cs="Times New Roman"/>
        </w:rPr>
        <w:t>“Бурхан Өөрийн ард түмнийг эргэн тойрон дахь шүтээн мөргөгч үндэстнүүдтэй холилдохоос онцгойлон хамгаалсан юм. Учир нь хамгийн үнэтэй, сэтгэл татам байдлаар засаж байрлуулсан төгөл, бунхан, сүм, тахилын ширээнүүд нь тэдний зүрх сэтгэлийг мэхлэн, мэдрэхүйг нь гажуудуулж, ард түмний оюун санаанд Бурханы байр суурийг халж орлох вий гэдгээс сэрэмжлүүлсэн билээ.</w:t>
      </w:r>
    </w:p>
    <w:p>
      <w:pPr>
        <w:pStyle w:val="ArticleScripture"/>
        <w:jc w:val="left"/>
      </w:pPr>
      <w:r>
        <w:rPr>
          <w:rFonts w:ascii="Times New Roman" w:hAnsi="Times New Roman" w:eastAsia="Times New Roman" w:cs="Times New Roman"/>
        </w:rPr>
        <w:t>“Иерихо хот хамгийн туйлширсан шүтээн шүтлэгт зориулагдсан байв. Түүний оршин суугчид асар их баян чинээлэг байсан боловч Бурханы тэдэнд өгсөн бүх баялгийг өөрсдийн бурхдын бэлэг хэмээн тооцдог байлаа. Тэдэнд алт мөнгө элбэг дэлбэг байсан; гэвч Үерийн өмнөх үеийн хүмүүсийн адил тэд ялзарч, доромж үг хэлэгчид болж, өөрсдийн хорон муу үйлсээрээ тэнгэрийн Бурханыг доромжилж, уурлуулж байв. Бурханы шүүлт Иерихогийн эсрэг хөдөлсөн юм. Энэ нь бэхлэлт байсан. Харин ЭЗЭНий цэргийн Жанжин Өөрөө тэнгэрээс бууж ирэн, тэнгэрийн цэргүүдийг уг хотын эсрэг довтлохоор удирдсан. Бурханы тэнгэрэлч нар аварга том хэрмүүдийг нь атган авч, газарт унагасан. Бурхан Иерихо хотыг хараагдсан болгох ёстой бөгөөд Рахаб ба түүний гэрийнхнээс өөр бүгд мөхөх ёстой хэмээн айлдсан байв. Рахаб ЭЗЭНий элч нарт үзүүлсэн ивээлээсээ болж тэд аврагдах ёстой байлаа. ЭЗЭНээс ард түмэнд хандсан үг нь: ‘Харин та нарын хувьд, хараагдсан зүйлээс ямар ч байсан өөрсдийгөө хол байлгагтун; эс тэгвээс та нар хараагдсан зүйлээс авч, өөрсдийгөө хараагдсан болгож, Израилийн хуаранг хараалд оруулан, түүнийг гай зовлонд унагах болно.’ ‘Тэр үед Иошуа тэднээр тангараглуулан, “ЭЗЭНий өмнө босож энэ Иерихо хотыг дахин барих хүн хараагдаг; тэрээр суурийг нь ууган хүүгээрээ тавьж, хаалгыг нь отгон хүүгээрээ босгох болно” хэмээн хэлэв.’”</w:t>
      </w:r>
    </w:p>
    <w:p>
      <w:pPr>
        <w:pStyle w:val="ArticleScripture"/>
        <w:jc w:val="left"/>
      </w:pPr>
      <w:r>
        <w:rPr>
          <w:rFonts w:ascii="Times New Roman" w:hAnsi="Times New Roman" w:eastAsia="Times New Roman" w:cs="Times New Roman"/>
        </w:rPr>
        <w:t>“Ардыг тэнд оршин суугчдын мөргөж шүтэж байсан зүйлсийн дур булаамд автаж, зүрх сэтгэл нь Бурханаас хөндийрөх вий хэмээн Бурхан Иерихогийн талаар туйлын нарийн чанд хандсан юм. Тэрээр Өөрийн ард түмнийг маш тодорхой, хатуу тушаалуудаар хамгаалсан; гэвч Иошуагийн амаар дамжин ирсэн Бурханы тэрхүү сүр жавхлант тушаалыг үл харгалзан, Ахан зөрчин халдахаар зориглосон. Түүний шунахай сэтгэл нь, Бурханы хараал тэдгээрийн дээр байсан учир өөрт нь хүрэхийг Бурхан хориглосон эрдэнэсээс авахад түүнийг хөтөлсөн. Энэ хүний нүглийн улмаас Бурханы Израиль дайсныхаа өмнө ус мэт хүчгүй болсон юм.”</w:t>
      </w:r>
    </w:p>
    <w:p>
      <w:pPr>
        <w:pStyle w:val="ArticleScripture"/>
        <w:jc w:val="left"/>
      </w:pPr>
      <w:r>
        <w:rPr>
          <w:rFonts w:ascii="Times New Roman" w:hAnsi="Times New Roman" w:eastAsia="Times New Roman" w:cs="Times New Roman"/>
        </w:rPr>
        <w:t>“Иошуа болон Израилийн ахлагчид асар их зовлон шаналалд байв. ЭЗЭН Өөрийн ард түмэнд хилэгнэсэн тул тэд Бурханы авдрын өмнө хамгийн гүн дорд даруу байдлаар нүүрээрээ унан хэвтэв. Тэд Бурханы өмнө залбирч, уйлж байлаа. ЭЗЭН Иошуад ийн айлдав: ‘Бос; чи юунд ийнхүү нүүрээрээ унан хэвтэнэ вэ? Израиль нүгэл үйлдсэн бөгөөд Миний тэдэнд тушаасан гэрээг ч зөрчсөн. Учир нь тэд хараагдсан зүйлээс авсан, мөн хулгайлсан, бас мэхэлсэн, түүнийг өөрсдийн эд юмсынхаа дунд хүртэл хийсэн. Иймийн учир Израилийн хөвгүүд дайснуудынхаа өмнө тогтож чадсангүй, харин хараагдсан учраас дайснуудынхаа өмнө нуруугаа харуулан зугтсан. Хэрэв та нар хараагдсан зүйлийг өөрсдийн дундаас устгахгүй бол Би та нартай цаашид хамт байхгүй.’”</w:t>
      </w:r>
    </w:p>
    <w:p>
      <w:pPr>
        <w:pStyle w:val="ArticleScripture"/>
        <w:jc w:val="left"/>
      </w:pPr>
      <w:r>
        <w:rPr>
          <w:rFonts w:ascii="Times New Roman" w:hAnsi="Times New Roman" w:eastAsia="Times New Roman" w:cs="Times New Roman"/>
        </w:rPr>
        <w:t>“Энд Бурхан Өөрийн зарлигуудыг сахидаг ард түмэн хэмээн өөрсдийгөө тунхаглагчдын дундах нүглийг Тэр хэрхэн үздэгээ дүрслэн харуулж байгааг надад үзүүлсэн. Эртний Израилийн адил Түүний хүчний гайхамшигт илрэлүүдийг гэрчлэх онцгой хүндэтгэл хүлээсэн атлаа, тэр байтугай тэгээд ч Түүний илэрхий зааврыг үл хайхран зөрчихөөр зориглогсод нь Түүний уур хилэнгийн бай болно. Тэр Өөрийн ард түмэнд дуулгаваргүй байдал болон нүгэл нь Түүнд туйлын жигшүүртэй бөгөөд тэдгээрийг хөнгөнөөр үзэж үл болохыг сургахыг хүсдэг.” Testimonies, volume 3, 263, 264.</w:t>
      </w:r>
    </w:p>
    <w:p>
      <w:pPr>
        <w:pStyle w:val="ArticleBody"/>
        <w:jc w:val="left"/>
      </w:pPr>
      <w:r>
        <w:rPr>
          <w:rFonts w:ascii="Times New Roman" w:hAnsi="Times New Roman" w:eastAsia="Times New Roman" w:cs="Times New Roman"/>
        </w:rPr>
        <w:t>Иерихогийн түүхэнд хорон муу бөгөөд хөрөнгө чинээтэй хотын өнгөцөд харагдах хүч чадал, сүр жавхланд найдахгүй байх тухай сануулга багтдаг. Библийн эш үзүүллэгт “хот” гэдэг нь хаанчлалыг илэрхийлдэг бөгөөд Ахан Вавилоны хувцас авсан. Эш үзүүллэгийн утгаар хувцас нь зан чанарыг төлөөлдөг тул “эцсийн өдрүүдэд” Ахан Вавилоны хувцсыг нуусан явдал нь сүнслэг Вавилоны зан чанарыг эзэмших нууц хүслийг илэрхийлдэг. Сүнслэг Вавилоны зан чанар буюу дүр төрх нь сүм ба төрийг нэгтгэх үедээ Америкийн Нэгдсэн Улсын шунан хүсдэг зүйл мөн.</w:t>
      </w:r>
    </w:p>
    <w:p>
      <w:pPr>
        <w:pStyle w:val="ArticleBody"/>
        <w:jc w:val="left"/>
      </w:pPr>
      <w:r>
        <w:rPr>
          <w:rFonts w:ascii="Times New Roman" w:hAnsi="Times New Roman" w:eastAsia="Times New Roman" w:cs="Times New Roman"/>
        </w:rPr>
        <w:t>Миллерит хөдөлгөөний залуусыг Иргэний дайнд цэрэгт татах боломжтой нөхцөлтэй нүүр тулж, мөн зохион байгуулалт хэрэгтэйг ухаарсан тэрхүү хөдөлгөөний удирдагчид өөрсдөө хэзээ ч уусах ёсгүй байсан чинээлэг үндэстэнтэй хууль ёсоор холбогдсон юм. Тэрхүү чинээлэг улсын Үндсэн хууль хүртэл сүмийг төртэй холбох нь хэзээ ч шаардлагатай биш байхаар бүтээгдсэн байв. Миллеритийн үеийн турш оршин байсан, өнөөдөр ч оршин буй урсгалууд байсан; тэдгээр урсгалын зарим нь АНУ-ын засгийн газартай хэзээ ч хууль ёсны харилцаанд ороогүй бөгөөд тийм харилцаа тогтоохгүй байх тэдний сонголт нь өөрсдийн сүмүүдийг зохион байгуулахад нь ямар ч байдлаар хэзээ ч саад болоогүй юм.</w:t>
      </w:r>
    </w:p>
    <w:p>
      <w:pPr>
        <w:pStyle w:val="ArticleBody"/>
        <w:jc w:val="left"/>
      </w:pPr>
      <w:r>
        <w:rPr>
          <w:rFonts w:ascii="Times New Roman" w:hAnsi="Times New Roman" w:eastAsia="Times New Roman" w:cs="Times New Roman"/>
        </w:rPr>
        <w:t>Иошуа Иерихогийн тулалдааныг хийснээс хойш нэн удаан хугацааны дараа, Ахабын үед, Аханы тэрслэлтээс урган гарсан бүх сэрэмжлүүлэг болон Иерихогийн сүйрэл Бурханаас урвасан Түүний ард түмний дунд мартагдсан байв. Елиа ард түмнээ гэмшилд хүргэхийн тулд, шаардлагатай аваас Бурханы шүүлтүүд хэрэгжигдэхийг хүсэн Бурханд залбирсан. Малахи Хуучин Гэрээний эцсийн үгсийг тэмдэглэхдээ, тэрхүү амлалт нь Эзэн ертөнцийг хараалаар цохих нөхцөл дунд тавигдсан байдаг. Иерихотой холбогдсон хараал нь Иерихог дахин босгох аливаа хүний дээр байв. Хараал нь Ахан шиг Иерихотой холбоотой эд баялаг, элбэг хангалуунд найдлага тавихыг хүсэх хэний дээр ч байв. Аханы “нүгэл” нь Вавилоны хувцсыг өмсөх гэсэн ариусгагдаагүй далд дотоод хүслийг төлөөлдөг. “Хараал” нь тэрхүү дотоод хүслийг үйлдлээр хэрэгжүүлэх явдалд зориулагдсан байв.</w:t>
      </w:r>
    </w:p>
    <w:p>
      <w:pPr>
        <w:pStyle w:val="ArticleBody"/>
        <w:jc w:val="left"/>
      </w:pPr>
      <w:r>
        <w:rPr>
          <w:rFonts w:ascii="Times New Roman" w:hAnsi="Times New Roman" w:eastAsia="Times New Roman" w:cs="Times New Roman"/>
        </w:rPr>
        <w:t>Миллерийн захиас нь өөрийн цаг үеийнхээ хувьд Елиагийн захиас байсан бөгөөд Иргэний дайн нь Елиагийн захиасыг дагалддаг шүүлтүүдийг төлөөлж байв. 1863 онд, Иргэний дайны ид үед, Иошуагийн ийм үйлдэл хийх хэн боловчид тунхагласан хараалын нарийвчилсан шинжүүдээр гэрчлэгдэж байгаачлан, Миллерит Адвентизм Иерихог дахин босгосон юм.</w:t>
      </w:r>
    </w:p>
    <w:p>
      <w:pPr>
        <w:pStyle w:val="ArticleScripture"/>
        <w:jc w:val="left"/>
      </w:pPr>
      <w:r>
        <w:rPr>
          <w:rFonts w:ascii="Times New Roman" w:hAnsi="Times New Roman" w:eastAsia="Times New Roman" w:cs="Times New Roman"/>
        </w:rPr>
        <w:t>Тэгээд Иошуа тэр үед тэднээр тангараглуулан ийнхүү хэлэв: “Энэ Иерихо хотыг босгон байгуулж эхлэх тэр хүн ЭЗЭНий өмнө хараагдсан болтугай; тэр анхны хүүгээрээ түүний суурийг тавьж, отгон хүүгээрээ түүний хаалгыг босгох болно.” Иошуа 6:26.</w:t>
      </w:r>
    </w:p>
    <w:p>
      <w:pPr>
        <w:pStyle w:val="ArticleBody"/>
        <w:jc w:val="left"/>
      </w:pPr>
      <w:r>
        <w:rPr>
          <w:rFonts w:ascii="Times New Roman" w:hAnsi="Times New Roman" w:eastAsia="Times New Roman" w:cs="Times New Roman"/>
        </w:rPr>
        <w:t>Иошуагийн тушаал дахь “тангараглуулсан” гэсэн үг нь нэгэн зэрэг тангараг ч, хараал ч мөн. Иошуагийн тушаалыг зөрчвөл хараагдана, харин тангаргийг сахивал ерөөгдөнө. “Тангараглуулсан” хэмээн орчуулагдсан тэр үг нь Левит хорин зургаад “долоон удаа” гэж мөн орчуулагдсан байдаг. Даниел есдүгээр бүлэгт илэрхийлснээр, Мосегийн тангараг ба хараал нь Иерихог дахин босгохтой холбоотой юм.</w:t>
      </w:r>
    </w:p>
    <w:p>
      <w:pPr>
        <w:pStyle w:val="ArticleScripture"/>
        <w:jc w:val="left"/>
      </w:pPr>
      <w:r>
        <w:rPr>
          <w:rFonts w:ascii="Times New Roman" w:hAnsi="Times New Roman" w:eastAsia="Times New Roman" w:cs="Times New Roman"/>
        </w:rPr>
        <w:t>Тийм ээ, бүх Израиль Таны хуулийг зөрчиж, Таны дуу хоолойд дуулгавартай байхгүйгээр хазайсан билээ; тиймийн тул Бурханы зарц Мосегийн хуульд бичигдсэн хараал болон тангараг бидний дээр асгарсан юм, учир нь бид Түүний эсрэг нүгэл үйлдсэн билээ. Даниел 9:11.</w:t>
      </w:r>
    </w:p>
    <w:p>
      <w:pPr>
        <w:pStyle w:val="ArticleBody"/>
        <w:jc w:val="left"/>
      </w:pPr>
      <w:r>
        <w:rPr>
          <w:rFonts w:ascii="Times New Roman" w:hAnsi="Times New Roman" w:eastAsia="Times New Roman" w:cs="Times New Roman"/>
        </w:rPr>
        <w:t>Уайт эгч ийн хэлсэн байдаг: “Иерихогийн талаар Бурхан маш нарийн анхааралтай байсан. Учир нь ард түмэн түүний оршин суугчдын шүтэж байсан зүйлсэд сэтгэл татагдаж, зүрх сэтгэл нь Бурханаас хөндийрөх вий гэсэн юм.” Иерихог устгах ажлыг гүйцэлдүүлэхдээ Бурхан маш нарийн анхааралтай байсан бөгөөд тиймээс Аханы дүрээр төлөөлөгдөн өгөгдсөн сануулгыг тэмдэглэн үлдээхдээ ч мөн маш нарийн анхааралтай байсан. Тэрээр Иерихог дахин байгуулахтай холбоотой хараалыг тэмдэглэн үлдээхдээ ч анхааралтай байсан бөгөөд мөн хэрмүүдийг нураахад хэрэглэгдсэн тэнгэрлэг тактикуудыг тодорхойлохдоо ч анхааралтай байсан.</w:t>
      </w:r>
    </w:p>
    <w:p>
      <w:pPr>
        <w:pStyle w:val="ArticleBody"/>
        <w:jc w:val="left"/>
      </w:pPr>
      <w:r>
        <w:rPr>
          <w:rFonts w:ascii="Times New Roman" w:hAnsi="Times New Roman" w:eastAsia="Times New Roman" w:cs="Times New Roman"/>
        </w:rPr>
        <w:t>Эзэний цэргийн Захирагчийн хувьд тэнгэрэлч нарт Иерихогийн хэрмийг нураахыг тушаасан Нэгэн нь яахын аргагүй Есүс байсан бөгөөд Бурханы Үгэнд ямар ч зүйл санамсаргүйгээр хийгддэггүй. Харин энэ тохиолдолд эш үзүүлэгч эмэгтэй “Бурхан Иерихогийн талаар маш нарийн тодорхой байсан” хэмээн бидэнд өгүүлж байна. Гэрээгийн авдрыг хотын эргэн тойронд долоон өдөр авч явсан бөгөөд эш үзүүллэгт нэг өдөр нь нэг жилийг илэрхийлдэг. Тэр зарчим нь цөлөөр тэнүүчилсэн дөчин жилийн эхэнд тэмдэглэгдэн үлдсэн бөгөөд тэр дөчин жилийн төгсгөлд тэд Иерихог долоон өдөр бүсэлсэн юм.</w:t>
      </w:r>
    </w:p>
    <w:p>
      <w:pPr>
        <w:pStyle w:val="ArticleScripture"/>
        <w:jc w:val="left"/>
      </w:pPr>
      <w:r>
        <w:rPr>
          <w:rFonts w:ascii="Times New Roman" w:hAnsi="Times New Roman" w:eastAsia="Times New Roman" w:cs="Times New Roman"/>
        </w:rPr>
        <w:t>Та нар газар нутгийг тагнан шинжилсэн өдрүүдийнхээ тоогоор, өөрөөр хэлбэл дөчин өдөр, өдөр бүрийг нэг жил болгон тооцож, дөчин жилийн турш өөрсдийн гэм бурууг үүрэх болно; тэгээд та нар Миний амлалтаас нүүр буруулсныг мэдэх болно. Тооллого 14:34.</w:t>
      </w:r>
    </w:p>
    <w:p>
      <w:pPr>
        <w:pStyle w:val="ArticleBody"/>
        <w:jc w:val="left"/>
      </w:pPr>
      <w:r>
        <w:rPr>
          <w:rFonts w:ascii="Times New Roman" w:hAnsi="Times New Roman" w:eastAsia="Times New Roman" w:cs="Times New Roman"/>
        </w:rPr>
        <w:t>Долоон өдрийн турш авдрыг хотыг тойруулан авч явсан бөгөөд долоо дахь өдөр түүнийг хотын эргэн тойронд “долоон удаа” авч явжээ. Энэ нь Иерихо нь Мосегийн тангаргийн “долоон удаа”-тай холбоотой болохыг гэрчлэх эш үзүүллэгийн хоёр гэрчийг өгч байна. Бурханы гэрээний ард түмэн бол тахилчид бөгөөд долоон тахилч долоон бүрээ үлээв.</w:t>
      </w:r>
    </w:p>
    <w:p>
      <w:pPr>
        <w:pStyle w:val="ArticleScripture"/>
        <w:jc w:val="left"/>
      </w:pPr>
      <w:r>
        <w:rPr>
          <w:rFonts w:ascii="Times New Roman" w:hAnsi="Times New Roman" w:eastAsia="Times New Roman" w:cs="Times New Roman"/>
        </w:rPr>
        <w:t>Та нар ч мөн амьд чулуунуудын адил сүнслэг өргөө болон байгуулагдаж, Есүс Христээр дамжин Бурханд тааламжит сүнслэг тахилуудыг өргөх ариун санваартан болой. 1 Петр 2:5.</w:t>
      </w:r>
    </w:p>
    <w:p>
      <w:pPr>
        <w:pStyle w:val="ArticleBody"/>
        <w:jc w:val="left"/>
      </w:pPr>
      <w:r>
        <w:rPr>
          <w:rFonts w:ascii="Times New Roman" w:hAnsi="Times New Roman" w:eastAsia="Times New Roman" w:cs="Times New Roman"/>
        </w:rPr>
        <w:t>Бүрээ нь тухайн байрлаж буй утга агуулгаасаа шалтгаалан сэрэмжлүүлгийн мэдээ, эсвэл шүүлт, эсвэл ариун чуулганд дуудах дуудлагыг төлөөлдөг. Эцсийн өдрүүдэд манаачид бүрээ үлээх ёстой бөгөөд энэ нь түүхэндээ Миллеритүүдийн үлээсэнтэй адил юм. Тахилч нар нь Сионы хэрэм дээрх манаачдыг төлөөлдөг бөгөөд тэд бүрээ үлээн, Бурханы ард түмэнд ирэх шүүлтийн талаар анхааруулдаг бөгөөд мөн тэр л хүмүүсийг ариун чуулганд дууддаг.</w:t>
      </w:r>
    </w:p>
    <w:p>
      <w:pPr>
        <w:pStyle w:val="ArticleScripture"/>
        <w:jc w:val="left"/>
      </w:pPr>
      <w:r>
        <w:rPr>
          <w:rFonts w:ascii="Times New Roman" w:hAnsi="Times New Roman" w:eastAsia="Times New Roman" w:cs="Times New Roman"/>
        </w:rPr>
        <w:t>Сионд бүрээ үлээгтүн, Миний ариун уулан дээр түгшүүрийн дохио өгөгтүн. Нутгийн бүх оршин суугчид чичиртүгэй. Учир нь ЭЗЭНий өдөр ирж байна, үнэхээр ойрхон байна … Сионд бүрээ үлээгтүн, мацагийг ариусган зарлагтун, хүндэт цуглаан дуудтун. Ард олныг цуглуул, чуулганыг ариусга, ахмадуудыг цуглуул, хүүхдүүдийг, хөхүүл нялхсыг ч мөн цуглуул. Хүргэн өрөөнөөсөө гарч ирэг, сүйт бүсгүй ч мөн дотоод өрөөнөөсөө гарч ирэг. ЭЗЭНий үйлчлэгч тахилч нар үүдний танхим ба тахилын ширээний хооронд уйлаг, мөн тэд ийн өгүүлэг: Ай ЭЗЭН, Өөрийн ард түмнийг өршөөгөөч, Өөрийн өвийг зэмлэлд бүү өгөөч, харь үндэстнүүд тэднийг захирах болгохгүй байгаач. Яагаад ард түмнүүдийн дунд, “Тэдний Бурхан хаана байна?” гэж хэлүүлэх ёстой гэж? Иоел 2:1, 15–17.</w:t>
      </w:r>
    </w:p>
    <w:p>
      <w:pPr>
        <w:pStyle w:val="ArticleBody"/>
        <w:jc w:val="left"/>
      </w:pPr>
      <w:r>
        <w:rPr>
          <w:rFonts w:ascii="Times New Roman" w:hAnsi="Times New Roman" w:eastAsia="Times New Roman" w:cs="Times New Roman"/>
        </w:rPr>
        <w:t>Бүрээн дууны мэдээ нь Елиагийн мэдээ мөн. Иошуа номын зургаадугаар бүлэгт буй “долоо” гэдэг үгийн олон янзын хэрэглээнүүд нь Левит хорин зургаад “долоон удаа” хэмээн орчуулагдсан үгтэй адил, эсвэл түүнтэй холбоотой уламжлагдсан нэг язгуурын үг мөн. Гэвч Лаодикийн теологичдын түгээдэг үлгэр домгийн таваг нь Левит хорин зургаад “долоон удаа” хэмээн орчуулагдсан үг нь зөвхөн хүч чадлын бүрэн дүүрэн байдал, эсвэл гүйцэд төгс байдал, эс бөгөөс Миллер уг “долоон удаа” хэмээн орчуулагдсан үгэнд тоон утга хэрэглэсэн нь зөв байсан гэдгийг үгүйсгэх тэдний тэнэг хувилбаруудын өөр нэгийг л илэрхийлдэг хэмээн зүтгэдэг. Тахилч нар хүмүүсийг хотыг тойруулан долоон удаа дагуулсан болохоос, Иерихог бүрэн эсвэл гүйцэд тойруулсан биш. “Долоон удаа” хэмээн орчуулагдсан үг нь тоон утгыг илэрхийлдэг!</w:t>
      </w:r>
    </w:p>
    <w:p>
      <w:pPr>
        <w:pStyle w:val="ArticleBody"/>
        <w:jc w:val="left"/>
      </w:pPr>
      <w:r>
        <w:rPr>
          <w:rFonts w:ascii="Times New Roman" w:hAnsi="Times New Roman" w:eastAsia="Times New Roman" w:cs="Times New Roman"/>
        </w:rPr>
        <w:t>Иериход, ард түмэн хашхирахад, энэ нь Даниелын хоёрдугаар бүлэгт “гарын оролцоогүйгээр” уулнаас таслагдан гарч, хөргийг цохин бут цохидог нэг зуун дөчин дөрвөн мянгын чанга хашхиралтыг төлөөлж байсан юм.</w:t>
      </w:r>
    </w:p>
    <w:p>
      <w:pPr>
        <w:pStyle w:val="ArticleScripture"/>
        <w:jc w:val="left"/>
      </w:pPr>
      <w:r>
        <w:rPr>
          <w:rFonts w:ascii="Times New Roman" w:hAnsi="Times New Roman" w:eastAsia="Times New Roman" w:cs="Times New Roman"/>
        </w:rPr>
        <w:t>Тэр эдгээр хаадын өдрүүдэд тэнгэрийн Бурхан хэзээ ч сүйрэхгүй хаанчлалыг байгуулна. Тэрхүү хаанчлал өөр ард түмэнд шилжихгүй, харин энэ бүх хаанчлалыг бут цохиж, үгүй хийж, өөрөө мөнхөд оршино. Учир нь чи чулуу уулнаас гарын оролцоогүйгээр таслагдан гарч, төмөр, хүрэл, шавар, мөнгө, алтыг бут цохисныг харсан билээ. Агуу Бурхан үүнээс хойш юу тохиохыг хаанд мэдүүлсэн юм. Энэ зүүд баттай, түүний тайлал үнэн мөн болно. Даниел 2:44, 45.</w:t>
      </w:r>
    </w:p>
    <w:p>
      <w:pPr>
        <w:pStyle w:val="ArticleBody"/>
        <w:jc w:val="left"/>
      </w:pPr>
      <w:r>
        <w:rPr>
          <w:rFonts w:ascii="Times New Roman" w:hAnsi="Times New Roman" w:eastAsia="Times New Roman" w:cs="Times New Roman"/>
        </w:rPr>
        <w:t>Бурхан Иериход олдсон үнэт металлуудыг алт, мөнгө, гууль, төмөр хэмээн онцгой анхааралтайгаар жагсаасан. Эш үзүүллэгийн утгаар шавар нь Рахабаар төлөөлүүлэн дүрслэгдсэн Бурханы ард түмнийг илэрхийлдэг. Иерихо нь нэг зуун дөчин дөрвөн мянгын чанга дуудлагын үед газар дэлхийн бүх хаанчлалуудын төгсгөлийг төлөөлдөг.</w:t>
      </w:r>
    </w:p>
    <w:p>
      <w:pPr>
        <w:pStyle w:val="ArticleScripture"/>
        <w:jc w:val="left"/>
      </w:pPr>
      <w:r>
        <w:rPr>
          <w:rFonts w:ascii="Times New Roman" w:hAnsi="Times New Roman" w:eastAsia="Times New Roman" w:cs="Times New Roman"/>
        </w:rPr>
        <w:t>Харин бүх мөнгө, алт, хүрэл ба төмөр сав суулга нь ЭЗЭНд ариусгагдсан тул ЭЗЭНий сан хөмрөгт орно. Иошуа 6:19.</w:t>
      </w:r>
    </w:p>
    <w:p>
      <w:pPr>
        <w:pStyle w:val="ArticleBody"/>
        <w:jc w:val="left"/>
      </w:pPr>
      <w:r>
        <w:rPr>
          <w:rFonts w:ascii="Times New Roman" w:hAnsi="Times New Roman" w:eastAsia="Times New Roman" w:cs="Times New Roman"/>
        </w:rPr>
        <w:t>Иерихо нь Амласан Газрыг эзлэн авах ажлыг төлөөлдөг бөгөөд энэ нь гурав дахь тэнгэрэлчийн хүчирхэг хөдөлгөөний ажлыг бэлгэдэн харуулдаг. Тэрхүү ажилд анхааруулга, хараал, мөн тахилчийн санваарын гаднах хүмүүсийг—янхан эмэгтэй Рахабаар төлөөлүүлэн—аврах үйл багтдаг.</w:t>
      </w:r>
    </w:p>
    <w:p>
      <w:pPr>
        <w:pStyle w:val="ArticleBody"/>
        <w:jc w:val="left"/>
      </w:pPr>
      <w:r>
        <w:rPr>
          <w:rFonts w:ascii="Times New Roman" w:hAnsi="Times New Roman" w:eastAsia="Times New Roman" w:cs="Times New Roman"/>
        </w:rPr>
        <w:t>Иошуагийн эш үзүүллийн “хараал” хожим нь Ахаб ба Елиагийн өдрүүдэд биелсэн юм. Иерихог дахин босгохтой холбоотой тэр хараалд, үүнийг үйлдэх хүн Иерихогийн хаалгыг босгох үедээ өөрийн хамгийн бага хүүгээ алдана, мөн түүний суурийг тавих үедээ өөрийн хамгийн ууган хүүгээ алдана хэмээх тодорхой зөгнөл агуулагдаж байв. Елиагийн үед Бетелийн хүн Хиел тэр эш үзүүллийг биелүүлсэн бөгөөд тэрээр хаалгыг нь босгох үедээ хамгийн бага хүү нь үхэж, суурийг нь тавих үедээ хамгийн ууган хүү нь үхсэн юм. Елиагийн мэдээтэй холбогддог тэрхүү “хараал” нь Иерихог дахин босгох ажлаар төлөөлөгдөн илэрхийлэгдсэн юм.</w:t>
      </w:r>
    </w:p>
    <w:p>
      <w:pPr>
        <w:pStyle w:val="ArticleScripture"/>
        <w:jc w:val="left"/>
      </w:pPr>
      <w:r>
        <w:rPr>
          <w:rFonts w:ascii="Times New Roman" w:hAnsi="Times New Roman" w:eastAsia="Times New Roman" w:cs="Times New Roman"/>
        </w:rPr>
        <w:t>Харагтун, ЭЗЭНий агуу бөгөөд аймшигт өдөр ирэхээс өмнө Би эш үзүүлэгч Елиаг та нарт илгээх болно. Тэрээр эцгүүдийн зүрхийг хүүхдүүдэд, мөн хүүхдүүдийн зүрхийг эцгүүдэд эргүүлнэ. Эс тэгвээс Би ирж, газрыг хараалаар цохих вий. Малахи 4:5, 6.</w:t>
      </w:r>
    </w:p>
    <w:p>
      <w:pPr>
        <w:pStyle w:val="ArticleBody"/>
        <w:jc w:val="left"/>
      </w:pPr>
      <w:r>
        <w:rPr>
          <w:rFonts w:ascii="Times New Roman" w:hAnsi="Times New Roman" w:eastAsia="Times New Roman" w:cs="Times New Roman"/>
        </w:rPr>
        <w:t>Миллерийн Елиагийн мэдээтэй холбоотой Миллерит хөдөлгөөний түүхэн хараал Иошуагаар урьдчилан зөгнөгдөж, Елиа ба Ахабын цаг үед биелсэн юм.</w:t>
      </w:r>
    </w:p>
    <w:p>
      <w:pPr>
        <w:pStyle w:val="ArticleScripture"/>
        <w:jc w:val="left"/>
      </w:pPr>
      <w:r>
        <w:rPr>
          <w:rFonts w:ascii="Times New Roman" w:hAnsi="Times New Roman" w:eastAsia="Times New Roman" w:cs="Times New Roman"/>
        </w:rPr>
        <w:t>Түүний өдрүүдэд Бетелийн хүн Хиел Иерихог дахин босгов. Тэрээр түүний суурийг ууган хүү Абирамынхаа үнээр тавьж, түүний дааман хаалгуудыг отгон хүү Сегубынхаа үнээр босгов. Энэ нь Нун хүү Иошуагаар дамжуулан ЭЗЭНий айлдсан үгийн дагуу болсон юм. Хаадын дээд 16:34.</w:t>
      </w:r>
    </w:p>
    <w:p>
      <w:pPr>
        <w:pStyle w:val="ArticleBody"/>
        <w:jc w:val="left"/>
      </w:pPr>
      <w:r>
        <w:rPr>
          <w:rFonts w:ascii="Times New Roman" w:hAnsi="Times New Roman" w:eastAsia="Times New Roman" w:cs="Times New Roman"/>
        </w:rPr>
        <w:t>Иерихог дахин босгох хараалыг Бурхан Иерихогийн хэрмийг нураахдаа илэрхийлсэн хүч чадлын илрэлээс салган авч үзэж болохгүй. Уайт эгч ийнхүү хэлсэн: “Эртний Израилийн адил Түүний хүч чадлын гайхамшигт илрэлүүдийг нүдээр үзэх онцгой хүндэтгэл хүртсэн атлаа, тэгээд ч гэсэн Түүний тодорхой тушаалуудыг үл тоомсорлохоор зүрхэлдэг хүмүүс Түүний уур хилэнгийн бай болох болно.” Миллерчүүд Дунд шөнийн Хашхираагаар оргилдоо хүрсэн Бурханы хүчний илрэлд саяхан оролцсон атлаа, Даниелын мөн Мосегийн хараал хэмээн тодорхойлдог долоон цагийн тухай Мосегийн тангаргийг няцаасан юм.</w:t>
      </w:r>
    </w:p>
    <w:p>
      <w:pPr>
        <w:pStyle w:val="ArticleBody"/>
        <w:jc w:val="left"/>
      </w:pPr>
      <w:r>
        <w:rPr>
          <w:rFonts w:ascii="Times New Roman" w:hAnsi="Times New Roman" w:eastAsia="Times New Roman" w:cs="Times New Roman"/>
        </w:rPr>
        <w:t>Нэрс нь Бурханы Үгэнд зан чанарын бэлгэдэл байдаг бөгөөд Иерихог дахин барьсан хүний нэр, түүнчлэн түүний ууган ба отгон хүүгийн нэрс нь маш ихийг өгүүлдэг. Хиел гэдэг нь хүч чадлын амьд Бурхан гэсэн утгатай бөгөөд Хиел амьд Бурханы дагалдагч байсан гэдгийг илтгэнэ. Түүнийг Бетел хүн хэмээн тодорхойлсон нь түүнийг сүмтэй холбон танигдуулж байна. Түүний ууган хүү Абирам гэдэг нь өндөрлөгийн эцэг, өөрөөр хэлбэл өргөмжлөгдөх, дээш өргөгдөх гэсэн утгатай. Түүний отгон хүү Сегуб гэдэг нь өндөрлөг бөгөөд өргөмжлөх, дээш өргөх гэсэн утгатай. Эдгээр гурван нэр нь бүгд Бурханы зан чанарын элементүүдийг илэрхийлж байгаа боловч, тэдний биелүүлсэн эш үзүүллэгийн хүрээнд, тэдгээр нь Иерихог нураасан Төгс Хүчит Бурханаас дээгүүр өөрийгөө өргөж, өргөмжилж байсан хүнийг төлөөлж байна. Эш үзүүллэгт “хаалга” нь сүмийг төлөөлдөг.</w:t>
      </w:r>
    </w:p>
    <w:p>
      <w:pPr>
        <w:pStyle w:val="ArticleScripture"/>
        <w:jc w:val="left"/>
      </w:pPr>
      <w:r>
        <w:rPr>
          <w:rFonts w:ascii="Times New Roman" w:hAnsi="Times New Roman" w:eastAsia="Times New Roman" w:cs="Times New Roman"/>
        </w:rPr>
        <w:t>“Даруу, итгэгч сэтгэлд газар дээрх Бурханы өргөө нь тэнгэрийн хаалга мөн. Магтаалын дуу, залбирал, Христийн төлөөлөгчдийн хэлдэг үгс нь бузартуулагч юу ч нэвтэрч үл болох тэрхүү илүү дээд мөргөлд, дээрх чуулганд нэг ардыг бэлтгэхээр Бурханы тогтоосон хэрэгслүүд мөн.” Testimonies, volume 5, 491.</w:t>
      </w:r>
    </w:p>
    <w:p>
      <w:pPr>
        <w:pStyle w:val="ArticleBody"/>
        <w:jc w:val="left"/>
      </w:pPr>
      <w:r>
        <w:rPr>
          <w:rFonts w:ascii="Times New Roman" w:hAnsi="Times New Roman" w:eastAsia="Times New Roman" w:cs="Times New Roman"/>
        </w:rPr>
        <w:t>Сүмийг байгуулах ажлыг эхлүүлэхийн эхлэл нь 1860 онд тавигдсан бөгөөд үүнийг Эллен Уайтын ач хүү Артур Уайт зэрэг Адвентист түүхчид гэрчилсэн байдаг.</w:t>
      </w:r>
    </w:p>
    <w:p>
      <w:pPr>
        <w:pStyle w:val="ArticleScripture"/>
        <w:jc w:val="left"/>
      </w:pPr>
      <w:r>
        <w:rPr>
          <w:rFonts w:ascii="Times New Roman" w:hAnsi="Times New Roman" w:eastAsia="Times New Roman" w:cs="Times New Roman"/>
        </w:rPr>
        <w:t>“Эллен Уайт сүмийн ажлыг удирдан зохион байгуулахад дэг журам хэрэгтэй тухай нэлээд дэлгэрэнгүй бичиж, хэвлүүлсэн байсан (Early Writings, 97–104-ийг үз), мөн Жеймс Уайт энэ хэрэгцээг айлдварууд болон Review сэтгүүл дэх өгүүллүүдээрээ итгэгчдийн өмнө байнга тавьж байсан боловч, сүм хөдөлж эхлэхдээ удаан байв. Ерөнхий байдлаар танилцуулагдсан зүйлсийг сайн хүлээн авсан боловч, үүнийг ямар нэгэн бүтээлч хэлбэрт буулгах үед эсэргүүцэл, сөргөлдөөн гарч ирэв. Хоёрдугаар сард нийтлэгдсэн Жеймс Уайтын товч өгүүллүүд цөөнгүй хүнийг хайхрамжгүй байдлаас нь сэрээсэн бөгөөд одоо энэ талаар ихээхэн зүйл яригдаж байлаа.”</w:t>
      </w:r>
    </w:p>
    <w:p>
      <w:pPr>
        <w:pStyle w:val="ArticleScripture"/>
        <w:jc w:val="left"/>
      </w:pPr>
      <w:r>
        <w:rPr>
          <w:rFonts w:ascii="Times New Roman" w:hAnsi="Times New Roman" w:eastAsia="Times New Roman" w:cs="Times New Roman"/>
        </w:rPr>
        <w:t>“Мичиган дахь Уайттай хамтран ажиллаж байсан Ж. Н. Лафборо хамгийн түрүүнд хариу өгсөн юм. Түүний үгс зөвшөөрсөн утгатай байсан ч хамгаалсан өнгө аястай байв:”</w:t>
      </w:r>
    </w:p>
    <w:p>
      <w:pPr>
        <w:pStyle w:val="ArticleScripture"/>
        <w:jc w:val="left"/>
      </w:pPr>
      <w:r>
        <w:rPr>
          <w:rFonts w:ascii="Times New Roman" w:hAnsi="Times New Roman" w:eastAsia="Times New Roman" w:cs="Times New Roman"/>
        </w:rPr>
        <w:t>“‘Хэн нэгэн нь, хэрэв та нар өмч хөрөнгөө хуулиар эзэмшин барихын тулд зохион байгуулбал, Вавилоны нэг хэсэг болно гэж хэлдэг. Үгүй; өмч хөрөнгөө хуулиар хамгаалж чадах байр сууринд байх явдал ба өөрсдийн шашны үзлийг хамгаалж, тулган хэрэгжүүлэхийн тулд хуулийг ашиглах явдлын хооронд нэлээд ялгаа байдгийг би ойлгож байна. Хэрэв сүмийн өмч хөрөнгийг хамгаалах нь буруу юм бол, хувь хүмүүс аливаа өмч хөрөнгийг хууль ёсоор эзэмших нь яагаад буруу биш гэж?—Review and Herald, 1860 оны 3 дугаар сарын 8.’”</w:t>
      </w:r>
    </w:p>
    <w:p>
      <w:pPr>
        <w:pStyle w:val="ArticleScripture"/>
        <w:jc w:val="left"/>
      </w:pPr>
      <w:r>
        <w:rPr>
          <w:rFonts w:ascii="Times New Roman" w:hAnsi="Times New Roman" w:eastAsia="Times New Roman" w:cs="Times New Roman"/>
        </w:rPr>
        <w:t>Жеймс Уайт Review сэтгүүлд нийтэлсэн мэдэгдлээ төгсгөхдөө хэвлэлийн ажлыг зохион байгуулалттай болгох хэрэгцээний асуудлыг сүмийн өмнө тавин, “Хэрэв хэн нэгэн бидний саналд эсэргүүцэж байвал, бид ард түмний хувьд үйлдэж болох төлөвлөгөөг бичиж ирүүлэхийг тэднээс хүсье” гэсэн үгээр дуусгасан.—Ibid., February 23, 1860. Хээр талбарт хөдөлмөрлөж байсан үйлчлэгчдээс хамгийн түрүүнд хариу өгсөн нь Review сэтгүүлийн захидал харилцааны редактор, тууштай зүтгэлтэн Р. Ф. Коттрелл байв. Түүний шууд хариу нь илэрхий сөрөг байсан:</w:t>
      </w:r>
    </w:p>
    <w:p>
      <w:pPr>
        <w:pStyle w:val="ArticleScripture"/>
        <w:jc w:val="left"/>
      </w:pPr>
      <w:r>
        <w:rPr>
          <w:rFonts w:ascii="Times New Roman" w:hAnsi="Times New Roman" w:eastAsia="Times New Roman" w:cs="Times New Roman"/>
        </w:rPr>
        <w:t>“‘Ах Уайт сүмийн өмчийг баталгаажуулах тухай өөрийн саналыг холбогдуулан ах дүүсийг үг хэлэхийг хүссэн. Энэ саналд тэр яг ямар арга хэмжээ санаархаж байгааг би нарийн мэдэхгүй, гэвч хуулийн дагуу шашны байгууллага хэлбэрээр албан ёсоор бүртгүүлэх тухай ойлгож байна. Хувьдаа бол, «өөрсдөдөө нэр бий болгох» нь буруу гэж би бодож байна, учир нь энэ нь Вавилоны үндэс сууринд оршдог. Бурхан үүнийг сайшаахгүй гэж би бодож байна.—Мөн тэнд, 1860 оны 3 дугаар сарын 22.” Артур Уайт, Эллен Г. Уайт, 1-р боть, 420, 421.</w:t>
      </w:r>
    </w:p>
    <w:p>
      <w:pPr>
        <w:pStyle w:val="ArticleBody"/>
        <w:jc w:val="left"/>
      </w:pPr>
      <w:r>
        <w:rPr>
          <w:rFonts w:ascii="Times New Roman" w:hAnsi="Times New Roman" w:eastAsia="Times New Roman" w:cs="Times New Roman"/>
        </w:rPr>
        <w:t>Жэймс Уайт 1860 онд сүм болохын төлөөх хүчин чармайлтаа эхлүүлсэн бөгөөд сүмийг “хаалга”-аар төлөөлүүлдэг. Эллен Уайт 1860 оны талаар ийнхүү өгүүлдэг.</w:t>
      </w:r>
    </w:p>
    <w:p>
      <w:pPr>
        <w:pStyle w:val="ArticleScripture"/>
        <w:jc w:val="left"/>
      </w:pPr>
      <w:r>
        <w:rPr>
          <w:rFonts w:ascii="Times New Roman" w:hAnsi="Times New Roman" w:eastAsia="Times New Roman" w:cs="Times New Roman"/>
        </w:rPr>
        <w:t>“1860 онд үхэл манай босгыг алхлан давж, гэр бүлийн маань модны хамгийн залуу мөчрийг хугалсан юм. 1860 оны 9 дүгээр сарын 20-нд төрсөн бяцхан Херберт мөн оны 12 дугаар сарын 14-нд нас барсан.” Testimonies, volume 1, 103.</w:t>
      </w:r>
    </w:p>
    <w:p>
      <w:pPr>
        <w:pStyle w:val="ArticleBody"/>
        <w:jc w:val="left"/>
      </w:pPr>
      <w:r>
        <w:rPr>
          <w:rFonts w:ascii="Times New Roman" w:hAnsi="Times New Roman" w:eastAsia="Times New Roman" w:cs="Times New Roman"/>
        </w:rPr>
        <w:t>1863 онд Уайтууд мөн ууган хүүгээ алдсан юм. Тэр тоглож, бие нь хэт халсны дараа даавуун хүснэгтүүдийг бэлтгэж байсан өрөөнд орж, хүснэгтүүдийг бэлтгэхэд хэрэглэж байсан чийгтэй зарим даавуун дээр хэвтэн унтжээ. 1843 болон 1850 оны хүснэгтүүд нь Миллерийн хөдөлгөөний суурийг төлөөлдөг. 1863 онд гаргасан хүснэгт нь өмнө нь Хабаккукийн хоёр самбар дээр дүрслэгдэж байсан Левит хорин зургаагийн “долоон үе”-ийг үгүйсгэснийг илэрхийлдэг. Энэ нь хуурамч суурь мессежийг танилцуулдаг.</w:t>
      </w:r>
    </w:p>
    <w:p>
      <w:pPr>
        <w:pStyle w:val="ArticleScripture"/>
        <w:jc w:val="left"/>
      </w:pPr>
      <w:r>
        <w:rPr>
          <w:rFonts w:ascii="Times New Roman" w:hAnsi="Times New Roman" w:eastAsia="Times New Roman" w:cs="Times New Roman"/>
        </w:rPr>
        <w:t>“1863 оны 11 дүгээр сарын 27-ны Баасан гарагт эцэг эх нь Топшамд хүрч ирэхэд, тэд өртөөн дээр өөрсдийг нь хүлээж буй гурван хүү болон Аделиаг олж харжээ. Тэд бүгд, ханиад хүрсэн Хенриг эс тооцвол, гаднаас харахад эрүүл саруул байв. Харин дараагийн Мягмар гарагт, 12 дугаар сарын 1-нд, Хенри уушгины хатгалгаагаар маш хүнд өвджээ. Олон жилийн дараа түүний дүү, хамгийн бага нь болох Вилли, энэ явдлыг ийн сэргээн өгүүлсэн юм:”</w:t>
      </w:r>
    </w:p>
    <w:p>
      <w:pPr>
        <w:pStyle w:val="ArticleScripture"/>
        <w:jc w:val="left"/>
      </w:pPr>
      <w:r>
        <w:rPr>
          <w:rFonts w:ascii="Times New Roman" w:hAnsi="Times New Roman" w:eastAsia="Times New Roman" w:cs="Times New Roman"/>
        </w:rPr>
        <w:t>“Эцэг эх нь эзгүй байх хугацаанд Хенри, Эдсон хоёр Ах Хоуландын хяналт дор диаграммуудыг даавуун дээр нааж, худалдаанд гаргахад бэлэн болгох ажилд тун завгүй оролцож байв. Тэд Хоуландын гэрээс нэг орчим гудамжны зайд байрлах түрээсийн дэлгүүрийн байранд ажиллаж байлаа. Эцэст нь тэд Бостоноос диаграммуудыг илгээхийг хүлээж байх зуур хэд хоногийн завсарлага авав.... Голын дагуу удаан алхаж яваад буцаж ирснийхээ дараа тэр [Хенри] бодлогогүйгээр цаасан диаграммуудын ард дэвсгэр болгон хэрэглэдэг хэдэн чийгтэй даавуун дээр хэвтэж унтжээ. Нээлттэй цонхоор сэрүүн салхи үлээж байв. Энэ болгоомжгүй үйлдлийн улмаас тэр хүнд ханиад хүрчээ.’” Артур Уайт, Ellen G. White, 2-р боть, 70.</w:t>
      </w:r>
    </w:p>
    <w:p>
      <w:pPr>
        <w:pStyle w:val="ArticleBody"/>
        <w:jc w:val="left"/>
      </w:pPr>
      <w:r>
        <w:rPr>
          <w:rFonts w:ascii="Times New Roman" w:hAnsi="Times New Roman" w:eastAsia="Times New Roman" w:cs="Times New Roman"/>
        </w:rPr>
        <w:t>1863 онд Миллерит хөдөлгөөн сүмийг байгуулж, Хабаккукийн хоёр хүснэгт дээр дүрслэгдсэн суурь үнэнүүдийг няцааснаар төгсгөлдөө хүрэв. Үндсэн удирдагч нь Бетел хүн Хиелээр ёгтлон төлөөлөгдсөн бөгөөд 1860 онд дааман хаалгуудыг босгох ажлыг эхлүүлж, тийн үйлдсэнийхээ улмаас бага хүүгээ алдсан байв. 1863 онд хуурамч хүснэгтүүд нь Хиелийн ууган хүү нойр авч хэвтсэн амрах газар болсон юм. Тэрээр даарч бээрэн, мөн тэр жилдээ нас баржээ. Түүний үхэл тухайн үед хэвлэгдэж байсан хүснэгтүүд дээр унтсантай шууд холбоотой байв. Харин 1863 онд хэвлэгдэж байсан хүснэгт нь Миллерээр төлөөлөгдсөн Елиагийн босгон байгуулсан суурийн хуурамч хувилбар байсан юм.</w:t>
      </w:r>
    </w:p>
    <w:p>
      <w:pPr>
        <w:pStyle w:val="ArticleBody"/>
        <w:jc w:val="left"/>
      </w:pPr>
      <w:r>
        <w:rPr>
          <w:rFonts w:ascii="Times New Roman" w:hAnsi="Times New Roman" w:eastAsia="Times New Roman" w:cs="Times New Roman"/>
        </w:rPr>
        <w:t>Иошуа Иерихог дахин босгохын эсрэг өгсөн тушаал нь “тангараглан хориглох” гэсэн үгээр илэрхийлэгдсэн байдаг. Энэ нь тангараг ба хараалыг илтгэдэг бөгөөд Левит хорин зургаад “долоон удаа” хэмээн орчуулагдсан тэр л үг мөн. Энэ нь Елиагийн мэдээг дагалдах хараал бөгөөд Миллерийн чиглэлийн Адвентизм хууль ёсны сүм байгуулж, Миллерийн бүдрүүлэх чулууг няцааснаар Иерихог дахин босгосон 1860 болон 1863 онуудад тэрхүү хараал биелсэн юм. Хиел нь Бетел хүн байсан тул Иерихог дахин босгосон Хиелийн ажлыг сүм байгуулах ажил хэмээн эш үзүүллэгийн утгаар онцлон тэмдэглэж байна.</w:t>
      </w:r>
    </w:p>
    <w:p>
      <w:pPr>
        <w:pStyle w:val="ArticleBody"/>
        <w:jc w:val="left"/>
      </w:pPr>
      <w:r>
        <w:rPr>
          <w:rFonts w:ascii="Times New Roman" w:hAnsi="Times New Roman" w:eastAsia="Times New Roman" w:cs="Times New Roman"/>
        </w:rPr>
        <w:t>Иошуагийн “хараал” нь Иерихогийн тулалдааны түүхтэй холбоотойгоор тунхаглагдсан бөгөөд тэрхүү тулалдааныг “долоон удаа” хэмээхийг дахин дахин онцлон тэмдэглэлгүйгээр өгүүлэн хэлэх боломжгүй юм.</w:t>
      </w:r>
    </w:p>
    <w:p>
      <w:pPr>
        <w:pStyle w:val="ArticleBody"/>
        <w:jc w:val="left"/>
      </w:pPr>
      <w:r>
        <w:rPr>
          <w:rFonts w:ascii="Times New Roman" w:hAnsi="Times New Roman" w:eastAsia="Times New Roman" w:cs="Times New Roman"/>
        </w:rPr>
        <w:t>1863 онд Елиагаар дамжин толилуулагдаж, Уильям Миллерээр төлөөлөгдсөн Мосегийн мэдээ буюу “тангараг” нь “хараал”-ыг бий болгосон. Мосегийн мэдээ ч, Елиагийн ажил ч хоёулаа няцаагдсан. Елиа 1989 онд эргэн ирсэн боловч 2001 оны 9 дүгээр сарын 11-ний дараахаас өмнө Мосетэй дахин холбогдоогүй. Тэр мэдээллийг хамгаалан нотлох нь одоогоор хараахан хийгдээгүй байгаа, гэвч энэ нь өө сэвгүй бат бөх юм.</w:t>
      </w:r>
    </w:p>
    <w:p>
      <w:pPr>
        <w:pStyle w:val="ArticleScripture"/>
        <w:jc w:val="left"/>
      </w:pPr>
      <w:r>
        <w:rPr>
          <w:rFonts w:ascii="Times New Roman" w:hAnsi="Times New Roman" w:eastAsia="Times New Roman" w:cs="Times New Roman"/>
        </w:rPr>
        <w:t>“Ариусгагдаагүй үйлчлэгчид өөрсдийгөө Бурханы эсрэг жагсааж байна. Тэд Христийг болон энэ ертөнцийн бурхныг нэгэн амьсгаагаар магтаж байна. Амнаасаа Христийг хүлээн авдаг хэмээн тунхаглавч, тэд Бараввасыг тэвэрч, үйлсээрээ: «Энэ Хүнийг биш, харин Бараввасыг» гэж хэлдэг. Эдгээр мөрүүдийг уншигч бүхэн болгоомжил. Сатан өөрийн хийж чадах зүйлийн талаар сайрхан бардамнасан. Тэр Христ Өөрийн сүмд оршиж байгаасай хэмээн залбирсан тэр нэгдмэл байдлыг сарниулна гэж бодож байна. Тэр: «Би гарч очоод, хуурч чадах хүмүүсээ мэхлэхийн тулд худалч сүнс болно; шүүмжилж, яллаж, гуйвуулна» гэж хэлдэг. Их гэрэл, их нотолгоо хүлээн авсан сүм худал хуурмаг ба хуурамч гэрчлэлийн хүүг дотроо хүлээн авбал, тэр сүм Эзэний илгээсэн мэдээг няцааж, хамаг учир үндэсгүй мэдэгдэл, худал таамаглал, хуурамч онолуудыг хүлээн авна. Сатан тэдний мунхаглалд инээнэ, учир нь тэр үнэн юу болохыг мэддэг.”</w:t>
      </w:r>
    </w:p>
    <w:p>
      <w:pPr>
        <w:pStyle w:val="ArticleScripture"/>
        <w:jc w:val="left"/>
      </w:pPr>
      <w:r>
        <w:rPr>
          <w:rFonts w:ascii="Times New Roman" w:hAnsi="Times New Roman" w:eastAsia="Times New Roman" w:cs="Times New Roman"/>
        </w:rPr>
        <w:t>“Олон хүн бидний индрүүд дээр худал эш үзүүллийн бамбар гартаа барин зогсох болно; тэр нь Сатаны тамлаг бамбараас асаагдсан байх болно. Хэрэв эргэлзээ ба үл итгэл тэтгэгдэн хадгалагдвал, өөрсдийгөө маш ихийг мэддэг гэж боддог хүмүүсээс итгэлт үйлчлэгчид зайлуулагдах болно. Христ: ‘Хэрэв чи, ядаж энэ чиний өдөрт, амар тайванд чинь хамаарах зүйлсийг мэдсэнсэн бол! Харин эдүгээ тэдгээр нь нүднээс чинь далдлагджээ’ хэмээн айлдсан.”</w:t>
      </w:r>
    </w:p>
    <w:p>
      <w:pPr>
        <w:pStyle w:val="ArticleScripture"/>
        <w:jc w:val="left"/>
      </w:pPr>
      <w:r>
        <w:rPr>
          <w:rFonts w:ascii="Times New Roman" w:hAnsi="Times New Roman" w:eastAsia="Times New Roman" w:cs="Times New Roman"/>
        </w:rPr>
        <w:t>“Гэвч Бурханы суурь бат зогсдог. Эзэн Өөрийнхнийг мэддэг. Ариусгагдсан үйлчлэгчийн аманд ямар ч заль мэх байж үл болно. Тэр өдөр мэт ил тод, бузар муугийн аливаа сэв толбогүй байх ёстой. Ариусгагдсан үйлчлэл ба хэвлэл энэ гажууд үеийнхэнд үнэний гэрлийг цахилуулан түгээхэд хүч чадал болох болно. Ах дүү нар аа, гэрэл, илүү их гэрэл бидэнд хэрэгтэй. Сионд бүрээ үлээ; ариун ууланд түгшүүрийн дохио өг. ЭЗЭН юу гэж Өөрийн хүмүүст айлдахыг сонсохын тулд ариусгагдсан зүрхтэйгээр Эзэний цэргийг цуглуул; учир нь Тэр сонсох хүсэлтэй бүхэнд өсөн нэмэгдсэн гэрэл өгсөн юм. Тэд зэвсэглэн, бүрэн бэлтгэгдэж, тулалдаанд—Хүчитний эсрэг Эзэнд туслахаар—гарч ирэг. Бурхан Өөрөө Израилийн төлөө ажиллах болно. Худал хуурмаг хэл бүхэн дуугүй болгоно. Тэнгэрэлч нарын гар бүрэлдэн буй мэхлэлийн арга зальт төлөвлөгөөнүүдийг нураах болно. Сатаны бэхлэлтүүд хэзээ ч ялалт байгуулахгүй. Ялалт гурав дахь тэнгэрэлчийн мэдээнд дагалдан ирэх болно. Эзэний цэргийн Жанжин Иерихогийн хэрмийг нураасан шиг, тийнхүү Эзэний зарлигуудыг сахигч ард түмэн ялалт байгуулах бөгөөд эсэргүүцэгч бүх хүчин ялагдах болно. Тэнгэрээс илгээгдсэн мэдээг тэдэнд авчирсан Бурханы зарц нарын талаар ямар ч хүн гомдол бүү гаргаг. ‘Тэд хэтэрхий хатуу байр суурьтай; тэд дэндүү хүчтэй ярьдаг’ хэмээн өө сэв бүү эр. Тэд хүчтэй ярьж байж болох юм; гэвч энэ нь хэрэгтэй биш гэж үү? Хэрэв хүмүүс Түүний дуу хоолой эсвэл Түүний мэдээнд анхаарал тавихгүй бол Бурхан сонсогчдын чихийг шуугиулах болно. Тэр Бурханы үгийг эсэргүүцэгчдийг зэмлэн буруушаах болно.”</w:t>
      </w:r>
    </w:p>
    <w:p>
      <w:pPr>
        <w:pStyle w:val="ArticleScripture"/>
        <w:jc w:val="left"/>
      </w:pPr>
      <w:r>
        <w:rPr>
          <w:rFonts w:ascii="Times New Roman" w:hAnsi="Times New Roman" w:eastAsia="Times New Roman" w:cs="Times New Roman"/>
        </w:rPr>
        <w:t>“Сатан биднийг ард түмэн болохын минь хувьд зэмлэн буруушааж, алдаануудыг маань зайлуул хэмээн уриалах юу ч бидний дунд орж ирэхгүй байлгахын тулд боломжтой бүх арга хэмжээг авчээ. Гэвч Бурханы авдрыг үүрэх нэгэн ард түмэн бий. Бидний дундаас зарим нь гарч одож, авдрыг цаашид үүрэхээ болино. Гэвч эдгээр нь үнэнийг саатуулах хана босгож чадахгүй; учир нь тэр нь эцсийг хүртэл урагшлан, дээшилсээр байх болно. Өнгөрсөнд Бурхан хүмүүсийг босгосон, одоо ч Түүний тушаалыг биелүүлэхээр бэлтгэгдсэн, боломжийн хүмүүс Түүнд бий—зуураагүй шавраар өнгөц шавагдсан хана мэт төдийхөн саадыг нэвтлэн гарах хүмүүс. Бурхан Өөрийн Сүнсийг хүмүүс дээр тавихад, тэд ажиллах болно. Тэд Эзэний үгийг тунхаглах болно; тэд бүрээ мэт дуу хоолойгоо өргөх болно. Үнэн тэдний гарт багасахгүй, хүч чадлаа алдахгүй. Тэд ард түмэнд гэм бурууг нь, Иаковын гэрт нүглийг нь харуулах болно.” Testimonies to Ministers, 409–411.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Елиа — Найм дахь дугаар</dc:title>
  <dc:subject>Иерихо</dc:subject>
  <dc:creator>Jeff Pippenger</dc:creator>
  <cp:keywords/>
  <dc:description>Generated by ArticleDigger from elijah\08_elijah.json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