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Елиа — Арван гурав дахь тоо</w:t>
      </w:r>
    </w:p>
    <w:p>
      <w:pPr>
        <w:pStyle w:val="ArticleSubtitle"/>
        <w:jc w:val="left"/>
      </w:pPr>
      <w:r>
        <w:rPr>
          <w:rFonts w:ascii="Arial" w:hAnsi="Arial" w:eastAsia="Arial" w:cs="Arial"/>
        </w:rPr>
        <w:t>Дөчин зургаа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2023-10-19</w:t>
      </w:r>
    </w:p>
    <w:p>
      <w:pPr>
        <w:pStyle w:val="ArticleBody"/>
        <w:jc w:val="left"/>
      </w:pPr>
      <w:r>
        <w:rPr>
          <w:rFonts w:ascii="Times New Roman" w:hAnsi="Times New Roman" w:eastAsia="Times New Roman" w:cs="Times New Roman"/>
        </w:rPr>
        <w:t>Өмнөх өгүүлэлд бид Елиаг 1798–1844 оны түүхтэй уялдуулан авч үзсэн. Нэгдүгээр тэнгэрэлчийн мэдээг тунхаглахаар Уильям Миллер өргөгдөн гарч ирэх үед Елиа бэлгэдлийн утгаар тэрхүү түүхэнд орж ирдэг. Сарептын бэлэвсэн эмэгтэй нь 1844 оны 10 дугаар сарын 22-нд нэг үндэстэн болох хоёр саваа, өөрөөр хэлбэл нэг үндэстэн болох хоёр үндэстнийг цуглуулж буй итгэмжит сүмийг төлөөлдөг.</w:t>
      </w:r>
    </w:p>
    <w:p>
      <w:pPr>
        <w:pStyle w:val="ArticleScripture"/>
        <w:jc w:val="left"/>
      </w:pPr>
      <w:r>
        <w:rPr>
          <w:rFonts w:ascii="Times New Roman" w:hAnsi="Times New Roman" w:eastAsia="Times New Roman" w:cs="Times New Roman"/>
        </w:rPr>
        <w:t>Тэдэнд хэлэгтүн: Эзэн БУРХАН ийнхүү айлдаж байна: Болгоогтун, Би Израилийн хөвгүүдийг тэдний очсон харь үндэстнүүдийн дундаас авч, тэднийг тал бүрээс нь цуглуулж, өөрсдийнх нь нутагт авчирна. Тэгээд Би тэднийг Израилийн уулс дээрх тэр нутагт нэг үндэстэн болгоно; мөн нэг хаан бүгдийнх нь хаан байна. Тэд цаашид хоёр үндэстэн байхаа болино, мөн дахин хэзээ ч хоёр хаант улс болон хуваагдахгүй. Тэд өөрсдийгөө дахин шүтээнүүдээрээ, жигшүүрт зүйлсээрээ, эсвэл аливаа гэм нүглээрээ бузарлахгүй. Харин Би тэднийг нүгэл үйлдсэн бүх оршин суудаг газруудаас нь аварч, тэднийг ариусгана. Ингээд тэд Миний ард түмэн болж, Би тэдний Бурхан болно. Миний зарц Давид тэдний дээр хаан байна; мөн тэд бүгд нэг хоньчинтой байна. Тэд Миний шүүлтүүдээр явж, Миний тогтоолуудыг сахин, тэдгээрийг үйлдэнэ. Тэд Миний зарц Иаковт өгсөн тэр газарт, та нарын өвөг дээдсийн оршин сууж байсан нутагт оршин суух болно. Тэд, мөн тэдний хүүхдүүд, хүүхдүүдийнх нь хүүхдүүд үүрд тэнд оршин суух болно. Миний зарц Давид тэдний ноён нь үүрд байна. Түүнчлэн Би тэдэнтэй энхийн гэрээ байгуулна. Энэ нь тэдэнтэй байгуулсан мөнхийн гэрээ байна. Би тэднийг тогтоон байршуулж, үржүүлэн олшруулж, Өөрийн ариун газрыг тэдний дунд үүрд мөнхөд байгуулна. Миний асар майхан ч мөн тэдэнтэй хамт байна. Тийм ээ, Би тэдний Бурхан байж, тэд Миний ард түмэн байна. Миний ариун газар тэдний дунд үүрд мөнхөд байх үед, Намайг, ЭЗЭН Израилийг ариусгагч мөн гэдгийг харь үндэстнүүд мэдэх болно. Езекиел 37:21–28.</w:t>
      </w:r>
    </w:p>
    <w:p>
      <w:pPr>
        <w:pStyle w:val="ArticleBody"/>
        <w:jc w:val="left"/>
      </w:pPr>
      <w:r>
        <w:rPr>
          <w:rFonts w:ascii="Times New Roman" w:hAnsi="Times New Roman" w:eastAsia="Times New Roman" w:cs="Times New Roman"/>
        </w:rPr>
        <w:t>Езекиел нэг үндэстэн болох хоёр үндэстэн, өөрөөр хэлбэл хоёр модонд амлагдсан хэд хэдэн ерөөлийг тодорхойлсон байдаг. Бид тэдгээр ерөөлийн дотроос Эгч Уайт дөрвөн “ирэлт” хэмээн тэмдэглэсэн, бүгд нэгэн зэрэг 1844 оны 10 дугаар сарын 22-нд биелсэн тэр дөрвөн ерөөлийг авч үзэж эхэлье.</w:t>
      </w:r>
    </w:p>
    <w:p>
      <w:pPr>
        <w:pStyle w:val="ArticleScripture"/>
        <w:jc w:val="left"/>
      </w:pPr>
      <w:r>
        <w:rPr>
          <w:rFonts w:ascii="Times New Roman" w:hAnsi="Times New Roman" w:eastAsia="Times New Roman" w:cs="Times New Roman"/>
        </w:rPr>
        <w:t>“Ариун газрыг цэвэршүүлэхийн тулд Христ бидний Тэргүүн Тахилчийн хувиар хамгийн ариун газарт ирэх нь, Даниел 8:14-т үзүүлэгдсэнчлэн; Хүний Хүү Өтгөс Нэгэний өмнө ирэх нь, Даниел 7:13-т дүрслэгдсэнчлэн; мөн Эзэн Өөрийн сүмд ирэх нь, Малахийн зөгнөснөөр урьдчилан тунхаглагдсанчлэн, эдгээр нь нэг л үйл явдлын дүрслэлүүд юм; мөн энэ нь Матай 25-д буй арван охины тухай сургаалт зүйрлэлд Христийн дүрсэлснээр хүргэн хуримд ирэхээр мөн төлөөлөгдөн харуулагдсан байдаг.” Агуу Тэмцэл, 426.</w:t>
      </w:r>
    </w:p>
    <w:p>
      <w:pPr>
        <w:pStyle w:val="ArticleBody"/>
        <w:jc w:val="left"/>
      </w:pPr>
      <w:r>
        <w:rPr>
          <w:rFonts w:ascii="Times New Roman" w:hAnsi="Times New Roman" w:eastAsia="Times New Roman" w:cs="Times New Roman"/>
        </w:rPr>
        <w:t>Эгч Уайт энд дурдсан эхний “ирэлт” нь хорин гурван зуун жилийн төгсгөлд болох ёстой байсан “ариун сүмийг цэвэршүүлэх” үйлдлийн төлөөх тэргүүн тахилчийн ирэлт юм. Тэрхүү ишлэл нь Даниел 8:13-т тавигдсан, “Өдөр тутмын тахил, мөн эзгүйрлийн гэм нүглийн тухай үзэгдэл, ариун сүм болон цэргийг хөл доор гишгэгдэхээр өгөгдөх нь хэдий хүртэл байх вэ?” гэсэн асуултын хариуг өгдөг. Арван дөрөвдүгээр ишлэл нь ариун сүмийн цэвэршүүлэлт хорин гурван зуун жилийн төгсгөлд эхлэхийг тодорхойлдог. Езекиел Бурхан “Израилийн хөвгүүдийг тэдний тархан очсон харь үндэстнүүдийн дундаас авч, тэднийг тал тал талаас нь цуглуулна, … мөн цуглуулагдсан үндэстэн цаашид өөрсдийгөө бузарлахгүй” хэмээн өгүүлдэг. Учир нь Бурхан “тэднийг цэвэршүүлнэ; тийнхүү тэд Миний ард түмэн болж, Би тэдний Бурхан болно.”</w:t>
      </w:r>
    </w:p>
    <w:p>
      <w:pPr>
        <w:pStyle w:val="ArticleBody"/>
        <w:jc w:val="left"/>
      </w:pPr>
      <w:r>
        <w:rPr>
          <w:rFonts w:ascii="Times New Roman" w:hAnsi="Times New Roman" w:eastAsia="Times New Roman" w:cs="Times New Roman"/>
        </w:rPr>
        <w:t>1844 оны 10 дугаар сарын 22-нд Эллен Уайтын дурдсан хоёр дахь “ирэлт” нь Хүний Хүү хаанчлалыг хүлээн авахаар Өдрүүдийн Эртний Нэгэн уруу ирнэ гэж тодорхойлдог Даниелын номын долоодугаар бүлгийн арван гуравдугаар эшлэлийн биелэл байсан юм. Езекиел Бурхан “тэднийг Израилийн уулс дахь тэр газарт нэг үндэстэн болгоно; мөн нэг хаан тэд бүгдийн дээр хаанчилна” гэж хэлдэг. Езекиел “Миний зарц Давид тэдний дээр хаан болно” хэмээн айлдахдаа Христийг “Давид” хэмээх нэрээр хаан болгон дүрсэлдэг. Тэр мөн Христ Давидын хувьд тэдний “нэг хоньчин” байх бөгөөд Түүний “зарц Давид” бас “тэдний ноён мөнхөд байх болно” гэдгийг тодорхойлдог. Хаан гэдэг нь тодорхойлолтоороо хааны цолтой байх ёстой бөгөөд захирах ноёрхол, мөн өөрийн хаанчлалын харьяат иргэдтэй байх шаардлагатай. Хэрэв харьяат иргэд байхгүй бол хаанчлал ч байхгүй байх байлаа.</w:t>
      </w:r>
    </w:p>
    <w:p>
      <w:pPr>
        <w:pStyle w:val="ArticleScripture"/>
        <w:jc w:val="left"/>
      </w:pPr>
      <w:r>
        <w:rPr>
          <w:rFonts w:ascii="Times New Roman" w:hAnsi="Times New Roman" w:eastAsia="Times New Roman" w:cs="Times New Roman"/>
        </w:rPr>
        <w:t>Би шөнийн үзэгдлүүддээ харсан бөгөөд, болгоогтун, хүний Хүүтэй адил нэгэн тэнгэрийн үүлсийн хамт ирж, Эртний Нэгэн уруу хүрч ирэв; тэгээд түүнийг Түүний өмнө авчрав. Түүнд ноёрхол, алдар суу, хаанчлал өгөгдөж, бүх ард түмэн, үндэстэн, хэлтэнүүд Түүнд үйлчлэх ёстой болов. Түүний ноёрхол бол үл өнгөрөх мөнхийн ноёрхол мөн; Түүний хаанчлал бол үл мөхөх хаанчлал мөн. Даниел 7:13, 14.</w:t>
      </w:r>
    </w:p>
    <w:p>
      <w:pPr>
        <w:pStyle w:val="ArticleBody"/>
        <w:jc w:val="left"/>
      </w:pPr>
      <w:r>
        <w:rPr>
          <w:rFonts w:ascii="Times New Roman" w:hAnsi="Times New Roman" w:eastAsia="Times New Roman" w:cs="Times New Roman"/>
        </w:rPr>
        <w:t>Систер Уайтын тодорхойлсон гурав дахь “ирэлт” нь Христ “гэрээний элч” болж, Левийн хөвгүүдийг ариусгахын тулд Өөрийн сүмд гэнэт ирсэн үе байв. Езекиел Христ “тэднийг цэвэрлэнэ; тэгснээр тэд Миний ард түмэн болж, Би тэдний Бурхан болно” хэмээн өгүүлдэг бөгөөд “түүнчлэн” Тэр “тэдэнтэй энхийн гэрээ” байгуулж, тэр нь “мөнхийн гэрээ” байх болно гэж хэлдэг. Бурхан Өөрийн “ариун газрыг тэдний дунд” “байрлуулах” үед тэрхүү гэрээ биелэх бөгөөд “Миний ариун газар тэдний дунд байх үед Эзэн Би Израилийг ариусгадаг гэдгийг харь үндэстнүүд мэдэх болно.”</w:t>
      </w:r>
    </w:p>
    <w:p>
      <w:pPr>
        <w:pStyle w:val="ArticleScripture"/>
        <w:jc w:val="left"/>
      </w:pPr>
      <w:r>
        <w:rPr>
          <w:rFonts w:ascii="Times New Roman" w:hAnsi="Times New Roman" w:eastAsia="Times New Roman" w:cs="Times New Roman"/>
        </w:rPr>
        <w:t>Харагтун, Би Өөрийн элчийг илгээнэ, тэр Миний өмнө замыг бэлтгэнэ; мөн та нарын эрэн хайж буй Эзэн Өөрийн сүмдээ гэнэт ирнэ; та нарын баясдаг гэрээний элч ч мөн адил; харагтун, Тэр ирнэ гэж түмэн цэргийн ЭЗЭН айлдаж байна. Харин Түүний ирэх өдрийг хэн тэсвэрлэж чадах вэ? Тэр илрэн үзэгдэхэд хэн тогтож чадах вэ? Учир нь Тэр цэвэршүүлэгчийн гал мэт, даавуу угаагчдын шүлт мэт билээ. Тэр мөнгө цэвэршүүлэгч, ариусгагч мэт сууж, Левийн хөвгүүдийг ариусган, тэднийг алт мөнгө мэт цэвэрлэнэ; ингэснээр тэд ЭЗЭНд зөвт байдлын өргөлийг өргөх болно. Тэгвэл Иуда ба Иерусалимын өргөл эртний өдрүүдийнх адил, урьдын жилүүдийнх шиг ЭЗЭНд тааламжтай байх болно. Малахи 3:1–4.</w:t>
      </w:r>
    </w:p>
    <w:p>
      <w:pPr>
        <w:pStyle w:val="ArticleBody"/>
        <w:jc w:val="left"/>
      </w:pPr>
      <w:r>
        <w:rPr>
          <w:rFonts w:ascii="Times New Roman" w:hAnsi="Times New Roman" w:eastAsia="Times New Roman" w:cs="Times New Roman"/>
        </w:rPr>
        <w:t>1798-аас 1844 он хүртэлх түүхэн дэх “гэрээний элч” болох Христийн замыг бэлтгэсэн элч нь Уильям Миллерээр төлөөлөгдсөн Елиа байв. Христ гэнэт Өөрийн сүмд ирэхдээ Тэрээр “Левийн хөвгүүд”-ийг “цэвэршүүлэгчийн гал” мэтээр цэвэршүүлсэн юм.</w:t>
      </w:r>
    </w:p>
    <w:p>
      <w:pPr>
        <w:pStyle w:val="ArticleBody"/>
        <w:jc w:val="left"/>
      </w:pPr>
      <w:r>
        <w:rPr>
          <w:rFonts w:ascii="Times New Roman" w:hAnsi="Times New Roman" w:eastAsia="Times New Roman" w:cs="Times New Roman"/>
        </w:rPr>
        <w:t>1844 оны 10 дугаар сарын 22-нд биелсэн өөр нэгэн “ирэлт” нь хүргэний ирэлт байв. Езекиел хоёр саваанаас цуглуулагдсан тэр үндэстнийг Бурханы “ард түмэн” байх бөгөөд Тэр “тэдний Бурхан болно” хэмээн хоёр удаа тодорхойлдог. Энэ нь гэрлэлтээр гүйцэлдсэн юм. 1844 оны 10 дугаар сарын 22-нд биелсэн, Уайт эгчийн дурдсан дөрвөн эш үзүүллэг нь бүгд Езекиелийн хоёр савааны гэрчлэлээр тодорхойлогддог.</w:t>
      </w:r>
    </w:p>
    <w:p>
      <w:pPr>
        <w:pStyle w:val="ArticleBody"/>
        <w:jc w:val="left"/>
      </w:pPr>
      <w:r>
        <w:rPr>
          <w:rFonts w:ascii="Times New Roman" w:hAnsi="Times New Roman" w:eastAsia="Times New Roman" w:cs="Times New Roman"/>
        </w:rPr>
        <w:t>Елиа нь гэрээний элчид замыг бэлтгэдэг элчийг төлөөлдөг. Христ Өөрийн анхны ирэлтийн замыг бэлтгэсэн элчээр Баптист Иоханыг тодорхойлсон. Уайт эгч Уильям Миллерийг Елиа хэмээн тодорхойлсон бөгөөд Миллер Христийг “тэргүүн тахилч,” “Хүний Хүү,” “гэрээний элч,” мөн “хүргэн” байдлаар ирэхэд замыг нь бэлтгэсэн.</w:t>
      </w:r>
    </w:p>
    <w:p>
      <w:pPr>
        <w:pStyle w:val="ArticleBody"/>
        <w:jc w:val="left"/>
      </w:pPr>
      <w:r>
        <w:rPr>
          <w:rFonts w:ascii="Times New Roman" w:hAnsi="Times New Roman" w:eastAsia="Times New Roman" w:cs="Times New Roman"/>
        </w:rPr>
        <w:t>Гурван жил хагасын дараа Елиа, бэлэвсэн эмэгтэй болон түүний хүүтэй хамт байсан Сарептагаас ирж, Ахабт бүх Израилийг Кармелд цуглуулахаар тушаав. Езекиел, хоёр саваанаас хамтад нь цуглуулсан үндэстний дунд Өөрийн ариун газраа байрлуулах үед харь үндэстнүүд Бурханыг Бурхан мөн гэдгийг мэдэх болно хэмээн өгүүлдэг. Кармел уулан дээр Елиа Израильд Бурхан нь Бурхан уу, эсвэл Баал нь бурхан уу гэдгийг сонгохыг хэлсэн боловч, тэр энэ асуултыг зөвхөн хэн нь жинхэнэ Бурхан бэ гэсэн хүрээнд бус, мөн хэн нь жинхэнэ эш үзүүлэгч вэ гэсэн хүрээнд тавьсан юм.</w:t>
      </w:r>
    </w:p>
    <w:p>
      <w:pPr>
        <w:pStyle w:val="ArticleScripture"/>
        <w:jc w:val="left"/>
      </w:pPr>
      <w:r>
        <w:rPr>
          <w:rFonts w:ascii="Times New Roman" w:hAnsi="Times New Roman" w:eastAsia="Times New Roman" w:cs="Times New Roman"/>
        </w:rPr>
        <w:t>Тэгээд Елиа бүх ард түмэнд ирж, —Та нар хоёр бодлын хооронд хэдий болтол тээнэгэлзэх вэ? Хэрэв ЭЗЭН Бурхан мөн бол Түүнийг дагагтун; харин хэрэв Баал мөн бол түүнийг дагагтун, хэмээн хэлэв. Гэвч ард түмэн түүнд нэг ч үг хариулсангүй. Тэгэхэд Елиа ард түмэнд, —ЭЗЭНий эш үзүүлэгчдээс зөвхөн би, би ганцаараа үлдсэн; харин Баалын эш үзүүлэгчид дөрвөн зуун тавин хүн байна, гэж хэлэв. Хаадын дээд 18:21, 22.</w:t>
      </w:r>
    </w:p>
    <w:p>
      <w:pPr>
        <w:pStyle w:val="ArticleBody"/>
        <w:jc w:val="left"/>
      </w:pPr>
      <w:r>
        <w:rPr>
          <w:rFonts w:ascii="Times New Roman" w:hAnsi="Times New Roman" w:eastAsia="Times New Roman" w:cs="Times New Roman"/>
        </w:rPr>
        <w:t>Ахабыг оролцуулсан бүх Израиль, тэнгэрээс гал бууж ирэн Елиагийн өргөлийг шатаан идсэн үед Елиагийн Бурхан бол Бурхан мөн гэдгийг мэдсэн. Кармел уулан дээр гал бууж ирсэн явдал нь Бурхан хоёр саваанаас бүрдсэн тэр үндэстний дунд Өөрийн ариун газрыг байрлуулсан үеийг тэмдэглэдэг. Кармел уулан дахь галын гайхамшиг нь Бурхан бол жинхэнэ Бурхан бөгөөд Баал бол хуурамч бурхан байсан гэдгийг харуулсан юм.</w:t>
      </w:r>
    </w:p>
    <w:p>
      <w:pPr>
        <w:pStyle w:val="ArticleBody"/>
        <w:jc w:val="left"/>
      </w:pPr>
      <w:r>
        <w:rPr>
          <w:rFonts w:ascii="Times New Roman" w:hAnsi="Times New Roman" w:eastAsia="Times New Roman" w:cs="Times New Roman"/>
        </w:rPr>
        <w:t>Сарептад Елиа бэлэвсэн эмэгтэйн үхсэн хүү дээр гурвантаа хэвтэн залбирахад үйлдэгдсэн гайхамшиг нь Елиа бол Бурханы хүн мөн гэдгийг түүнд нотолсон бөгөөд Кармел дээрх гайхамшиг ч мөн адил зүйлийг биелүүлсэн юм. Кармелийн гал нь Бурхан бол үнэхээр Бурхан мөн гэдгийг нотлоод зогсохгүй, Елиа бол Баалын эш үзүүлэгчид болон төгөл моддын эш үзүүлэгчдээс ялгаатайгаар Бурханы жинхэнэ эш үзүүлэгч мөн болохыг харуулсан юм. 1840-өөс 1844 он хүртэлх түүхэнд Миллер болон Миллерийн хөдөлгөөнийхөн нь жинхэнэ эш үзүүлэгчид болох нь илэрхий болсон бөгөөд тэрхүү түүхийн яг дунд урвасан Протестантизмын хуурамч эш үзүүлэгчид өөрсдийгөө Иезебелийн охид болохоо илчилсэн билээ.</w:t>
      </w:r>
    </w:p>
    <w:p>
      <w:pPr>
        <w:pStyle w:val="ArticleBody"/>
        <w:jc w:val="left"/>
      </w:pPr>
      <w:r>
        <w:rPr>
          <w:rFonts w:ascii="Times New Roman" w:hAnsi="Times New Roman" w:eastAsia="Times New Roman" w:cs="Times New Roman"/>
        </w:rPr>
        <w:t>Кармел дээрх Елиа нь жинхэнэ Протестант эврийг тодорхойлох ажлыг төлөөлдөг. Учир нь Библийн эш үзүүллэгийн зургаа дахь хаант улс болох Илчлэлт арван гурав дахь газрын араатан нь Протестантизмын нэг эвэртэй, Бүгд Найрамдах үзлийн нэг эвэртэй бөгөөд 1798 онд дөнгөж ноёрхлоо эхлүүлсэн байв. 1798 онд, Иезебелийн ноёрхлын гурван жил хагасын төгсгөлд, Елиа Сарептагаас ирж, газрын араатан дээрх аль сүм нь Протестантизмын эвэр болохыг тодорхой ялган харуулахын тулд ирсэн юм.</w:t>
      </w:r>
    </w:p>
    <w:p>
      <w:pPr>
        <w:pStyle w:val="ArticleBody"/>
        <w:jc w:val="left"/>
      </w:pPr>
      <w:r>
        <w:rPr>
          <w:rFonts w:ascii="Times New Roman" w:hAnsi="Times New Roman" w:eastAsia="Times New Roman" w:cs="Times New Roman"/>
        </w:rPr>
        <w:t>Сарептын бэлэвсэн эмэгтэй нь Тиатирагийн түүхээс гэрлэлтийн зүг аялж байсан бөгөөд тэнд түүний бэлэвсрэлийг зайлуулах ёстой байв. Түүний амилсан хүү нь гурван жил хагасын ган гачгийн үеэр Иезавелийн гарт алагдсан хүмүүсийг төлөөлдөг. Түүний гал түлэхээр түүж байсан хоёр мод нь нэг үндэстэн болгон цуглуулах ёстой байсан бодит Израилийн хоёр гэрийг илэрхийлж байсан бөгөөд тэр үндэстэн нь сүнслэг Израиль байв. Бэлэвсэн эмэгтэй тэр хоёр модоор гал асаах гэж байсан бөгөөд энэ нь Кармелд, мөн 1844 оны 10-р сарын 22-нд, гэрээний элч Левийн хөвгүүдийг “цэвэршүүлэгчийн гал”-аар ариусгасан үед биелсэн юм.</w:t>
      </w:r>
    </w:p>
    <w:p>
      <w:pPr>
        <w:pStyle w:val="ArticleBody"/>
        <w:jc w:val="left"/>
      </w:pPr>
      <w:r>
        <w:rPr>
          <w:rFonts w:ascii="Times New Roman" w:hAnsi="Times New Roman" w:eastAsia="Times New Roman" w:cs="Times New Roman"/>
        </w:rPr>
        <w:t>Гал бол Кармел дээр болон 1844 оны 10-р сарын 22-нд оргилдоо хүрсэн Шөнө дундын хашхираан дээр болсон Бурханы Сүнсний асгарлын бэлгэдэл юм.</w:t>
      </w:r>
    </w:p>
    <w:p>
      <w:pPr>
        <w:pStyle w:val="ArticleScripture"/>
        <w:jc w:val="left"/>
      </w:pPr>
      <w:r>
        <w:rPr>
          <w:rFonts w:ascii="Times New Roman" w:hAnsi="Times New Roman" w:eastAsia="Times New Roman" w:cs="Times New Roman"/>
        </w:rPr>
        <w:t>Пентекостын өдөр бүрэн болоход, тэд бүгд нэгэн сэтгэлээр нэгэн газарт цугласан байв. Гэтэл гэнэт тэнгэрээс хүчит догшин салхи исгэрэх мэт нэгэн чимээ гарч, тэдний сууж байсан бүх гэрийг дүүргэв. Тэгээд гал мэт салаалсан хэлнүүд тэдэнд үзэгдэж, хүн нэг бүрийн дээр тогтов. Тэд бүгд Ариун Сүнсээр дүүрч, Сүнс тэдэнд айлдуулахын хэрээр өөр өөр хэлээр ярьж эхлэв. Үйлс 2:1–4.</w:t>
      </w:r>
    </w:p>
    <w:p>
      <w:pPr>
        <w:pStyle w:val="ArticleBody"/>
        <w:jc w:val="left"/>
      </w:pPr>
      <w:r>
        <w:rPr>
          <w:rFonts w:ascii="Times New Roman" w:hAnsi="Times New Roman" w:eastAsia="Times New Roman" w:cs="Times New Roman"/>
        </w:rPr>
        <w:t>Сүнс асгарч буух нь нэгэн мэдээг тунхаглахыг илэрхийлдэг бөгөөд бэлэвсэн эмэгтэй идэхээр хоол бэлтгэхийн тулд гал түлэх гэж байсан нь мөн л нэгэн мэдээ юм.</w:t>
      </w:r>
    </w:p>
    <w:p>
      <w:pPr>
        <w:pStyle w:val="ArticleScripture"/>
        <w:jc w:val="left"/>
      </w:pPr>
      <w:r>
        <w:rPr>
          <w:rFonts w:ascii="Times New Roman" w:hAnsi="Times New Roman" w:eastAsia="Times New Roman" w:cs="Times New Roman"/>
        </w:rPr>
        <w:t>Тэгээд би тэнгэрэлч уруу очиж, түүнд: Бяцхан номыг надад өгөөч, гэв. Тэр надад: Үүнийг аваад бүрэн ид; энэ нь чиний гэдсийг гашуун болгох боловч аманд чинь зөгийн бал шиг амттай байх болно, гэв. Тэгээд би тэнгэрэлчийн гараас бяцхан номыг авч, бүрэн идэв; энэ нь аманд минь зөгийн бал шиг амттай байсан; харин түүнийг идмэгц гэдэс минь гашуун болов. Илчлэлт 10:9, 10.</w:t>
      </w:r>
    </w:p>
    <w:p>
      <w:pPr>
        <w:pStyle w:val="ArticleBody"/>
        <w:jc w:val="left"/>
      </w:pPr>
      <w:r>
        <w:rPr>
          <w:rFonts w:ascii="Times New Roman" w:hAnsi="Times New Roman" w:eastAsia="Times New Roman" w:cs="Times New Roman"/>
        </w:rPr>
        <w:t>Ахаваас Иезебельд тэр даруй хүргэгдсэн мэдээ нь Елиагийн Бурхан бол жинхэнэ Бурхан мөн гэсэн мэдээ байсан; учир нь Ахав Елиагийн Бурхан галаар хариулсныг саяхан өөрийн нүдээр харсан байв. 1844 оны 10 дугаар сарын 22-нд тэр даруй нээгдсэн мэдээ нь гурав дахь тэнгэрэлчийн мэдээ байсан. Аль ч тохиолдолд, Ахаваар дамжин хүргэгдсэн мэдээ ч бай, эсвэл гурав дахь тэнгэрэлчийн мэдээ ч бай, Иезебелийг уур хилэнгээр бадаргадаг.</w:t>
      </w:r>
    </w:p>
    <w:p>
      <w:pPr>
        <w:pStyle w:val="ArticleScripture"/>
        <w:jc w:val="left"/>
      </w:pPr>
      <w:r>
        <w:rPr>
          <w:rFonts w:ascii="Times New Roman" w:hAnsi="Times New Roman" w:eastAsia="Times New Roman" w:cs="Times New Roman"/>
        </w:rPr>
        <w:t>Харин зүүнээс болон хойноос ирэх мэдээ түүнийг түгшээх болно. Тиймээс тэрээр олныг устгаж, бүрэн үгүй хийхээр их хилэнтэйгээр хөдөлнө. Даниел 11:44.</w:t>
      </w:r>
    </w:p>
    <w:p>
      <w:pPr>
        <w:pStyle w:val="ArticleBody"/>
        <w:jc w:val="left"/>
      </w:pPr>
      <w:r>
        <w:rPr>
          <w:rFonts w:ascii="Times New Roman" w:hAnsi="Times New Roman" w:eastAsia="Times New Roman" w:cs="Times New Roman"/>
        </w:rPr>
        <w:t>Даниелын “зүүн хойд зүгээс ирэх мэдээ” нь Иезебел болох умардын хааныг хилэгнүүлдэг мэдээг төлөөлдөг бөгөөд тэрээр дэлхийн түүхийн эцсийн хавчлагыг эхлүүлдэг. Тэрхүү мэдээ нь Иезебелд хүргэсэн Ахабын мэдээгээр, мөн 1844 онд шүүлт эхлэх үед гурав дахь тэнгэрэлчийн мэдээ хүрч ирснээр төлөөлөгдсөн юм.</w:t>
      </w:r>
    </w:p>
    <w:p>
      <w:pPr>
        <w:pStyle w:val="ArticleScripture"/>
        <w:jc w:val="left"/>
      </w:pPr>
      <w:r>
        <w:rPr>
          <w:rFonts w:ascii="Times New Roman" w:hAnsi="Times New Roman" w:eastAsia="Times New Roman" w:cs="Times New Roman"/>
        </w:rPr>
        <w:t>Ахаб Елиагийн үйлдсэн бүхнийг, мөн бүх эш үзүүлэгчдийг илдээр хэрхэн хядсаныг Иезебелд өгүүлэв. Тэгэхэд Иезебел Елиа уруу элч илгээн, —Маргааш энэ цаг гэхэд би чиний амийг тэдний нэгийн амьтай адил болгохгүй аваас, бурхад надад тийнхүү, түүнээс ч илүүг үйлдэг гэж хэлүүлэв. Хаадын дээд 19:1, 2.</w:t>
      </w:r>
    </w:p>
    <w:p>
      <w:pPr>
        <w:pStyle w:val="ArticleBody"/>
        <w:jc w:val="left"/>
      </w:pPr>
      <w:r>
        <w:rPr>
          <w:rFonts w:ascii="Times New Roman" w:hAnsi="Times New Roman" w:eastAsia="Times New Roman" w:cs="Times New Roman"/>
        </w:rPr>
        <w:t>Бэлгэдлийн хувьд Елиа нь 538–1798 оны цөлийн хугацаагаар төлөөлөгддөг. Дараа нь 1798 онд Елиа түүхэнд Уильям Миллерийн дүрээр илэрдэг. 1844 онд Елиа Тэнгэрээс Шөнийн Дундын Хашхирааны галыг буулгаж байна. Харин 1863 онд Елиа болон түүний мэдээ няцаагдсан. Түүний мэдээ нь Езекиелийн хоёр савааны мэдээгээр мөн төлөөлөгддөг “долоон үе”-ийн тухай Мосегийн мэдээ байсан. Тэдний тараагдсаны төгсгөлд хоёр саваа цуглагдах явдал нь Сарептагийн бэлэвсэн эмэгтэйн мэдээ байсан бөгөөд тэрээр хоол бэлтгэхийн өмнө урьдаас хоёр савааг цуглуулсан юм.</w:t>
      </w:r>
    </w:p>
    <w:p>
      <w:pPr>
        <w:pStyle w:val="ArticleBody"/>
        <w:jc w:val="left"/>
      </w:pPr>
      <w:r>
        <w:rPr>
          <w:rFonts w:ascii="Times New Roman" w:hAnsi="Times New Roman" w:eastAsia="Times New Roman" w:cs="Times New Roman"/>
        </w:rPr>
        <w:t>Жеймс ба Эллен Уайтын хэлснээр, Миллерит Адвентизм 1856 онд Лаодикеийн Адвентизм болсон бөгөөд түүнээс хойш 1863 онд тэд Мосегийн “долоон үе”-ийн тухай Елиагийн мэдээг няцаах үед, Бурхан 1856 онд (Хайрам Эдсоны дуусаагүй найман өгүүллээр дамжуулан) илэрхийлэхийг зорьсон “долоон үе”-ийн мэдлэгийн нэмэгдлийг ойлгох логик чадварыг өөрсдөөсөө зайлуулсан. Логикийн шаардлагаар тэд тэнгэрэлч нар Уильям Миллерийг эмхлэн нэгтгэхэд удирдсан үнэний суурь тогтолцоог нурааж эхлэхээс өөр аргагүй болсон. Миллерийн нээсэн анхны “чулуу” нь Лаодикеийн Адвентизм бүх түүхийнхээ турш бүдрэх суурийн чулуу байв. Үнэний тэр анхны чулууг няцаасан явдал Лаодикеийн сохролыг бий болгосон бөгөөд энэ нь эдгэрч болох шинж тэмдэг боловч түүнийг эрэлхийлэх нь ховор юм.</w:t>
      </w:r>
    </w:p>
    <w:p>
      <w:pPr>
        <w:pStyle w:val="ArticleBody"/>
        <w:jc w:val="left"/>
      </w:pPr>
      <w:r>
        <w:rPr>
          <w:rFonts w:ascii="Times New Roman" w:hAnsi="Times New Roman" w:eastAsia="Times New Roman" w:cs="Times New Roman"/>
        </w:rPr>
        <w:t>1844 оны 10 дугаар сарын 22-нд эхэлсэн ариун сүмийн цэвэршүүлэлт нь Даниел 8:13-т ариун сүмийн хамт хөлд талхлагдсан “цэргийг” цэвэршүүлэхийг хамарч байв. Тэрхүү цэрэг нь Зарефатын бэлэвсэн эмэгтэйн галд зориулан түүсэн “хоёр саваагаар” төлөөлөгдсөн байлаа. Тэр хоёр саваа нь эртний бодит Израилийн хоёр гэр байв. Бодит Ефраим ба Иуда нь шүүлт эхлэх үед гэрээний элчээр цэвэршүүлэгдэн, нэг сүнслэг үндэстэн болгон цуглуулагдах ёстой байв. Тэр хоёр үндэстэн нь хөлд талхлагдсан “цэрэг” мөн байлаа.</w:t>
      </w:r>
    </w:p>
    <w:p>
      <w:pPr>
        <w:pStyle w:val="ArticleBody"/>
        <w:jc w:val="left"/>
      </w:pPr>
      <w:r>
        <w:rPr>
          <w:rFonts w:ascii="Times New Roman" w:hAnsi="Times New Roman" w:eastAsia="Times New Roman" w:cs="Times New Roman"/>
        </w:rPr>
        <w:t>Езекиелийн амлалт нь Бурхан “Израилийн хөвгүүдийг тэдний явсан харь үндэстнүүдийн дундаас авч”, мөн “тэднийг цуглуулж” “өөрсдийнх нь нутагт аваачна” гэсэн явдал байв. Бодит Израилийн нутаг нь алдар суут нутаг, эсвэл амлагдсан нутаг, өөрөөр хэлбэл Иуда байлаа. 1798 онд сүнслэг утгаараа алдар суут нутаг нь Илчлэлт номын арван гуравдугаар бүлгийн хоёр эвэрт газрын араатны нутаг байв.</w:t>
      </w:r>
    </w:p>
    <w:p>
      <w:pPr>
        <w:pStyle w:val="ArticleScripture"/>
        <w:jc w:val="left"/>
      </w:pPr>
      <w:r>
        <w:rPr>
          <w:rFonts w:ascii="Times New Roman" w:hAnsi="Times New Roman" w:eastAsia="Times New Roman" w:cs="Times New Roman"/>
        </w:rPr>
        <w:t>Би тэднийг Египетийн газраас авч гарган, Өөрийн тэдэнд зориулан тандан сонгосон, сүү балаар урсдаг, бүх газрын сүр жавхлан болсон нутагт оруулахаар Өөрийн мутрыг тэдний төлөө өргөсөн тэр өдөр... Гэвч мөн Би цөлд тэднийг тэр сүү балаар урсдаг, бүх газрын сүр жавхлан болсон, Өөрийн тэдэнд өгсөн нутагт оруулахгүй хэмээн Өөрийн мутрыг тэдний төлөө өргөсөн. Езекиел 20:6, 15.</w:t>
      </w:r>
    </w:p>
    <w:p>
      <w:pPr>
        <w:pStyle w:val="ArticleBody"/>
        <w:jc w:val="left"/>
      </w:pPr>
      <w:r>
        <w:rPr>
          <w:rFonts w:ascii="Times New Roman" w:hAnsi="Times New Roman" w:eastAsia="Times New Roman" w:cs="Times New Roman"/>
        </w:rPr>
        <w:t>Израилийн хоёр бодит гэр нь “бүх газрын алдар” болсон, “сүү ба балаар урсдаг” нутагт амьдарч байв. Израилийн тэр хоёр бодит гэр сүнслэг Израиль болон хамт цуглуулагдах үедээ өөрсдийн нутагт байрлуулагдана хэмээн амлагдсан юм. Сүнслэг “алдарт нутаг” гэдэг нь газрын араатны ноёрхлын үед эхэнд нь Миллерчүүдийн хөдөлгөөн, төгсгөлд нь нэг зуун дөчин дөрвөн мянгын хөдөлгөөн оршдог газар мөн. Нэг зуун дөчин дөрвөн мянгыг төлөөлөх хөдөлгөөн зөвхөн газрын араатны нутагт л босгогдож чадна. Өөр ямар нэгэн газраас өөрийгөө гурав дахь тэнгэрэлчийн хөдөлгөөн хэмээн мэдүүлэх хөдөлгөөн бол хуурамч юм. Учир нь Альфа ба Омега эцсийг үргэлж эхлэлээр дүрслэн үзүүлдэг.</w:t>
      </w:r>
    </w:p>
    <w:p>
      <w:pPr>
        <w:pStyle w:val="ArticleScripture"/>
        <w:jc w:val="left"/>
      </w:pPr>
      <w:r>
        <w:rPr>
          <w:rFonts w:ascii="Times New Roman" w:hAnsi="Times New Roman" w:eastAsia="Times New Roman" w:cs="Times New Roman"/>
        </w:rPr>
        <w:t>“Бурханы зүйрлэшгүй өршөөл ба ерөөлүүд манай үндэстэн дээр асгарсан бөгөөд энэ нь эрх чөлөөний орон, бүхий л дэлхийн алдар суу байсаар ирсэн. Гэвч Бурханд талархал өргөхийн оронд, Бурхан болон Түүний хуулийг хүндэтгэхийн оронд Америкийн өөрсдийгөө Христэд итгэгч хэмээн нэрлэгчид бардамнал, шунахайрал, биеэ даасан хангалуун байдалд исгэгдэн автжээ....”</w:t>
      </w:r>
    </w:p>
    <w:p>
      <w:pPr>
        <w:pStyle w:val="ArticleScripture"/>
        <w:jc w:val="left"/>
      </w:pPr>
      <w:r>
        <w:rPr>
          <w:rFonts w:ascii="Times New Roman" w:hAnsi="Times New Roman" w:eastAsia="Times New Roman" w:cs="Times New Roman"/>
        </w:rPr>
        <w:t>“Шүүлт гудамжинд унаж, шударга ёс нэвтэрч чадахгүй, бузар муугаас зайлагч нь өөрийгөө олз болгож буй цаг ирээд байна. Гэвч ЭЗЭНий мутар аварч чадахгүйгээр богиноссон бус, Түүний чих сонсож чадахгүйгээр дүлийрсэн бус. Америкийн Нэгдсэн Улсын ард түмэн ивээл хүртсэн ард түмэн байсаар ирсэн; харин тэд шашин шүтэх эрх чөлөөг хязгаарлаж, протестантизмаас няцаж, папизмыг дэмжин тэтгэвэл, тэдний гэмийн хэмжээ дүүрэх бөгөөд ‘үндэсний тэрслэл’ тэнгэрийн номуудад тэмдэглэгдэх болно. Энэхүү тэрслэлийн үр дүн нь үндэсний сүйрэл байх болно.” Review and Herald, 1893 оны 5 дугаар сарын 2.</w:t>
      </w:r>
    </w:p>
    <w:p>
      <w:pPr>
        <w:pStyle w:val="ArticleBody"/>
        <w:jc w:val="left"/>
      </w:pPr>
      <w:r>
        <w:rPr>
          <w:rFonts w:ascii="Times New Roman" w:hAnsi="Times New Roman" w:eastAsia="Times New Roman" w:cs="Times New Roman"/>
        </w:rPr>
        <w:t>Даниелын наймдугаар бүлгийн арван гурав, арван дөрөвдүгээр эшлэлүүдэд ариун газар болон цэргийн аль алин нь хөлд гишгэгдэн доромжлогдохыг заасан байдаг. Цэрэг нь бие махбодын Израилийн хоёр гэр байв. Иерусалим Харанхуй үеийн нэг мянга хоёр зуун жаран жилийн турш хөлд гишгэгдэн доромжлогдсон юм.</w:t>
      </w:r>
    </w:p>
    <w:p>
      <w:pPr>
        <w:pStyle w:val="ArticleScripture"/>
        <w:jc w:val="left"/>
      </w:pPr>
      <w:r>
        <w:rPr>
          <w:rFonts w:ascii="Times New Roman" w:hAnsi="Times New Roman" w:eastAsia="Times New Roman" w:cs="Times New Roman"/>
        </w:rPr>
        <w:t>Надад саваа мэт зэгс өгөгдөв; тэгээд тэнгэрэлч зогсон, “Босож, Бурханы сүмийг, тахилын ширээг, мөн түүн дотор мөргөж буй хүмүүсийг хэмж. Харин сүмийн гаднах хашааг орхигтун, түүнийг бүү хэмж; учир нь тэр нь харь үндэстнүүдэд өгөгдсөн юм. Тэд ариун хотыг дөчин хоёр сарын турш хөл доороо гишгэлэх болно” хэмээн айлдав. Илчлэлт 11:1, 2.</w:t>
      </w:r>
    </w:p>
    <w:p>
      <w:pPr>
        <w:pStyle w:val="ArticleBody"/>
        <w:jc w:val="left"/>
      </w:pPr>
      <w:r>
        <w:rPr>
          <w:rFonts w:ascii="Times New Roman" w:hAnsi="Times New Roman" w:eastAsia="Times New Roman" w:cs="Times New Roman"/>
        </w:rPr>
        <w:t>Илчлэлт номын арван нэгдүгээр бүлэгт Иоханд зөвхөн сүмийг төдийгүй, мөн “түүн дотор мөргөдөг хүмүүсийг” хэмжихийг тушаасан байдаг. Иохан сүм болон түүний дотор мөргөгчдийг хэмжих тушаал авсан тэр үедээ эш үзүүллэгийн хувьд 1844 оны аравдугаар сарын 22-нд байрлаж байв.</w:t>
      </w:r>
    </w:p>
    <w:p>
      <w:pPr>
        <w:pStyle w:val="ArticleScripture"/>
        <w:jc w:val="left"/>
      </w:pPr>
      <w:r>
        <w:rPr>
          <w:rFonts w:ascii="Times New Roman" w:hAnsi="Times New Roman" w:eastAsia="Times New Roman" w:cs="Times New Roman"/>
        </w:rPr>
        <w:t>Тэгээд би тэр бяцхан номыг тэнгэрэлчийн гараас авч, бүхлээр нь идэв; аманд минь энэ нь зөгийн бал адил амттай байв. Харин түүнийг идмэгц хэвлий минь гашуун болов. Илчлэлт 10:10.</w:t>
      </w:r>
    </w:p>
    <w:p>
      <w:pPr>
        <w:pStyle w:val="ArticleBody"/>
        <w:jc w:val="left"/>
      </w:pPr>
      <w:r>
        <w:rPr>
          <w:rFonts w:ascii="Times New Roman" w:hAnsi="Times New Roman" w:eastAsia="Times New Roman" w:cs="Times New Roman"/>
        </w:rPr>
        <w:t>Илчлэлт номын аравдугаар бүлгийн аравдугаар эшлэлд Иохан 1844 оны 10 дугаар сарын 22-ны гашуун урам хугарлыг төлөөлөн үзүүлсэн бөгөөд тэр даруйдаа сүмийг ч, цэргийг ч хэмжихийг түүнд тушаасан юм. Даниел наймдугаар бүлгийн арван гуравдугаар эшлэлийн асуултын сэдэв нь сүмийг ч, цэргийг ч хөлөөр дэвслэн гишгэлэх тухай билээ. Иохан бидэнд “харь үндэстнүүд” “ариун хот”-ыг “дөчин хоёр сарын” турш “хөл дороо гишгэлэх” ёстой байсан гэж мэдүүлдэг. Тэр дөчин хоёр сар нь Елиагийн гурван жил хагас байсан юм. Энэ нь 538 оноос 1798 он хүртэлх Харанхуй үе байсан. Зөгнөлийн утгаар 1844 оны 10 дугаар сарын 22-нд зогсон байхад Иоханд гаднах хашааг орхиж, “түүнийг бүү хэмж, учир нь тэр нь харь үндэстнүүдэд өгөгдсөн бөгөөд ариун хотыг тэд дөчин хоёр сарын турш хөл дороо гишгэлэх болно” гэж хэлжээ.</w:t>
      </w:r>
    </w:p>
    <w:p>
      <w:pPr>
        <w:pStyle w:val="ArticleBody"/>
        <w:jc w:val="left"/>
      </w:pPr>
      <w:r>
        <w:rPr>
          <w:rFonts w:ascii="Times New Roman" w:hAnsi="Times New Roman" w:eastAsia="Times New Roman" w:cs="Times New Roman"/>
        </w:rPr>
        <w:t>Иоханд “сүм, тахилын ширээ, мөн тэнд мөргөж буй хүмүүсийг” хэмж гэж тушаагдсан үед, Даниел номын наймдугаар бүлгийн арван гуравдугаар эшлэлийн үгээр хэлбэл, түүнд ариун газар болон цэргийг хэмж гэж тушаагдсан байв. Хэрэв Иоханд нэг мянга хоёр зуун жаран жилийг тоолох ‘ёстой биш’ байсан бол, тэр 1798 оноос 1844 онд өөрийн зогсож байсан цаг хүртэл хэмжих ёстой байжээ. 1798-аас 1844 он хүртэл хэмжихэд дөчин зургаан жилийг илэрхийлнэ. Тэр дөчин зургаан жилийн эхлэл нь 1798 он байсан бөгөөд тэр үед Мосегийн Израилийн хойд гэрийн эсрэг хэлсэн “долоон цаг” биелсэн юм. Тэр дөчин зургаан жилийн төгсгөл нь 1844 он байсан бөгөөд тэр үед Мосегийн Израилийн өмнөд гэрийн эсрэг хэлсэн “долоон цаг” биелсэн юм. Иоханы хэмжилт дөчин зургаан жилтэй тэнцэнэ. Дөчин зургаагийн тоо нь сүмийг бэлгэддэг. Есүс, “Энэ сүмийг нураа, тэгвэл Би үүнийг гурав хоногийн дотор босгоно” хэмээн хэлсэн боловч, маргах дуртай иудейчүүд уг сүмийг дөчин зургаан жилд барьсан хэмээн сөрөн маргасан юм.</w:t>
      </w:r>
    </w:p>
    <w:p>
      <w:pPr>
        <w:pStyle w:val="ArticleScripture"/>
        <w:jc w:val="left"/>
      </w:pPr>
      <w:r>
        <w:rPr>
          <w:rFonts w:ascii="Times New Roman" w:hAnsi="Times New Roman" w:eastAsia="Times New Roman" w:cs="Times New Roman"/>
        </w:rPr>
        <w:t>Есүс тэдэнд хариулан айлдахдаа, “Энэ сүмийг нураа, тэгвэл Би үүнийг гурав хоногийн дотор босгоно” гэв. Тэгэхэд иудейчүүд, “Энэ сүмийг барихад дөчин зургаан жил болсон байтал Та үүнийг гурав хоногийн дотор босгох гэж үү?” гэцгээв. Харин Тэр Өөрийн биеийн сүмийн тухай айлдсан байжээ. Иохан 2:19–21.</w:t>
      </w:r>
    </w:p>
    <w:p>
      <w:pPr>
        <w:pStyle w:val="ArticleBody"/>
        <w:jc w:val="left"/>
      </w:pPr>
      <w:r>
        <w:rPr>
          <w:rFonts w:ascii="Times New Roman" w:hAnsi="Times New Roman" w:eastAsia="Times New Roman" w:cs="Times New Roman"/>
        </w:rPr>
        <w:t>Есүс Адамыг унасны дараах Адамын махбодыг, түүнд удамшин ирсэн бүх доройтолтой нь хамт, Тэр хэрхэн ялсны адил бид ч ялж дийлэхийн тулд үлгэр жишээ тогтоохоор авсан юм. Хоёр гэрчийн өмнө Христийн махбодод нүглийн дөрвөн мянган жилийн удамшсан доройтол байгаагүй хэмээн заах нь Вавилоны дарсыг түгээн дэлгэрүүлж буй хэрэг мөн. Учир нь Христ эдгээр удамшсан сул талуудыг хүлээн аваагүй гэж заах нь Католик шашны үндсэн сургаалын нэг билээ.</w:t>
      </w:r>
    </w:p>
    <w:p>
      <w:pPr>
        <w:pStyle w:val="ArticleScripture"/>
        <w:jc w:val="left"/>
      </w:pPr>
      <w:r>
        <w:rPr>
          <w:rFonts w:ascii="Times New Roman" w:hAnsi="Times New Roman" w:eastAsia="Times New Roman" w:cs="Times New Roman"/>
        </w:rPr>
        <w:t>Мөн махбодод ирсэн Есүс Христийг хүлээн зөвшөөрдөггүй аливаа сүнс Бурханаас бус; энэ нь та нарын ирнэ гэж сонссон антихристийн сүнс мөн бөгөөд тэр нь эдүгээ аль хэдийн дэлхийд байна. 1 Иохан 4:3.</w:t>
      </w:r>
    </w:p>
    <w:p>
      <w:pPr>
        <w:pStyle w:val="ArticleScripture"/>
        <w:jc w:val="left"/>
      </w:pPr>
      <w:r>
        <w:rPr>
          <w:rFonts w:ascii="Times New Roman" w:hAnsi="Times New Roman" w:eastAsia="Times New Roman" w:cs="Times New Roman"/>
        </w:rPr>
        <w:t>Учир нь олон мэхлэгчид ертөнцөд орж ирсэн бөгөөд тэд Есүс Христийг махбодоор ирснийг хүлээн зөвшөөрдөггүй. Тийм хүн бол мэхлэгч бөгөөд антихрист мөн. 2 Иохан 1:7.</w:t>
      </w:r>
    </w:p>
    <w:p>
      <w:pPr>
        <w:pStyle w:val="ArticleBody"/>
        <w:jc w:val="left"/>
      </w:pPr>
      <w:r>
        <w:rPr>
          <w:rFonts w:ascii="Times New Roman" w:hAnsi="Times New Roman" w:eastAsia="Times New Roman" w:cs="Times New Roman"/>
        </w:rPr>
        <w:t>Христийн биеийн сүм нь хүн бүрийн биеийн сүм мөн байв.</w:t>
      </w:r>
    </w:p>
    <w:p>
      <w:pPr>
        <w:pStyle w:val="ArticleScripture"/>
        <w:jc w:val="left"/>
      </w:pPr>
      <w:r>
        <w:rPr>
          <w:rFonts w:ascii="Times New Roman" w:hAnsi="Times New Roman" w:eastAsia="Times New Roman" w:cs="Times New Roman"/>
        </w:rPr>
        <w:t>“Христ Эденд соригдож байсан Адамыг бодвол, Сатаны сорилтуудыг тэсвэрлэхэд эзгүй цөлд тийм таатай байдалд байгаагүй. Бурханы Хүү Өөрийгөө даруу болгож, хүн төрөлхтөн Эденээс хойш дөрвөн мянган жилийн турш төөрөн холдож, анхдагч цэвэр ариун, зөв шударга байдлаасаа хазайсны дараа хүний мөн чанарыг Өөр дээрээ авсан. Нүгэл олон эрин үеийн турш хүн төрөлхтөн дээр аймшигт ул мөрөө үлдээж байсан бөгөөд бие махбодын, оюун санааны, ёс суртахууны доройтол бүх хүн төрөлхтний дунд ноёрхож байв.</w:t>
      </w:r>
    </w:p>
    <w:p>
      <w:pPr>
        <w:pStyle w:val="ArticleScripture"/>
        <w:jc w:val="left"/>
      </w:pPr>
      <w:r>
        <w:rPr>
          <w:rFonts w:ascii="Times New Roman" w:hAnsi="Times New Roman" w:eastAsia="Times New Roman" w:cs="Times New Roman"/>
        </w:rPr>
        <w:t>“Адам Еденд соригчид дайрагдах үедээ нүглийн ямар ч бузраар хиртээгүй байсан. Тэрээр Бурханы өмнө өөрийн төгс байдлын хүч чадал дотор зогсож байв. Түүний оршихуйн бүх эрхтэн, чадварууд жигд хөгжсөн бөгөөд хоорондоо төгс зохиролтой тэнцвэржсэн байлаа.</w:t>
      </w:r>
    </w:p>
    <w:p>
      <w:pPr>
        <w:pStyle w:val="ArticleScripture"/>
        <w:jc w:val="left"/>
      </w:pPr>
      <w:r>
        <w:rPr>
          <w:rFonts w:ascii="Times New Roman" w:hAnsi="Times New Roman" w:eastAsia="Times New Roman" w:cs="Times New Roman"/>
        </w:rPr>
        <w:t>“Христ сорилтын цөлд, Адамын тэвчиж чадалгүй унасан тэр шалгалтыг үүрэхээр түүний оронд зогсов. Энд Христ нүгэлтний төлөө, Адам гэрийнхээ гэрлээс нүүр буруулснаас хойш дөрвөн мянган жилийн дараа, ялалтыг байгуулсан юм. Бурханы оршихуйгаас тусгаарлагдсан хүн төрөлхтөн, үе улиран өнгөрөх тусам, Адам Еденд эзэмшиж байсан анхны ариун байдал, мэргэн ухаан, мэдлэгээс улам бүр холдон одсоор ирсэн. Христ хүнийг туслахаар газарт ирэх үедээ хүн төрөлхтний байсан тэр байдал дахь нүгэл хийгээд дорой мөхөс байдлыг Өөр дээрээ үүрсэн. Унасан хүний сул дорой байдлыг Өөр дээрээ тээж, хүн ямар бүх талаар Сатаны дайралтад өртөх вэ, тэр бүхэнд нь Сатаны сорилтуудыг хүн төрөлхтний өмнөөс сөрөн зогсох учиртай байсан.” Selected Messages, book 1, 267, 268.</w:t>
      </w:r>
    </w:p>
    <w:p>
      <w:pPr>
        <w:pStyle w:val="ArticleBody"/>
        <w:jc w:val="left"/>
      </w:pPr>
      <w:r>
        <w:rPr>
          <w:rFonts w:ascii="Times New Roman" w:hAnsi="Times New Roman" w:eastAsia="Times New Roman" w:cs="Times New Roman"/>
        </w:rPr>
        <w:t>Иоханы хоёрдугаар бүлэгт Христ Өөрийн биеийг сүм хэмээн ярьсан бөгөөд Түүний бие-сүм нь дөрвөн мянган жилийн туршид хуримтлагдсан доройтлын сулралыг агуулсан хүнийх байсан юм. Христийн дурдсан тэр хүний сүм нь дөчин зургаан хромосомоос бүрддэг. Мосе хуулийг болон сүмийг босгох зааврыг хүлээн авахаар Синайд гарсан үедээ уулан дээр дөчин зургаан өдөр байсан. Езекиел Христ Өөрийн сүмийг хоёр савааны “дунд” байрлуулна хэмээн өгүүлдэг. Иоханд хэмжихээр тушаагдсан хойд хаант улс ба өмнөд хаант улсын долоон цаг хугацаа дууссаны дараах тэр хугацаа нь дөчин зургаан жил байсан бөгөөд энэ нь 1798 ба 1844 оны хоорондох “дунд” буюу хугацааг төлөөлж байв. Тэр дөчин зургаан жилийн дотор Есүс гэрээний элчийн хувьд ирэхдээ гэнэт цэвэрлэх тэр сүнслэг сүмийг босгосон. Гэрээний элчийн хувьд Тэр Өөрийн хуулийг ард түмнийхээ зүрхэн дээр бичих байв. Тэр хууль нь хоёр чулуун хавтангаар дүрслэгддэг. Эхний хавтан нь дөрвөн тушаалтай, хоёр дахь хавтан нь зургаан тушаалтай. Тэд хамтдаа дөчин зургаан гэсэн тоог илэрхийлдэг.</w:t>
      </w:r>
    </w:p>
    <w:p>
      <w:pPr>
        <w:pStyle w:val="ArticleBody"/>
        <w:jc w:val="left"/>
      </w:pPr>
      <w:r>
        <w:rPr>
          <w:rFonts w:ascii="Times New Roman" w:hAnsi="Times New Roman" w:eastAsia="Times New Roman" w:cs="Times New Roman"/>
        </w:rPr>
        <w:t>1798 оноос 1844 он хүртэлх сүнслэг Израилийн цугларалт нь сүнслэг Израилийн цугларалтыг төлөөлөхийн зэрэгцээ, мөн нэгэн сүм байгуулагдахыг ч төлөөлдөг.</w:t>
      </w:r>
    </w:p>
    <w:p>
      <w:pPr>
        <w:pStyle w:val="ArticleScripture"/>
        <w:jc w:val="left"/>
      </w:pPr>
      <w:r>
        <w:rPr>
          <w:rFonts w:ascii="Times New Roman" w:hAnsi="Times New Roman" w:eastAsia="Times New Roman" w:cs="Times New Roman"/>
        </w:rPr>
        <w:t>Хүмүүсийн зүгээс үнэхээр гологдсон боловч Бурханы сонгосон, эрхэм нандин амьд чулуунд та нар ирж байгаа тул, та нар ч мөн амьд чулуунуудын адил сүнслэг өргөө болон баригдаж, Есүс Христээр дамжин Бурханд тааламжит сүнслэг тахилуудыг өргөх ариун санваартан болж байна.</w:t>
      </w:r>
    </w:p>
    <w:p>
      <w:pPr>
        <w:pStyle w:val="ArticleScripture"/>
        <w:jc w:val="left"/>
      </w:pPr>
      <w:r>
        <w:rPr>
          <w:rFonts w:ascii="Times New Roman" w:hAnsi="Times New Roman" w:eastAsia="Times New Roman" w:cs="Times New Roman"/>
        </w:rPr>
        <w:t>Тиймээс ч Сударт: «Харагтун, Би Сионд сонгогдсон, үнэт тэргүүн булангийн чулууг тавьж байна; мөн Түүнд итгэдэг хүн ичгүүрт үл орно» гэж бичигдсэн байдаг.</w:t>
      </w:r>
    </w:p>
    <w:p>
      <w:pPr>
        <w:pStyle w:val="ArticleScripture"/>
        <w:jc w:val="left"/>
      </w:pPr>
      <w:r>
        <w:rPr>
          <w:rFonts w:ascii="Times New Roman" w:hAnsi="Times New Roman" w:eastAsia="Times New Roman" w:cs="Times New Roman"/>
        </w:rPr>
        <w:t>Иймээс итгэгч та нарт Тэр үнэтэй бөлгөө. Харин дуулгаваргүй хүмүүст бол барилгачдын голсон тэр чулуу нь булангийн тэргүүн чулуу болсон бөгөөд, бүдрүүлэх чулуу, мөн тээглэх хад болсон юм. Тэд үгэнд бүдэрч, дуулгаваргүй байдаг; үүнд тэд мөн томилогдсон билээ.</w:t>
      </w:r>
    </w:p>
    <w:p>
      <w:pPr>
        <w:pStyle w:val="ArticleScripture"/>
        <w:jc w:val="left"/>
      </w:pPr>
      <w:r>
        <w:rPr>
          <w:rFonts w:ascii="Times New Roman" w:hAnsi="Times New Roman" w:eastAsia="Times New Roman" w:cs="Times New Roman"/>
        </w:rPr>
        <w:t>Харин та нар бол сонгогдсон удмынхан, хааны санваартнууд, ариун үндэстэн, Өөрийн онцгой ард түмэн мөн; энэ нь та нарыг харанхуйгаас Өөрийн гайхамшигт гэрэл уруу дуудсан Нэгэний магтаалыг тунхаглуулахын тулд юм. Урьд цагт та нар ард түмэн биш байсан, харин эдүгээ Бурханы ард түмэн болсон; өршөөл хүртээгүй байсан, харин эдүгээ өршөөл хүртсэн билээ. 1 Петр 2:4–10.</w:t>
      </w:r>
    </w:p>
    <w:p>
      <w:pPr>
        <w:pStyle w:val="ArticleBody"/>
        <w:jc w:val="left"/>
      </w:pPr>
      <w:r>
        <w:rPr>
          <w:rFonts w:ascii="Times New Roman" w:hAnsi="Times New Roman" w:eastAsia="Times New Roman" w:cs="Times New Roman"/>
        </w:rPr>
        <w:t>1798-аас 1844 он хүртэл босгогдсон сүмд дуулгаваргүй байдалд “томилогдсон” нэгэн бүлэг багтдаг. Тэдний дуулгаваргүй байдал нь “долоон цаг”-ийг, “булангийн чулуу”-г, “барилгачдын голсон чулуу”-г—өөрөөр хэлбэл “бүдрүүлэх хад” болон “бүдрэлтийн чулуу” болсон түүнийг—үгүйсгэсэн явдлаар илэрсэн юм.</w:t>
      </w:r>
    </w:p>
    <w:p>
      <w:pPr>
        <w:pStyle w:val="ArticleBody"/>
        <w:jc w:val="left"/>
      </w:pPr>
      <w:r>
        <w:rPr>
          <w:rFonts w:ascii="Times New Roman" w:hAnsi="Times New Roman" w:eastAsia="Times New Roman" w:cs="Times New Roman"/>
        </w:rPr>
        <w:t>“Бурханаар сонгогдсон” анги нь хүмүүсийн “голсон” “чулуу”-г “амьд чулуу” мөн, түүнчлэн “Бурханаар сонгогдсон, эрхэм” байсан “чулуу” хэмээн таньсан. “Бурханаар сонгогдсон,” “сонгогдсон үе” нь “урьд цагт” “ард түмэн биш байсан, харин” тэр цагт “Бурханы ард түмэн” болох ёстой байв. Бурхан хоёр савааг цуглуулахдаа тэднийг “харь үндэстнүүдийн” дундаас гаргасан. Тэрээр 1798 оноос 1844 он хүртэлх дөчин зургаан жилийн хугацаанд хоёр үндэстнийг нэг болгон нэгтгэх үед тэд Түүний ард түмэн болох ёстой байв.</w:t>
      </w:r>
    </w:p>
    <w:p>
      <w:pPr>
        <w:pStyle w:val="ArticleBody"/>
        <w:jc w:val="left"/>
      </w:pPr>
      <w:r>
        <w:rPr>
          <w:rFonts w:ascii="Times New Roman" w:hAnsi="Times New Roman" w:eastAsia="Times New Roman" w:cs="Times New Roman"/>
        </w:rPr>
        <w:t>Зөвхөн нэг л суурь байдаг бөгөөд тэр суурь нь Есүс Христ мөн. Харин дуулгаваргүйчүүдийн голсон түүхийн суурь байсан “бүдрүүлэх чулуу” нь Мосегийн “долоон цаг” байсан. 1863 онд “долоон цаг”-ийг голсон нь Есүс Христийг голсон хэрэг байсан юм.</w:t>
      </w:r>
    </w:p>
    <w:p>
      <w:pPr>
        <w:pStyle w:val="ArticleBody"/>
        <w:jc w:val="left"/>
      </w:pPr>
      <w:r>
        <w:rPr>
          <w:rFonts w:ascii="Times New Roman" w:hAnsi="Times New Roman" w:eastAsia="Times New Roman" w:cs="Times New Roman"/>
        </w:rPr>
        <w:t>1844 оны 10-р сарын 22-нд эхэлсэн ариун газрын цэвэршүүлэлт нь зөвхөн хоёр мянга гурван зуун жилийн эш үзүүллэгийн биелэл байсан гэж дүгнэдэг үлгэр домгийн хоол нь хоосон ариун газрыг, үйлчлэгч олонтой бус ариун газрыг, иргэдгүй хаанчлалыг тодорхойлдог. Зөнөөр өгөгдсөн ариун газрын зорилгын дотроос Бурхан ариун газрын зорилго нь юу болохыг айлдсан тэр зүйлээс илүү дээд ач холбогдолтой ямар ч зорилго үгүй.</w:t>
      </w:r>
    </w:p>
    <w:p>
      <w:pPr>
        <w:pStyle w:val="ArticleScripture"/>
        <w:jc w:val="left"/>
      </w:pPr>
      <w:r>
        <w:rPr>
          <w:rFonts w:ascii="Times New Roman" w:hAnsi="Times New Roman" w:eastAsia="Times New Roman" w:cs="Times New Roman"/>
        </w:rPr>
        <w:t>Тэд Надад ариун газар байгуулг; тэгвэл Би тэдний дунд орших болно. Египетээс гарсан нь 25:8.</w:t>
      </w:r>
    </w:p>
    <w:p>
      <w:pPr>
        <w:pStyle w:val="ArticleBody"/>
        <w:jc w:val="left"/>
      </w:pPr>
      <w:r>
        <w:rPr>
          <w:rFonts w:ascii="Times New Roman" w:hAnsi="Times New Roman" w:eastAsia="Times New Roman" w:cs="Times New Roman"/>
        </w:rPr>
        <w:t>Судруудад Бурханы ариун сүм нь Түүний ард түмэнтэй, өөрөөр хэлбэл цэрэгтэй нь үргэлж холбоотой байдаг. Хоёр үндэстэн хэмээн тодорхойлогдсон Езекиелийн хоёр таяг нь нэг үндэстэн болох ёстой байсан бөгөөд Бурханы ариун сүм тэдний дунд байх байв. Даниелын наймдугаар бүлгийн арван гуравдугаар эшлэлийн асуултыг, уг асуулт үнэндээ юу асууж байгааг нуухын тулд гуйвуулан дүрслэх нь, мөн тэрчлэн уг асуултад хариулахаар асуугдсан арван гуравдугаар эшлэл дэх “нэгэн ариун хүн”-ийг үгүйсгэж буй хэрэг мөн.</w:t>
      </w:r>
    </w:p>
    <w:p>
      <w:pPr>
        <w:pStyle w:val="ArticleScripture"/>
        <w:jc w:val="left"/>
      </w:pPr>
      <w:r>
        <w:rPr>
          <w:rFonts w:ascii="Times New Roman" w:hAnsi="Times New Roman" w:eastAsia="Times New Roman" w:cs="Times New Roman"/>
        </w:rPr>
        <w:t>Тэгээд би нэгэн ариун нэгний ярьж байхыг сонсов. Бас өөр нэгэн ариун нэгэн ярьж байсан тэрхүү ариун нэгнээс: Өдөр тутмын тахилын тухай, мөн сүйрэл авчрах гэм нүглийн тухай, ариун газрыг болон цэргийг хөл дор гишгүүлэн өгүүлэх тэр үзэгдэл хэзээ хүртэл үргэлжлэх вэ? гэж асуув. Тэгэхэд тэр надад: Хоёр мянга гурван зуун өдөр хүртэл; тэгээд ариун газар цэвэршүүлэгдэх болно, гэв. Даниел 8:13, 14.</w:t>
      </w:r>
    </w:p>
    <w:p>
      <w:pPr>
        <w:pStyle w:val="ArticleBody"/>
        <w:jc w:val="left"/>
      </w:pPr>
      <w:r>
        <w:rPr>
          <w:rFonts w:ascii="Times New Roman" w:hAnsi="Times New Roman" w:eastAsia="Times New Roman" w:cs="Times New Roman"/>
        </w:rPr>
        <w:t>Асуултыг тавигдсан тэнгэрлэг Нэгнийг “тэр нэгэн ариун” хэмээн нэрлэсэн байдаг бөгөөд энэ хэллэг нь еврей “Палмони” гэдэг үгнээс орчуулагдсан бөгөөд “гайхамшигт тоологч”, “нууцуудын тоологч” гэсэн утгатай. Адвентизмын төв багана, суурь болсон уг хэсэгт Христ Өөрийгөө гайхамшигт тоологчоор төлөөлүүлэн харуулдаг. Тэрээр үүнийг Библи дэх хамгийн урт хугацааны эш үзүүллэг болон мөн хоёр мянга гурван зуун өдрийн хугацааны эш үзүүллэгийн хоорондын хамаарлыг тодорхойлж буй яг тэр газарт хийдэг. Хамгийн урт хугацааны эш үзүүллэг нь Левит хорин зургаад буй долоон цаг хугацаа болох Мосегийн тангараг юм. Энэ нь Израилийн хоёр гэрийн тараагдан бутрах болон боолчлогдохыг тодорхойлдог эш үзүүллэг бөгөөд тэдгээр нь арван гуравдугаар эшлэлд дэвслэгдэх “цэрэг” хэмээн тодорхойлогдсон байдаг, харин арван дөрөвдүгээр эшлэл нь ариун газрын дэвслэгдэх эш үзүүллэгийг тодорхойлдог. Зарафатын бэлэвсэн эмэгтэй гэрээний элчийн галд зориулан хоёр мод хураасны дараа, эдгээр хоёр эш үзүүллэг 1844 оны 10 дугаар сарын 22-нд биелсэн юм.</w:t>
      </w:r>
    </w:p>
    <w:p>
      <w:pPr>
        <w:pStyle w:val="ArticleBody"/>
        <w:jc w:val="left"/>
      </w:pPr>
      <w:r>
        <w:rPr>
          <w:rFonts w:ascii="Times New Roman" w:hAnsi="Times New Roman" w:eastAsia="Times New Roman" w:cs="Times New Roman"/>
        </w:rPr>
        <w:t>Виллиам Миллерийг тэнгэрэлчүүд эш үзүүллэгийн цаг хугацааны хамгийн анхны үнэнийг ойлгоход хөтөлсөн тэр үнэнийг Адвентизм няцаах үед, тэд өөрсдийгөө сохолсон юм. 1856 онд Хайрам Эдсоны найман өгүүллээр дамжуулан Палмони долоон цагийн гэрлийг улам нэмэгдүүлэхийг оролдсон боловч ямар ч үр дүнд хүрсэнгүй. Тэд Лаодикид хандсан захиасыг няцааж, Лаодикийн хортой таван илрэлийг хүлээн авснаар өөрсдийгөө ухаангүй таван онгон охин мөн хэмээн тодорхойлсон юм.</w:t>
      </w:r>
    </w:p>
    <w:p>
      <w:pPr>
        <w:pStyle w:val="ArticleBody"/>
        <w:jc w:val="left"/>
      </w:pPr>
      <w:r>
        <w:rPr>
          <w:rFonts w:ascii="Times New Roman" w:hAnsi="Times New Roman" w:eastAsia="Times New Roman" w:cs="Times New Roman"/>
        </w:rPr>
        <w:t>Исаиа долоогийн жаран таван жил нь эхлэлдээ МЭӨ 742 он, МЭӨ 723 он, МЭӨ 677 оныг тодорхойлдог бөгөөд төгсгөлийн түүхэндээ 1798, 1844, 1863 онуудад дахин давтагдсан юм. Тэрхүү төгсгөлийн түүхийг Езекиелийн гучин долдугаар бүлэг дэх хоёр савааг нэгтгэхээр төлөөлүүлдэг бөгөөд Сарептагийн бэлэвсэн эмэгтэй (Шинэ Гэрээний грек хэлэнд түүнийг ингэж нэрлэдэг) нь Библийн эш үзүүлгийн зургаа дахь хаант улсын түүхийн үед Бурхан сүнслэг Иудад (алдарт газар) сүнслэг Израильтай гэрээт харилцаа тогтоож буй түүх юм. Жаран таван жилийн эш үзүүлгийн төгсгөл болох тэрхүү түүх нь мөн Илчлэл арван гурав дахь бүлгийн газрын араатны эхлэлийг төлөөлдөг. Библийн эш үзүүлгийн зургаа дахь хаант улсын эхэнд хоёр савааны нийлэл нь Библийн эш үзүүлгийн зургаа дахь хаант улсын төгсгөлийг дүрслэн үзүүлдэг. Тэрхүү түүх нь Протестантизмын эвэр болон Бүгд Найрамдах үзлийн эвэрийн зэрэгцээ түүхийг агуулдаг.</w:t>
      </w:r>
    </w:p>
    <w:p>
      <w:pPr>
        <w:pStyle w:val="ArticleBody"/>
        <w:jc w:val="left"/>
      </w:pPr>
      <w:r>
        <w:rPr>
          <w:rFonts w:ascii="Times New Roman" w:hAnsi="Times New Roman" w:eastAsia="Times New Roman" w:cs="Times New Roman"/>
        </w:rPr>
        <w:t>Зөнчлөлийн утгаар авч үзвэл, хүч, эсвэл эвэр, эсвэл үндэстэн, эсвэл хаант улс, эсвэл хаан, эсвэл толгой нь тэдгээрийг хэрэглэж буй нөхцөл байдлаас шалтгаалан харилцан сольж хэрэглэгдэх бэлгэдлүүд мөн. Эдгээр бүх бэлгэдэл нь мөн Езекиелийн хоёр үндэстэн хэмээн тодорхойлсон хоёр савааг заадаг. Газрын араатны зөнчлөлийн түүхийн эхэнд протестант эвэр нэг үндэстэн, өөрөөр хэлбэл нэг эвэрт цугларсан байв. Яг тэрхүү ижил түүхийн төгсгөлд Бүгд Найрамдах эвэр нь урвасан протестантизмын эвэртэй нэгдэн нэг үндэстэн болно. Тэр үндэстэн нь Илчлэлт арван гуравдугаар бүлгийн тэнгисийн араатны дүр болох болно. Утга зүйн хувьд, хэрэв бид долоон цагийн хараалын гэрчлэлийг (шууд Израилийн аль аль гэрийн эсрэг хэрэгжүүлэгдсэн тэрхүү гэрчлэлийг) харахаас татгалзвал, эртний Израилийн тэр хоёр шууд гэр хэрхэн 1844 онд сүнслэг Израилийн үндэстэн болсон болохыг бид мэдээж олж харж чадахгүй. Хэрэв бид тэр түүхийг харж чадахгүй бол, АНУ-ын эхэн үеийн тэр түүх төгсгөлийн үеийн түүхийг хэрхэн тодорхойлж байгааг—өөрөөр хэлбэл, Бүгд Найрамдах эвэр цуглуулах үйл явц болон эхэнд протестант эвэрээр дүрслэгдсэн нэгдэн нийлэхийг давтан үйлдэх тэр үеийг—бид үнэхээр “ямар ч ойлголтгүй” байх болно.</w:t>
      </w:r>
    </w:p>
    <w:p>
      <w:pPr>
        <w:pStyle w:val="ArticleBody"/>
        <w:jc w:val="left"/>
      </w:pPr>
      <w:r>
        <w:rPr>
          <w:rFonts w:ascii="Times New Roman" w:hAnsi="Times New Roman" w:eastAsia="Times New Roman" w:cs="Times New Roman"/>
        </w:rPr>
        <w:t>Бид эдгээр үнэнүүдийг дараагийн өгүүлэлд үргэлжлүүлэн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Елиа — Арван гурав дахь тоо</dc:title>
  <dc:subject>Дөчин зургаа</dc:subject>
  <dc:creator>Jeff Pippenger</dc:creator>
  <cp:keywords/>
  <dc:description>Generated by ArticleDigger from elijah\13_elijah.json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