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Елиа — Арван дөрөв дэх нь</w:t>
      </w:r>
    </w:p>
    <w:p>
      <w:pPr>
        <w:pStyle w:val="ArticleSubtitle"/>
        <w:jc w:val="left"/>
      </w:pPr>
      <w:r>
        <w:rPr>
          <w:rFonts w:ascii="Arial" w:hAnsi="Arial" w:eastAsia="Arial" w:cs="Arial"/>
        </w:rPr>
        <w:t>Эш үзүүлэгч параллель: Илиагийн сүнсэн дэх Миллеритүүдээс Future for America хүртэл</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2023-10-21</w:t>
      </w:r>
    </w:p>
    <w:p>
      <w:pPr>
        <w:pStyle w:val="ArticleBody"/>
        <w:jc w:val="left"/>
      </w:pPr>
      <w:r>
        <w:rPr>
          <w:rFonts w:ascii="Times New Roman" w:hAnsi="Times New Roman" w:eastAsia="Times New Roman" w:cs="Times New Roman"/>
        </w:rPr>
        <w:t>Эцсийн цаг болох 1798 онд Даниел номын найм болон есдүгээр бүлгүүд дэх Улай голын эш үзүүллэгийн мэдээ тайлагдаж, Бурханы шүүлт ойртсоныг тунхаглахын тулд Виллиам Миллер Елиагийн сүнс ба хүчээр босгогдов.</w:t>
      </w:r>
    </w:p>
    <w:p>
      <w:pPr>
        <w:pStyle w:val="ArticleScripture"/>
        <w:jc w:val="left"/>
      </w:pPr>
      <w:r>
        <w:rPr>
          <w:rFonts w:ascii="Times New Roman" w:hAnsi="Times New Roman" w:eastAsia="Times New Roman" w:cs="Times New Roman"/>
        </w:rPr>
        <w:t>“Уильям Миллер болон түүний хамтран зүтгэгчдэд энэ анхааруулгыг Америкт тунхаглах нь өгөгдсөн юм. Энэ улс агуу Адвентийн хөдөлгөөний төв болсон. Энд анхны тэнгэрэлчийн мэдээний эш үзүүллэг хамгийн шууд байдлаар биеллээ олсон юм. Миллер болон түүний хамтран зүтгэгчдийн бичвэрүүд алс холын орнуудад хүргэгдсэн. Дэлхийн хаана ч номлогчид нэвтэрсэн тэр газар бүрт Христийн удахгүй эргэн ирэх баярт мэдээ түгээгдэж байв. ‘Бурханаас эмээгтүн, Түүнд алдрыг өргөгтүн; учир нь Түүний шүүлтийн цаг иржээ’ хэмээх мөнхийн сайн мэдээ алс хол, өргөн уудам тархсан юм.” Агуу Тэмцэл, 368.</w:t>
      </w:r>
    </w:p>
    <w:p>
      <w:pPr>
        <w:pStyle w:val="ArticleBody"/>
        <w:jc w:val="left"/>
      </w:pPr>
      <w:r>
        <w:rPr>
          <w:rFonts w:ascii="Times New Roman" w:hAnsi="Times New Roman" w:eastAsia="Times New Roman" w:cs="Times New Roman"/>
        </w:rPr>
        <w:t>1989 онд, төгсгөлийн цагт, Даниелын арваас арван хоёрдугаар бүлгүүдэд өгүүлэгдсэн Хиддекел мөрний эш үзүүллэгийн мэдээний лац тайлагдаж, Бурханы шүүлт ойртсоныг тунхаглахын тулд Future for America нь Елиагийн сүнс ба хүчээр өргөгдөн гарч ирсэн.</w:t>
      </w:r>
    </w:p>
    <w:p>
      <w:pPr>
        <w:pStyle w:val="ArticleBody"/>
        <w:jc w:val="left"/>
      </w:pPr>
      <w:r>
        <w:rPr>
          <w:rFonts w:ascii="Times New Roman" w:hAnsi="Times New Roman" w:eastAsia="Times New Roman" w:cs="Times New Roman"/>
        </w:rPr>
        <w:t>Миллерчүүд шүүлтийн эхлэлийг тунхагласан бол Future for America шүүлтийн төгсгөлийг тунхагладаг. Миллерчүүдийн эш үзүүллэгийн хүрээ нь эхлээд харийн шашинтны хоёр сүйтгэгч хүч, түүний дараа папын засаглал байв. Future for America-гийн эш үзүүллэгийн хүрээ нь эхлээд харийн шашинтны гурван сүйтгэгч хүч, түүний дараа папын засаглал, улмаар урвасан протестантизм юм.</w:t>
      </w:r>
    </w:p>
    <w:p>
      <w:pPr>
        <w:pStyle w:val="ArticleBody"/>
        <w:jc w:val="left"/>
      </w:pPr>
      <w:r>
        <w:rPr>
          <w:rFonts w:ascii="Times New Roman" w:hAnsi="Times New Roman" w:eastAsia="Times New Roman" w:cs="Times New Roman"/>
        </w:rPr>
        <w:t>Миллеритүүд Филаделфичууд байдлаар эхэлж, Лаодикичуудад шилжсэн. Future for America нь Лаодикичууд байдлаар эхэлж, Филаделфичуудад шилждэг. Миллеритүүдийн хувьд Филаделфиас Лаодики уруу хийсэн шилжилт нь Елиагийн үхэл болон Мосегийн тангаргийн талаарх түүний мэдээтэй холбоотой байсан. Future for America-гийн шилжилт нь Илчлэлт арван нэгдүгээр бүлэг дэх Елиа ба Мосегийн үхэл болон амилалттай холбоотой юм.</w:t>
      </w:r>
    </w:p>
    <w:p>
      <w:pPr>
        <w:pStyle w:val="ArticleBody"/>
        <w:jc w:val="left"/>
      </w:pPr>
      <w:r>
        <w:rPr>
          <w:rFonts w:ascii="Times New Roman" w:hAnsi="Times New Roman" w:eastAsia="Times New Roman" w:cs="Times New Roman"/>
        </w:rPr>
        <w:t>1844 онд шүүлт эхлэх үед Миллеритүүд Кармел уулан дахь Елиагийн ажлыг гүйцэлдүүлсэн байв. Шүүлтийн төгсгөлд, Ням гаргийн хуулийн үед, Future for America-гийн хөдөлгөөн Кармел уулан дахь Елиагийн ажлыг гүйцэлдүүлсэн байх болно. Миллеритүүдийн түүхэнд Исаиа 7:8-д тэмдэглэгдсэн жаран таван жилийн эш үзүүллэгийн гурван тэмдэгт үе дахин давтагдсан бөгөөд хоёр үндэстэн нэг үндэстэн болон нэгдэж, Илчлэлт 13-ын газрын араатны протестант эврийг тогтоосон юм. Future for America-гийн түүхэнд мөнхүү жаран таван жилийн тэрхүү гурван тэмдэгт үе дахин давтагдах бөгөөд хоёр үндэстэн нэгдэн, луу мэт ярьдаг Бүгд Найрамдах үзлийн эврийг бүрдүүлнэ.</w:t>
      </w:r>
    </w:p>
    <w:p>
      <w:pPr>
        <w:pStyle w:val="ArticleBody"/>
        <w:jc w:val="left"/>
      </w:pPr>
      <w:r>
        <w:rPr>
          <w:rFonts w:ascii="Times New Roman" w:hAnsi="Times New Roman" w:eastAsia="Times New Roman" w:cs="Times New Roman"/>
        </w:rPr>
        <w:t>Future for America-гийн эш үзүүллэгийн түүх дэх тэрхүү гурван тэмдэгтийн эхнийх нь 1989 оны төгсгөлийн цаг байв. Хоёр дахь нь 2001 оны 9 дүгээр сарын 11 байсан бөгөөд гурав дахь нь тун удахгүй ирэх Ням гаргийн хууль байх болно. Миллерчүүдийн түүхэнд Исаиа долдугаар бүлэгт тодорхойлогдсон тэмдэгтийн дараалал нь Исаиагийн түүх дэх тэмдэгтийн дарааллаас урвуу байсан. Future for America-гийн түүхэнд тэрхүү дараалал нь жаран таван жилийн эхний эшлэлтэй нийцдэг, гэвч төгсгөлд нь цаг хугацааны ямар ч элемент цаашид байхгүй болно. 1844 оны 10 дугаар сарын 22-ноос хойш эш үзүүллэгийн цаг хугацааны аливаа хэрэглээ нь сатаны төөрөгдөл мөн.</w:t>
      </w:r>
    </w:p>
    <w:p>
      <w:pPr>
        <w:pStyle w:val="ArticleBody"/>
        <w:jc w:val="left"/>
      </w:pPr>
      <w:r>
        <w:rPr>
          <w:rFonts w:ascii="Times New Roman" w:hAnsi="Times New Roman" w:eastAsia="Times New Roman" w:cs="Times New Roman"/>
        </w:rPr>
        <w:t>Исаиа долоодугаар бүлэгт өгүүлэгдсэнчлэн гурван замын тэмдгийн дарааллыг, Миллерит түүхэн дэх урвуу дараалалтай нь бус, баримтлан тогтоох эш үзүүллэгийн үндэслэл нь “анх дурдсаны дүрэм”-д хэсэгчлэн тулгуурладаг. Жаран таван жилийн дараалал анх Исаиа долоодугаар бүлэгт дурдагддаг бөгөөд эцэст нь, тэдгээр жилээр төлөөлөгдсөн эш үзүүллэгийн түүхийн эцсийн биелэл хөдөлгөөн дотор хэрэгжих үед жаран таван жилийн хугацааны бүрэлдэхүүн хэсэг хэдийнээ байхгүй болсон хэдий ч, гурван замын тэмдэг мөн л ялгаран танигдсаар байдаг бөгөөд тэд Исаиагийн түүхэн дэхтэй адил дарааллаа хадгалдаг.</w:t>
      </w:r>
    </w:p>
    <w:p>
      <w:pPr>
        <w:pStyle w:val="ArticleBody"/>
        <w:jc w:val="left"/>
      </w:pPr>
      <w:r>
        <w:rPr>
          <w:rFonts w:ascii="Times New Roman" w:hAnsi="Times New Roman" w:eastAsia="Times New Roman" w:cs="Times New Roman"/>
        </w:rPr>
        <w:t>Тэмдэгтийн эхний дарааллыг хадгалах хоёр дахь үндэслэл нь жаран таван жил биелсэн Миллерийн түүхийн үеийн уялдаа холбоо, мөн Миллерийн хөдөлгөөн Ирээдүй Америкийн төлөө хөдөлгөөнтэй тасралтгүй үргэлжилсэн холбоотой байдагт оршино. Миллерийн түүх нь эхлэл байсан бөгөөд Ирээдүй Америкийн төлөө нь төгсгөл юм.</w:t>
      </w:r>
    </w:p>
    <w:p>
      <w:pPr>
        <w:pStyle w:val="ArticleBody"/>
        <w:jc w:val="left"/>
      </w:pPr>
      <w:r>
        <w:rPr>
          <w:rFonts w:ascii="Times New Roman" w:hAnsi="Times New Roman" w:eastAsia="Times New Roman" w:cs="Times New Roman"/>
        </w:rPr>
        <w:t>Миллерийн хөдөлгөөн 1863 онд төгсөж, хуулийн дагуу зохион байгуулагдсан Долоо дахь өдрийн Адвентист сүм эхэлсэн юм. Тэр үед 1798 онд, төгсгөлийн цагт, Улай голын үзэгдэл лацнаасаа тайлагдах үед ирсэн Елиагийн элч дуугүй болгогдон, дахин лацлагдсан байв. 1989 онд, төгсгөлийн цагт, Хиддекел голын үзэгдэл лацнаасаа тайлагдах үед Елиагийн элч эргэн ирэв.</w:t>
      </w:r>
    </w:p>
    <w:p>
      <w:pPr>
        <w:pStyle w:val="ArticleBody"/>
        <w:jc w:val="left"/>
      </w:pPr>
      <w:r>
        <w:rPr>
          <w:rFonts w:ascii="Times New Roman" w:hAnsi="Times New Roman" w:eastAsia="Times New Roman" w:cs="Times New Roman"/>
        </w:rPr>
        <w:t>Тэмдгүүдийн анхны дарааллыг хэвээр хадгалах гурав дахь үндэслэл нь дэлхийн араатан болон түүний хоёр эврийг хөндсөн эш үзүүлгийн шугамд оршино. Миллерчүүдийн түүхэнд хоёр үндэстэн нэгдэн Протестантизмын эвэр болсон. Future for America-гийн түүхэнд урвасан Протестантизм болон урвасан Бүгд Найрамдах үзлийн хоёр эвэр нэгдэн, араатны “дүрс,” мөн түүнчлэн араатанд “дүрс” болох нэгэн үндэстнийг бүрдүүлнэ. Эцсийн түүхэнд нийлж, сүм ба төрийн нэгэн эврийг бүрдүүлэх тэрхүү хоёр үндэстэн Ням гаргийн хуулиар тэр биелэлтдээ хүрдэг.</w:t>
      </w:r>
    </w:p>
    <w:p>
      <w:pPr>
        <w:pStyle w:val="ArticleBody"/>
        <w:jc w:val="left"/>
      </w:pPr>
      <w:r>
        <w:rPr>
          <w:rFonts w:ascii="Times New Roman" w:hAnsi="Times New Roman" w:eastAsia="Times New Roman" w:cs="Times New Roman"/>
        </w:rPr>
        <w:t>Араатны дүр төрх бүрэн төлөвшмөгц, Ням гаргийн хуулийг батлан гаргах чадвараараа түүний төгсгөл нь гэрчлэгддэг. Тэрхүү дүр төрхийн төлөвшил нь хугацааны турш өрнөх үйл явц мөн боловч, араатны тэмдэг нь цаг хугацаан дахь нэгэн цэг юм. Дүр төрхийг төлөвшүүлэх хугацаа нь 1798-аас 1844 он хүртэл ариун сүмийг барьж босгосон дөчин зургаан жилээр төлөөлөгдөнө. Бүгд Найрамдах эвэр, араатны дүр төрх төлөвшиж буй тэрхүү хугацаанд, шашин-улс төрийн нэгэн ариун сүмийг босгодог.</w:t>
      </w:r>
    </w:p>
    <w:p>
      <w:pPr>
        <w:pStyle w:val="ArticleBody"/>
        <w:jc w:val="left"/>
      </w:pPr>
      <w:r>
        <w:rPr>
          <w:rFonts w:ascii="Times New Roman" w:hAnsi="Times New Roman" w:eastAsia="Times New Roman" w:cs="Times New Roman"/>
        </w:rPr>
        <w:t>Араатны дүрийн хөгжил эш үзүүлгийн дагуу 2001 оны 9 дүгээр сарын 11-нд эхэлсэн. Тэрхүү хямрал нь Patriot Act-ийн гарч ирэлтийг тэмдэглэсэн бөгөөд энэ нь Үндсэн хуулийн эрх зүйг Английн эрх зүйн үндэслэлээс Ромын эрх зүйн үндэслэл рүү шилжсэнийг тэмдэглэсэн юм. Английн эрх зүй нь хүн буруутай нь нотлогдох хүртэл гэм буруугүйд тооцогдоно гэсэн зарчимд тулгуурладаг, харин Ромын эрх зүй нь хүн гэм буруугүй нь нотлогдох хүртэл буруутайд тооцогдоно гэсэн зарчимд тулгуурладаг.</w:t>
      </w:r>
    </w:p>
    <w:p>
      <w:pPr>
        <w:pStyle w:val="ArticleBody"/>
        <w:jc w:val="left"/>
      </w:pPr>
      <w:r>
        <w:rPr>
          <w:rFonts w:ascii="Times New Roman" w:hAnsi="Times New Roman" w:eastAsia="Times New Roman" w:cs="Times New Roman"/>
        </w:rPr>
        <w:t>2001 оны 9 дүгээр сарын 11-нээс Ням гаргийн хууль хүртэл босгогдох улс төрийн сүмийг мөн араатны дүрсийн бүрэлдэн тогтох явдал дүрслэн харуулдаг. Эш үзүүллэгийн цаг хугацаа цаашид хэрэглэхүйц байхаа больсон тул, Протестантизмын эвэр сүнслэг сүмийг босгосон дөчин зургаан жил нь, Бүгд Найрамдах үзлийн эвэр өөрийн шашин-улс төрийн сүмийг босгон байгуулдаг цаг хугацааны нэгэн үеийг, тодорхой нэг мөчийг бус, дүрслэн үзүүлдэг.</w:t>
      </w:r>
    </w:p>
    <w:p>
      <w:pPr>
        <w:pStyle w:val="ArticleBody"/>
        <w:jc w:val="left"/>
      </w:pPr>
      <w:r>
        <w:rPr>
          <w:rFonts w:ascii="Times New Roman" w:hAnsi="Times New Roman" w:eastAsia="Times New Roman" w:cs="Times New Roman"/>
        </w:rPr>
        <w:t>Исаиа долоодугаар бүлэгт дүрслэгдсэн жаран таван жилийн гурван тэмдэглэгээний ижил дарааллыг хэрэглэхийн тулд өгөгдөх үндсэн гурван зөвтгөлийн эхнийх нь анх дурдагдсан зүйлийн дүрэм юм; МЭӨ 742 он, МЭӨ 723 он, МЭӨ 677 он, өөрөөр хэлбэл арван есөн жилийн дараа дөчин зургаан жил. Харин Миллерчүүдийн түүхэнд энэ нь эсрэгээрээ байсан; 1798, 1844, 1863 он, өөрөөр хэлбэл дөчин зургаан жилийн дараа арван есөн жил.</w:t>
      </w:r>
    </w:p>
    <w:p>
      <w:pPr>
        <w:pStyle w:val="ArticleBody"/>
        <w:jc w:val="left"/>
      </w:pPr>
      <w:r>
        <w:rPr>
          <w:rFonts w:ascii="Times New Roman" w:hAnsi="Times New Roman" w:eastAsia="Times New Roman" w:cs="Times New Roman"/>
        </w:rPr>
        <w:t>Хоёр дахь үндэслэл нь Елиагийн үүрэг ба ажлын мэдээний үргэлжлэл мөн. Елиа төгсгөлийн цагт, Даниелын номын лац тайлагдсан 1798 онд ирсэн (Daniel 8:14), дараа нь 1840-өөс 1844 оны хооронд Кармел уулан дахь тэмцэлд хүрч очсон бөгөөд улмаар 1863 онд заншил ба уламжлалын теологитой хамт дахин лацлагдсан. Елиа Даниелын номын лац тайлагдсан 1989 онд төгсгөлийн цагт дахин ирсэн. Тэр эш үзүүллэгийн хувьд 2001 оны 9 дүгээр сарын 11 хүртэл аялсан бөгөөд тэнд Кармел уулын тэмцэл эхэлж, удалгүй ирэх Ням гаргийн хуулиар төгсөнө. Елиагийн үүрэг ба ажлын үргэлжлэл нь Исаиа долоодугаар бүлэгт тодорхойлогдсон замын тэмдгүүдийн дарааллыг дэмждэг.</w:t>
      </w:r>
    </w:p>
    <w:p>
      <w:pPr>
        <w:pStyle w:val="ArticleBody"/>
        <w:jc w:val="left"/>
      </w:pPr>
      <w:r>
        <w:rPr>
          <w:rFonts w:ascii="Times New Roman" w:hAnsi="Times New Roman" w:eastAsia="Times New Roman" w:cs="Times New Roman"/>
        </w:rPr>
        <w:t>Газрын араатны хоёр эвэртэй холбоотой нөхцөл байдал нь Библийн эш үзүүллэгийн зургаа дахь хаанчлалын эхэнд нэг нь, төгсгөлд нөгөө нь байхаар, хоёр эвэр хоёулаа хоёр хүчнээс нэг хүч рүү шилждгийг тодорхойлдог. Эхлэл эсвэл төгсгөлийн аль нэгэн үеийн хоёр саваа цуглуулж, нэг үндэстэн болгон нэгтгэгдэхэд, тэдгээр нь эхэндээ сүнслэг сүмийг, эсвэл эцэстээ шашин-улс төрийн шинжтэй сүнслэг сүмийг байгуулж буйгаар дүрслэгддэг. Хуурамч сүм нь папын сүмийн дүр бөгөөд тэнд пап Бурханы сүмд заларч, өөрийгөө Бурхан хэмээн тунхагладаг.</w:t>
      </w:r>
    </w:p>
    <w:p>
      <w:pPr>
        <w:pStyle w:val="ArticleBody"/>
        <w:jc w:val="left"/>
      </w:pPr>
      <w:r>
        <w:rPr>
          <w:rFonts w:ascii="Times New Roman" w:hAnsi="Times New Roman" w:eastAsia="Times New Roman" w:cs="Times New Roman"/>
        </w:rPr>
        <w:t>Ням гаргийн хуулийн үед Америкийн Нэгдсэн Улс луу мэт ярихдаа яг тэр дүр төрхийг биелүүлэх болно. Учир нь сүм ба төрийг нэг саваанд нэгтгэсэн, хуурамч сүмийг тэр байгуулсан байх бөгөөд энэ харилцаанд сүм нь хяналтыг гартаа авсан байх болно.</w:t>
      </w:r>
    </w:p>
    <w:p>
      <w:pPr>
        <w:pStyle w:val="ArticleBody"/>
        <w:jc w:val="left"/>
      </w:pPr>
      <w:r>
        <w:rPr>
          <w:rFonts w:ascii="Times New Roman" w:hAnsi="Times New Roman" w:eastAsia="Times New Roman" w:cs="Times New Roman"/>
        </w:rPr>
        <w:t>Исаиа долоодугаар бүлэгт эш үзүүлэгч Исаиа өөрийн хүүг дагуулан, дээд цөөрмийн ус дамжуулах хоолойн дэргэд, угаагчийн талбайн зүгт, Ахаз хаанд тэрхүү мэдээг тунхаглахаар очив.</w:t>
      </w:r>
    </w:p>
    <w:p>
      <w:pPr>
        <w:pStyle w:val="ArticleScripture"/>
        <w:jc w:val="left"/>
      </w:pPr>
      <w:r>
        <w:rPr>
          <w:rFonts w:ascii="Times New Roman" w:hAnsi="Times New Roman" w:eastAsia="Times New Roman" w:cs="Times New Roman"/>
        </w:rPr>
        <w:t>Тэгээд ЭЗЭН Исаидад, “Чи хүү Шеар-яшубынхаа хамт угаагчийн талбайн зам дээрх дээд цөөрмийн сувгийн төгсгөлд Ахазтай уулзахаар одоо оч” гэж айлдав. Исаиа 7:3.</w:t>
      </w:r>
    </w:p>
    <w:p>
      <w:pPr>
        <w:pStyle w:val="ArticleBody"/>
        <w:jc w:val="left"/>
      </w:pPr>
      <w:r>
        <w:rPr>
          <w:rFonts w:ascii="Times New Roman" w:hAnsi="Times New Roman" w:eastAsia="Times New Roman" w:cs="Times New Roman"/>
        </w:rPr>
        <w:t>“Шеар-яшуб” хэмээх үг нь “үлдэгсэд эргэн ирнэ” гэсэн утгатай. Миллерчүүдийн эхлэлийн хөдөлгөөний үлдэгсэд 1989 онд “Future for America”-ийн хөдөлгөөнд эргэн ирсэн юм. Исаиа болон түүний хүү эцэг, хүүгийн харилцаагаараа дамжуулан эхлэл ба төгсгөлийг төлөөлдөг. Тэд эцгүүдийн зүрхийг хүүхдүүд рүү, хүүхдүүдийн зүрхийг эцгүүд рүү эргүүлэх ёстой байсан Елиагийн сүнсийг илэрхийлдэг. Исаиа хорон муу хаан Ахазад Елиагийн мэдээг тунхаглаж байв. Ахаз бусад олон ёрын үйлсийнхээ дотор ариун сүмийн үйлчлэлийг зогсоож, түүний оронд Ассирийн сүмийн хуулбарыг босгосноороо танигдсан билээ.</w:t>
      </w:r>
    </w:p>
    <w:p>
      <w:pPr>
        <w:pStyle w:val="ArticleScripture"/>
        <w:jc w:val="left"/>
      </w:pPr>
      <w:r>
        <w:rPr>
          <w:rFonts w:ascii="Times New Roman" w:hAnsi="Times New Roman" w:eastAsia="Times New Roman" w:cs="Times New Roman"/>
        </w:rPr>
        <w:t>Ахаз хаан ширээнд суухдаа хорин настай байсан бөгөөд Иерусалимд арван зургаан жил хаанчлав. Тэрээр өөрийн эцэг Давидын адил өөрийн Бурхан ЭЗЭНий мэлмийд зөвийг үйлдсэнгүй. Харин тэр Израилийн хаадын замаар явж, тийм ээ, ЭЗЭН Израилийн хөвгүүдийн өмнөөс хөөн зайлуулсан үндэстнүүдийн жигшүүрт ёсуудын дагуу хүүгээ галаар дамжуулав. Тэрээр мөн өндөрлөгүүд дээр, толгод дээр, мөн ногоорон буй мод бүрийн дор тахил өргөж, хүж уугиулав. Тэгээд Сирийн хаан Резин болон Израилийн хаан Ремалиагийн хүү Пеках Иерусалим уруу дайтахаар ирж, Ахазыг бүслэвч түүнийг дийлж чадсангүй. Тэр үед Сирийн хаан Резин Елатыг Сирид буцаан авч, иудейчүүдийг Елатаас хөөн гаргав; сиричүүд Елатад ирж, өнөөдрийг хүртэл тэнд нутаглан суув. Тэгэхэд Ахаз Ассирийн хаан Тиглатпилесерт элч нарыг илгээн, “Би чиний зарц, чиний хүү мөн. Надын эсрэг босож буй Сирийн хааны гараас, мөн Израилийн хааны гараас намайг аварч өгөөч” гэж хэлүүлэв. Ахаз ЭЗЭНий өргөөнд болон хааны өргөөний эрдэнэсийн сангаас олдсон мөнгө, алтыг авч, Ассирийн хаанд бэлэг болгон илгээв. Ассирийн хаан түүний үгийг сонсов. Учир нь Ассирийн хаан Дамаскийн эсрэг довтолж, түүнийг эзлэн авч, ард иргэдийг нь Кир уруу цөллөгт аваачиж, Резинийг хөнөөв. Тэгээд Ахаз хаан Ассирийн хаан Тиглатпилесертэй уулзахаар Дамаск уруу явж, Дамаскт байсан нэгэн тахилын ширээг харав. Ахаз хаан тэр тахилын ширээний хийц загвар, түүний бүх урлалын дагуу дүрс загварыг тахилч Уриад илгээв. Тэгээд тахилч Уриа, Ахаз хааны Дамаскаас илгээсэн бүхний дагуу, Ахаз хааныг Дамаскаас ирэхээс өмнө нэгэн тахилын ширээ барив. Хаан Дамаскаас ирэхэд хаан тэр тахилын ширээг үзэв. Хаан тахилын ширээнд ойртон очиж, түүн дээр өргөл өргөв. Тэрээр шатаалт тахилаа, идээн өргөлөө шатааж, ундаан өргөлөө асган, эвийн тахилынхаа цусыг тахилын ширээн дээр цацав. Мөн ЭЗЭНий өмнө байсан хүрэл тахилын ширээг, өргөөний өмнөх талаас, тахилын ширээ ба ЭЗЭНий өргөөний хоорондох газраас авчирч, тэр тахилын ширээний хойд талд тавив. Тэгээд Ахаз хаан тахилч Уриад тушаан, “Их тахилын ширээн дээр өглөөний шатаалт тахил, оройн идээн өргөл, хааны шатаалт тахил ба түүний идээн өргөл, мөн нутгийн бүх ард түмний шатаалт тахил, тэдний идээн өргөл, тэдний ундаан өргөлүүдийг шатаа. Мөн шатаалт тахилын бүх цус, нядалгааны тахилын бүх цусыг түүн дээр цац. Харин хүрэл тахилын ширээ нь надад лавлан асуухад байх болтугай” гэв. Тахилч Уриа Ахаз хааны тушаасан бүхний дагуу үйлдэв. Ахаз хаан мөн сууринуудын хүрээг тайрч авч, тэдгээрээс тогоонуудыг салгав; мөн доор нь байсан хүрэл үхрүүдээс тэнгисийг буулгаж, чулуун дэвсгэр дээр тавив. Тэдний өргөөнд зориулан барьсан амралтын өдрийн халхавчийг, мөн гаднах хааны орох хаалгыг Ассирийн хааны төлөө ЭЗЭНий өргөөнөөс өөрчилөв. Хаадын дэд 16:2–18.</w:t>
      </w:r>
    </w:p>
    <w:p>
      <w:pPr>
        <w:pStyle w:val="ArticleBody"/>
        <w:jc w:val="left"/>
      </w:pPr>
      <w:r>
        <w:rPr>
          <w:rFonts w:ascii="Times New Roman" w:hAnsi="Times New Roman" w:eastAsia="Times New Roman" w:cs="Times New Roman"/>
        </w:rPr>
        <w:t>Ассирийн хаан нь папын засгийг бэлгэддэг умардын хааныг төлөөлдөг. Хорон муу хаан Ахаз нь шууд утгаараа Иудагийн, өөрөөр хэлбэл шууд утгаараа алдарт газрын удирдагч байв. Исаиа болон түүний хүү түүнтэй угаагчийн талбайн дэргэдэх дээд цөөрмийн ус дамжуулах сувгийн дэргэд, үлдэгсэд буцан ирнэ гэсэн мэдээтэйгээр уулзах үед, тэрхүү хорон муу хаан умард ба өмнөдийн хоорондох иргэний дайны хямрал дунд байлаа. Тэрхүү хямралын үед тэрээр эш үзүүлэгч Исаиагаар дамжуулан Бурханаас өргөн барьсан мэдээг няцааж, хамгаалал эрэн шууд утгаараа умардын хаанд хандсан юм.</w:t>
      </w:r>
    </w:p>
    <w:p>
      <w:pPr>
        <w:pStyle w:val="ArticleBody"/>
        <w:jc w:val="left"/>
      </w:pPr>
      <w:r>
        <w:rPr>
          <w:rFonts w:ascii="Times New Roman" w:hAnsi="Times New Roman" w:eastAsia="Times New Roman" w:cs="Times New Roman"/>
        </w:rPr>
        <w:t>Исаиа долоодугаар бүлгийн нөхцөл байдал нь иргэний дайны үед Бурханд хандахын оронд пап ламын засагт холбоо тогтоохоор гар сунгаж буй сүнслэг алдарт газрын удирдагчийг дүрслэн үзүүлдэг. Ахазын Бурханы эсрэг тэрслүү байдал нь түүнийг хойд зүгийн хаанд очиж, хойд зүгийн хааны бурхны сүмийн загварыг хийлгэн, тэрхүү сүмийн загварыг Иерусалим дахь тэргүүн тахилчид илгээснээр илэрхийлэгддэг бөгөөд улмаар тэрхүү тахилч Бурханы ариун газрын дэвсгэр дээр хуурамч сүмийн хуулбарыг босгов. Хорон муу хаан Ахаз нь төрийг төлөөлдөг бөгөөд тэргүүн тахилчийн хамтын ажиллагаа нь сүм ба төрийн нэгдлийг төлөөлдөг.</w:t>
      </w:r>
    </w:p>
    <w:p>
      <w:pPr>
        <w:pStyle w:val="ArticleBody"/>
        <w:jc w:val="left"/>
      </w:pPr>
      <w:r>
        <w:rPr>
          <w:rFonts w:ascii="Times New Roman" w:hAnsi="Times New Roman" w:eastAsia="Times New Roman" w:cs="Times New Roman"/>
        </w:rPr>
        <w:t>Тэрхүү бодит бослого нь сүнслэг алдар суут газрын удирдагчийн бослогыг төлөөлдөг бөгөөд тэр нь папын засаглалын (умардын хааны) мөргөлийн үйлчлэлийг хуулбарлан давтаж, Бурханы ариун сүм дэх жинхэнэ мөргөлийг зогсоодог. Ахазын бослого нь алдар суут газарт хуурамч сүм босгодог, умардын хааны сүмийн хуулбар болох тийм байгууламжийг байгуулдаг Америкийн Нэгдсэн Улсын удирдлагыг төлөөлдөг.</w:t>
      </w:r>
    </w:p>
    <w:p>
      <w:pPr>
        <w:pStyle w:val="ArticleBody"/>
        <w:jc w:val="left"/>
      </w:pPr>
      <w:r>
        <w:rPr>
          <w:rFonts w:ascii="Times New Roman" w:hAnsi="Times New Roman" w:eastAsia="Times New Roman" w:cs="Times New Roman"/>
        </w:rPr>
        <w:t>Исаиа долоодугаар бүлгийн эш үзүүллэгийн нөхцөл байдал нь газрын араатны эхний жаран таван жилийг, мөн түүнээс ч шууд утгаараа газрын араатны төгсгөлийн үеийг төлөөлдөг. Исаиа долоодугаар бүлгийн эш үзүүллэгийн нөхцөл байдлаас түүж авах гэрэл маш их бий; гэвч энэ үед бид зүгээр л Христ аливаа зүйлийн төгсгөлийг тухайн зүйлийн эхлэлээр дүрслэн үзүүлдэг гэсэн зарчмыг хэрэглэж байна. Энд бид энэ хэрэглээг Исаиа долоодугаар бүлгийн түүхэн нөхцөл байдлын үр дагаврыг гүнзгий ухаж шинжлэхийн тулд бус, харин түүнд нийцүүлэн хийж байна. Бид тэрслүү Бүгд Найрамдах үзлийн эвэр тэрслүү Протестантизмын эвэртэй нэгдэх үед энэ нь хуурамч сүмийг босгон байгуулахын төлөөлөл мөн гэдгийг тодорхойлж байна.</w:t>
      </w:r>
    </w:p>
    <w:p>
      <w:pPr>
        <w:pStyle w:val="ArticleBody"/>
        <w:jc w:val="left"/>
      </w:pPr>
      <w:r>
        <w:rPr>
          <w:rFonts w:ascii="Times New Roman" w:hAnsi="Times New Roman" w:eastAsia="Times New Roman" w:cs="Times New Roman"/>
        </w:rPr>
        <w:t>Хойд зүгийн хааны сүмийн загвараар бүтээгдсэн хуурамч сүм босгогдох нь араатны дүр төрх бүрэлдэн тогтсон үеийн түүхийг илэрхийлдэг бөгөөд энэ нь Бурханы ард түмний хувьд тэдний мөнхийн хувь заяа шийдэгдэх агуу шалгалт мөн.</w:t>
      </w:r>
    </w:p>
    <w:p>
      <w:pPr>
        <w:pStyle w:val="ArticleScripture"/>
        <w:jc w:val="left"/>
      </w:pPr>
      <w:r>
        <w:rPr>
          <w:rFonts w:ascii="Times New Roman" w:hAnsi="Times New Roman" w:eastAsia="Times New Roman" w:cs="Times New Roman"/>
        </w:rPr>
        <w:t>“Эзэн надад араатны дүрс ивээлийн хугацаа хаагдахаас өмнө байгуулагдана гэдгийг тодорхойгоор үзүүлсэн; учир нь энэ нь Бурханы ард түмний хувьд тэдний мөнхийн хувь заяа шийдэгдэх агуу шалгуур байх юм.</w:t>
      </w:r>
    </w:p>
    <w:p>
      <w:pPr>
        <w:pStyle w:val="ArticleScripture"/>
        <w:jc w:val="left"/>
      </w:pPr>
      <w:r>
        <w:rPr>
          <w:rFonts w:ascii="Times New Roman" w:hAnsi="Times New Roman" w:eastAsia="Times New Roman" w:cs="Times New Roman"/>
        </w:rPr>
        <w:t>“Энэ бол Бурханы ард түмэн тамгалагдахаасаа өмнө туулах ёстой шалгалт мөн. Түүний хуулийг сахиж, хуурамч амралтын өдрийг хүлээн авахаас татгалзсанаар Бурханд үнэнч гэдгээ баталсан бүх хүн Эзэн Бурхан Еховагийн тугийн дор жагсаж, амьд Бурханы тамгыг хүлээн авна. Тэнгэрлэг гаралтай үнэнийг орхиж, Ням гаргийн амралтын өдрийг хүлээн авдаг хүмүүс араатны тэмдгийг хүлээн авна” The Seventh-day Adventist Bible Commentary, volume 7, 976.</w:t>
      </w:r>
    </w:p>
    <w:p>
      <w:pPr>
        <w:pStyle w:val="ArticleBody"/>
        <w:jc w:val="left"/>
      </w:pPr>
      <w:r>
        <w:rPr>
          <w:rFonts w:ascii="Times New Roman" w:hAnsi="Times New Roman" w:eastAsia="Times New Roman" w:cs="Times New Roman"/>
        </w:rPr>
        <w:t>Лаодикийн “Бурханы ард түмэн” болох Долоо дахь өдрийн Адвентистуудад хаалттай хугацаа дуусахаас өмнө явагдах “агуу сорилт” бий. Энэ нь тэд “битүүмжлэгдэхээсээ өмнө” давах ёстой “сорилт” юм. Бурханы тамга болон хаалттай хугацааны төгсгөл нь Ням гаргийн хууль дээр тохиолддог. Араатны дүр төрх бүрэлдэн тогтох явдал нь Ням гаргийн хууль руу хөтөлж, түүн дээр оргилдоо хүрэх нэгэн хугацаанд явагддаг. Араатны дүр төрх болон түүний бүрэлдэн тогтох нь бидний мөнхийн хувь заяаг шийдэх үнэн мөн. Тэрхүү дүр төрх бүрэлдэх явдлыг нэг үндэстэн болгохын тулд хоёр савааг нийлүүлж буйгаар дүрслэн үзүүлсэн байдаг. Хоёр саваа нийлэгдэх явдал нь Америкийн Нэгдсэн Улсын түүхийн эхэнд, мөн төгсгөлд нь дахин тохиолддог. Эхэнд нь Протестант эврийг тогтоохын тулд хоёр саваа нийлсэн бөгөөд төгсгөлд нь Бүгд Найрамдах эврийг тогтоохын тулд хоёр саваа нийлдэг.</w:t>
      </w:r>
    </w:p>
    <w:p>
      <w:pPr>
        <w:pStyle w:val="ArticleBody"/>
        <w:jc w:val="left"/>
      </w:pPr>
      <w:r>
        <w:rPr>
          <w:rFonts w:ascii="Times New Roman" w:hAnsi="Times New Roman" w:eastAsia="Times New Roman" w:cs="Times New Roman"/>
        </w:rPr>
        <w:t>1798-аас 1844 он хүртэлх эхэн үеийн түүхэнд Протестант эвэрний сүм босгогдов. Арван есөн жилийн дараа Бүгд Найрамдах эвэрний анхны Бүгд Найрамдах ерөнхийлөгч хурга мэт ярьсан бөгөөд тийнхүү боолуудыг чөлөөлөх үйл явцыг эхлүүлсэн ч энэ нь түүнд амины өртөг болсон юм. Бурханы Хурга хүн төрөлхтнийг нүглийн боолчлолоос чөлөөлөхийн тулд загалмай дээр үхсэн бөгөөд энэ нь Түүнд амины өртөг болсон юм. Загалмай бол Чөлөөлөх Тунхаглал мөн. Бүгд Найрамдах эвэр боолуудыг чөлөөлж байсан тэрхүү түүхэнд Протестант эвэр боолчлолын эш үзүүллэгийг няцаасан. Ням гаргийн хуулийн түүхэнд, Бүгд Найрамдах эвэр сүнслэг боолчлолыг дахин тогтоож байх үед, Протестант эвэр олзлогдогсдыг эрх чөлөөнд хүргэдэг мэдээг тунхаглах болно.</w:t>
      </w:r>
    </w:p>
    <w:p>
      <w:pPr>
        <w:pStyle w:val="ArticleBody"/>
        <w:jc w:val="left"/>
      </w:pPr>
      <w:r>
        <w:rPr>
          <w:rFonts w:ascii="Times New Roman" w:hAnsi="Times New Roman" w:eastAsia="Times New Roman" w:cs="Times New Roman"/>
        </w:rPr>
        <w:t>Газрын араатны Бүгд Найрамдах эвэрийн сүүлчийн ерөнхийлөгч луу мэт өгүүлнэ; тийн өгүүлэх үед жинхэнэ Протестант эвэр нь туг тэмдэг болгон өргөгдөнө. Энэ нь шууд болон сүнслэг Мид-Персийн эзэнт гүрний хоёр эвэрт хэвшин төлөөлөгдсөн байдаг. Шууд Мид-Персийн эзэнт гүрэн нь Библийн эш үзүүллэгийн хоёр дахь хаанчлал байсан бөгөөд Библийн эш үзүүллэгийн зургаа дахь хаанчлал нь сүнслэг Мид-Персийн эзэнт гүрэн юм. Даниелын номд Мид-Персийн хуц хоёр эвэртэй байсан нь Америкийн Нэгдсэн Улстай адил боловч, хоёр дахь эвэр нь хамгийн сүүлд гарч ирсэн юм.</w:t>
      </w:r>
    </w:p>
    <w:p>
      <w:pPr>
        <w:pStyle w:val="ArticleScripture"/>
        <w:jc w:val="left"/>
      </w:pPr>
      <w:r>
        <w:rPr>
          <w:rFonts w:ascii="Times New Roman" w:hAnsi="Times New Roman" w:eastAsia="Times New Roman" w:cs="Times New Roman"/>
        </w:rPr>
        <w:t>Тэгээд би нүдээ өргөн харвал, болгоогтун, голын өмнө хоёр эвэртэй нэгэн хуц зогсож байв; тэр хоёр эвэр нь өндөр агаад, нэг нь нөгөөгөөсөө өндөр байсан бөгөөд өндөр нь хожим урган гарчээ. Даниел 8:3.</w:t>
      </w:r>
    </w:p>
    <w:p>
      <w:pPr>
        <w:pStyle w:val="ArticleBody"/>
        <w:jc w:val="left"/>
      </w:pPr>
      <w:r>
        <w:rPr>
          <w:rFonts w:ascii="Times New Roman" w:hAnsi="Times New Roman" w:eastAsia="Times New Roman" w:cs="Times New Roman"/>
        </w:rPr>
        <w:t>Газрын араатны болон түүний хоёр эврийн эш үзүүллэгт түүхэнд Протестант эврийг эхлээд тодорхойлсон боловч, дээш гарч ажлыг гүйцээхийн оронд тэрээр Лаодикийн сохролын цөл рүү ухран орсон. Бүгд Найрамдах намын эвэр луу мэт ярьж, удахгүй гарах Ням гаргийн хуулийг батлах түүхийн үед жинхэнэ Протестант эвэр эцэст нь туг тэмдэг мэт өргөгдөнө. Араатны дүрийн байгуулагдлаар төлөөлөгдсөн сорилтыг танин мэдэх Лаодикийн Долоо дахь өдрийн Адвентистууд л хаалгадах хугацаа дуусахад Бурханы тамгыг хүлээн авна. Энэхүү сорилтын үйл явцыг тодорхойлдог мэдээ түүнээс ашиг хүртэхийг хүсэгч хэн бүхний төлөө одоо лацнаас тайлагдаж байна.</w:t>
      </w:r>
    </w:p>
    <w:p>
      <w:pPr>
        <w:pStyle w:val="ArticleScripture"/>
        <w:jc w:val="left"/>
      </w:pPr>
      <w:r>
        <w:rPr>
          <w:rFonts w:ascii="Times New Roman" w:hAnsi="Times New Roman" w:eastAsia="Times New Roman" w:cs="Times New Roman"/>
        </w:rPr>
        <w:t>Элиа бүх ард түмний дунд ирээд, —Та нар хэдий хүртэл хоёр бодлын хооронд хөлбөрөн зогсох вэ? Хэрэв ЭЗЭН Бурхан мөн бол Түүнийг дагагтун; харин Баал мөн бол түүнийг дагагтун, —гэж хэлэв. Харин ард түмэн түүнд ганц ч үг хариулсангүй. Хаадын дээд 18:21.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Елиа — Арван дөрөв дэх нь</dc:title>
  <dc:subject>Эш үзүүлэгч параллель: Илиагийн сүнсэн дэх Миллеритүүдээс Future for America хүртэл</dc:subject>
  <dc:creator>Jeff Pippenger</dc:creator>
  <cp:keywords/>
  <dc:description>Generated by ArticleDigger from elijah\14_elijah.json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