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Америкийн ирээдүй ба 2020 оны 7 дугаар сарын 18 — Нэгдүгээр хэсэг</w:t>
      </w:r>
    </w:p>
    <w:p>
      <w:pPr>
        <w:pStyle w:val="ArticleSubtitle"/>
        <w:jc w:val="left"/>
      </w:pPr>
      <w:r>
        <w:rPr>
          <w:rFonts w:ascii="Arial" w:hAnsi="Arial" w:eastAsia="Arial" w:cs="Arial"/>
        </w:rPr>
        <w:t>Гэрээний агуйн оршин суугчид: Дэлхийн эцэст Мосе ба Елиа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Мосе ба Елиа нь эш үзүүллэгийн бэлгэдлүүд бөгөөд нөхцөл байдлаас хамааран тус бүр нь дан ганц бэлгэдэл хэмээн ойлгогдож болохын зэрэгцээ, хоёуланг нь багтаасан нэгэн бэлгэдэл хэмээн ч ойлгогдож болно. Хоёр хүний гэрчлэлээр аливаа зүйл тогтоогддог бөгөөд Илчлэлт арван нэгд Мосе ба Елиа нь Хуучин ба Шинэ Гэрээний хоёр гэрчийг төлөөлдөг. Христийн Хоёр дахь ирэлтийг төлөөлдөг Хувиралтын Уулан дээр энэхүү давхар бэлгэдэл нь Ням гаргийн хуулийн хямралын үеийн нэг зуун дөчин дөрвөн мянга (Елиа) болон алагдагсдыг (Мосе) хоёуланг нь төлөөлдөг. Хоребын агуйд тэд хамтдаа нэгэн бэлгэдэл болон, Бурханы зан чанарын илчлэл болох, мөн Лаодикийг Филадельфи болгон хувиргах хүчийг агуулсан мэдээг “сонсож”, “уншиж”, “сахидаг” дэлхийн төгсгөлийн үеийн Бурханы ардыг төлөөлдөг. Удахгүй, (тун удахгүй) “Харагтун, Сүйт залуу ирж байна” гэсэн дуудлагад зөв хариулахад хэрэгтэй “тос”-ыг өөрсдөдөө олж авах боломж мунхаг Лаодикийн Адвентистуудад байхаа болих мөч ирнэ.</w:t>
      </w:r>
    </w:p>
    <w:p>
      <w:pPr>
        <w:pStyle w:val="ArticleScripture"/>
        <w:jc w:val="left"/>
      </w:pPr>
      <w:r>
        <w:rPr>
          <w:rFonts w:ascii="Times New Roman" w:hAnsi="Times New Roman" w:eastAsia="Times New Roman" w:cs="Times New Roman"/>
        </w:rPr>
        <w:t>Мосе ЭЗЭНд хандан: Харагтун, Та надад, “Энэ ардыг авч яв” хэмээн айлдаж байна; гэвч надтай хамт хэнийг илгээхээ Та надад мэдүүлсэнгүй. Гэсэн атлаа Та, “Би чамайг нэрээр чинь мэднэ, мөн чи Миний мэлмийд тааллыг олсон” хэмээн айлдсан. Иймийн тул, би Танаас гуйя, хэрэв би Таны мэлмийд тааллыг олсон бол, Таныг мэдэхийн тулд, мөн Таны мэлмийд тааллыг олохын тулд надад одоо Өөрийнхөө замыг үзүүлээч; мөн энэ үндэстэн бол Таны ард мөн гэдгийг анхааран үзээч. Тэгэхэд Тэр: Миний оршихуй чамтай хамт явна, Би чамд амралтыг өгнө гэв. Тэр Түүнд: Хэрэв Таны оршихуй надтай хамт явахгүй бол, биднийг эндээс бүү авч яваач. Учир нь би болон Таны ард Таны мэлмийд тааллыг олсныг энд юугаар мэдэх вэ? Энэ нь Та бидэнтэй хамт явдгаас өөрөөр биш гэж үү? Тэгвэл би болон Таны ард газрын хөрсөн дээрх бүх ард түмнээс ялгагдах болно гэв. ЭЗЭН Мосед хандан: Чиний хэлсэн энэ зүйлийг ч бас Би хийнэ. Учир нь чи Миний мэлмийд тааллыг олсон, мөн Би чамайг нэрээр чинь мэднэ гэв. Тэгэхэд тэр: Танаас гуйя, Өөрийн алдрыг надад үзүүлээч гэв. Тэрээр: Би Өөрийн бүх сайн сайхныг чиний өмнүүр өнгөрүүлж, ЭЗЭНий нэрийг чиний өмнө тунхаглана; Би өршөөхөөрөө өршөөнө, энэрүүлэхээрээ энэрүүлнэ гэв. Тэр цааш нь: Чи Миний нүүрийг харж үл чадна. Учир нь Намайг хараад амьд үлдэх хүн үгүй гэв. ЭЗЭН мөн: Болгоогтун, Миний дэргэд нэгэн газар бий, чи хад чулуун дээр зогсоно. Миний алдар өнгөрөн одох үед Би чамайг хадны ангалд тавьж, өнгөртөл чинь Өөрийн гараараа чамайг халхална. Дараа нь Би гараа авмагц чи Миний ар талыг харна. Харин Миний нүүр үзэгдэхгүй гэв. ЭЗЭН Мосед хандан: Эхнийхтэй адил хоёр чулуун хавтан цавчаад ав. Чиний хагалсан тэр эхний хавтангууд дээр байсан үгсийг Би эдгээр хавтан дээр бичнэ. Өглөө бэлэн байж, өглөө эрт Синаи ууланд гарч, уулын оргил дээр Над уруу өөрийгөө үзүүл. Хэн ч чамтай хамт өгсөж болохгүй, уулын бүх нутгаар хэн ч үзэгдэж болохгүй. Мөн тэр уулын өмнө мал сүрэг ч бэлчээж болохгүй гэв. Тэгээд тэр эхнийхтэй адил хоёр чулуун хавтан цавчив. Мосе өглөө эртлэн босож, ЭЗЭНий тушааснаар Синаи ууланд өгсөн гарч, гартаа хоёр чулуун хавтан авчээ. ЭЗЭН үүлэн дотор бууж ирээд, тэнд түүнтэй хамт зогсон, ЭЗЭНий нэрийг тунхаглав. ЭЗЭН түүний өмнүүр өнгөрөхдөө тунхагласан нь: ЭЗЭН, ЭЗЭН Бурхан, өршөөнгүй бөгөөд нигүүлсэнгүй, тэвчээр арвин, сайн сайхан ба үнэнээр бялхам, мянга мянганд өршөөлийг хадгалдаг, гэм буруу, зөрчил, нүглийг уучилдаг, гэвч гэмтнийг огт цагаатгахгүй, эцгүүдийн гэм бурууг хүүхдүүд дээр нь, мөн хүүхдүүдийн хүүхдүүд дээр нь, гурав дахь үе болон дөрөв дэх үе хүртэл тохинуулдаг билээ. Мосе яаран газарт толгойгоо бөхийлгөн мөргөв. Тэрээр: ЭЗЭН минь, хэрэв би Таны мэлмийд тааллыг олсон бол, миний Эзэн, Танаас гуйя, бидний дунд хамт яваач. Учир нь энэ бол хүзүү х stiffтэй ард түмэн; бидний гэм буруу ба нүглийг уучлаач, мөн биднийг Өөрийн өв болгон аваач гэв. Тэрээр: Болгоогтун, Би гэрээ байгуулж байна. Чиний бүх ардын өмнө Би бүх дэлхийд ч, аль ч үндэстний дунд ч хэзээ ч үйлдэгдэж байгаагүй гайхамшгуудыг үйлдэнэ. Чиний дунд буй бүх ард түмэн ЭЗЭНий үйлсийг үзнэ. Учир нь Би чамтай хамт үйлдэх зүйл аймшигтай байх болно гэв. Египетээс гарсан нь 33:12–34:10.</w:t>
      </w:r>
    </w:p>
    <w:p>
      <w:pPr>
        <w:pStyle w:val="ArticleBody"/>
        <w:jc w:val="left"/>
      </w:pPr>
      <w:r>
        <w:rPr>
          <w:rFonts w:ascii="Times New Roman" w:hAnsi="Times New Roman" w:eastAsia="Times New Roman" w:cs="Times New Roman"/>
        </w:rPr>
        <w:t>Мосе нь дэлхийн төгсгөлийн үе дэх Бурханы ард түмнийг төлөөлдөг. Тэд бол мөрдөн байцаах шүүлтийн “эцсийн өдрүүдэд” Бурханаас Өөрийнх нь “замыг” өөрсдөд нь харуулж өгөхийг, ингэснээр тэд Бурханыг “танин мэдэж” болохыг гуйдаг хүмүүс бөгөөд үүний хариуд Бурханаас Өөрийнх нь “оршихуй” тэдэнтэй “хамт явах” болно, мөн Бурхан тэр хүмүүсд “амралт” өгөх болно гэсэн амлалтыг багтаасан хариуг хүлээн авдаг.</w:t>
      </w:r>
    </w:p>
    <w:p>
      <w:pPr>
        <w:pStyle w:val="ArticleScripture"/>
        <w:jc w:val="left"/>
      </w:pPr>
      <w:r>
        <w:rPr>
          <w:rFonts w:ascii="Times New Roman" w:hAnsi="Times New Roman" w:eastAsia="Times New Roman" w:cs="Times New Roman"/>
        </w:rPr>
        <w:t>Иймээс ЭЗЭН ийнхүү айлдаж байна: Замууд дээр зогсож, харж, эртний жимүүдийн тухай асуугтун; сайн зам хаана байгааг мэдэж, түүгээр алхагтун, тэгвэл та нар сэтгэлүүддээ амгаланг олох болно. Гэвч тэд, Бид түүгээр алхахгүй, гэв. Мөн Би та нарын дээр харуулуудыг тавьж, Бүрээн дууг сонсогтун, хэмээн хэлэв. Гэвч тэд, Бид сонсохгүй, гэв. Иеремиа 6:16, 17.</w:t>
      </w:r>
    </w:p>
    <w:p>
      <w:pPr>
        <w:pStyle w:val="ArticleBody"/>
        <w:jc w:val="left"/>
      </w:pPr>
      <w:r>
        <w:rPr>
          <w:rFonts w:ascii="Times New Roman" w:hAnsi="Times New Roman" w:eastAsia="Times New Roman" w:cs="Times New Roman"/>
        </w:rPr>
        <w:t>Иеремиа “харах”-аас татгалзаж, “сонсох”-оос зөрүүдлэн буцдаг нэгэн бүлгийг заан тэмдэглэж, тиймээс тэд “сайн зам”-ыг эрж, “түүн дотор алхагчдад” амлагдсан “амралт”-ыг хүлээн авдаггүй гэж хэлдэг. Исаиа тэрхүү амралтыг “сэргээш” хэмээн тодорхойлдог.</w:t>
      </w:r>
    </w:p>
    <w:p>
      <w:pPr>
        <w:pStyle w:val="ArticleScripture"/>
        <w:jc w:val="left"/>
      </w:pPr>
      <w:r>
        <w:rPr>
          <w:rFonts w:ascii="Times New Roman" w:hAnsi="Times New Roman" w:eastAsia="Times New Roman" w:cs="Times New Roman"/>
        </w:rPr>
        <w:t>Тэр хэнд мэдлэг заах билээ? Тэр хэнд сургаалыг ойлгуулах билээ? Сүүнээс гарсан, хөхнөөс салсан хүмүүст ажээ. Учир нь тушаал дээр тушаал, тушаал дээр тушаал; мөр дээр мөр, мөр дээр мөр; энд бага зэрэг, тэнд бага зэрэг байх ёстой. Учир нь Тэр ээрэм уруул, өөр хэлээр энэ ард түмэнд айлдана. Тэр Өөрөө тэдэнд, “Ядрагсдыг амрааж болох амралт энэ мөн; сэргээлт энэ мөн” гэж айлдсан боловч тэд сонсохыг хүссэнгүй. Харин ЭЗЭНий үг тэдэнд тушаал дээр тушаал, тушаал дээр тушаал; мөр дээр мөр, мөр дээр мөр; энд бага зэрэг, тэнд бага зэрэг болсон нь тэднийг явж, арагш унан, бяцарч, урхидагдан, баригдуулахын тулд байв. Исаиа 28:9–13.</w:t>
      </w:r>
    </w:p>
    <w:p>
      <w:pPr>
        <w:pStyle w:val="ArticleBody"/>
        <w:jc w:val="left"/>
      </w:pPr>
      <w:r>
        <w:rPr>
          <w:rFonts w:ascii="Times New Roman" w:hAnsi="Times New Roman" w:eastAsia="Times New Roman" w:cs="Times New Roman"/>
        </w:rPr>
        <w:t>“Амралт” болон “сэргээлт” нь эцсийн анхааруулгын мэдээг тунхаглах үед асгаруулдаг хожуугийн бороог төлөөлдөг.</w:t>
      </w:r>
    </w:p>
    <w:p>
      <w:pPr>
        <w:pStyle w:val="ArticleScripture"/>
        <w:jc w:val="left"/>
      </w:pPr>
      <w:r>
        <w:rPr>
          <w:rFonts w:ascii="Times New Roman" w:hAnsi="Times New Roman" w:eastAsia="Times New Roman" w:cs="Times New Roman"/>
        </w:rPr>
        <w:t>“Би гурав дахь тэнгэрэлчийн мэдээ хаагдаж байсан цаг үе рүү чиглүүлэгдэв. Бурханы хүч Өөрийн ард түмэн дээр тогтсон байсан; тэд ажлаа гүйцээж, өөрсдийн өмнө буй сорилтын цагт бэлтгэгдсэн байв. Тэд хожмын бороог, өөрөөр хэлбэл Эзэний оршихуйгаас ирэх сэргээлтийг хүлээн авсан бөгөөд амьд гэрчлэл дахин сэргэжээ. Эцсийн агуу сэрэмжлүүлэг хаа сайгүй цуурайтсан бөгөөд энэ нь мэдээг хүлээн авахгүй байсан газрын оршин суугчдыг хөдөлгөж, хилэгнүүлсэн юм.” Early Writings, 279.</w:t>
      </w:r>
    </w:p>
    <w:p>
      <w:pPr>
        <w:pStyle w:val="ArticleBody"/>
        <w:jc w:val="left"/>
      </w:pPr>
      <w:r>
        <w:rPr>
          <w:rFonts w:ascii="Times New Roman" w:hAnsi="Times New Roman" w:eastAsia="Times New Roman" w:cs="Times New Roman"/>
        </w:rPr>
        <w:t>“Сүүлчийн бороо” хэмээх “амралт” буюу “сэргэлт”-ийн амлалт нь, Бурханы “оршихуй” Өөрийн ард түмэнтэй хамт явах болно гэж Мосед агуйд өгсөн амлалтыг өөртөө багтаадаг.</w:t>
      </w:r>
    </w:p>
    <w:p>
      <w:pPr>
        <w:pStyle w:val="ArticleScripture"/>
        <w:jc w:val="left"/>
      </w:pPr>
      <w:r>
        <w:rPr>
          <w:rFonts w:ascii="Times New Roman" w:hAnsi="Times New Roman" w:eastAsia="Times New Roman" w:cs="Times New Roman"/>
        </w:rPr>
        <w:t>“Энэ ажил нь Пентекостын өдрийнхтэй адил төстэй байх болно. Сайн мэдээний эхлэл дээр, Ариун Сүнсний асгарлаар, үнэт үрийн соёололтыг бий болгохын тулд ‘эрт бороо’ өгөгдсөнтэй адил, ургацыг боловсруулахын тулд төгсгөлд нь ‘хожуу бороо’ өгөгдөнө. ‘Тэгвэл бид мэдэх болно; хэрэв ЭЗЭНийг мэдэхээр шамдвал, Түүний гарах нь үүрийн гэгээ мэт бэлтгэгдсэн байна; Тэр бидэнд бороо мэт, газар дэлхийд ордог эрт ба хожуу бороо мэт ирнэ.’ (Hosea 6:3.) ‘Тиймээс, Сионы хөвгүүд ээ, баясагтун, өөрсдийн Бурхан ЭЗЭНд хөөрөн баясагтун; учир нь Тэр та нарт эрт бороог зохистой хэмжээгээр өгсөн, мөн та нарын төлөө бороог, эрт бороог ба хожуу бороог буулгах болно.’ (Joel 2:23.) ‘Эцсийн өдрүүдэд, гэж Бурхан айлдаж байна, Би Өөрийн Сүнснээс бүх махбод дээр асгана.’ ‘Мөн Эзэний нэрийг дуудсан хэн боловч аврагдах болно.’ (Acts 2:17, 21.) Сайн мэдээний агуу ажил нь эхлэлээ тэмдэглэсэн Бурханы хүчний илрэлээс дутуу илрэлтэйгээр төгсөх ёсгүй. Сайн мэдээний эхлэл дээр эрт борооны асгарлаар биелсэн эш үзүүллэгүүд нь төгсгөл дээр нь хожуу бороонд дахин биелэх учиртай. Энд элч Петрийн урагш харсан ‘сэргээлтийн цаг үе’ байна. Тэр ингэж хэлсэн: ‘Иймд гэмшигтүн, мөн хөрвөгтүн, ингэснээр та нарын нүгэл арчигдахын тулд [мөрдөн шалгах шүүлтэд], Эзэний оршихуйгаас сэргээлтийн цаг үе ирэхэд; мөн Тэр Есүсийг илгээх болно.’ (Acts 3:19–20.)”</w:t>
      </w:r>
    </w:p>
    <w:p>
      <w:pPr>
        <w:pStyle w:val="ArticleScripture"/>
        <w:jc w:val="left"/>
      </w:pPr>
      <w:r>
        <w:rPr>
          <w:rFonts w:ascii="Times New Roman" w:hAnsi="Times New Roman" w:eastAsia="Times New Roman" w:cs="Times New Roman"/>
        </w:rPr>
        <w:t>“Ариун зориулалтаар гэрэлтэн гялалзсан царайтай Бурханы зарц нар Тэнгэрээс ирсэн мэдээг тунхаглахаар газраас газарт яаран очих болно. Дэлхий даяар мянга мянган дуу хоолойгоор дамжин анхааруулга өгөгдөх болно. Гайхамшгууд үйлдэгдэж, өвчтэй хүмүүс эдгэж, тэмдэг ба гайхамшгууд итгэгчдийг дагалдах болно. Сатан ч мөн худал гайхамшгуудаар үйлдэж, тэр бүү хэл хүмүүсийн нүдэн дээр тэнгэрээс гал буулгах хүртэл хийнэ. (Илчлэлт 13:13.) Ийнхүү газрын оршин суугчид өөрсдийн байр сууриа эзлэхэд хүргэгдэх болно.” Агуу Тэмцэл, 611, 612.</w:t>
      </w:r>
    </w:p>
    <w:p>
      <w:pPr>
        <w:pStyle w:val="ArticleBody"/>
        <w:jc w:val="left"/>
      </w:pPr>
      <w:r>
        <w:rPr>
          <w:rFonts w:ascii="Times New Roman" w:hAnsi="Times New Roman" w:eastAsia="Times New Roman" w:cs="Times New Roman"/>
        </w:rPr>
        <w:t>Сүүлчийн өдрүүд дэх Ариун Сүнсний асгаралт нь сайн мэдээний тунхаглалын эхэн үе дэх Ариун Сүнсний асгаралтаар хэв шинжлэгдсэн билээ. Сүнс чуулгануудад айлдаж буйг сонсохгүй хүмүүст хандсан “ЭЗЭНий тэдэнд хэлсэн үг” нь ертөнцийн төгсгөлийг дүрслэн үзүүлэхийн тулд эш үзүүллэгийн түүхийн нэг шугамыг нөгөө эш үзүүллэгийн түүхийн шугам дээр нэмэн тавих эш үзүүллэгийн зарчим байсан юм. Энэ нь аливаа зүйлийн төгсгөл нь түүний эхлэлээр дүрслэгддэг гэсэн зарчмаас огтхон ч дутуугүй юм. Энэхүү эш үзүүллэгийн дүрмийг тэнэг Лаодикийн Долоо дахь өдрийн Адвентист ард түмэн няцаадаг. Үүнийг хүлээн зөвшөөрөхөд, Даниелын тодорхойлсноор эцсийн цагт нэмэгдэх “мэдлэг”-ийг Бурхан “сургаж” чадна; мөн яг тэрхүү мэдлэгийг Хосеагийн хэлснээр Бурханы ард түмэн няцааснаасаа болж сүйрдэг. Исаиа болон Иеремиа дахь сонсохоос, харахаас татгалздаг бүлэг нь “сэргээхүй”-г няцаадаг бөгөөд энэ нь эцсийн өдрүүдийн хямралыг аюулгүй туулахын тулд Өөрийн “сүүлчийн өдрийн” ард түмэнд өгөхөөр Бурханы амласан “амралт” мөн.</w:t>
      </w:r>
    </w:p>
    <w:p>
      <w:pPr>
        <w:pStyle w:val="ArticleBody"/>
        <w:jc w:val="left"/>
      </w:pPr>
      <w:r>
        <w:rPr>
          <w:rFonts w:ascii="Times New Roman" w:hAnsi="Times New Roman" w:eastAsia="Times New Roman" w:cs="Times New Roman"/>
        </w:rPr>
        <w:t>Бурхан Мосед тунхагласан “ЭЗЭНий нэр” (зан чанар) нь “ЭЗЭН Бурхан” бол “энэрэнгүй бөгөөд нигүүлсэнгүй, уурлахдаа удаан, сайн сайхан ба үнэнээр элбэг” юм гэсэн явдал байв. Түүний зан чанар нь энэрэл ба үнэн мөн. Түүний зан чанарыг илэрхийлдэг үнэн нь Түүний энэрэлтэй үргэлж холбоотой байдаг. Учир нь Бурхан эхлээд Өөрийн энэрлийг тэдэнд үзүүлэхгүй л бол хэн ч Түүний үнэнийг ойлгохгүй. Учир нь бүгд нүгэл үйлдэж, Бурханы алдарт (зан чанарт) хүрэлцээгүй билээ. Есүс Христ бол Альфа ба Омега мөн гэдэг үнэнийг Бурхан гэм буруу болон нүглийг нь уучилсан хүмүүс танин мэдэж, сахидаг. Тэрхүү уучлал нь мөрдөн шалгах шүүлтийн эцсийн үйл явдлуудад хэрэгжинэ. Тэр Өөрийн энэрлийг үзүүлж, ийнхүү нүглийг нь уучилдаг хүмүүсийг Өөрийн өв болгон авч, тэдэнтэй гэрээ байгуулдаг.</w:t>
      </w:r>
    </w:p>
    <w:p>
      <w:pPr>
        <w:pStyle w:val="ArticleScripture"/>
        <w:jc w:val="left"/>
      </w:pPr>
      <w:r>
        <w:rPr>
          <w:rFonts w:ascii="Times New Roman" w:hAnsi="Times New Roman" w:eastAsia="Times New Roman" w:cs="Times New Roman"/>
        </w:rPr>
        <w:t>“Энэ дэлхийн түүхийн эцсийн өдрүүдэд, Бурханы зарлигуудыг сахидаг Өөрийн ард түмэнтэй байгуулсан Бурханы гэрээ шинэчлэгдэн сэргээгдэх ёстой.” Review and Herald, 1914 оны 2-р сарын 26.</w:t>
      </w:r>
    </w:p>
    <w:p>
      <w:pPr>
        <w:pStyle w:val="ArticleBody"/>
        <w:jc w:val="left"/>
      </w:pPr>
      <w:r>
        <w:rPr>
          <w:rFonts w:ascii="Times New Roman" w:hAnsi="Times New Roman" w:eastAsia="Times New Roman" w:cs="Times New Roman"/>
        </w:rPr>
        <w:t>Мосе багтаасан бүх эш үзүүлэгчид Бурхан Өөрийн гэрээг нэг зуун дөчин дөрвөн мянгад тоологдсон хүмүүстэй шинэчлэн тогтоох мөрдөн шалгах шүүлтийн эцсийн өдрүүдийг заан тодорхойлж байна. Тэрхүү гэрээ тогтоогдох үед Бурхан “дэлхийн хаана ч, нэг ч үндэстний дунд урьд хожид хийгдэж байгаагүй гайхамшгуудыг үйлдэнэ. Чиний байгаа ард түмэн бүгд ЭЗЭНий үйлсийг үзнэ. Учир нь Би чамтай хамт үйлдэх зүйл бол аймшигт зүйл мөн” хэмээн айлдсан.</w:t>
      </w:r>
    </w:p>
    <w:p>
      <w:pPr>
        <w:pStyle w:val="ArticleBody"/>
        <w:jc w:val="left"/>
      </w:pPr>
      <w:r>
        <w:rPr>
          <w:rFonts w:ascii="Times New Roman" w:hAnsi="Times New Roman" w:eastAsia="Times New Roman" w:cs="Times New Roman"/>
        </w:rPr>
        <w:t>Хореб уулан дээрх буюу Синаи уул хэмээн мөн нэрлэгддэг уул дахь Мосегийн агуйн туршлага нь Бурханы ард түмэнтэй холбоотой Мосегийн тэмцлийн хүрээнд байрлаж байв. Түүний тэмцэл нь Бурханы өөрт нь өгсөн даалгаврыг биелүүлэхийн төлөөх тэмцэл байлаа. Мосе Бурханы дэлхийд хандсан мэдээний талаар тэмцэл дунд байв. Эзэн Өөрийн алдрыг Мосед үзүүлэхийн яг өмнө, бид Мосе Эзэний эсрэг учир зүйг хэрэглэж, хэрэв Аароны алтан тугалын эргэн тойронд дөнгөж бүжиглэж байсан тэрслэгчдийг Эзэн устгавал, тэрслэгчдийн устгал нь Бурханы хүчийг таниулж байсан мэдээг устгана хэмээн санал болгож байсныг олж хардаг.</w:t>
      </w:r>
    </w:p>
    <w:p>
      <w:pPr>
        <w:pStyle w:val="ArticleScripture"/>
        <w:jc w:val="left"/>
      </w:pPr>
      <w:r>
        <w:rPr>
          <w:rFonts w:ascii="Times New Roman" w:hAnsi="Times New Roman" w:eastAsia="Times New Roman" w:cs="Times New Roman"/>
        </w:rPr>
        <w:t>ЭЗЭН Мосед хандан, “Би энэ ардыг харлаа; үзэгтүн, тэд хүзүү хөшүүн ард мөн. Иймээс одоо Намайг орхи; тэгвэл Миний уур хилэн тэдний эсрэг дүрэлзэн асаж, Би тэднийг устгах болно. Харин чамаас Би агуу үндэстэн бий болгоно” гэв. Гэвч Мосе өөрийн Бурхан ЭЗЭНээс гуйн: “ЭЗЭН, Та агуу хүчээр, хүчит гараар Египетийн газраас гаргаж ирсэн Өөрийн ард түмний эсрэг Таны уур хилэн юунд дүрэлзэн асна вэ? Египетчүүд юунд ийнхүү хэлэх ёстой гэж: ‘Тэр тэднийг хорлохын тулд гаргаж ирсэн; уулс дээр хядаж, газрын хөрснөөс устгахын тулд’ гэж үү? Өөрийн догшин уур хилэнгээс буцаж, Өөрийн ард түмэнд энэ гай зовлонг учруулахаа болиоч. Өөрийн зарц нар болох Абрахам, Исаак, Израилийг санаач; Та Өөрийнхөө Өөрөөр тэдэнд тангараглаж, ‘Би та нарын үр удмыг тэнгэрийн одод мэт олшруулна; Миний айлдсан энэ бүх газрыг Би та нарын үр удамд өгч, тэд үүнийг үүрд өвлөнө’ хэмээн тэдэнд айлдсан билээ” гэв. Тэгээд ЭЗЭН Өөрийн ард түмэнд учруулахаар бодсон тэр гай зовлонгоосоо буцав. Египетээс гарсан нь 32:9–14.</w:t>
      </w:r>
    </w:p>
    <w:p>
      <w:pPr>
        <w:pStyle w:val="ArticleBody"/>
        <w:jc w:val="left"/>
      </w:pPr>
      <w:r>
        <w:rPr>
          <w:rFonts w:ascii="Times New Roman" w:hAnsi="Times New Roman" w:eastAsia="Times New Roman" w:cs="Times New Roman"/>
        </w:rPr>
        <w:t>Мосегийн агуйн туршлага нь Мосед дэлхийд тунхаглахаар томилогдсон мэдээг багтаадаг. ЭЗЭН Мосегийн хажуугаар өнгөрч, Өөрийн зан чанарыг тунхагласан гэрчлэл нь Бурханы тэрслүү (Лаодикийн) ард түмний тухай дотоод мэдээний хүрээнд байрладаг бөгөөд Елиагийн агуйн туршлагын хүрээ нь Иезавелтай хийсэн түүний тэмцэл, өөрөөр хэлбэл Америкийн Нэгдсэн Улс, Папын засаглал, Нэгдсэн Үндэстний Байгууллагын гурвалсан холбооны хүрээнд тавигдсан байв. Нэг нь сүмд зориулсан дотоод мэдээг, нөгөө нь дэлхийд зориулсан гадаад мэдээг төлөөлдөг боловч Мосе ба Елиа хэмээх хоёр гэрч хоёулаа Хоребын нэгэн агуйд байдаг бөгөөд тэд хоёулаа дэлхийн төгсгөлийн үеийн тэр агуйд дүрслэгдсэн байдаг.</w:t>
      </w:r>
    </w:p>
    <w:p>
      <w:pPr>
        <w:pStyle w:val="ArticleScripture"/>
        <w:jc w:val="left"/>
      </w:pPr>
      <w:r>
        <w:rPr>
          <w:rFonts w:ascii="Times New Roman" w:hAnsi="Times New Roman" w:eastAsia="Times New Roman" w:cs="Times New Roman"/>
        </w:rPr>
        <w:t>Ахаб Елиагийн үйлдсэн бүхнийг, мөн түүнчлэн тэрээр бүх эш үзүүлэгчдийг илдээр хэрхэн хороосныг Иезебелд ярив. Тэгэхэд Иезебел Елиа уруу элч илгээн, —Маргааш энэ цагийн үед би чиний амийг тэдний нэгний амь мэт болгохгүй аваас, бурхад надад тийнхүү, түүнээс ч илүүгээр үйлдэг,— гэж хэлүүлэв. Тэр үүнийг хараад босож, амиа аврахын тулд явсаар Иудад харьяалагддаг Беершебад хүрч, зарцаа тэнд үлдээв. Харин өөрөө нэг өдрийн аян замыг цөл уруу туулж, очоод арц модны дор суув. Тэгээд өөртөө үхлийг хүсэж, —Хангалттай боллоо; одоо, Эзэн минь, амийг минь аваач; учир нь би өвөг дээдсээсээ дээр биш,— гэв. Тэр арц модны дор хэвтэж унтаж байтал, болгоогтун, нэгэн тэнгэрэлч түүнд хүрч, —Босож, ид,— гэв. Тэр харвал, болгоогтун, толгойных нь дэргэд нүүрсэн дээр жигнэсэн талх, мөн нэгэн сав ус байлаа. Тэр идэж уугаад дахин хэвтэв. ЭЗЭНий тэнгэрэлч хоёр дахь удаагаа дахин ирж, түүнд хүрч, —Босож, ид; учир нь аялал чамд хэтэрхий урт байна,— гэв. Тэр босож, идэж уугаад, тэр хоолны хүчээр дөчин өдөр, дөчин шөнө явсаар Бурханы уул Хоребт хүрэв. Тэр тэнд нэгэн агуйд очиж хоноглов; болгоогтун, ЭЗЭНий үг түүнд ирж, Тэр түүнд, —Елиа аа, чи энд юу хийж байна вэ?— гэв. Тэр хэлэв, —Би түмэн цэргийн Бурхан ЭЗЭНий төлөө маш их хичээн зүтгэсэн. Учир нь Израилийн хөвгүүд Таны гэрээг орхиж, Таны тахилын ширээнүүдийг нурааж, Таны эш үзүүлэгчдийг илдээр хороосон. Зөвхөн би ганцаараа үлдсэн бөгөөд тэд миний амийг авч одохоор эрж байна.— Тэгэхэд Тэр, —Гадагш гарч, ЭЗЭНий өмнө уулан дээр зогс,— гэв. Болгоогтун, ЭЗЭН өнгөрөн одож байлаа. ЭЗЭНий өмнө уулсыг хагалан, хад чулууг бут цохих их хүчтэй салхи болов; гэвч ЭЗЭН салхинд байсангүй. Салхины дараа газар хөдлөлт болов; гэвч ЭЗЭН газар хөдлөлтөнд байсангүй. Газар хөдлөлтийн дараа гал болов; гэвч ЭЗЭН галд байсангүй. Галын дараа намуухан, үл ялиг дуу гарчээ. Елиа үүнийг сонсоод нөмрөгөөрөө нүүрээ бүтээн, гарч агуйн аманд зогсов. Болгоогтун, түүнд нэгэн дуу ирж, —Елиа аа, чи энд юу хийж байна вэ?— гэв. Тэр хэлэв, —Би түмэн цэргийн Бурхан ЭЗЭНий төлөө маш их хичээн зүтгэсэн. Учир нь Израилийн хөвгүүд Таны гэрээг орхиж, Таны тахилын ширээнүүдийг нурааж, Таны эш үзүүлэгчдийг илдээр хороосон. Зөвхөн би ганцаараа үлдсэн бөгөөд тэд миний амийг авч одохоор эрж байна.— ЭЗЭН түүнд, —Яв, Дамаскийн цөл уруу буцах замаараа буц. Тэнд хүрмэгцээ Хазаелыг Сирийн хаанаар тосол. Мөн Нимшийн хүү Иехүг Израилийн хаанаар тосол. Бас Абелмехолагийн Шафатын хүү Елишаг өөрийнхөө оронд эш үзүүлэгчээр тосол. Хазаелын илднээс мултарсан хүнийг Иехү ална; Иехүгийн илднээс мултарсан хүнийг Елиша ална. Гэвч Би Баалд өвдгөө сөхрүүлээгүй бүх өвдөг, түүнийг үнсээгүй бүх амыг оролцуулан Израильд долоон мянгыг Өөртөө үлдээсэн,— гэв. Хаадын дээд 19:1–18.</w:t>
      </w:r>
    </w:p>
    <w:p>
      <w:pPr>
        <w:pStyle w:val="ArticleBody"/>
        <w:jc w:val="left"/>
      </w:pPr>
      <w:r>
        <w:rPr>
          <w:rFonts w:ascii="Times New Roman" w:hAnsi="Times New Roman" w:eastAsia="Times New Roman" w:cs="Times New Roman"/>
        </w:rPr>
        <w:t>Елиагийн агуйн туршлага нь эш үзүүлэгчийн мэдээнийхээ талаар болон өөрийн мэдээ, ажлынхаа үзүүлсэн нөлөө гэж ойлгосон зүйлийнх нь талаар урам хугарсныг илэрхийлдэг. Мосе Бурханы тунхагласан мэдээг хамгаалж байсан бол Елиа тэрхүү мэдээнээс няцсан байв. Энэ нь, нэг нь сүмийн дотоод талд, нөгөө нь сүмийн гаднах талд хамаарахыг эс тооцвол, нэг л адил мэдээ юм. Гэсэн хэдий ч эш үзүүллэгийн хувьд тэд хамтдаа Илчлэл арван наймын хоёр талт мэдээг хоёуланг нь дүрслэн үзүүлж байна. Агуйтай холбогдох бүх үнэнүүдийн талаар миний онцлон тэмдэглэх шаардлагатай зүйл нь гэвэл, “эцсийн өдрүүдэд” аль ч тохиолдолд илэрхийлэгдэж буй тэрхүү урам хугарал нь мэдээ болон түүний нөлөөний талаар байдаг явдал юм.</w:t>
      </w:r>
    </w:p>
    <w:p>
      <w:pPr>
        <w:pStyle w:val="ArticleBody"/>
        <w:jc w:val="left"/>
      </w:pPr>
      <w:r>
        <w:rPr>
          <w:rFonts w:ascii="Times New Roman" w:hAnsi="Times New Roman" w:eastAsia="Times New Roman" w:cs="Times New Roman"/>
        </w:rPr>
        <w:t>Мосе болон Елиа хоёулаа “Эзэний үг” болох “дуу хоолойг” “сонсдог” бөгөөд “хардаг” хүмүүсийг төлөөлдөг. Тэрхүү “үг” нь Түүний өршөөл ба үнэний чанарыг илэрхийлдэг. Дуулалч мөн Бурханы өршөөлийг, өөрөөр хэлбэл Түүний зан чанарыг, өөрт нь үзүүлэхийг гуйдаг. Түүний “өршөөлийг” харахын тулд Дуулалч Сүнс чуулгануудад юу айлдаж байгааг “сонсоно” хэмээн амладаг.</w:t>
      </w:r>
    </w:p>
    <w:p>
      <w:pPr>
        <w:pStyle w:val="ArticleScripture"/>
        <w:jc w:val="left"/>
      </w:pPr>
      <w:r>
        <w:rPr>
          <w:rFonts w:ascii="Times New Roman" w:hAnsi="Times New Roman" w:eastAsia="Times New Roman" w:cs="Times New Roman"/>
        </w:rPr>
        <w:t>Найрал хөгжмийн удирдагчид. Корахын хөвгүүдэд зориулсан Дуулал. ЭЗЭН, Та Өөрийн газарт ивээлтэй хандсан билээ; Та Иаковын олзлогдлыг буцаан авчирсан [эргүүлсэн] билээ. Та Өөрийн ард түмний гэм бурууг уучилж, тэдний бүх нүглийг халхалсан билээ. Села. Та Өөрийн бүх уур хилэнг зайлуулж, Өөрийн догшин уурын дүрэлзлээс эргэн буцсан билээ. Бидний авралын Бурхан аа, биднийг эргүүлэн сэргээж, бидний эсрэг байгаа Өөрийн уурыг зогсоогооч. Та бидэнд үүрд уурлах уу? Та Өөрийн уурыг үеийн үед сунгах уу? Танай ард түмэн Танд баярлахын тулд Та биднийг дахин амилуулахгүй гэж үү? ЭЗЭН, Өөрийн энэрлийг бидэнд үзүүлж, Өөрийн авралыг бидэнд хайрлаач. Бурхан ЭЗЭН юу айлдахыг би сонсоно; учир нь Тэр Өөрийн ард түмэнд, Өөрийн ариун хүмүүст амар тайвныг айлдана. Харин тэд дахин мунхагт бүү эргэн орог. Үнэхээр Түүний аврал Түүнээс эмээгчдэд ойрхон байна; ингэснээр алдрын оршихуй манай нутагт суух болно. Энэрэл ба үнэн учран золгож, зөвт байдал ба амар тайван бие биеэ үнсжээ. Үнэн газар дэлхийгээс соёолон гарч, зөвт байдал тэнгэрээс доош ширтэнэ. Тийм ээ, ЭЗЭН сайн юмыг өгнө; манай газар ургацаа өгнө. Зөвт байдал Түүний өмнө явж, биднийг Түүний мөрийн замд тавина. Дуулал 85:1–13.</w:t>
      </w:r>
    </w:p>
    <w:p>
      <w:pPr>
        <w:pStyle w:val="ArticleBody"/>
        <w:jc w:val="left"/>
      </w:pPr>
      <w:r>
        <w:rPr>
          <w:rFonts w:ascii="Times New Roman" w:hAnsi="Times New Roman" w:eastAsia="Times New Roman" w:cs="Times New Roman"/>
        </w:rPr>
        <w:t>“Өршөөл ба үнэн” (мөн “үнэн” гэдэг нь бидний иш татсаар ирсэн еврей ‘emet’ үг мөн) бөгөөд зөвт байдал ба амар тайвныг төрүүлдэг эдгээр нь “үнсэлцсэн” болохыг анхаар. Тэд хоорондоо нэгдсэн байна. Дуулалч энэ дуугаа Бурхан Өөрийн “ард түмний гэм бурууг уучилсан” мөрдөн шалгах шүүлтийн эцсийн өдрүүдэд байрлуулжээ. Гуйж буй хүсэлт нь Эзэн Өөрийн ард түмнийг “сэргээх” явдал юм.</w:t>
      </w:r>
    </w:p>
    <w:p>
      <w:pPr>
        <w:pStyle w:val="ArticleScripture"/>
        <w:jc w:val="left"/>
      </w:pPr>
      <w:r>
        <w:rPr>
          <w:rFonts w:ascii="Times New Roman" w:hAnsi="Times New Roman" w:eastAsia="Times New Roman" w:cs="Times New Roman"/>
        </w:rPr>
        <w:t>“Ариун Сүнсний үйлчлэлийн дор сэргэлт ба шинэчлэл заавал явагдах ёстой. Сэргэлт ба шинэчлэл нь хоорондоо ялгаатай хоёр зүйл юм. Сэргэлт гэдэг нь сүнслэг амийн шинэчлэн сэргээлт, оюун санаа ба зүрх сэтгэлийн хүч чадлыг сэргээн амилуулах явдал, сүнслэг үхлээс амилалт юм. Шинэчлэл гэдэг нь дахин зохион байгуулалт, үзэл санаа ба онол, дадал ба үйл хэрэгт гарах өөрчлөлт юм. Шинэчлэл нь Сүнсний сэргэлттэй холбогдохгүй л бол зөвт байдлын сайн үр жимсийг гаргахгүй. Сэргэлт ба шинэчлэл нь өөр өөрсдөд нь оноогдсон ажлыг гүйцэтгэх ёстой бөгөөд энэ ажлыг гүйцэтгэхдээ тэд хоорондоо нэгдэх ёстой.” Selected Messages, book 1, 128.</w:t>
      </w:r>
    </w:p>
    <w:p>
      <w:pPr>
        <w:pStyle w:val="ArticleBody"/>
        <w:jc w:val="left"/>
      </w:pPr>
      <w:r>
        <w:rPr>
          <w:rFonts w:ascii="Times New Roman" w:hAnsi="Times New Roman" w:eastAsia="Times New Roman" w:cs="Times New Roman"/>
        </w:rPr>
        <w:t>Дуулалчийн гуйж буй “амилалт” нь өөрийгөө үхмэл гэдгээ мэддэг нэгний хүсэлтийг илтгэнэ. Дуулалчийн гуйж буй тэрхүү амилалт нь Лаодикейн хүний хувьд гуйхад нэн бэрх хүсэлт мөн. Учир нь Лаодикейн хүн өөрийгөө сүнслэгээр үхмэл гэдгээ мэддэггүй; харин хэрэв тийм бишсэн бол амилуулах хэрэг түүнд байхгүй байх байсан. Энэхүү амилалт нь “Бурхан ЭЗЭН юу айлдахыг сонсъё” гэдэгт зөвшөөрөн нийлэх замаар биелдэг бөгөөд Ариун Сүнс бидний дотор оршин байснаар ирдэг тэрхүү амилалтыг баттай олж авахын өмнө өөр ямар ч ажил урьтаж болохгүй.</w:t>
      </w:r>
    </w:p>
    <w:p>
      <w:pPr>
        <w:pStyle w:val="ArticleScripture"/>
        <w:jc w:val="left"/>
      </w:pPr>
      <w:r>
        <w:rPr>
          <w:rFonts w:ascii="Times New Roman" w:hAnsi="Times New Roman" w:eastAsia="Times New Roman" w:cs="Times New Roman"/>
        </w:rPr>
        <w:t>“Бидний дунд жинхэнэ бурханлаг байдлын сэргэлт бий болох нь бидний бүх хэрэгцээнүүдийн дундаас хамгийн агуу бөгөөд хамгийн яаралтай нь мөн. Үүнийг эрэлхийлэх нь бидний эн тэргүүний ажил байх ёстой.” Selected Messages, book 1, 121.</w:t>
      </w:r>
    </w:p>
    <w:p>
      <w:pPr>
        <w:pStyle w:val="ArticleBody"/>
        <w:jc w:val="left"/>
      </w:pPr>
      <w:r>
        <w:rPr>
          <w:rFonts w:ascii="Times New Roman" w:hAnsi="Times New Roman" w:eastAsia="Times New Roman" w:cs="Times New Roman"/>
        </w:rPr>
        <w:t>Илчлэлийн номын тухайд Эгч Уайт дараах байдлаар өгүүлжээ.</w:t>
      </w:r>
    </w:p>
    <w:p>
      <w:pPr>
        <w:pStyle w:val="ArticleScripture"/>
        <w:jc w:val="left"/>
      </w:pPr>
      <w:r>
        <w:rPr>
          <w:rFonts w:ascii="Times New Roman" w:hAnsi="Times New Roman" w:eastAsia="Times New Roman" w:cs="Times New Roman"/>
        </w:rPr>
        <w:t>“Бид ард түмнийхээ хувьд энэ ном бидний хувьд ямар утгатай болохыг ойлгох үед, бидний дунд агуу сэргэлт харагдах болно.” Testimonies to Ministers, 113.</w:t>
      </w:r>
    </w:p>
    <w:p>
      <w:pPr>
        <w:pStyle w:val="ArticleBody"/>
        <w:jc w:val="left"/>
      </w:pPr>
      <w:r>
        <w:rPr>
          <w:rFonts w:ascii="Times New Roman" w:hAnsi="Times New Roman" w:eastAsia="Times New Roman" w:cs="Times New Roman"/>
        </w:rPr>
        <w:t>“Сэргэлт” хэмээх үг нь амьдралд дахин оруулах гэсэн утгаар тодорхойлогддог. Нэг зуун дөчин дөрвөн мянгад багтахаар сонгогдсон хүмүүс юуны өмнө өөрсдийгөө үхсэн бөгөөд сэргэлт хэрэгтэй байгаагаа хүлээн зөвшөөрөх ёстой. Нэг зуун дөчин дөрвөн мянга үхсэн байдаг явдал нь авралын хугацаа хаагдахын яг өмнө лац нь тайлагдах мэдээний нэгэн чухал бүрэлдэхүүн хэсэг мөн. Бид энэ үнэний талаар хэлэх зүйл үлэмж олон бий. Тэднийг сэргээдэг зүйл нь Бурхан тэднийг “сэргээж”, Өөрийн зөвт байдлыг тэдэнд өгөх үедээ тэдэнд сунгадаг “өршөөл” мөн. Тэднийг сэргээдэг зүйл нь Есүс бол Альфа ба Омега мөн гэсэн үнэн бөгөөд энэ ойлголт тэдний дотор бүх ойлголтоос давсан “амар тайван”-ыг төрүүлдэг. Амлалт нь “үнэн” нь “газраас урган гарна” гэдэгт оршино. Альфа ба Омега хэмээн дүрслэгдсэн “үнэн” болох мэдээ нь “газраас урган гардаг” тул Америкийн Нэгдсэн Улсаас эхтэй. Эхэнд байсан мэдээ Америкийн Нэгдсэн Улсаас ирсэн бөгөөд төгсгөл дэх мэдээ мөн л тэрхүү газраас урган гардаг.</w:t>
      </w:r>
    </w:p>
    <w:p>
      <w:pPr>
        <w:pStyle w:val="ArticleBody"/>
        <w:jc w:val="left"/>
      </w:pPr>
      <w:r>
        <w:rPr>
          <w:rFonts w:ascii="Times New Roman" w:hAnsi="Times New Roman" w:eastAsia="Times New Roman" w:cs="Times New Roman"/>
        </w:rPr>
        <w:t>Бурханы агуйн хүмүүс нь бэлгэдэл мөн гэсэн энэ үндэслэлтэйгээр, бид бэлгэдлийн агуйд байсан өөр эш үзүүлэгчдийг авч үзэх болно. Есүс Иохан Баптистыг Елиа мөн гэж тодорхойлсон бөгөөд, ирэх ёстой Мессиа нь Есүс мөн эсэхийг мэдэх шаардлагатай болсон үед Иохан шоронд байсан. Түүнд Есүсийн жинхэнэ зан чанарыг мэдэх хэрэгтэй байв. Түүнд өөрийн тунхагласан мэдээ болон Есүсийн үргэлжлүүлэн тунхаглаж байсан мэдээ нь үнэн мэдээ мөн эсэхийг мэдэх хэрэгтэй байв. Тэр энэ асуултыг Есүст тавиулахаар шавь нараа илгээсэн бөгөөд Есүс тэдний асуултыг алгасан өнгөрч, Өөрийн алдрыг тэдэнд үзүүлж эхэлсэн.</w:t>
      </w:r>
    </w:p>
    <w:p>
      <w:pPr>
        <w:pStyle w:val="ArticleScripture"/>
        <w:jc w:val="left"/>
      </w:pPr>
      <w:r>
        <w:rPr>
          <w:rFonts w:ascii="Times New Roman" w:hAnsi="Times New Roman" w:eastAsia="Times New Roman" w:cs="Times New Roman"/>
        </w:rPr>
        <w:t>Ийнхүү өдөр өнгөрөхөд, Иоханы шавь нар энэ бүхнийг харж, сонсов. Эцэст нь Есүс тэднийг Өөр дээрээ дуудан, харсан гэрчилсэн зүйлсээ очиж Иоханд мэдэгдэхийг тушаагаад, үүн дээр нэмж айлдав: «Надаас болж бүдрэх шалтаг эс олох хэн боловч ерөөлтэй еэ». Лук 7:23, R. V. Түүний бурханлаг чанарын нотолгоо нь зовж шаналж буй хүн төрөлхтний хэрэгцээнд нийцсэн байдлаараа илэрч байв. Түүний алдар суу нь бидний дорд байдлыг хүртэл Өөрийгөө буулган даруусгасанд үзэгдсэн юм.</w:t>
      </w:r>
    </w:p>
    <w:p>
      <w:pPr>
        <w:pStyle w:val="ArticleScripture"/>
        <w:jc w:val="left"/>
      </w:pPr>
      <w:r>
        <w:rPr>
          <w:rFonts w:ascii="Times New Roman" w:hAnsi="Times New Roman" w:eastAsia="Times New Roman" w:cs="Times New Roman"/>
        </w:rPr>
        <w:t>“Шавь нар уг мэдээг дамжуулсан бөгөөд энэ нь хангалттай байв. Иохан Мессиагийн тухай зөгнөлийг санан: ‘ЭЗЭН Надад тосолсон нь дарууст сайн мэдээ тунхаглуулахын тулд билээ; Тэр Намайг шархалсан зүрхтнийг эдгээхээр, олзлогдогсдод эрх чөлөөг, хүлээстэй хүмүүст шоронгийн хаалга нээгдэхийг тунхаглахаар; ЭЗЭНий таалалт жилийг тунхаглахаар илгээсэн’ хэмээв. Исаиа 61:1, 2. Христийн үйлс Түүнийг Мессиа мөн болохыг тунхаглаад зогсохгүй, Түүний хаанчлал ямар байдлаар тогтох ёстойг ч харуулсан юм. ЭЗЭНий өмнө ‘уулсыг хагалж, хад чулууг бут цохисон хүчтэй, агуу салхи’ болсон ч ‘ЭЗЭН салхинд байгаагүй; салхины дараа газар хөдлөлт болсон ч ЭЗЭН газар хөдлөлтөнд байгаагүй; газар хөдлөлтийн дараа гал гарсан ч ЭЗЭН галд байгаагүй’; харин галын дараа Бурхан эш үзүүлэгчид ‘нам гүмхэн, аядуу дуугаар’ айлдсан тэр үнэнийг Иоханд ч мөн цөлд Елиад ирсэнтэй адил нээжээ. Хаадын дээд 19:11, 12. Ийнхүү Есүс Өөрийн ажлыг зэвсгийн харшил, сэнтий ба хаанчлалуудыг түлхэн унагах замаар бус, харин өршөөл ба өөрийгөө золиослох амьдралаар дамжуулан хүний зүрх сэтгэлд айлдан хийх ёстой байв.” Хүсэмжит Үе, 217.</w:t>
      </w:r>
    </w:p>
    <w:p>
      <w:pPr>
        <w:pStyle w:val="ArticleBody"/>
        <w:jc w:val="left"/>
      </w:pPr>
      <w:r>
        <w:rPr>
          <w:rFonts w:ascii="Times New Roman" w:hAnsi="Times New Roman" w:eastAsia="Times New Roman" w:cs="Times New Roman"/>
        </w:rPr>
        <w:t>Бурханы хүч Түүний Үгээр дамжин хүргэгддэг. Тэр нь “хүмүүсийн зүрх сэтгэлд” хүргэгддэг. Энэ нь “нам гүм, зөөлөн дуу хоолойн” сургамж байсан. Гэвч Елиагийн мэдээ нь Бурханы ард түмнээс гаднах хүчнүүдийг тодорхойлон илтгэдэг гадаад мэдээ юм. Христ Елиад “эцсийн өдрүүдэд” Өөрийн Үгэнд хүч оршдогийг хэлж байсан, харин сүйтгэгч салхи, газар хөдлөлт, гал түймрээр дүрслэгдсэн “зэвсгийн мөргөлдөөн, хаадын ширээ болон хаант улсуудын нуралт” нь Илчлэл номд дүрслэгдсэн, Бурханы ард түмэнтэй тулгарах гадаад хүчнүүдийн гурвыг төлөөлдөг. Сүйтгэгч “салхи” нь Библийн зөгнөл дэх Исламын бэлгэ тэмдэг юм. “Газар хөдлөлт” нь Францын хувьсгалын бослого, эмх замбараагүй байдал мөн. “Гал” нь Содом ба Гоморрад ирүүлсэн сүйрлийг илэрхийлнэ. Елиа агуйд хүрэхийн тулд папын эрх мэдлээс зугтан одсон байсан тул, дэлхийн төгсгөлийн хямралыг бүрдүүлдэг бүх бузар хүчнүүдийн дунд ч гэсэн Бурханы хүч олдох газар нь нам гүм, зөөлөн дуу хоолой мөн гэдгийг Эзэн түүнд илчилсэн юм.</w:t>
      </w:r>
    </w:p>
    <w:p>
      <w:pPr>
        <w:pStyle w:val="ArticleBody"/>
        <w:jc w:val="left"/>
      </w:pPr>
      <w:r>
        <w:rPr>
          <w:rFonts w:ascii="Times New Roman" w:hAnsi="Times New Roman" w:eastAsia="Times New Roman" w:cs="Times New Roman"/>
        </w:rPr>
        <w:t>Мосе, Елиа, мөн Баптист Иохан нар бүгдээрээ Бурханы зан чанарыг агуй дотроос харсан тухай гэрчилдэг. “Агуй” бол ёрын муу бөгөөд садар самуун үеийнхэнд өгөх цорын ганц тэмдэг мөн. Есүс “садар самуун бөгөөд ёрын муу үеийнхэн”-ий тухай ярьсан бөгөөд энэ нь мөрдөн шалгах шүүлтийн “эцсийн өдрүүд”-ийн үеийнхэн юм. Тэр үеийнхэнд өгөгдөх тэмдэг нь халимны хэвлий хэмээх агуйд гурван өдөр байсан эш үзүүлэгч Иона байв.</w:t>
      </w:r>
    </w:p>
    <w:p>
      <w:pPr>
        <w:pStyle w:val="ArticleScripture"/>
        <w:jc w:val="left"/>
      </w:pPr>
      <w:r>
        <w:rPr>
          <w:rFonts w:ascii="Times New Roman" w:hAnsi="Times New Roman" w:eastAsia="Times New Roman" w:cs="Times New Roman"/>
        </w:rPr>
        <w:t>Хүмүүс олноороо цуглан ирэхэд Тэр ийнхүү айлдаж эхлэв: Энэ бол муу ёрын үеийнхэн мөн; тэд тэмдэг эрдэг; гэвч эш үзүүлэгч Ионагийн тэмдгээс өөр ямар ч тэмдэг түүнд өгөхгүй. Учир нь Иона нь Ниневечүүдэд тэмдэг болсончлон, Хүний Хүү мөн энэ үеийнхэнд тийнхүү тэмдэг болох болно. Лук 11:29, 30.</w:t>
      </w:r>
    </w:p>
    <w:p>
      <w:pPr>
        <w:pStyle w:val="ArticleBody"/>
        <w:jc w:val="left"/>
      </w:pPr>
      <w:r>
        <w:rPr>
          <w:rFonts w:ascii="Times New Roman" w:hAnsi="Times New Roman" w:eastAsia="Times New Roman" w:cs="Times New Roman"/>
        </w:rPr>
        <w:t>Иона халимны хэвлийд гурван өдөр, гурван шөнө байсанчлан, Есүс ч мөн гурван өдөр булшинд байв. Иона тэмдэг байсан бөгөөд Есүс ч мөн адил. Тэд үхлийн дараа дагалдан ирдэг амилалтын тэмдгийг илэрхийлдэг.</w:t>
      </w:r>
    </w:p>
    <w:p>
      <w:pPr>
        <w:pStyle w:val="ArticleScripture"/>
        <w:jc w:val="left"/>
      </w:pPr>
      <w:r>
        <w:rPr>
          <w:rFonts w:ascii="Times New Roman" w:hAnsi="Times New Roman" w:eastAsia="Times New Roman" w:cs="Times New Roman"/>
        </w:rPr>
        <w:t>Тэгэхэд хуулийн багш нараас болон фарисайчуудаас зарим нь хариулан, —Багш аа, бид Танаас нэг тэмдэг үзэхийг хүсэж байна, гэжээ. Харин Тэр тэдэнд хариулан айлдсан нь: —Муу бөгөөд завхай үеийнхэн тэмдэг эрдэг; гэвч эш үзүүлэгч Ионагийн тэмдгээс өөр ямар ч тэмдэг түүнд өгөгдөхгүй. Учир нь Иона аварга загасны хэвлийд гурван өдөр, гурван шөнө байсанчлан, Хүний Хүү ч мөн газрын зүрхэнд гурван өдөр, гурван шөнө байх болно. Ниневегийн хүмүүс энэ үеийнхэнтэй хамт шүүлтэд босож, тэднийг яллах болно. Учир нь тэд Ионагийн номлолд гэмшсэн; харин, болгоогтун, Ионагаас аугаа Нэгэн энд байна. Матай 12:38–41.</w:t>
      </w:r>
    </w:p>
    <w:p>
      <w:pPr>
        <w:pStyle w:val="ArticleBody"/>
        <w:jc w:val="left"/>
      </w:pPr>
      <w:r>
        <w:rPr>
          <w:rFonts w:ascii="Times New Roman" w:hAnsi="Times New Roman" w:eastAsia="Times New Roman" w:cs="Times New Roman"/>
        </w:rPr>
        <w:t>Хэрэв бид түүх давтагддаг зарчмыг, мөн бүх ариун түүх дэлхийн төгсгөлийг заадаг гэдэг үнэнтэй хамтатган ойлговол, Иона болон Христийн үхэл, оршуулга, амилалт нь эдүгээ Бурханы ард түмэнд зориулсан “тэмдэг” төдийгүй мөн мэдээ юм. Иона халимны гэдэснээс гаргагдах үедээ мэдээг тунхагласан; үүний адил Христ байсан агуйн амнаас тэнгэрэлч чулууг зайлуулмагц Христийн амилалтын мэдээ нэн даруй тунхаглагдсан билээ. Мосе, Елиа, Иона болон Христээр төлөөлүүлэгдсэн хүмүүс нь зөвхөн “эцсийн өдрүүдийн” Бурханы ард түмнийг бэлгэдээд зогсохгүй, мөн тэдний тус бүрийн тунхагласан мэдээг ч бэлгэдэж байна.</w:t>
      </w:r>
    </w:p>
    <w:p>
      <w:pPr>
        <w:pStyle w:val="ArticleBody"/>
        <w:jc w:val="left"/>
      </w:pPr>
      <w:r>
        <w:rPr>
          <w:rFonts w:ascii="Times New Roman" w:hAnsi="Times New Roman" w:eastAsia="Times New Roman" w:cs="Times New Roman"/>
        </w:rPr>
        <w:t>Ионагийн тэмдэгт Христийн өршөөнгүй зан чанар илчлэгддэг агуйн туршлага багтдаг. Есүсийн Елиад үзүүлсэн тэрхүү ижил өршөөл нь, мэдээг тунхаглах хариуцлагаасаа зугтаж явсан Ионад ч мөн адил үзүүлэгдсэн юм. Ионагийн талаар хэлэх зүйл үлэмж олон боловч, одоо бусад асуудлыг авч үзэх шаардлагатай байна.</w:t>
      </w:r>
    </w:p>
    <w:p>
      <w:pPr>
        <w:pStyle w:val="ArticleBody"/>
        <w:jc w:val="left"/>
      </w:pPr>
      <w:r>
        <w:rPr>
          <w:rFonts w:ascii="Times New Roman" w:hAnsi="Times New Roman" w:eastAsia="Times New Roman" w:cs="Times New Roman"/>
        </w:rPr>
        <w:t>Агуй нь бусад олон зүйлийн хамт үхэл ба амилалтыг төлөөлдөг. Эцсийн өдрүүд дэх Бурханы гэрээний ард түмэн үхсэн, дараа нь амилсан хэмээн олон гэрчээр тодорхойлогдсон байдаг. Мэдээж, Христэд итгэгч хүн Бурханы хаанчлалыг харахын тулд дахин төрөх ёстой бөгөөд энэ нь хуучин махан биеийн хүний үхлийг илэрхийлдэг, гэвч эш үзүүллэгийн утгаараа энэ нь түүнээс ч илүүг агуулдаг. Энэ нь замдаа таслан зогсоогдсон нэгэн мэдээг өгүүлдэг. Елиа мэдээг тунхаглахаа зогсоосон, Иона мэдээг тунхаглахаас зугтсан. Иохан шоронд хаягдаж, цаазлагдсан. Есүс цовдлогдсон.</w:t>
      </w:r>
    </w:p>
    <w:p>
      <w:pPr>
        <w:pStyle w:val="ArticleBody"/>
        <w:jc w:val="left"/>
      </w:pPr>
      <w:r>
        <w:rPr>
          <w:rFonts w:ascii="Times New Roman" w:hAnsi="Times New Roman" w:eastAsia="Times New Roman" w:cs="Times New Roman"/>
        </w:rPr>
        <w:t>Иймийн тул Ионагийн тэмдэг нь зөвхөн үхэл ба амилалтын тухай бус, харин мэдээний үхэл ба амилалтын тухай юм. Бурханы үгэнд хэв шинжлэгдсэн бүх мэдээнүүд нь Эцэгээс Есүст өгөгдөж, дараа нь Есүсээс Габриелд, түүнээс эш үзүүлэгчид өгөгдөж, улмаар түүнийг бичиж чуулгануудад илгээсэн эцсийн анхааруулах мэдээг төлөөлдөг. Бурхан Мосегийн агуйн туршлагад уг мэдээг төгсгөж, дахин эхлэхэд бэлэн байсан. Елиа элчийнхээ ажлыг дуусгаад агуй руу зугтав. Иона Таршиш руу зугтсан. Иохан Баптист алуулсан, Есүс ч мөн адил. Эдгээр бүх гэрчлэлийг Илчлэл номд авчирч, хооронд нь уялдуулах ёстой. Даниел ба Илчлэл нь хоёр ном боловч “Есүсийн гэрчлэл” нь тэд бас нэг ном болохыг тодорхойлдог. Тэд Библитэй адил шинж чанарыг эзэмшдэг. Нэг номыг бүрдүүлдэг хоёр ном, мөн хоёр гэрчийг төлөөлдөг хоёр зохиогч.</w:t>
      </w:r>
    </w:p>
    <w:p>
      <w:pPr>
        <w:pStyle w:val="ArticleBody"/>
        <w:jc w:val="left"/>
      </w:pPr>
      <w:r>
        <w:rPr>
          <w:rFonts w:ascii="Times New Roman" w:hAnsi="Times New Roman" w:eastAsia="Times New Roman" w:cs="Times New Roman"/>
        </w:rPr>
        <w:t>Вавилоны, дараа нь Мидо-Персийн олзлогдогч байсан Даниел арслангийн нүхэнд хаягдахдаа бэлгэдлийн утгаараа үхсэн. Иона халиманд залгиулахдаа бэлгэдлийн утгаараа үхсэн. Илчлэлт хүлээн авагч Иохан буцалж буй тосонд хаягдахдаа бэлгэдлийн утгаараа үхсэн. Уильям Миллер үхсэн боловч зөвт хүмүүсийн амилалтад зориулан түүний булшинд тэнгэрэлчүүд хүлээж байгаа гэсэн амлалт түүнд бий. Future for America үйлчлэл 2020 оны 7 дугаар сарын 18-нд бэлгэдлийн утгаараа үхсэн.</w:t>
      </w:r>
    </w:p>
    <w:p>
      <w:pPr>
        <w:pStyle w:val="ArticleBody"/>
        <w:jc w:val="left"/>
      </w:pPr>
      <w:r>
        <w:rPr>
          <w:rFonts w:ascii="Times New Roman" w:hAnsi="Times New Roman" w:eastAsia="Times New Roman" w:cs="Times New Roman"/>
        </w:rPr>
        <w:t>Эцсийн анхааруулгын мэдээ нь папын эрх мэдлийн үхлийн шарх эдгэх нөхцөл дотор тогтоогдсон байдаг. Шарх эдгэрэх явдал нь Илчлэлт номын арван гуравдугаар болон арван долдугаар бүлгүүдийн тодорхой сэдэв мөн. Үхлийн шарх эдгэх үед амилан сэргэх папын засаглал нь Илчлэлт номын арван долдугаар бүлэгт дүрслэгдсэн найм дахь хаанчлал болно. Энэ нь долооны дотроос гарсан найм дахь нь хэмээн тодорхойлогддог. Наймын тоо нь амилалтын бэлгэдэл мөн. Учир нь гэрээний харилцааны тамга болсон хөвч хөндөх ёслол нь эрэгтэй хүүхэд төрснөөс хойш найм дахь өдөр үйлдэгдэх ёстой байсан. Христийн шашны эринд тэр ёслолыг баптисм орлосон бөгөөд баптисм нь Христийн үхэл, оршуулга, амилалтыг төлөөлдөг. Христ долоо дахь өдрийн дараах өдөр амилсан. Иймээс Тэр эш үзүүллэгийн утгаар найм дахь өдөр амилсан юм. Мянган жилийн амралтын дараа шинэчлэгдсэн дэлхий найм дахь мянган жилд амилна.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Америкийн ирээдүй ба 2020 оны 7 дугаар сарын 18 — Нэгдүгээр хэсэг</dc:title>
  <dc:subject>Гэрээний агуйн оршин суугчид: Дэлхийн эцэст Мосе ба Елиа</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