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Америкт хамаарах ирээдүй ба 2020 оны 7-р сарын 18 — Хоёр дахь дугаар</w:t>
      </w:r>
    </w:p>
    <w:p>
      <w:pPr>
        <w:pStyle w:val="ArticleSubtitle"/>
        <w:jc w:val="left"/>
      </w:pPr>
      <w:r>
        <w:rPr>
          <w:rFonts w:ascii="Arial" w:hAnsi="Arial" w:eastAsia="Arial" w:cs="Arial"/>
        </w:rPr>
        <w:t>Мэдээг Идэх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Шүүлтийн хугацаа хаагдахын яг өмнө “энэ номын эш үзүүллэгийн үгсийг бүү битүүмжил” гэсэн тушаал өгөгдөнө.</w:t>
      </w:r>
    </w:p>
    <w:p>
      <w:pPr>
        <w:pStyle w:val="ArticleScripture"/>
        <w:jc w:val="left"/>
      </w:pPr>
      <w:r>
        <w:rPr>
          <w:rFonts w:ascii="Times New Roman" w:hAnsi="Times New Roman" w:eastAsia="Times New Roman" w:cs="Times New Roman"/>
        </w:rPr>
        <w:t>Тэгээд тэр надад: «Энэ номын эш үзүүллэгийн үгсийг бүү битүүмжил; учир нь цаг нь ойрхон байна. Шударга бус нэгэн нь цаашид ч шударга бус хэвээр байг; бузартсан нэгэн нь цаашид ч бузартсан хэвээр байг; зөвт нэгэн нь цаашид ч зөвт хэвээр байг; ариун нэгэн нь цаашид ч ариун хэвээр байг» хэмээн айлдав. Илчлэл 22:10, 11.</w:t>
      </w:r>
    </w:p>
    <w:p>
      <w:pPr>
        <w:pStyle w:val="ArticleBody"/>
        <w:jc w:val="left"/>
      </w:pPr>
      <w:r>
        <w:rPr>
          <w:rFonts w:ascii="Times New Roman" w:hAnsi="Times New Roman" w:eastAsia="Times New Roman" w:cs="Times New Roman"/>
        </w:rPr>
        <w:t>Илчлэлт номын тавдугаар бүлэгт Бурхан Эцэг Өөрийн сэнтийд заларч байгаа бөгөөд Түүний гарт долоон лацаар битүүмжилсэн нэгэн ном байна.</w:t>
      </w:r>
    </w:p>
    <w:p>
      <w:pPr>
        <w:pStyle w:val="ArticleScripture"/>
        <w:jc w:val="left"/>
      </w:pPr>
      <w:r>
        <w:rPr>
          <w:rFonts w:ascii="Times New Roman" w:hAnsi="Times New Roman" w:eastAsia="Times New Roman" w:cs="Times New Roman"/>
        </w:rPr>
        <w:t>Тэгээд би сэнтий дээр Залрагчийн баруун мутарт дотор ба ар талдаа бичигдсэн, долоон лацаар лацадсан нэгэн номыг харлаа. Илчлэлт 5:1.</w:t>
      </w:r>
    </w:p>
    <w:p>
      <w:pPr>
        <w:pStyle w:val="ArticleBody"/>
        <w:jc w:val="left"/>
      </w:pPr>
      <w:r>
        <w:rPr>
          <w:rFonts w:ascii="Times New Roman" w:hAnsi="Times New Roman" w:eastAsia="Times New Roman" w:cs="Times New Roman"/>
        </w:rPr>
        <w:t>Нэгдүгээр эшлэлээс эхлэн долоодугаар бүлэг хүртэл үргэлжлэх өгүүлэмжид, Иудагийн овгийн Арслангаар төлөөлөгдсөн Есүс Өөрийн Эцгийн мутраас номыг авч, лацуудыг үе шаттайгаар нээж эхэлдэг Нэгэн болохыг бид хардаг. Тэрээр зургаа дахь лацыг нээж, уг лацаар төлөөлөгдсөн мэдээг толилуулахад зургаадугаар бүлэг төгсөнө. Энэ нь долоодугаар бүлэгт шилжүүлэх нэгэн асуултаар төгсдөг бөгөөд тэнд бид зургаадугаар бүлгийн сүүлчийн эшлэлд дэвшүүлсэн асуултын хариуг олдог.</w:t>
      </w:r>
    </w:p>
    <w:p>
      <w:pPr>
        <w:pStyle w:val="ArticleScripture"/>
        <w:jc w:val="left"/>
      </w:pPr>
      <w:r>
        <w:rPr>
          <w:rFonts w:ascii="Times New Roman" w:hAnsi="Times New Roman" w:eastAsia="Times New Roman" w:cs="Times New Roman"/>
        </w:rPr>
        <w:t>Учир нь Түүний уур хилэнгийн агуу өдөр ирсэн; хэн тогтож чадах билээ? Илчлэлт 6:17.</w:t>
      </w:r>
    </w:p>
    <w:p>
      <w:pPr>
        <w:pStyle w:val="ArticleBody"/>
        <w:jc w:val="left"/>
      </w:pPr>
      <w:r>
        <w:rPr>
          <w:rFonts w:ascii="Times New Roman" w:hAnsi="Times New Roman" w:eastAsia="Times New Roman" w:cs="Times New Roman"/>
        </w:rPr>
        <w:t>Долоодугаар бүлэгт нэг зуун дөчин дөрвөн мянга болон “агуу олон түмэн”-ийг танилцуулдаг. Долоодугаар бүлэгт Бурханы ард түмэн танилцуулагдсаны дараа бид долоон лацын долоо дахь бөгөөд эцсийнх нь хуулан авсныг хардаг. Илчлэл номд лацлагдсан гэж дурдагдсан өөр нэгэн цорын ганц зөгнөл нь аравдугаар бүлгийн долоон аянга юм. Энгийнээр хэлбэл, сорилтын хугацаа хаагдахаас өмнө лацыг нь тайлж болох Илчлэл ном дахь лацлагдсан цорын ганц зөгнөл бол “долоон аянга” юм.</w:t>
      </w:r>
    </w:p>
    <w:p>
      <w:pPr>
        <w:pStyle w:val="ArticleBody"/>
        <w:jc w:val="left"/>
      </w:pPr>
      <w:r>
        <w:rPr>
          <w:rFonts w:ascii="Times New Roman" w:hAnsi="Times New Roman" w:eastAsia="Times New Roman" w:cs="Times New Roman"/>
        </w:rPr>
        <w:t>Future for America нь “долоон аянга” юуг төлөөлдөг болохыг олон жилийн турш, бүр хэдэн арван жилийн туршид тодорхойлон ирсэн. “Долоон аянга” нь 1840 оны 8 дугаар сарын 11-нээс 1844 оны 10 дугаар сарын 22 хүртэлх Миллерит хөдөлгөөний түүхийг төлөөлдөг. Уайт эгч энэ баримтыг батлан, мөн “долоон аянга” нь түүнчлэн “өөр өөрийн дарааллаар илчлэгдэх ирээдүйн үйл явдлууд”-ыг төлөөлдөг гэж нэмж хэлдэг. Эдгээр баримтуудын дэлгэрэнгүй тайлбарыг, эдгээр эш үзүүллэгийн бодит байдлыг мэдэхгүй хэн бүхэнд зориулан, Habakkuk’s Tables-ээс олж болно.</w:t>
      </w:r>
    </w:p>
    <w:p>
      <w:pPr>
        <w:pStyle w:val="ArticleBody"/>
        <w:jc w:val="left"/>
      </w:pPr>
      <w:r>
        <w:rPr>
          <w:rFonts w:ascii="Times New Roman" w:hAnsi="Times New Roman" w:eastAsia="Times New Roman" w:cs="Times New Roman"/>
        </w:rPr>
        <w:t>Өмнө нь танилцуулагдсан долоон аянгын тухай үнэн нь үнэн хэвээрээ мөн боловч энэ оны наймдугаар сараас хойш Эзэн эдгээр сэдвүүдээс Өөрийн мутрыг татан авч, илүү их ойлголтыг илчилсэн билээ. Бид Илчлэлт номын аравдугаар бүлгээс эхэлж, дараа нь тус бүлгийн талаар Систер Уайтын тайлбарыг авч үзнэ. Үүнийг хийхээс өмнө, долоон аянгыг авч үзэхтэй холбоогүй хоёр зүйлийг бид тодорхойлох ёстой.</w:t>
      </w:r>
    </w:p>
    <w:p>
      <w:pPr>
        <w:pStyle w:val="ArticleBody"/>
        <w:jc w:val="left"/>
      </w:pPr>
      <w:r>
        <w:rPr>
          <w:rFonts w:ascii="Times New Roman" w:hAnsi="Times New Roman" w:eastAsia="Times New Roman" w:cs="Times New Roman"/>
        </w:rPr>
        <w:t>Эхний зүйл нь, эдүгээ нээгдэж буй долоон аянгын үнэний мөн чанарыг зөв тодорхойлохын тулд, долоон аянгын төлөөлж буй бүхнийг зохих байранд нь тавих хэд хэдэн үнэн шугам шаардлагатай байдаг явдал юм. Энд, би залбирч байна, гэгээнтнүүдийн тэвчээр оршдог. Үүнтэй холбоотой хоёр дахь зүйл нь, эдгээр өгүүллүүдийн аудио танилцуулгыг бүтээдэг хөтөлбөр уншиж, өгүүлэх хугацааны хэмжээнд хязгаарлалттай байдаг явдал юм. Өгүүлэл бүр тэр хугацааны дотор багтах ёстой. Энэхүү судалгааны эхнээс би та нарт, долоон аянгаар төлөөлүүлсэн үнэнийг тогтоон байгуулахад хэд хэдэн өгүүлэл шаардлагатай болно гэдгийг мэдэгдэж байна. Одоо аравдугаар бүлэг рүү оръё.</w:t>
      </w:r>
    </w:p>
    <w:p>
      <w:pPr>
        <w:pStyle w:val="ArticleScripture"/>
        <w:jc w:val="left"/>
      </w:pPr>
      <w:r>
        <w:rPr>
          <w:rFonts w:ascii="Times New Roman" w:hAnsi="Times New Roman" w:eastAsia="Times New Roman" w:cs="Times New Roman"/>
        </w:rPr>
        <w:t>Тэгээд би тэнгэрээс бууж ирж буй өөр нэгэн хүчирхэг тэнгэрэлчийг үзэв. Тэр үүлээр хучигдсан байлаа; толгой дээр нь солонго байж, нүүр нь нар мэт, хөл нь галан багана мэт байв. Түүний гарт дэлгээстэй бяцхан ном байлаа; тэр баруун хөлөө далайн дээр, зүүн хөлөө газрын дээр тавив. Тэр арслан архирах мэт чанга дуугаар хашхирав; түүнийг хашхирахад долоон аянга өөр өөрсдийн дуу хоолойгоо гаргав. Долоон аянга дуу хоолойгоо гаргасны дараа би бичих гэж байтал, тэнгэрээс нэгэн дуу надад, “Долоон аянгын айлдсан зүйлсийг битүүмжил, тэдгээрийг бүү бич” хэмээн хэлэхийг сонсов. Тэгээд миний далай ба газрын дээр зогсож байхыг харсан тэнгэрэлч тэнгэр өөд гараа өргөн, тэнгэр ба түүний доторх зүйлсийг, газар ба түүний доторх зүйлсийг, далай ба түүний доторх зүйлсийг бүтээсэн, мөнхөд мөнх амьдрагч Түүгээр тангараглан, цаашид хугацаа байхгүй болно гэв. Харин долоо дахь тэнгэрэлчийн дууны өдрүүдэд, тэр бүрээ үлээж эхлэх үед, Бурханы нууц нь Өөрийн зарц эш үзүүлэгчдэд тунхагласанчлан биеллээ олох болно. Тэгээд тэнгэрээс сонссон дуу надтай дахин ярьж, “Далай ба газрын дээр зогсож буй тэнгэрэлчийн гарт байгаа дэлгээстэй бяцхан номыг очиж ав” гэв. Би тэнгэрэлч уруу очоод, “Надад бяцхан номыг өгөөч” гэж түүнд хэлэв. Тэгэхэд тэр надад, “Үүнийг авч ид; энэ нь хэвлийг чинь гашуун болгоно, харин аманд чинь зөгийн бал мэт чихэрлэг байх болно” гэв. Би бяцхан номыг тэнгэрэлчийн гараас авч идэв; аманд минь энэ нь зөгийн бал мэт чихэрлэг байсан бөгөөд идмэгц хэвлий минь гашуун болов. Тэгээд тэр надад, “Чи олон ард түмэн, үндэстэн, хэлүүд, хаадын өмнө дахин эш үзүүлэх ёстой” гэв. Илчлэл 10:1–11.</w:t>
      </w:r>
    </w:p>
    <w:p>
      <w:pPr>
        <w:pStyle w:val="ArticleBody"/>
        <w:jc w:val="left"/>
      </w:pPr>
      <w:r>
        <w:rPr>
          <w:rFonts w:ascii="Times New Roman" w:hAnsi="Times New Roman" w:eastAsia="Times New Roman" w:cs="Times New Roman"/>
        </w:rPr>
        <w:t>Аравдугаар бүлгийн талаар тайлбарлахдаа Эгч Уайт ийнхүү өгүүлжээ:</w:t>
      </w:r>
    </w:p>
    <w:p>
      <w:pPr>
        <w:pStyle w:val="ArticleScripture"/>
        <w:jc w:val="left"/>
      </w:pPr>
      <w:r>
        <w:rPr>
          <w:rFonts w:ascii="Times New Roman" w:hAnsi="Times New Roman" w:eastAsia="Times New Roman" w:cs="Times New Roman"/>
        </w:rPr>
        <w:t>“Иоханд заавар өгсөн тэр хүчирхэг тэнгэрэлч нь Есүс Христээс өөр хэн ч биш байв. Тэр Өөрийн баруун хөлийг тэнгис дээр, зүүн хөлийг хуурай газарт тавьсан нь Сатантай хийх агуу тэмцлийн төгсгөлийн үзэгдлүүдэд Түүний гүйцэтгэж буй үүргийг харуулж байна. Энэ байрлал нь бүх дэлхий дээрх Түүний дээд эрх мэдэл, ноёрхлыг илэрхийлдэг. Энэхүү тэмцэл эрин үеэс эрин үед улам хүчтэй, улам шийдэмгий болсоор ирсэн бөгөөд харанхуйн хүчнүүдийн гарамгай ажиллагаа оргилдоо хүрэх төгсгөлийн үзэгдлүүд хүртэл ийнхүү үргэлжлэх болно. Сатан, хорон муу хүмүүстэй нэгдэн, үнэний хайрыг хүлээн аваагүй бүх дэлхий болон сүмүүдийг мэхлэх болно. Харин тэр хүчирхэг тэнгэрэлч анхаарал шаарддаг. Тэр чанга дуугаар хашхирдаг. Үнэнийг эсэргүүцэхийн тулд Сатантай нэгдсэн хүмүүст Тэр Өөрийн дуу хоолойн хүч чадал, эрх мэдлийг харуулах ёстой.”</w:t>
      </w:r>
    </w:p>
    <w:p>
      <w:pPr>
        <w:pStyle w:val="ArticleScripture"/>
        <w:jc w:val="left"/>
      </w:pPr>
      <w:r>
        <w:rPr>
          <w:rFonts w:ascii="Times New Roman" w:hAnsi="Times New Roman" w:eastAsia="Times New Roman" w:cs="Times New Roman"/>
        </w:rPr>
        <w:t>“Эдгээр долоон аянга дуу хоолойгоо гаргасны дараа, бяцхан номын талаар Даниелд өгөгдсөнтэй адил тушаал Иоханд ирэв: ‘Долоон аянгын айлдсан зүйлсийг лацдан битүүл.’ Эдгээр нь ирээдүйн үйл явдлуудад хамаарах бөгөөд тэдгээр нь өөр өөрийн дарааллаар илчлэгдэх болно. Даниел өдрүүдийн эцэст өөрийн хувь тавиланд зогсох болно. Иохан бяцхан номыг лац нь тайлагдсан байгаагаар хардаг. Тэгвэл Даниелын эш үзүүллэгүүд дэлхийд өгөгдөх ёстой эхний, хоёр дахь, гурав дахь тэнгэрэлчийн мэдээнүүдэд өөрсдийн зохих байр суурийг эзэлдэг. Бяцхан номын лац тайлагдсан нь цаг хугацаатай холбоотой мэдээ байв.”</w:t>
      </w:r>
    </w:p>
    <w:p>
      <w:pPr>
        <w:pStyle w:val="ArticleScripture"/>
        <w:jc w:val="left"/>
      </w:pPr>
      <w:r>
        <w:rPr>
          <w:rFonts w:ascii="Times New Roman" w:hAnsi="Times New Roman" w:eastAsia="Times New Roman" w:cs="Times New Roman"/>
        </w:rPr>
        <w:t>“Даниел болон Илчлэлт номууд нэг юм. Нэг нь эш үзүүллэг, нөгөө нь илчлэл; нэг нь лацдан хаагдсан ном, нөгөө нь нээгдсэн ном юм. Иохан аянгуудын айлдсан нууцуудыг сонссон боловч тэдгээрийг бичихгүй байх тушаал авсан.”</w:t>
      </w:r>
    </w:p>
    <w:p>
      <w:pPr>
        <w:pStyle w:val="ArticleScripture"/>
        <w:jc w:val="left"/>
      </w:pPr>
      <w:r>
        <w:rPr>
          <w:rFonts w:ascii="Times New Roman" w:hAnsi="Times New Roman" w:eastAsia="Times New Roman" w:cs="Times New Roman"/>
        </w:rPr>
        <w:t>“Долоон аянгад илэрхийлэгдсэн Иоханд өгөгдсөн тэр онцгой гэрэл нь эхний ба хоёр дахь тэнгэрэлчийн мэдээнүүдийн дор тохиолдох үйл явдлуудын дүрслэл байсан юм. Эдгээрийг ард түмэн мэдэх нь хамгийн зохистой биш байсан, учир нь тэдний итгэл зайлшгүй соригдох ёстой байв. Бурханы тогтоосон дэг журмын дагуу хамгийн гайхамшигтай бөгөөд гүнзгий дэвшилтэт үнэнүүд тунхаглагдах ёстой байлаа. Эхний ба хоёр дахь тэнгэрэлчийн мэдээнүүд тунхаглагдах ёстой байсан, харин эдгээр мэдээнүүд өөрсдийн онцгой ажлыг гүйцэтгэж дуустал цаашдын ямар ч гэрэл илчлэгдэх ёсгүй байв. Үүнийг нэг хөлөө тэнгист тавин зогсож, цаг хугацаа цаашид байхгүй болно хэмээн хамгийн ёслол төгөлдөр тангарагтайгаар тунхаглаж буй тэнгэрэлчээр төлөөлүүлэн үзүүлсэн юм.” The Seventh-day Adventist Bible Commentary, volume 7, 971.</w:t>
      </w:r>
    </w:p>
    <w:p>
      <w:pPr>
        <w:pStyle w:val="ArticleBody"/>
        <w:jc w:val="left"/>
      </w:pPr>
      <w:r>
        <w:rPr>
          <w:rFonts w:ascii="Times New Roman" w:hAnsi="Times New Roman" w:eastAsia="Times New Roman" w:cs="Times New Roman"/>
        </w:rPr>
        <w:t>1840 оны 8 дугаар сарын 11-нд бууж ирсэн “хүчит тэнгэрэлч” нь Христ байсан бөгөөд түүний гар дээр Иоханд ид гэж тушаагдсан нэгэн мэдээ байв. Иоханы идсэн зүйл нь мэдээ байсан, гэвч энэ нь ертөнцөд бус, харин Бурханы ард түмэнд хүргэгдэх ёстой мэдээ гэдгээрээ онцгой ялгаатай байлаа. Тэр хэсэгт хандсан зорилтот сонсогч нь хэн болохыг таних нь чухал юм. Учир нь Христ 1840 оны 8 дугаар сарын 11-нд бууж ирснээр эхний тэнгэрэлчийн мэдээ хүч чадлаар хангагдсаныг тэмдэглэж, улмаар эхний тэнгэрэлчийн мэдээ бүх дэлхийд хэзээ хүргэгдэхийг тодорхойлсон хэдий ч, Иоханы идэх ёстой байсан бяцхан ном нь Протестантизм Протестантизмын нөмрөгийг Миллеритүүдэд хэзээ шилжүүлэн өгснийг зааж байна. Христ бяцхан номтойгоо бууж ирэхдээ цөлөөс гарсан чуулгантай байгуулсан Өөрийн гэрээний харилцааг төгсгөж, үүний зэрэгцээ Миллерит ард түмнийг Өөрийн шинэ сонгогдсон гэрээт ард түмэн хэмээн тодорхойлж байв. Миллеритүүд бол урьд нь Бурханы ард түмэн байгаагүй нэгэн ард түмэн байсан. Эш үзүүлэгчид хэзээ ч бие биедээ зөрчилддөггүй.</w:t>
      </w:r>
    </w:p>
    <w:p>
      <w:pPr>
        <w:pStyle w:val="ArticleScripture"/>
        <w:jc w:val="left"/>
      </w:pPr>
      <w:r>
        <w:rPr>
          <w:rFonts w:ascii="Times New Roman" w:hAnsi="Times New Roman" w:eastAsia="Times New Roman" w:cs="Times New Roman"/>
        </w:rPr>
        <w:t>Тэр надад, Хүний хүү, хөл дээрээ бос; Би чамд айлдана, гэв. Тэр надад айлдах үед сүнс миний дотор орж, намайг хөл дээр минь босгов; тэгээд би надад айлдагчийн үгийг сонсов. Тэр надад, Хүний хүү, Би чамайг Израилийн хөвгүүд уруу, Миний эсрэг тэрсэлсэн тэрслүү үндэстэн уруу илгээж байна; тэд болон тэдний эцгүүд энэ өдрийг хүртэл Миний эсрэг гэм нүгэл үйлдсээр ирсэн. Учир нь тэд бол нүүр хатуу, зүрх хөшүүн хөвгүүд юм. Би чамайг тэдэн уруу илгээж байна; чи тэдэнд, Эзэн БУРХАН ийнхүү айлдаж байна, гэж хэл. Тэд сонсох эсэх, эсвэл үл тоомсорлох эсэхээс үл хамааран (учир нь тэд бол тэрслүү гэр юм), тэдний дунд эш үзүүлэгч байсныг мэдэх болно. Харин чи, хүний хүү, тэднээс бүү ай, тэдний үгнээс ч бүү ай; өргөс, хогийн ургамал чамтай хамт байж, чи хилэнцэт хорхойн дунд оршин суулаа ч тэдний үгнээс бүү ай, тэдний царайнаас бүү сүрд, хэдийгээр тэд тэрслүү гэр боловч. Чи тэдэнд Миний үгийг айлд; тэд сонсох эсэх, эсвэл үл тоомсорлох эсэхээс үл хамааран, учир нь тэд туйлын тэрслүү юм. Харин чи, хүний хүү, Миний чамд айлдаж буйг сонс; тэр тэрслүү гэр мэт бүү тэрслэгтүн. Амаа ангайж, Миний чамд өгч буйг ид. Тэгээд би харахад, болгоогтун, нэгэн гар над уруу сунгагдсан байв; мөн, болгоогтун, түүнд нэгэн номын хуйлмал байв. Тэр үүнийг миний өмнө дэлгэн тавив; дотор гаднагүй бичээстэй байлаа. Түүн дээр гашуудал, уй гашуу, гай зовлон бичигдсэн байв. Тэгээд Тэр надад, Хүний хүү, олсноо ид; энэ хуйлмалыг идээд, явж Израилийн гэрт айлд, гэв. Тэгэхэд би амаа ангайлгав, Тэр надад тэр хуйлмалыг идүүлэв. Тэр надад, Хүний хүү, Миний чамд өгч буй энэ хуйлмалаар гэдсээ идүүлж, хэвлийгээ дүүргэ, гэв. Тэгээд би түүнийг идэв; тэр нь миний аманд зөгийн бал мэт чихэрлэг байв. Тэр надад, Хүний хүү, яв, Израилийн гэрт очоод Миний үгээр тэдэнд айлд. Учир нь чи үл таних хэлтэй, хүнд хэлтэй ард түмэн уруу бус, харин Израилийн гэр уруу илгээгдсэн. Чиний ойлгож үл чадах үгтэй үл таних хэлтэй, хүнд хэлтэй олон ард түмэн уруу биш. Үнэхээр Би чамайг тэдэн уруу илгээсэнсэн бол тэд чамайг сонсох байсан. Харин Израилийн гэр чамайг сонсохгүй; учир нь тэд Намайг сонсохгүй. Учир нь Израилийн бүх гэр нүүр хатуу, зүрх хатуутай юм. Болгоогтун, Би чиний нүүрийг тэдний нүүрний эсрэг хүчтэй, чиний магнайг тэдний магнайн эсрэг хүчтэй болгосон. Цахиураас хатуу алмас мэт Би чиний магнайг болгосон; тэднээс бүү ай, тэдний царайнаас ч бүү сүрд, хэдийгээр тэд тэрслүү гэр боловч. Түүнчлэн Тэр надад, Хүний хүү, Миний чамд айлдах бүх үгийг зүрхэндээ хүлээн авч, чихээрээ сонс, гэв. Езекиел 2:1–3:10.</w:t>
      </w:r>
    </w:p>
    <w:p>
      <w:pPr>
        <w:pStyle w:val="ArticleBody"/>
        <w:jc w:val="left"/>
      </w:pPr>
      <w:r>
        <w:rPr>
          <w:rFonts w:ascii="Times New Roman" w:hAnsi="Times New Roman" w:eastAsia="Times New Roman" w:cs="Times New Roman"/>
        </w:rPr>
        <w:t>Иоханы авч идсэн бяцхан номтойгоо Христ бууж ирэхэд, тэр нь түүний “аманд бал мэт амттай” байв. Илчлэгч Иохан болон Езекиел хоёул Христийн “гараас” нэгэн мэдээг авсан юм. Езекиел, тэгэхээр Иохан ч мөн, Израилийн гаднах хүмүүст бус, “Израилийн гэрт” хүргэх мэдээтэй байв. Хэрэв Израилийн гаднах хүмүүс тэрхүү мэдээг сонссон бол тэд үүнийг хүлээн авах байсан, харин Израиль үгүй; учир нь Израилийн “бүх гэр” нь “ичгүүргүй бөгөөд хатуу зүрхтэй” ажээ. Израилийн бүхэл гэр (бүх гэр) бүхэлдээ тэрслүү байв. 1840 онд Израиль Илчлэлт номын аравдугаар бүлэгт цөл дэх чуулганаар төлөөлөгдөн дүрслэгдсэн байв. Тэд сорилтын цаг хугацааныхаа аягыг дүүргэсэн байлаа.</w:t>
      </w:r>
    </w:p>
    <w:p>
      <w:pPr>
        <w:pStyle w:val="ArticleBody"/>
        <w:jc w:val="left"/>
      </w:pPr>
      <w:r>
        <w:rPr>
          <w:rFonts w:ascii="Times New Roman" w:hAnsi="Times New Roman" w:eastAsia="Times New Roman" w:cs="Times New Roman"/>
        </w:rPr>
        <w:t>Израиль энэ мэдээг сонсохгүй байсан ч гэсэн, тэднийг эхний тэнгэрэлчийн гэрлийг няцаасных нь төлөө хариуцлага хүлээлгэхийн тулд эш үзүүлэгчид жижиг номын мэдээг тэдэнд хүргэх тушаал өгөгдсөн байв. Шүүлтийн номуудад тэдний дунд “байсан” “эш үзүүлэгчийн” мэдээг сонсохоос татгалзсаны төлөө тэд хариуцлага хүлээх ёстой байлаа. Эш үзүүлэгчийг няцаана гэдэг нь тэнгэрэлч Габриелаар эш үзүүлэгчид өгөгдсөн, харин Габриел өөрөө тэр мэдээг Христээс, Христ нь Эцгээс хүлээн авсан тэр мэдээг няцааж буй хэрэг мөн. Христ гартаа жижиг номын мэдээг барин бууж ирсэн нь Түүний баптисмын үеэр Ариун Сүнс бууж ирсэнтэй зэрэгцэж байв. Энэ нь шатаж буй бутны дэргэдэх Мосегоор урьдчилан дүрслэгдсэн байсан бөгөөд шинэчлэлийн хөдөлгөөн бүхэнд байдаг яг тэрхүү тэмдэгт замнал мөн билээ.</w:t>
      </w:r>
    </w:p>
    <w:p>
      <w:pPr>
        <w:pStyle w:val="ArticleScripture"/>
        <w:jc w:val="left"/>
      </w:pPr>
      <w:r>
        <w:rPr>
          <w:rFonts w:ascii="Times New Roman" w:hAnsi="Times New Roman" w:eastAsia="Times New Roman" w:cs="Times New Roman"/>
        </w:rPr>
        <w:t>“Дэлхий дээрх Бурханы ажил нь үеэс үед агуу шинэчлэл буюу шашны хөдөлгөөн бүрд гайхамшигтай төстэй байдлыг харуулдаг. Хүмүүстэй харьцах Бурханы зарчмууд ямагт адил байдаг. Өнөөгийн чухал хөдөлгөөнүүд нь өнгөрсөн үеийнхтэйгээ өөрийн дүйцлийг агуулдаг бөгөөд урьдын үеийн сүмийн туулсан туршлага нь бидний цаг үед асар их үнэ цэнтэй сургамжуудыг өгдөг.” Агуу тэмцэл, 343.</w:t>
      </w:r>
    </w:p>
    <w:p>
      <w:pPr>
        <w:pStyle w:val="ArticleBody"/>
        <w:jc w:val="left"/>
      </w:pPr>
      <w:r>
        <w:rPr>
          <w:rFonts w:ascii="Times New Roman" w:hAnsi="Times New Roman" w:eastAsia="Times New Roman" w:cs="Times New Roman"/>
        </w:rPr>
        <w:t>1840 оны 8 дугаар сарын 11-нд Османы ноёрхол мөхсөн нь (энэ нь Иохан болон Езекиел Христийн “гарт” байсан бяцхан номыг идсэн үе юм) 1798 онд “эцсийн цаг”-т “ирсэн” эхний тэнгэрэлчийн мэдээний “хүчирхэгжүүлэлтийг” тэмдэглэдэг. Энэ нь Миллерчүүдийн тэргүүлэх эш үзүүллэгийн дүрэм болох нэг өдрийг нэг жилд тооцох зарчмын баталгаажлаар “хүчирхэгжсэн” юм. Тэгээд Христ Өөрийн баптисмын үед үйлдсэнчлэн Миллерчүүдийн сүмийн суурийг босгож эхэлсэн юм.</w:t>
      </w:r>
    </w:p>
    <w:p>
      <w:pPr>
        <w:pStyle w:val="ArticleScripture"/>
        <w:jc w:val="left"/>
      </w:pPr>
      <w:r>
        <w:rPr>
          <w:rFonts w:ascii="Times New Roman" w:hAnsi="Times New Roman" w:eastAsia="Times New Roman" w:cs="Times New Roman"/>
        </w:rPr>
        <w:t>“Натанаелын ганхаж байсан итгэл эдүгээ бэхэжсэн тул тэрээр хариулан: «Рабби, Та бол Бурханы Хүү мөн; Та бол Израилийн Хаан мөн» хэмээн хэлэв. Есүс түүнд хариулан: «Би чамайг инжрийн модны дор байхад чинь харсан гэж хэлсний учир чи итгэж байна уу? Чи эдгээрээс агуу зүйлсийг үзэх болно» гэв. Тэгээд Тэр түүнд: «Үнэнээр, үнэнээр Би та нарт хэлье, үүнээс хойш та нар тэнгэр нээгдсэнийг, мөн Бурханы тэнгэрэлчүүд Хүний Хүү дээр өгсөж, уруудаж байхыг үзэх болно» хэмээн айлдав.”</w:t>
      </w:r>
    </w:p>
    <w:p>
      <w:pPr>
        <w:pStyle w:val="ArticleScripture"/>
        <w:jc w:val="left"/>
      </w:pPr>
      <w:r>
        <w:rPr>
          <w:rFonts w:ascii="Times New Roman" w:hAnsi="Times New Roman" w:eastAsia="Times New Roman" w:cs="Times New Roman"/>
        </w:rPr>
        <w:t>“Эдгээр анхны хэдхэн шавийн дунд Христийн сүмийн суурь нь хувь хүний хүчин чармайлтаар тавигдаж байв. Иохан эхлээд өөрийн хоёр шавийг Христ уруу чиглүүлсэн. Дараа нь тэдний нэг нь дүүгээ олж, түүнийг Христ уруу авчирсан. Дараа нь Тэр Филипийг Өөрийгөө дагахыг дуудан, харин Филип Натанаелыг эрэн хайхаар явсан.” Зөгнөлийн Сүнс, 2-р боть, 66.</w:t>
      </w:r>
    </w:p>
    <w:p>
      <w:pPr>
        <w:pStyle w:val="ArticleBody"/>
        <w:jc w:val="left"/>
      </w:pPr>
      <w:r>
        <w:rPr>
          <w:rFonts w:ascii="Times New Roman" w:hAnsi="Times New Roman" w:eastAsia="Times New Roman" w:cs="Times New Roman"/>
        </w:rPr>
        <w:t>Христ 1840 оны 8 дугаар сарын 11-нд гартаа нээлттэй жижиг ном барин бууж ирэхэд, энэ нь Христийн газар дэлхий дээрх түүхэн дэх шинэчлэлийн хөдөлгөөнд урьдаас дүрслэгдсэн байсан; учир нь шинэчлэлийн хөдөлгөөн бүр адилхан тэмдэгт үе шатуудыг агуулдаг. Мосе болон түүний удирдан гаргасан шинэчлэлийн хөдөлгөөн ч мөн адилхан тэмдэгт үе шаттай байсан. Шатаж буй бутны дэргэдэх Мосегийн туршлага нь Христийн баптисмын үеэр Ариун Сүнс бууж ирснийг бэлгэдсэн бөгөөд тэр нь цаашлаад 1840 оныг бэлгэдэж, харин 1840 он нь Илчлэлт арван наймын хүчирхэг тэнгэрэлч бууж ирсэн 2001 оны 9 дүгээр сарын 11-нийг бэлгэддэг.</w:t>
      </w:r>
    </w:p>
    <w:p>
      <w:pPr>
        <w:pStyle w:val="ArticleBody"/>
        <w:jc w:val="left"/>
      </w:pPr>
      <w:r>
        <w:rPr>
          <w:rFonts w:ascii="Times New Roman" w:hAnsi="Times New Roman" w:eastAsia="Times New Roman" w:cs="Times New Roman"/>
        </w:rPr>
        <w:t>Эхний тэнгэрэлчийн мэдээний “ирэлт”, мөн хоёр дахь тэнгэрэлчийн мэдээний “ирэлт”, гурав дахь тэнгэрэлчийн мэдээний “ирэлт” нь бүгд тэнгэрэлчүүдээр дүрслэгдэн төлөөлөгдсөн байдаг. Эхний тэнгэрэлч гартаа бяцхан номтой, хоёр дахь нь гартаа бичээс бүхий зүйлтэй, гурав дахь нь гартаа илгэн хуйлмалтай байв. Хоёр буюу гурван хүний гэрчлэлээр үнэн тогтоогддог. Эдгээр гурван тэнгэрэлч бүгд, ирэхдээ ч бай, хүч чадлаар тоноглогдохдоо ч бай, гартаа нэгэн мэдээг барьж байдаг.</w:t>
      </w:r>
    </w:p>
    <w:p>
      <w:pPr>
        <w:pStyle w:val="ArticleBody"/>
        <w:jc w:val="left"/>
      </w:pPr>
      <w:r>
        <w:rPr>
          <w:rFonts w:ascii="Times New Roman" w:hAnsi="Times New Roman" w:eastAsia="Times New Roman" w:cs="Times New Roman"/>
        </w:rPr>
        <w:t>Иохан болон Езекиел нь эхний тэнгэрэлчийн мэдээ “хүчитгэгдсэн” үед тэрхүү мэдээг идсэн хүмүүсийг төлөөлдөг бөгөөд энэ нь эхний тэнгэрэлчийн мэдээ 1798 онд “ирсэн” үеэс өөр түүхэн тэмдэглэл юм.</w:t>
      </w:r>
    </w:p>
    <w:p>
      <w:pPr>
        <w:pStyle w:val="ArticleBody"/>
        <w:jc w:val="left"/>
      </w:pPr>
      <w:r>
        <w:rPr>
          <w:rFonts w:ascii="Times New Roman" w:hAnsi="Times New Roman" w:eastAsia="Times New Roman" w:cs="Times New Roman"/>
        </w:rPr>
        <w:t>Мэдээний “ирэлт” ба түүний “хүчжүүлэлт”-ийн хоорондох ялгаа нь онцгойлон анхаарах ёстой туйлын чухал ялгалт мөн. Дараах эшлэлийг авч үзэхдээ, эхний тэнгэрэлчийн зорилго нь Илчлэл арван наймдугаар бүлэгт өөрийн сүр жавхлангаар дэлхийг гэрэлтүүлдэг тэнгэрэлчийн зорилготой яг адил болохыг анхаар. Мөн мэдээ бүр мөргөгчдийг хоёр ангид хуваах ялгарал үүсгэдгийг тэмдэглэ.</w:t>
      </w:r>
    </w:p>
    <w:p>
      <w:pPr>
        <w:pStyle w:val="ArticleScripture"/>
        <w:jc w:val="left"/>
      </w:pPr>
      <w:r>
        <w:rPr>
          <w:rFonts w:ascii="Times New Roman" w:hAnsi="Times New Roman" w:eastAsia="Times New Roman" w:cs="Times New Roman"/>
        </w:rPr>
        <w:t>“Тэнгэр бүхэлдээ газар дэлхий дээр явагдаж буй үйл хэрэгт ямар их анхаарал тавьж байсныг надад үзүүлсэн. Есүс хүчирхэг тэнгэрэлчийг [эхний тэнгэрэлч] бууж, Өөрийнх нь хоёр дахь ирэлтэд бэлтгэхийг газар дэлхийн оршин суугчдад анхааруул хэмээн илгээлээ. Тэрхүү тэнгэрэлч тэнгэр дэх Есүсийн оршихуйгаас гарах үед, түүнээс өмнө үлэмж тод бөгөөд алдар суугаар дүүрэн гэрэл явж байв. Түүний үүрэг нь газар дэлхийг өөрийн алдар суугаар гэрэлтүүлж, Бурханы ирэх уур хилэнгийн тухай хүнийг анхааруулах явдал мөн гэж надад хэлсэн. Үй олон хүн тэр гэрлийг хүлээн авсан. Тэдний зарим нь машид ноцтой, зарим нь баяр хөөртэй бөгөөд сэтгэл догдлон бялхсан мэт харагдаж байв. Гэрлийг хүлээн авсан бүхэн нүүрээ тэнгэр өөд хандуулж, Бурханыг алдаршуулсан. Хэдийгээр тэр нь бүгдэд туссан боловч, зарим нь зөвхөн түүний нөлөөнд орсон төдий бөгөөд түүнийг чин сэтгэлээсээ хүлээн аваагүй. Олон хүн асар их хилэнгээр дүүрэв. Үйлчлэгчид ба ард түмэн бузар муутай нэгдэн, хүчирхэг тэнгэрэлчийн тусгасан гэрлийг тууштайгаар эсэргүүцэв. Харин түүнийг хүлээн авсан бүхэн ертөнцөөс тусгаарлагдан гарч, бие биетэйгээ нягт нэгдсэн байлаа.</w:t>
      </w:r>
    </w:p>
    <w:p>
      <w:pPr>
        <w:pStyle w:val="ArticleScripture"/>
        <w:jc w:val="left"/>
      </w:pPr>
      <w:r>
        <w:rPr>
          <w:rFonts w:ascii="Times New Roman" w:hAnsi="Times New Roman" w:eastAsia="Times New Roman" w:cs="Times New Roman"/>
        </w:rPr>
        <w:t>“Сатан болон түүний тэнгэрэлчүүд аль болох олон хүний оюун санааг гэрлээс татан холдуулахын төлөө ихэд шамдан ажиллаж байв. Үүнийг няцаасан хүмүүс харанхуйд үлдсэн юм. Тэнгэрлэг гаралтай мэдээ тэдэнд хүргэгдэж байх үед, Бурханы тэнгэрэлч Өөрийг нь дагагч хэмээн тунхаглагч ард түмнээ хамгийн гүн сонирхлоор ажиглан, тэдний төлөвшүүлсэн зан чанарыг тэмдэглэн бичиж байгааг би харсан. Есүсийг хайрладаг хэмээн тунхаглагч маш олон хүн тэнгэрийн мэдээнээс үл тоомсорлол, элэг доог, үзэн ядалтаар нүүр буруулж байхад, гартаа илгэн хуйлмал барьсан нэгэн тэнгэрэлч тэрхүү ичгүүрт тэмдэглэлийг үйлдэж байв. Есүс Өөрийнх нь дагалдагч хэмээн тунхаглагчдаар ийнхүү басагдсанд бүх тэнгэр хилэгнэлээр дүүрсэн юм.</w:t>
      </w:r>
    </w:p>
    <w:p>
      <w:pPr>
        <w:pStyle w:val="ArticleScripture"/>
        <w:jc w:val="left"/>
      </w:pPr>
      <w:r>
        <w:rPr>
          <w:rFonts w:ascii="Times New Roman" w:hAnsi="Times New Roman" w:eastAsia="Times New Roman" w:cs="Times New Roman"/>
        </w:rPr>
        <w:t>“Итгэж найдсан хүмүүс Эзэнээ хүсэн хүлээсэн цагтаа үзээгүйгээсээ болж урам нь хугарсныг би харсан. Ирээдүйг нууцлан далдлах бөгөөд Өөрийн ард түмнийг шийдвэр гаргах цэгт хүргэх нь Бурханы зорилго байсан юм. Христийн ирэлтийн тодорхой цаг хугацааны тухай номлолгүйгээр Бурханы төлөвлөсөн ажил биелэхгүй байх байсан. Сатан шүүлт болон нигүүлслийн хугацаа дуусахтай холбоотой агуу үйл явдлуудыг ирээдүйн алсад хамааруулан харахад маш олныг хөтөлж байсан. Ард түмнийг одоо цагийн бэлтгэлийг чин earnest-ээр эрэлхийлэхэд хүргэх нь зайлшгүй шаардлагатай байсан.”</w:t>
      </w:r>
    </w:p>
    <w:p>
      <w:pPr>
        <w:pStyle w:val="ArticleScripture"/>
        <w:jc w:val="left"/>
      </w:pPr>
      <w:r>
        <w:rPr>
          <w:rFonts w:ascii="Times New Roman" w:hAnsi="Times New Roman" w:eastAsia="Times New Roman" w:cs="Times New Roman"/>
        </w:rPr>
        <w:t>“Цаг хугацаа өнгөрөхийн хэрээр тэнгэрэлчийн гэрлийг бүрэн хүлээн аваагүй хүмүүс уг мэдээг жигшин үл тоомсорлосон хүмүүстэй нэгдэж, урам нь хугарсан тэдгээр хүмүүст доог тохуугаар хандлаа. Тэнгэрэлч нар Христийг дагагч хэмээн өөрсдийгөө нэрлэгчдийн байдлыг ажиглан тэмдэглэв. Тодорхой хугацаа өнгөрөн өнгөрсөн явдал тэднийг шалгаж, илчилсэн бөгөөд маш олон нь жинлүүр дээр жигнэгдээд дутагдалтай нь тогтоогдов. Тэд өөрсдийгөө Христэд итгэгчид хэмээн чанга дуугаар тунхаглаж байсан атлаа бараг бүх зүйл дээр Христийг дагахгүй байв. Сатан Есүсийг дагагч хэмээн нэрлэгчдийн энэ байдалд баясан хөөрөв.</w:t>
      </w:r>
    </w:p>
    <w:p>
      <w:pPr>
        <w:pStyle w:val="ArticleScripture"/>
        <w:jc w:val="left"/>
      </w:pPr>
      <w:r>
        <w:rPr>
          <w:rFonts w:ascii="Times New Roman" w:hAnsi="Times New Roman" w:eastAsia="Times New Roman" w:cs="Times New Roman"/>
        </w:rPr>
        <w:t>“Тэр тэднийг өөрийн урхинд оруулсан байв. Тэр олонхыг зөв шулуун замаас гарган явуулж, тэд тэнгэрт өөр замаар авирч хүрэхийг оролдож байлаа. Тэнгэрэлч нар ариун, цэвэр хүмүүсийг Сион дахь нүгэлтнүүдтэй болон ертөнцийг хайрлагч хоёр нүүртнүүдтэй холилдсоныг харсан. Тэд Есүсийн жинхэнэ шавь нарыг харгалзан хамгаалж байсан; харин ялзарсан хүмүүс ариун хүмүүст нөлөөлж байв. Зүрх сэтгэл нь Есүсийг харах хүчтэй хүсэл тэмүүллээр дүрэлзэж байсан хүмүүст Өөрийг нь ирэх тухай ярихыг өөрсдийгөө ах дүүс хэмээн нэрлэгчид нь хориглож байв. Тэнгэрэлч нар энэ дүр зургийг харж, Эзэнийхээ үзэгдэхийг хайрладаг үлдэгдэл хүмүүстэй эмгэнэн санаа нэг байлаа.”</w:t>
      </w:r>
    </w:p>
    <w:p>
      <w:pPr>
        <w:pStyle w:val="ArticleScripture"/>
        <w:jc w:val="left"/>
      </w:pPr>
      <w:r>
        <w:rPr>
          <w:rFonts w:ascii="Times New Roman" w:hAnsi="Times New Roman" w:eastAsia="Times New Roman" w:cs="Times New Roman"/>
        </w:rPr>
        <w:t>“Өөр нэгэн хүчирхэг тэнгэрэлч [хоёр дахь тэнгэрэлч] газар дэлхийд бууж ирэхээр илгээгдэв. Есүс түүний гарт нэгэн бичээс тавьсан бөгөөд тэр газар дэлхийд ирэхдээ: ‘Вавилон нурав, нурав’ хэмээн хашхирав. Дараа нь би урам нь хугарсан хүмүүс дахин нүдээ тэнгэр өөд өргөж, Эзэнээ ирэхийг итгэл ба найдвараар хүлээн харж байгааг үзэв. Гэвч олон хүн, унтаж буй мэт, мунхаг байдалд хэвээр үлдэж байх шиг санагдав; гэтэл би тэдний нүүр царайн дээр гүн уй гашууны ул мөрийг харж байлаа. Урам нь хугарсан хүмүүс Судруудаас өөрсдөө хойшлогдлын цаг үед байгаагаа, мөн үзэгдлийн биелэлтийг тэвчээртэйгээр хүлээх ёстойгоо олж харсан байв. Тэднийг 1843 онд Эзэнээ хүлээн харахад хүргэсэн мөнөөх нотолгоо нь Түүнийг 1844 онд хүлээхэд мөн тэднийг хүргэсэн юм. Гэвч 1843 онд тэдний итгэлийг тэмдэглэж байсан тэрхүү эрч хүч олонхын дотор байгаагүйг би харсан. Тэдний урам хугаралт итгэлийг нь мохоосон байв.”</w:t>
      </w:r>
    </w:p>
    <w:p>
      <w:pPr>
        <w:pStyle w:val="ArticleScripture"/>
        <w:jc w:val="left"/>
      </w:pPr>
      <w:r>
        <w:rPr>
          <w:rFonts w:ascii="Times New Roman" w:hAnsi="Times New Roman" w:eastAsia="Times New Roman" w:cs="Times New Roman"/>
        </w:rPr>
        <w:t>“Бурханы ард түмэн хоёр дахь тэнгэрэлчийн хашхираанд нэгдэн нийлэхэд, тэнгэрийн цэрэг эл мэдээний нөлөөг хамгийн гүн анхаарлаар ажиглаж байв. Тэд Христэд итгэгчдийн нэрийг зүүсэн олон хүн урам нь хугарсан хүмүүсийн эсрэг жигшил, доог тохуугаар эргэн хандахыг харсан. Дооглон тохуулагч уруулаас, ‘Та нар одоо хүртэл дээш гараагүй л байна шүү дээ!’ хэмээх үгс унахад нэгэн тэнгэрэлч тэдгээрийг бичиж тэмдэглэв. Тэр тэнгэрэлч, ‘Тэд Бурханыг дооглож байна’ гэв. Эрт цагт үйлдэгдсэн төстэй нэгэн нүгэл рүү намайг эргэн заав. Елиа тэнгэр өөд өргөгдөн одсон бөгөөд түүний нөмрөг Елишагийн дээр унасан билээ. Тэгэхэд Бурханы хүнийг жигшин үзэхийг эцэг эхээсээ сурсан ёс бус залуус Елишаг даган явж, дооглон, ‘Гар даа, халзан толгойтон; гар даа, халзан толгойтон’ хэмээн хашхирчээ. Ийнхүү Түүний зарцыг доромжлохдоо тэд Бурханыг доромжилсон бөгөөд шийтгэлээ тэндээ, тэр даруйдаа амссан юм. Үүнтэй адил, ариун хүмүүсийн дээш гарах тухай санааг шоолон, доог тохуу хийсэн хүмүүс Бурханы уур хилэнд өртөх бөгөөд Бүтээгчтэйгээ тоглон наадах нь өчүүхэн зүйл бус гэдгийг биеэрээ мэдрэх болно.”</w:t>
      </w:r>
    </w:p>
    <w:p>
      <w:pPr>
        <w:pStyle w:val="ArticleScripture"/>
        <w:jc w:val="left"/>
      </w:pPr>
      <w:r>
        <w:rPr>
          <w:rFonts w:ascii="Times New Roman" w:hAnsi="Times New Roman" w:eastAsia="Times New Roman" w:cs="Times New Roman"/>
        </w:rPr>
        <w:t>“Есүс Өөрийн хүмүүсийн суларч доройтсон итгэлийг сэргээж, бэхжүүлэхийн тулд, мөн удалгүй тэнгэрт хийгдэх гэж байсан хоёр дахь тэнгэрэлчийн мэдээ болон чухал хөдөлгөөнийг ойлгоход нь тэднийг бэлтгэхийн тулд өөр тэнгэрэлч нарт түргэн нисэх үүрэг өгсөн юм. Би эдгээр тэнгэрэлч нар Есүсээс агуу хүч ба гэрэл хүлээн авч, хоёр дахь тэнгэрэлчид ажлынх нь дэмжлэг үзүүлэхээр өгөгдсөн даалгавраа биелүүлэхийн тулд газарт түргэн нисэн очихыг харсан. Тэнгэрэлч нар, ‘Харагтун, Сүйт залуу ирж байна; Түүнтэй уулзахаар гарцгаа’ хэмээн хашхирахад, Бурханы хүмүүсийн дээр агуу гэрэл тусав. Дараа нь би эдгээр урам хугарсан хүмүүс босож, хоёр дахь тэнгэрэлчтэй нийцэн, ‘Харагтун, Сүйт залуу ирж байна; Түүнтэй уулзахаар гарцгаа’ хэмээн тунхаглахыг харсан. Тэнгэрэлч нараас гарсан гэрэл хаа сайгүй харанхуйг нэвтлэн орж байв. Сатан болон түүний тэнгэрэлч нар энэ гэрэл тархаж, зорилготой нөлөөгөө үзүүлэхэд саад хийхийг оролдсон. Тэд тэнгэрээс ирсэн тэнгэрэлч нартай маргалдан, Бурхан ардыг мэхэлсэн, мөн тэд бүх гэрэл ба хүчтэйгээ байсан ч ертөнцөд Христ ирж байгааг итгүүлж чадахгүй гэж хэлж байв. Гэвч Сатан замыг хааж, хүмүүсийн оюун санааг гэрлээс холдуулахыг чармайж байсан хэдий ч, Бурханы тэнгэрэлч нар ажлаа үргэлжлүүлсээр байлаа….”</w:t>
      </w:r>
    </w:p>
    <w:p>
      <w:pPr>
        <w:pStyle w:val="ArticleScripture"/>
        <w:jc w:val="left"/>
      </w:pPr>
      <w:r>
        <w:rPr>
          <w:rFonts w:ascii="Times New Roman" w:hAnsi="Times New Roman" w:eastAsia="Times New Roman" w:cs="Times New Roman"/>
        </w:rPr>
        <w:t>“Есүс ариун газарт үйлчлэлээ дуусгаж, нэн ариун газарт орон, Бурханы хуулийг агуулсан авдрын өмнө зогсоход, Тэр дэлхийд гурав дахь мэдээг хүргэх өөр нэгэн хүчирхэг тэнгэрэлчийг илгээв. Тэнгэрэлчийн гарт илгэн хуйлмал тавигдсан байсан бөгөөд тэр хүч чадал, сүр жавхлантайгаар дэлхий уруу буун ирэхдээ, хүн төрөлхтөнд урьд хожид дамжуулагдаж байгаагүй хамгийн аймшигт сүрдүүлгийг агуулсан аймшигт анхааруулгыг тунхаглав. Энэ мэдээ нь Бурханы хүүхдүүдэд тэдний өмнө ирэх сорилт ба шаналлын цагийг үзүүлснээр тэднийг сэрэмжлүүлэн, сонор соргог байлгахаар зориулагдсан байв. Тэнгэрэлч ийн хэлэв: ‘Тэд араатан болон түүний дүрстэй нүүр тулсан ширүүн тэмцэлд орох болно. Тэдний мөнх амийн цорын ганц найдвар нь тууштай бат зогсох явдал юм. Амь нас нь аюулд орсон хэдий ч тэд үнэнээс бат зуурах ёстой.’ Гурав дахь тэнгэрэлч өөрийн мэдээг ийнхүү төгсгөдөг: ‘Энд ариун хүмүүсийн тэвчээр байна: Бурханы тушаалуудыг сахиж, Есүсийн итгэлийг хадгалдаг хүмүүс энд байна.’ Тэр эдгээр үгийг давтан хэлэхдээ тэнгэрийн ариун сүмийг заав. Энэ мэдээг хүлээн авдаг бүх хүний бодол санаа нэн ариун газар уруу чиглэгддэг бөгөөд тэнд Есүс авдрын өмнө зогсон, нигүүлсэл нь одоо хүртэл саатаж буй бүхний төлөө, мөн Бурханы хуулийг мэдлэггүйгээр зөрчсөн бүхний төлөө Өөрийн эцсийн зуучлалыг үйлдэж байна. Энэхүү эвлэрүүлэл нь зөвт үхэгсдийн төлөө төдийгүй зөвт амьд хүмүүсийн төлөө ч хийгддэг. Үүнд Христэд итгэсээр нас нөгчсөн боловч Бурханы тушаалуудын талаарх гэрлийг хүлээн аваагүйн улмаас түүний зарлигуудыг зөрчин, мэдэлгүйгээр нүгэл үйлдсэн бүх хүн багтана.” Early Writings, 245–254.</w:t>
      </w:r>
    </w:p>
    <w:p>
      <w:pPr>
        <w:pStyle w:val="ArticleBody"/>
        <w:jc w:val="left"/>
      </w:pPr>
      <w:r>
        <w:rPr>
          <w:rFonts w:ascii="Times New Roman" w:hAnsi="Times New Roman" w:eastAsia="Times New Roman" w:cs="Times New Roman"/>
        </w:rPr>
        <w:t>Яг тэр номын хэдхэн хуудасны дараа, сая дурдсан тэрхүү адил ойлголтуудыг авч үзэхдээ, Систер Уайт Миллерит хөдөлгөөний түүхэн дэх гурван мэдээг няцаасан явдал нь Христийн түүхэнд урьдчилан дүрслэгдсэн байсныг тодорхойлдог. Тэрээр тэнд дараагийн сорилтод шилжин орохын тулд сорилт бүр дээр ялалт байгуулахыг шаарддаг шаталсан шалгалтын үйл явцыг тодорхойлох хоёр гэрчийг гаргаж өгдөг.</w:t>
      </w:r>
    </w:p>
    <w:p>
      <w:pPr>
        <w:pStyle w:val="ArticleScripture"/>
        <w:jc w:val="left"/>
      </w:pPr>
      <w:r>
        <w:rPr>
          <w:rFonts w:ascii="Times New Roman" w:hAnsi="Times New Roman" w:eastAsia="Times New Roman" w:cs="Times New Roman"/>
        </w:rPr>
        <w:t>“Би бат бэх хамгаалагдсан, тогтуун зогсож, чуулганы тогтсон итгэлийг ганхуулахыг оролдох хүмүүст өчүүхэн ч дэмжлэг үзүүлдэггүй нэгэн бүлгийг харсан. Бурхан тэдэн рүү таалалтайгаар харж байв. Надад гурван алхам—нэгдүгээр, хоёрдугаар, гуравдугаар тэнгэрэлчийн мэдээнүүд—үзүүлэгдэв. Надтай хамт явсан тэнгэрэлч: ‘Эдгээр мэдээнүүдийн аль нэгнээс нь нэгэн чулуу хөдөлгөх буюу нэгэн зүү хөдөлгөх хүнд гай болно. Эдгээр мэдээнүүдийн жинхэнэ ойлголт амин чухал ач холбогдолтой. Сүнснүүдийн хувь тавилан тэдгээрийг хэрхэн хүлээн авахаас шалтгаална’ хэмээв. Би дахин эдгээр мэдээнүүдээр дамжин уруудан авчрагдаж, Бурханы ард түмэн өөрсдийн туршлагаа ямар өндөр үнээр олж авсныг харсан. Тэр нь их зовлон, ширүүн тэмцлийн дундуур олдсон байв. Бурхан тэднийг алхам алхмаар удирдсаар, эцэст нь тэднийг хатуу, үл хөдлөх тавцан дээр байрлуулсан байв. Би хүмүүс тэр тавцанд ойртож, суурийг нь шалгаж байгааг харсан. Зарим нь баяр хөөртэйгөөр тэр даруй түүн дээр гарч зогсов. Бусад нь сууринаас өө сэв эрж эхлэв. Тэд сайжруулалт хийхийг хүсэж байсан бөгөөд тэгвэл тавцан илүү төгс болж, ард түмэн ч хавьгүй аз жаргалтай болно гэж үзэж байв. Зарим нь тавцангаас бууж, түүнийг шалгаад буруу тавигдсан хэмээн мэдэгдэв. Харин би бараг бүгд тавцан дээр бат зогсож, бууж явсан хүмүүсийг гомдоллохоосоо болихыг уриалж байгааг харсан; учир нь Бурхан бол Ерөнхий Барилгачин байсан бөгөөд тэд Түүний эсрэг тэмцэж байв. Тэд өөрсдийг нь энэ бат тавцанд хүргэсэн Бурханы гайхамшигт ажлыг дахин өгүүлж, нэг санаагаар нүдээ тэнгэр өөд өргөн, чанга дуугаар Бурханыг алдаршуулсан. Энэ нь гомдоллож, тавцанг орхисон заримд нөлөөлсөн бөгөөд тэд даруу төрхтэйгөөр дахин түүн дээр гарч зогсов.”</w:t>
      </w:r>
    </w:p>
    <w:p>
      <w:pPr>
        <w:pStyle w:val="ArticleScripture"/>
        <w:jc w:val="left"/>
      </w:pPr>
      <w:r>
        <w:rPr>
          <w:rFonts w:ascii="Times New Roman" w:hAnsi="Times New Roman" w:eastAsia="Times New Roman" w:cs="Times New Roman"/>
        </w:rPr>
        <w:t>“Би Христийн анхны ирэлтийг тунхагласан тэр мэдээнд дахин анхаарлаа хандуулахад хүргэгдсэн юм. Иохан Есүсийн замыг бэлтгэхээр Елиагийн сүнс ба хүч дотор [эхний тэнгэрэлчийн мэдээг төлөөлөхөөр] илгээгдсэн билээ. Иоханы гэрчлэлийг няцаасан хүмүүс Есүсийн сургаалаас [хоёр дахь тэнгэрэлчийн мэдээг төлөөлөх] ашиг хүртээгүй. Түүний ирэлтийг урьдчилан зарласан мэдээний эсрэг тэдний эсэргүүцэл нь Тэр Мессиа мөн гэдгийн хамгийн хүчтэй нотолгоог ч тэд амархан хүлээн авч чадахгүй байх тийм байдалд тэднийг оруулсан юм. Сатан Иоханы мэдээг няцаасан хүмүүсийг цааш нь улам хөтөлж, Христийг [гурав дахь тэнгэрэлчийн мэдээг төлөөлөх] ч мөн няцааж, цовдлоход хүргэсэн. Ингэснээр тэд өөрсдийгөө Пентекостын өдөр [Илчлэлт арван наймдугаар бүлгийн тэнгэрэлчийг төлөөлөх] ирэх байсан ерөөлөөс хүртэж чадахгүй байдалд оруулсан бөгөөд тэр ерөөл нь тэдэнд тэнгэрийн ариун сүм рүү хүрэх замыг заах байсан юм. Сүмийн хөшиг урагдсан нь иудейчүүдийн тахил ба ёслолууд цаашид хүлээн авагдахгүй болохыг харуулсан. Агуу Тахил өргөгдөж, хүлээн авагдсан байсан бөгөөд Пентекостын өдөр бууж ирсэн Ариун Сүнс шавь нарын оюун бодлыг газрын ариун сүмээс тэнгэрийн ариун сүм рүү хандуулсан юм. Тийшээ Есүс Өөрийн цусаар орсон бөгөөд Өөрийн эвлэрүүллийн үр шимийг шавь нар дээрээ асгахаар орсон билээ. Харин иудейчүүд бүрэн харанхуйд үлдсэн. Тэд авралын төлөвлөгөөний талаар авч болох байсан бүх гэрлийг алдсан атлаа хэрэггүй болсон тахил, өргөлдөө итгэсээр байв. Тэнгэрийн ариун сүм газрын ариун сүмийн оронд орсон байсан ч тэд энэ өөрчлөлтийн талаар ямар ч мэдлэггүй байлаа. Иймээс тэд ариун газарт Христийн зуучлалаас ашиг хүртэж чадахгүй байв.”</w:t>
      </w:r>
    </w:p>
    <w:p>
      <w:pPr>
        <w:pStyle w:val="ArticleScripture"/>
        <w:jc w:val="left"/>
      </w:pPr>
      <w:r>
        <w:rPr>
          <w:rFonts w:ascii="Times New Roman" w:hAnsi="Times New Roman" w:eastAsia="Times New Roman" w:cs="Times New Roman"/>
        </w:rPr>
        <w:t>“Олон хүн Христийг үгүйсгэн цовдолсон иудейчүүдийн үйл явдлыг аймшигтайгаар хардаг; мөн Түүний ичгүүрт доромжлолын түүхийг уншихдаа өөрсдийгөө Түүнийг хайрладаг, Петрийн адил Түүнийг үгүйсгэхгүй, эсвэл иудейчүүдийн адил Түүнийг цовдлохгүй байсан гэж боддог. Гэвч бүх хүний зүрхийг шинжин мэддэг Бурхан тэдний өөрсдөдөө мэдэрч байна хэмээн тунхагласан Есүстэй холбоотой тэрхүү хайрыг сорилтод оруулсан юм. Тэнгэр бүхэлдээ анхны тэнгэрэлчийн мэдээ хэрхэн хүлээн авагдахыг хамгийн гүн сонирхлоор ажиглан харж байлаа. Гэвч Есүсийг хайрладаг хэмээн тунхагладаг, мөн загалмайн түүхийг уншихдаа нулимс унагадаг олон хүн Түүний ирэлтийн сайн мэдээг тохуурхан доромжилсон. Тэд энэ мэдээг баяртайгаар хүлээн авахын оронд төөрөгдөл хэмээн зарласан. Тэд Түүний үзэгдэхийг хайрлагчдыг үзэн ядаж, тэднийг чуулгануудаас хөөн гаргасан. Анхны мэдээг үгүйсгэсэн хүмүүс хоёр дахь мэдээнээс ашиг хүртэж чадаагүй; мөн тэднийг итгэлээр Есүстэй хамт тэнгэрийн ариун сүмийн хамгийн ариун газарт ороход бэлтгэх ёстой байсан шөнө дундын хашхираанаас ч ашиг хүртээгүй. Өмнөх тэр хоёр мэдээг үгүйсгэсний улмаас тэд ойлголтоо тийнхүү харанхуйруулсан тул хамгийн ариун газар уруу орох замыг харуулдаг гурав дахь тэнгэрэлчийн мэдээнд буй ямар ч гэрлийг харж чадахгүй болсон. Иудейчүүд Есүсийг цовдолсончлон нэр төдий чуулганууд эдгээр мэдээг цовдолсныг би харсан; тиймээс тэд хамгийн ариун газар уруу хүрэх замын талаар ямар ч мэдлэггүй бөгөөд тэнд Есүсийн зуучлалаас ашиг хүртэж чадахгүй. Хэрэггүй тахилуудаа өргөдөг байсан иудейчүүдийн адил тэд Есүсийн орхин гарсан тасалгаанд өөрсдийн хэрэггүй залбирлуудыг өргөдөг; мөн энэ мэхлэлтэд таашаагдсан Сатан шашинлаг дүр төрхийг өөртөө авч, өөрсдийгөө Христэд итгэгчид хэмээн тунхаглагч эдгээр хүмүүсийн оюун санааг өөр лүүгээ хөтөлж, өөрийн хүч чадал, тэмдгүүд, худал гайхамшгуудаар үйлдэн тэднийг өөрийн урхинд бат бөхөөр уяхын төлөө ажилладаг.” Эртний Бичвэрүүд, 258–261.</w:t>
      </w:r>
    </w:p>
    <w:p>
      <w:pPr>
        <w:pStyle w:val="ArticleBody"/>
        <w:jc w:val="left"/>
      </w:pPr>
      <w:r>
        <w:rPr>
          <w:rFonts w:ascii="Times New Roman" w:hAnsi="Times New Roman" w:eastAsia="Times New Roman" w:cs="Times New Roman"/>
        </w:rPr>
        <w:t>“Эртний бичвэрүүд” номын эдгээр хэсгүүдийг Future for America-гийн үйлчлэлээр дамжуулан дахин дахин зааж ирсэн. Гэвч эдгээр хэсгүүдийн дүрслэн үзүүлдэг, анзаарагдалгүй үлдсэн үнэнүүд бий.</w:t>
      </w:r>
    </w:p>
    <w:p>
      <w:pPr>
        <w:pStyle w:val="ArticleBody"/>
        <w:jc w:val="left"/>
      </w:pPr>
      <w:r>
        <w:rPr>
          <w:rFonts w:ascii="Times New Roman" w:hAnsi="Times New Roman" w:eastAsia="Times New Roman" w:cs="Times New Roman"/>
        </w:rPr>
        <w:t>Миллерчүүдийн хөдөлгөөний түүхэн замын тэмдгүүд Библи дэх хэд хэдэн шинэчлэлийн хөдөлгөөнүүдийн дээр тогтоогдсон байдаг. Шинэчлэлийн хөдөлгөөн бүрт байдаг эдгээр замын тэмдгүүдийн талаар тодорхой хэмжээнд мэдлэггүйгээр, нэгэн мэдээ хэзээ “ирдэг” бөгөөд хэзээ “хүч чадлаар хангагддаг” гэсэн ялгааны ач холбогдлыг хэн нэгэн ойлгох нь нэлээд магадлал багатай юм. Түүнчлэн, зэрэгцээ шинэчлэлийн хөдөлгөөнүүдийг мэддэг олон хүн ч шинэчлэлийн хөдөлгөөнүүдийн янз бүрийн замын тэмдгүүдийн зарим маш чухал шинжүүдийг анзааралгүй өнгөрөөсөн байх магадлалтай.</w:t>
      </w:r>
    </w:p>
    <w:p>
      <w:pPr>
        <w:pStyle w:val="ArticleBody"/>
        <w:jc w:val="left"/>
      </w:pPr>
      <w:r>
        <w:rPr>
          <w:rFonts w:ascii="Times New Roman" w:hAnsi="Times New Roman" w:eastAsia="Times New Roman" w:cs="Times New Roman"/>
        </w:rPr>
        <w:t>Адвентизмын эхэн үеийн үйл явдлууд болон Адвентизмын төгсгөлийн үеийн үйл явдлуудыг төлөөлдөг “долоон аянга” нь нигүүлслийн хугацаа хаагдахын яг өмнө лац нь тайлагдах гэрэл мөн. “Долоон аянга” нь аль аль нь “эхний болон хоёр дахь тэнгэрэлчийн мэдээний үед биелэх үйл явдлуудын дүрслэл” бөгөөд мөн “өөрсдийн дарааллаар илчлэгдэх ирээдүйн үйл явдлууд”-ыг төлөөлдөг хэмээн бидэнд мэдүүлсэн байдаг. “Долоон аянга” нь Альфа ба Омегагийн тамгыг агуулдаг.</w:t>
      </w:r>
    </w:p>
    <w:p>
      <w:pPr>
        <w:pStyle w:val="ArticleBody"/>
        <w:jc w:val="left"/>
      </w:pPr>
      <w:r>
        <w:rPr>
          <w:rFonts w:ascii="Times New Roman" w:hAnsi="Times New Roman" w:eastAsia="Times New Roman" w:cs="Times New Roman"/>
        </w:rPr>
        <w:t>“эхний болон хоёр дахь тэнгэрэлчийн мэдээнүүдийн дор” тохиосон “үйл явдлуудын дүрслэл” нь гурав дахь тэнгэрэлчийн мэдээний дор тохиох үйл явдлуудыг төлөөлөн харуулдаг. Иоханд долоон аянга юу өгүүлснийг бичихгүй байх тушаал өгөгдөхөд, тэрхүү тушаал нь Даниелд номоо битүүмжлэхээр өгөгдсөн тушаалаар урьдчилан дүрслэгдсэн байсан; учир нь “долоон аянга дуу хоолойгоо гаргасны” дараа, “долоон аянга юу өгүүлснийг битүүмжил” хэмээх заавар Иоханд, бяцхан номын талаар Даниелд өгөгдсөнтэй адил, ирдгийг бидэнд мэдүүлсэн байдаг.</w:t>
      </w:r>
    </w:p>
    <w:p>
      <w:pPr>
        <w:pStyle w:val="ArticleBody"/>
        <w:jc w:val="left"/>
      </w:pPr>
      <w:r>
        <w:rPr>
          <w:rFonts w:ascii="Times New Roman" w:hAnsi="Times New Roman" w:eastAsia="Times New Roman" w:cs="Times New Roman"/>
        </w:rPr>
        <w:t>Езекиел болон Иохан хоёулаа 1840 онд эхний тэнгэрэлчийн хүчирхэгжүүлэлтийн үед Бурханы ард түмэн мэдээг идэж байсныг дүрслэн харуулдаг бөгөөд эш үзүүлэгч Иеремиа эхний тэнгэрэлчийн мэдээ бүтэлгүйтсэн мэт харагдах үед Бурханы ард түмний дунд тохиолдсон урам хугарлыг дүрслэн харуулдаг.</w:t>
      </w:r>
    </w:p>
    <w:p>
      <w:pPr>
        <w:pStyle w:val="ArticleScripture"/>
        <w:jc w:val="left"/>
      </w:pPr>
      <w:r>
        <w:rPr>
          <w:rFonts w:ascii="Times New Roman" w:hAnsi="Times New Roman" w:eastAsia="Times New Roman" w:cs="Times New Roman"/>
        </w:rPr>
        <w:t>Таны үгс олдож, би тэдгээрийг идсэн; Таны үг надад зүрхний минь баяр хөөр, цэнгэл болсон. Учир нь, ай Түмэн цэргийн ЭЗЭН Бурхан, би Таны нэрээр нэрлэгддэг билээ. Би дооглогчдын чуулганд суугаагүй, мөн баяссангүй; Таны мутраас болж би ганцаараа суусан. Учир нь Та намайг хилэнгээр дүүргэсэн. Яагаад миний өвдөлт үргэлжлэх бөгөөд миний шарх эдгэрэхээс татгалзсан, эдгэршгүй байна вэ? Та надад бүхэлдээ худалч мэт, тасалдах ус мэт байх гэж үү? Тиймээс ЭЗЭН ийнхүү айлдаж байна: Хэрэв чи эргэвэл, Би чамайг дахин авчирч, чи Миний өмнө зогсох болно. Хэрэв чи үнэт зүйлийг өөдгүйгээс ялган гаргавал, чи Миний ам мэт болно. Тэд чам уруу эргэн ирэг; харин чи тэд уруу бүү эргэ. Би чамайг энэ ард түмний өмнө хүрлэн бэхлэгдсэн хэрэм болгоно; тэд чиний эсрэг тулалдана, гэвч чамайг дийлэхгүй. Учир нь Би чамайг аварч, чөлөөлөхөөр чамтай хамт байна гэж ЭЗЭН айлдаж байна. Би чамайг хорон муу хүний гараас аварч, аймшигт нэгний гараас золин чөлөөлнө. Иеремиа 15:16–21.</w:t>
      </w:r>
    </w:p>
    <w:p>
      <w:pPr>
        <w:pStyle w:val="ArticleBody"/>
        <w:jc w:val="left"/>
      </w:pPr>
      <w:r>
        <w:rPr>
          <w:rFonts w:ascii="Times New Roman" w:hAnsi="Times New Roman" w:eastAsia="Times New Roman" w:cs="Times New Roman"/>
        </w:rPr>
        <w:t>Иеремиа Иохан, Езекиелийн адил тэрхүү бяцхан номын үгсийг олж, мөн тэр өөрөө ч уг мэдээг идсэн билээ. Харин тэр мэдээ нь тасалдсан мэдээ (ус) болж хувирсан байв. Энэ нь Бурхан худал хэлсэн мэт байсан бөгөөд мэдээж хэрэг тийм зүйл боломжгүй. Гэвч “худал” хэмээх буруутгал нь Хабаккукт дүрслэгдсэн Миллеритүүдийн анхны урам хугарал дотор Иеремиаг байршуулан таних түлхүүрийг өгдөг.</w:t>
      </w:r>
    </w:p>
    <w:p>
      <w:pPr>
        <w:pStyle w:val="ArticleScripture"/>
        <w:jc w:val="left"/>
      </w:pPr>
      <w:r>
        <w:rPr>
          <w:rFonts w:ascii="Times New Roman" w:hAnsi="Times New Roman" w:eastAsia="Times New Roman" w:cs="Times New Roman"/>
        </w:rPr>
        <w:t>Би харуул дээрээ зогсож, цамхаг дээрээ байрлан, Тэр надад юу айлдахыг, мөн намайг зэмлэгдэхэд би юу хариулахыг харж хүлээнэ. ЭЗЭН надад хариулж, —Үзэгдлийг бич, үүнийг самбарууд дээр тодорхой болго; ингэснээр түүнийг уншигч хүн гүйж чадах болтугай. Учир нь энэхүү үзэгдэл товлогдсон цагийн төлөө хараахан байна; харин төгсгөлд энэ нь айлдаж, худал хэлэхгүй. Хэдий удаашрах мэт боловч, түүнийг хүлээ; учир нь энэ нь гарцаагүй ирнэ, саатахгүй гэж айлдав. Хабаккук 2:1–3.</w:t>
      </w:r>
    </w:p>
    <w:p>
      <w:pPr>
        <w:pStyle w:val="ArticleBody"/>
        <w:jc w:val="left"/>
      </w:pPr>
      <w:r>
        <w:rPr>
          <w:rFonts w:ascii="Times New Roman" w:hAnsi="Times New Roman" w:eastAsia="Times New Roman" w:cs="Times New Roman"/>
        </w:rPr>
        <w:t>Эхний тэнгэрэлчийн мэдээний үзэгдэл нь Бурханы “гар”-аар удирдуулсан 1843 оны анхдагчдын хүснэгт дээр бичигдсэн байв.</w:t>
      </w:r>
    </w:p>
    <w:p>
      <w:pPr>
        <w:pStyle w:val="ArticleScripture"/>
        <w:jc w:val="left"/>
      </w:pPr>
      <w:r>
        <w:rPr>
          <w:rFonts w:ascii="Times New Roman" w:hAnsi="Times New Roman" w:eastAsia="Times New Roman" w:cs="Times New Roman"/>
        </w:rPr>
        <w:t>“1843 оны хүснэгт нь Эзэний мутрын удирдлагаар хийгдсэн бөгөөд түүнийг өөрчилж болохгүй; тоонууд нь Түүний хүссэнчлэн байсан; зарим тоон дахь нэгэн алдааг хэн ч олж харахгүй байлгахын тулд Түүний мутар дээр нь байж, түүнийг халхалсан бөгөөд Тэр мутраа татах хүртэл хэн ч үүнийг харж чадаагүй гэдгийг би харсан.” Early Writings, 74.</w:t>
      </w:r>
    </w:p>
    <w:p>
      <w:pPr>
        <w:pStyle w:val="ArticleBody"/>
        <w:jc w:val="left"/>
      </w:pPr>
      <w:r>
        <w:rPr>
          <w:rFonts w:ascii="Times New Roman" w:hAnsi="Times New Roman" w:eastAsia="Times New Roman" w:cs="Times New Roman"/>
        </w:rPr>
        <w:t>1843 оны “тогтоогдсон цаг” нь зурагт хуудсан дээр дүрслэгдсэн байсан бөгөөд тиймээс үүнийг 1843 оны зурагт хуудас гэж нэрлэдэг. Энэ нь 1842 онд, Хабаккук дахь “үзэгдлийг бичиж, самбарууд дээр ойлгомжтой болго” гэсэн тушаалын биелэл болгон хэвлэгдсэн юм. Үзэгдлийг олон тоон дахь “самбарууд” дээр ойлгомжтой болгох ёстой байсан нь, Эзэн Өөрийн мутрыг 1843 оны зурагт хуудсан дээрх алдаанаас татан авсны дараа тэр алдаа 1850 оны анхдагчдын зурагт хуудсан дээр засагдахыг илтгэж байна. Тэр алдаа анхны урам хугаралтыг бий болгосон бөгөөд Иеремиа нь 1840 оны 8 дугаар сарын 11-нд бяцхан номыг идсэн бөгөөд 1843 оны тогтоогдсон цаг биелээгүй үед урам нь хугарсан хүмүүсийг төлөөлдөг.</w:t>
      </w:r>
    </w:p>
    <w:p>
      <w:pPr>
        <w:pStyle w:val="ArticleBody"/>
        <w:jc w:val="left"/>
      </w:pPr>
      <w:r>
        <w:rPr>
          <w:rFonts w:ascii="Times New Roman" w:hAnsi="Times New Roman" w:eastAsia="Times New Roman" w:cs="Times New Roman"/>
        </w:rPr>
        <w:t>Иеремиа 1840 онд бяцхан номыг идсэн үед энэ нь түүний зүрхний “баяр хөөр ба цэнгэл” байсан; харин урам хугаралт ирэхэд тэр цаашид “баяссангүй”, мөн Бурханы “гарын учир” “ганцаар суув.” Бурханы гар “зарим тоонууд дахь алдааг” халхалсан байсан тул Иеремиа Бурхан худал хэлсэн байж болох тухай бодохоос өөр аргагүйд хүрчээ. Иеремиад өгсөн амлалт нь хэрэв тэр өөрийн цөхрөлөөс “эргэж” ирвэл, Бурхан Иеремиаг Өөрийн “ам” болгоно гэсэн явдал байв. Хэрэв Иеремиа урам хугаралтаасаа Бурхан уруу эргэн ирж, өөрийгөө арван охины үлгэр дэх саатлын хугацаанд байгааг хүлээн зөвшөөрөх аваас, үзэгдэл яг хэзээ биелж, цаашид саатахгүй болохыг нарийн тодорхойлох аман илэрхийлэгч болгон Бурхан түүнийг ашиглах байлаа.</w:t>
      </w:r>
    </w:p>
    <w:p>
      <w:pPr>
        <w:pStyle w:val="ArticleBody"/>
        <w:jc w:val="left"/>
      </w:pPr>
      <w:r>
        <w:rPr>
          <w:rFonts w:ascii="Times New Roman" w:hAnsi="Times New Roman" w:eastAsia="Times New Roman" w:cs="Times New Roman"/>
        </w:rPr>
        <w:t>Эдгээр баримтуудыг энд ийнхүү дэвшүүлэн тавьж буй зорилго нь, тэнгэрэлчийн бүх мэдээнүүдийн хувьд тэдгээрийн “ирэлтүүд” ба “хүчирхэгжүүлэлтүүд” нь амь ба үхлийн асуудал болох, мөргөгчдийг хоёр ангид хуваадаг мэдээг илэрхийлдгийг тогтоохын тулд юм. Гурван тэнгэрэлч нь дэвшин өрнөдөг сорилтын үйл явцын гурван алхам мөн. Бидний зорьж буй санаанд үүнээс ч илүү чухал нь, шүүлтийн төгсгөлийг тунхагласан Даниелын сүүлчийн зургаан эшлэл лацгүй болж, 1989 онд “эцсийн цаг”-ийн ирэлтээс удалгүй долоон аянгын тухай ойлголт хүлээн зөвшөөрөгдсөн хэдий ч, гурав дахь тэнгэрэлчийн түүхийн төгсгөлд долоон аянгын дахин нэг лац тайлагдалт байдаг явдал юм.</w:t>
      </w:r>
    </w:p>
    <w:p>
      <w:pPr>
        <w:pStyle w:val="ArticleBody"/>
        <w:jc w:val="left"/>
      </w:pPr>
      <w:r>
        <w:rPr>
          <w:rFonts w:ascii="Times New Roman" w:hAnsi="Times New Roman" w:eastAsia="Times New Roman" w:cs="Times New Roman"/>
        </w:rPr>
        <w:t>Адвентизмийн эхлэлийн түүх нь 1798 онд эхний тэнгэрэлчийн лац тайлагдсанаар эхэлж, Их Эзэн гутралыг бий болгохын тулд Өөрийн мутраар халхалж байсан нэгэн үнэний лац тайлагдсанаар төгсөнө. Үүний дараа Тэр Өөрийн мутрыг аван (лацыг тайлж), саатлын цагийн мэдээг илчилсэн юм.</w:t>
      </w:r>
    </w:p>
    <w:p>
      <w:pPr>
        <w:pStyle w:val="ArticleBody"/>
        <w:jc w:val="left"/>
      </w:pPr>
      <w:r>
        <w:rPr>
          <w:rFonts w:ascii="Times New Roman" w:hAnsi="Times New Roman" w:eastAsia="Times New Roman" w:cs="Times New Roman"/>
        </w:rPr>
        <w:t>Адвентизмын төгсгөлийн түүх нь 1989 онд гурав дахь тэнгэрэлчийн мэдээ нээгдсэнээс эхэлдэг бөгөөд Эзэн урам хугаралт төрүүлэхийн тулд Өөрийн мутраар халхалж байсан нэгэн үнэнийг нээснээр төгсөнө. Тэрээр одоо Өөрийн мутрыг авч байгаа тул, анхны урам хугаралт болон саатлын цагийн мэдээг нээж байна. Тэрээр 2020 оны 7-р сарын 18-ны зорилгыг нээж байна.</w:t>
      </w:r>
    </w:p>
    <w:p>
      <w:pPr>
        <w:pStyle w:val="ArticleScripture"/>
        <w:jc w:val="left"/>
      </w:pPr>
      <w:r>
        <w:rPr>
          <w:rFonts w:ascii="Times New Roman" w:hAnsi="Times New Roman" w:eastAsia="Times New Roman" w:cs="Times New Roman"/>
        </w:rPr>
        <w:t>Иймээс ЭЗЭН ийнхүү айлдаж байна: Хэрэв чи буцан ирвэл, Би чамайг дахин авчирч, чи Миний өмнө зогсох болно. Хэрэв чи үнэтэйг өөдгүйгээс ялган гаргавал, чи Миний ам мэт болно. Тэд чам уруу буцаж ирэг; харин чи тэдэн уруу бүү буц. Би чамайг энэ ард түмний өмнө хүрлэн бэхлэгдсэн хэрэм болгоно. Тэд чиний эсрэг тэмцэх боловч чамайг дийлэхгүй. Учир нь Би чамайг аврахын тулд, чамайг ангижруулахын тулд чамтай хамт байна гэж ЭЗЭН айлдаж байна. Би чамайг хорон муу хүмүүсийн гараас аварч, догшин хэрцгий хүмүүсийн гараас золин чөлөөлнө. Иеремиа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Америкт хамаарах ирээдүй ба 2020 оны 7-р сарын 18 — Хоёр дахь дугаар</dc:title>
  <dc:subject>Мэдээг Идэх нь</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