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Америкт зориулсан ирээдүй ба 2020 оны 7 дугаар сарын 18 — Гуравдугаар дугаар</w:t>
      </w:r>
    </w:p>
    <w:p>
      <w:pPr>
        <w:pStyle w:val="ArticleSubtitle"/>
        <w:jc w:val="left"/>
      </w:pPr>
      <w:r>
        <w:rPr>
          <w:rFonts w:ascii="Arial" w:hAnsi="Arial" w:eastAsia="Arial" w:cs="Arial"/>
        </w:rPr>
        <w:t>Үздэг нүд, сонсдог чих ерөөлтэй еэ</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2023-08-25</w:t>
      </w:r>
    </w:p>
    <w:p>
      <w:pPr>
        <w:pStyle w:val="ArticleBody"/>
        <w:jc w:val="left"/>
      </w:pPr>
      <w:r>
        <w:rPr>
          <w:rFonts w:ascii="Times New Roman" w:hAnsi="Times New Roman" w:eastAsia="Times New Roman" w:cs="Times New Roman"/>
        </w:rPr>
        <w:t>Шинэчлэлийн хөдөлгөөнүүдийн шугамууд нь Илчлэлт арвын “долоон аянга”-ыг ойлгох түлхүүр мөн. “Долоон аянга” нь 1840 оны 8 дугаар сарын 11-нээс эхлэн 1844 оны 10 дугаар сарын 22-ны Агуу Урам хугаралт хүртэлх хугацаанд нэгдүгээр тэнгэрэлчийн мэдээ хүчирхэгжсэн түүхийг илэрхийлдэг. Аравдугаар бүлэг энэ ойлголтыг батлахын тулд тухайн бүлгийн доторх гурван дотоод гэрчийг өгдөг.</w:t>
      </w:r>
    </w:p>
    <w:p>
      <w:pPr>
        <w:pStyle w:val="ArticleScripture"/>
        <w:jc w:val="left"/>
      </w:pPr>
      <w:r>
        <w:rPr>
          <w:rFonts w:ascii="Times New Roman" w:hAnsi="Times New Roman" w:eastAsia="Times New Roman" w:cs="Times New Roman"/>
        </w:rPr>
        <w:t>“1840–44 оны Адвентийн хөдөлгөөн нь Бурханы хүчний алдартай илрэл байсан; эхний тэнгэрэлчийн мэдээ дэлхийн бүх миссионерын сууринд хүргэгдсэн бөгөөд зарим оронд XVI зууны Шинэчлэлийн үеэс хойш аль ч нутагт үзэгдсэнээс ч агуу шашны сонирхол сэргэж байсан; харин эдгээр нь гурав дахь тэнгэрэлчийн сүүлчийн анхааруулгын дор өрнөх хүчирхэг хөдөлгөөнөөр даван гарагдах болно.” Агуу тэмцэл, 611.</w:t>
      </w:r>
    </w:p>
    <w:p>
      <w:pPr>
        <w:pStyle w:val="ArticleBody"/>
        <w:jc w:val="left"/>
      </w:pPr>
      <w:r>
        <w:rPr>
          <w:rFonts w:ascii="Times New Roman" w:hAnsi="Times New Roman" w:eastAsia="Times New Roman" w:cs="Times New Roman"/>
        </w:rPr>
        <w:t>Эхний тэнгэрэлчийн мэдээ 1840 оноос эхлэн дэлхийд түгээгдсэн. Урайя Смит, Эгч Уайттай нийцүүлэн, анхдагчдын ойлголтыг илэрхийлдэг. Смит эхний тэнгэрэлч 1798 онд ирснийг хүлээн зөвшөөрч, мөн 1840 онд бууж ирсэн нь тэрхүү эхний тэнгэрэлч байсан гэдгийг харуулдаг. Смит болон анхдагчид зөвхөн мэдээний ирэлт ба түүний хүчээр эрхжүүлэгдэх хоёрын ялгааг анзаараагүй байжээ. Илчлэлт номын аравдугаар бүлгийн тэнгэрэлч нэг хөлөө тэнгист, нөгөөг нь газар дээр тавих үед энэ нь дэлхийд түгээгдэж байсан мэдээг тодорхойлж байсныг Смит тодорхой хэлдэг.</w:t>
      </w:r>
    </w:p>
    <w:p>
      <w:pPr>
        <w:pStyle w:val="ArticleScripture"/>
        <w:jc w:val="left"/>
      </w:pPr>
      <w:r>
        <w:rPr>
          <w:rFonts w:ascii="Times New Roman" w:hAnsi="Times New Roman" w:eastAsia="Times New Roman" w:cs="Times New Roman"/>
        </w:rPr>
        <w:t>“Иймээс 1798 онд Христийн өдөр ойртсон хэмээн тунхаглахад тавигдсан хориг зогссон; 1798 онд төгсгөлийн цаг үе эхэлж, бяцхан номноос тамга нь авагдсан билээ. Тэгэхээр тэр үеэс хойш Илчлэл 14-ийн тэнгэрэлч Бурханы шүүлтийн цаг ирснийг тунхаглан урагшилсан; мөн тэр үеэс хойш 10-р бүлгийн тэнгэрэлч тэнгис ба хуурай газарт байр сууриа эзлэн, цаг хугацаа дахин байхгүй хэмээн тангарагласан юм. Тэдний нэг мөн чанартай болох талаар ямар ч эргэлзээ байж үл болно; мөн нэгийг нь тогтоон байрлуулахад хэрэглэгдэх бүх нотолгоо нь нөгөөгийн хувьд ч адилхан хүчинтэй байдаг. Одоогийн үеийнхэн эдгээр хоёр эш үзүүллэгийн биеллийг үзэж байна гэдгийг харуулахын тулд энд бид маргаан өрнүүлэх шаардлагагүй. Адвентийн номлолд, ялангуяа 1840-өөс 1844 он хүртэл, тэдгээрийн бүрэн бөгөөд дэлгэрэнгүй биелэлт эхэлсэн юм. Энэ тэнгэрэлчийн байрлал—нэг хөл нь тэнгис дээр, нөгөө нь хуурай газар дээр байгаа нь—түүний тунхаглал тэнгисээр ч, газраар ч өргөн хүрээтэй тархахыг илтгэнэ. Хэрэв энэ мэдээ зөвхөн нэг улсад зориулагдсан байсан бол тэнгэрэлч зөвхөн хуурай газар дээр байр сууриа эзлэхэд л хангалттай байх байв. Гэвч тэр нэг хөлөө тэнгис дээр тавьсан байдаг бөгөөд үүнээс бид түүний мэдээ далайг гатлан, дэлхийн янз бүрийн үндэстэн, бүс хуваарилалтад хүрч тэлэх болно гэж дүгнэж болно; мөн дээр дурдсан Адвентийн тунхаглал дэлхийн бүх номлолын сууринд хүрсэн явдлаар энэ дүгнэлт улам батжиж байна. Энэ талаар 14-р бүлэгт дэлгэрэнгүй өгүүлнэ.” Uriah Smith, Thoughts on Daniel and the Revelation, 521.</w:t>
      </w:r>
    </w:p>
    <w:p>
      <w:pPr>
        <w:pStyle w:val="ArticleBody"/>
        <w:jc w:val="left"/>
      </w:pPr>
      <w:r>
        <w:rPr>
          <w:rFonts w:ascii="Times New Roman" w:hAnsi="Times New Roman" w:eastAsia="Times New Roman" w:cs="Times New Roman"/>
        </w:rPr>
        <w:t>Иймээс аравдугаар бүлгийн нэгдүгээр эшлэл нь 1840 оны 8 дугаар сарын 11-нийг зааж байна. Учир нь тэр үед Илчлэлт 9-д буй зөгнөлтэй нийцүүлэн Османы ноёрхлын урьдчилан хэлэгдсэн төгсгөл болсон юм. Уайт эгч ийнхүү өгүүлжээ:</w:t>
      </w:r>
    </w:p>
    <w:p>
      <w:pPr>
        <w:pStyle w:val="ArticleScripture"/>
        <w:jc w:val="left"/>
      </w:pPr>
      <w:r>
        <w:rPr>
          <w:rFonts w:ascii="Times New Roman" w:hAnsi="Times New Roman" w:eastAsia="Times New Roman" w:cs="Times New Roman"/>
        </w:rPr>
        <w:t>“1840 онд эш үзүүллэгийн өөр нэгэн гайхамшигт биелэлт өргөн хүрээний сонирхлыг хөдөлгөв. Үүнээс хоёр жилийн өмнө хоёр дахь ирэлтийг тунхаглан номлодог тэргүүлэх үйлчлэгчдийн нэг Иосиа Литч Илчлэлт 9-ийн тайлбарыг нийтэлж, Османы эзэнт гүрэн нуран унахыг урьдчилан хэлсэн байлаа. Түүний тооцооллын дагуу энэ хүчийг 1840 оны 8 дугаар сарын 11-нд... түлхэн унагах ёстой байсан бөгөөд, Константинополь дахь Османы эрх мэдэл тэр үед эвдэрч сүйрнэ гэж хүлээгдэж байв. ‘Мөн энэ нь үнэхээр тийм болох нь тогтоогдоно гэдэгт би итгэж байна.’”</w:t>
      </w:r>
    </w:p>
    <w:p>
      <w:pPr>
        <w:pStyle w:val="ArticleScripture"/>
        <w:jc w:val="left"/>
      </w:pPr>
      <w:r>
        <w:rPr>
          <w:rFonts w:ascii="Times New Roman" w:hAnsi="Times New Roman" w:eastAsia="Times New Roman" w:cs="Times New Roman"/>
        </w:rPr>
        <w:t>“Яг тогтоогдсон тэр цагт Турк улс өөрийн элч төлөөлөгчдөөр дамжуулан Европын холбоот гүрнүүдийн хамгаалалтыг хүлээн авч, ийнхүү өөрийгөө Христийн шашинт үндэстнүүдийн хяналт дор оруулсан юм. Энэ үйл явдал эш үзүүлгийг яг таг биелүүлсэн. Энэ нь мэдэгдмэгц, асар олон хүн Миллер болон түүний хамтрагчдын баримталсан эш үзүүлгийг тайлбарлах зарчмууд зөв болохыг үнэмшиж, Авралтын ирэлтийн хөдөлгөөнд гайхамшигт хүчтэй түлхэц өгөгдөв. Эрдэм боловсролтой, нэр хүндтэй хүмүүс Миллертэй нэгдэн, түүний үзлийг номлон тунхаглах болон хэвлэн нийтлэх ажилд оролцсон бөгөөд 1840 оноос 1844 он хүртэл уг ажил түргэн шуурхай өргөжин тэлжээ.” Агуу тэмцэл, 334, 335.</w:t>
      </w:r>
    </w:p>
    <w:p>
      <w:pPr>
        <w:pStyle w:val="ArticleBody"/>
        <w:jc w:val="left"/>
      </w:pPr>
      <w:r>
        <w:rPr>
          <w:rFonts w:ascii="Times New Roman" w:hAnsi="Times New Roman" w:eastAsia="Times New Roman" w:cs="Times New Roman"/>
        </w:rPr>
        <w:t>Аравдугаар бүлгийн нэгдүгээр эшлэл нь 1840 оныг заадаг бөгөөд аравдугаар эшлэлд бид Иохан 1844 оны 10 дугаар сарын 22-нд гашуун урам хугаралд орсныг хардаг. Иохан нь жижиг номын мэдээг дэлхийд хүргэсэн хүмүүсийг төлөөлж байсан бөгөөд тэд 1844 оны 10 дугаар сарын 22-нд гашуун урам хугарал амссан билээ. Нэгдүгээр эшлэлээс аравдугаар эшлэл хүртэл 1840 оноос 1844 он хүртэлх түүхийг илэрхийлдэг. Энэ нь аравдугаар бүлгийн доторх нэгэн дотоод гэрч мөн.</w:t>
      </w:r>
    </w:p>
    <w:p>
      <w:pPr>
        <w:pStyle w:val="ArticleBody"/>
        <w:jc w:val="left"/>
      </w:pPr>
      <w:r>
        <w:rPr>
          <w:rFonts w:ascii="Times New Roman" w:hAnsi="Times New Roman" w:eastAsia="Times New Roman" w:cs="Times New Roman"/>
        </w:rPr>
        <w:t>Нөгөө гэрч нь бяцхан номыг иддэг Иохан бөгөөд энэ нь 1840 оны 8 дугаар сарын 11-ний мэдээг түүний хүлээн авсныг илэрхийлж, дараа нь 1844 оны 10 дугаар сарын 22-ны Их Урам хугаралтын үед түүний гэдсэнд гашуун болсон юм.</w:t>
      </w:r>
    </w:p>
    <w:p>
      <w:pPr>
        <w:pStyle w:val="ArticleScripture"/>
        <w:jc w:val="left"/>
      </w:pPr>
      <w:r>
        <w:rPr>
          <w:rFonts w:ascii="Times New Roman" w:hAnsi="Times New Roman" w:eastAsia="Times New Roman" w:cs="Times New Roman"/>
        </w:rPr>
        <w:t>Тэгээд би тэр бяцхан номыг тэнгэрэлчийн гараас авч, бүрэн идэв; тэр нь миний аманд зөгийн бал мэт амттай байсан; харин түүнийг идмэгц миний гэдэс гашуун болов. Илчлэлт 10:10.</w:t>
      </w:r>
    </w:p>
    <w:p>
      <w:pPr>
        <w:pStyle w:val="ArticleBody"/>
        <w:jc w:val="left"/>
      </w:pPr>
      <w:r>
        <w:rPr>
          <w:rFonts w:ascii="Times New Roman" w:hAnsi="Times New Roman" w:eastAsia="Times New Roman" w:cs="Times New Roman"/>
        </w:rPr>
        <w:t>Аравдугаар ишлэл нь 1840 оноос 1844 он хүртэлх яг тэр түүхийг нэгэн ишлэлд илэрхийлж байна. Энэ нь тухайн бүлгийн доторх “долоон аянга” тэрхүү түүхийг төлөөлдөг болохыг гэрчлэх хоёр дахь дотоод гэрч мөн. Систер Уайт “долоон аянга” нь эхний болон хоёр дахь тэнгэрэлчийн мэдээнүүдийн дор биелэн өнгөрсөн үйл явдлуудын дүрслэлийг илэрхийлдэг болохыг аль хэдийн тогтоосон. Хоёр дахь тэнгэрэлчийн мэдээ агуу урам хугарал дээр төгссөн тул “долоон аянга” нь яг тэр адил түүхийг төлөөлдөг. 1840 оны 8 дугаар сарын 11-нээс 1844 оны 10 дугаар сарын 22-ны Агуу Урам Хугарал хүртэлх түүх нь Илчлэлт номын аравдугаар бүлэгт онцлон тэмдэглэгдэж буй эш үзүүллэгийн түүх мөн болох үнэнийг дэмжих гурван дотоод гэрч байна.</w:t>
      </w:r>
    </w:p>
    <w:p>
      <w:pPr>
        <w:pStyle w:val="ArticleBody"/>
        <w:jc w:val="left"/>
      </w:pPr>
      <w:r>
        <w:rPr>
          <w:rFonts w:ascii="Times New Roman" w:hAnsi="Times New Roman" w:eastAsia="Times New Roman" w:cs="Times New Roman"/>
        </w:rPr>
        <w:t>Тэгээд эцсийн эшлэлд, “долоон аянга”-тай холбоотой үнэнтэй нийцүүлэн, мэдээг тунхаглах тухай тушаал өгөгдөж, мөн яг тэр түүх дахин давтагдах ёстойг илэрхийлсэн байна.</w:t>
      </w:r>
    </w:p>
    <w:p>
      <w:pPr>
        <w:pStyle w:val="ArticleScripture"/>
        <w:jc w:val="left"/>
      </w:pPr>
      <w:r>
        <w:rPr>
          <w:rFonts w:ascii="Times New Roman" w:hAnsi="Times New Roman" w:eastAsia="Times New Roman" w:cs="Times New Roman"/>
        </w:rPr>
        <w:t>Тэр надад хандан, «Чи олон ард түмэн, үндэстэн, хэлтэн, хаадын өмнө дахин эш үзүүлэх ёстой» гэв. Илчлэлт 10:11.</w:t>
      </w:r>
    </w:p>
    <w:p>
      <w:pPr>
        <w:pStyle w:val="ArticleBody"/>
        <w:jc w:val="left"/>
      </w:pPr>
      <w:r>
        <w:rPr>
          <w:rFonts w:ascii="Times New Roman" w:hAnsi="Times New Roman" w:eastAsia="Times New Roman" w:cs="Times New Roman"/>
        </w:rPr>
        <w:t>Долоон аянга нь, “эцсийн цаг”-т лац нь тайлагдсан мэдээ хүчин чадлаар дамжсан тэр үеэс эхэлсэн Адвентизмийн эхлэл нь, 1989 онд лац нь тайлагдсан мэдээ хүчирхэгжих үед Адвентизмийн төгсгөлийг дүрслэн үзүүлнэ гэдгийг илэрхийлж байна; энэ нь Илчлэлт 10-ын тэнгэрэлчээр бус, харин Илчлэлт 18-ын бууж ирдэг тэнгэрэлчээр хүчирхэгжих юм. Илчлэлт 18-ын тэнгэрэлч 2001 оны 9 дүгээр сарын 11-нд бууж ирсэн бөгөөд бид одоо 1840-өөс 1844 он хүртэлх түүхэн давталтын төгсгөлд ойртож байна.</w:t>
      </w:r>
    </w:p>
    <w:p>
      <w:pPr>
        <w:pStyle w:val="ArticleBody"/>
        <w:jc w:val="left"/>
      </w:pPr>
      <w:r>
        <w:rPr>
          <w:rFonts w:ascii="Times New Roman" w:hAnsi="Times New Roman" w:eastAsia="Times New Roman" w:cs="Times New Roman"/>
        </w:rPr>
        <w:t>Аравдугаар бүлгийн талаарх эдгээр ажиглалтууд олон жилийн турш нийтэд ил байсан. Саяхныг хүртэл хэзээ ч танигдаагүй зүйл нь, тэрхүү ариун түүхийн хамтаар түүний дотор шингэсэн өөр нэгэн ариун түүх байдаг явдал юм. Юмсын төгсгөлийг түүний эхлэлтэй адилтган таньдаг Альфа ба Омега зарчмыг хүлээн зөвшөөрдөг хүмүүс л тэрхүү түүхийг танин мэдэх болно. Ариун түүхийн дотор шингэсэн энэ түүх нь нэгэн урам хугарлаар эхэлж, Их Урам Хугаралтаар төгсөнө. 1843–1844 оны түүх нь 1840–1844 оны түүхийн доторх боловч түүнээс ялгаатай онцгой нэгэн түүхэн шугам мөн. Вайт эгч болон Христ хоёулаа энэ түүхэн шугамын талаар өгүүлдэг.</w:t>
      </w:r>
    </w:p>
    <w:p>
      <w:pPr>
        <w:pStyle w:val="ArticleScripture"/>
        <w:jc w:val="left"/>
      </w:pPr>
      <w:r>
        <w:rPr>
          <w:rFonts w:ascii="Times New Roman" w:hAnsi="Times New Roman" w:eastAsia="Times New Roman" w:cs="Times New Roman"/>
        </w:rPr>
        <w:t>“1840–1844 онд өгөгдсөн бүх мэдээнүүдийг эдүгээ хүчтэйгээр тунхаглах ёстой. Учир нь чиг баримжаагаа алдсан олон хүн бий. Эдгээр мэдээ бүх сүмүүдэд хүрэх ёстой.</w:t>
      </w:r>
    </w:p>
    <w:p>
      <w:pPr>
        <w:pStyle w:val="ArticleScripture"/>
        <w:jc w:val="left"/>
      </w:pPr>
      <w:r>
        <w:rPr>
          <w:rFonts w:ascii="Times New Roman" w:hAnsi="Times New Roman" w:eastAsia="Times New Roman" w:cs="Times New Roman"/>
        </w:rPr>
        <w:t>“Христос: ‘Та нарын нүд харж байгаа учраас ерөөлтэй; та нарын чих сонсож байгаа учраас ерөөлтэй. Үнэнээр Би та нарт хэлье, олон эш үзүүлэгчид болон зөвт хүмүүс та нарын харж буйг үзэхийг хүсэн мөрөөдсөн боловч үзээгүй, та нарын сонсож буйг сонсохыг хүсэн мөрөөдсөн боловч сонсоогүй юм’ [Matt. 13:16, 17] гэж айлдсан. 1843, 1844 онуудад үзэгдсэн зүйлсийг харсан нүднүүд ерөөлтэй билээ.”</w:t>
      </w:r>
    </w:p>
    <w:p>
      <w:pPr>
        <w:pStyle w:val="ArticleScripture"/>
        <w:jc w:val="left"/>
      </w:pPr>
      <w:r>
        <w:rPr>
          <w:rFonts w:ascii="Times New Roman" w:hAnsi="Times New Roman" w:eastAsia="Times New Roman" w:cs="Times New Roman"/>
        </w:rPr>
        <w:t>“Мэдээ өгөгдсөн. Мөн цаг үеийн тэмдгүүд биелж байгаа тул уг мэдээг дахин давтан тунхаглахад ямар ч саатал байж болохгүй; төгсгөлийн ажил хийгдэх ёстой. Богино хугацаанд агуу ажил хийгдэх болно. Удахгүй Бурханы тогтоосноор нэгэн мэдээ өгөгдөж, тэр нь хүчтэй хашхираан болон өргөжинө. Тэгээд Даниел өөрт оногдсон хувьдаа зогсож, гэрчлэлээ өгөх болно.” Manuscript Releases, 21-р боть, 437.</w:t>
      </w:r>
    </w:p>
    <w:p>
      <w:pPr>
        <w:pStyle w:val="ArticleBody"/>
        <w:jc w:val="left"/>
      </w:pPr>
      <w:r>
        <w:rPr>
          <w:rFonts w:ascii="Times New Roman" w:hAnsi="Times New Roman" w:eastAsia="Times New Roman" w:cs="Times New Roman"/>
        </w:rPr>
        <w:t>“Эш үзүүлэгчид ба зөвт хүмүүс” “1843 ба 1844 онд үзэгдсэн тэдгээр зүйлсийг” үзэхийг хүсэн тэмүүлж ирсэн. Есүс энэхүү ариун түүхийг сайн мэдээний хоёр номд дурдсан боловч, тус бүрийн дурдалт нь өөр өөр нөхцөл байдалд байв.</w:t>
      </w:r>
    </w:p>
    <w:p>
      <w:pPr>
        <w:pStyle w:val="ArticleScripture"/>
        <w:jc w:val="left"/>
      </w:pPr>
      <w:r>
        <w:rPr>
          <w:rFonts w:ascii="Times New Roman" w:hAnsi="Times New Roman" w:eastAsia="Times New Roman" w:cs="Times New Roman"/>
        </w:rPr>
        <w:t>Тэрээр тэдэнд үлгэрээр олон зүйлийг айлдан, «Харагтун, тариачин үр тарихаар гарчээ. Түүнийг тарих үед зарим нь замын хажууд унахад шувууд ирж тэдгээрийг идэв. Зарим нь чулуулаг газар унав; тэнд хөрс багатай тул тэр даруй соёолжээ, учир нь хөрс нь гүн биш байв. Харин нар мандахад түлэгдэж, үндэсгүй тул хатан гандав. Зарим нь өргөст дунд унав; өргөс урган гарч тэдгээрийг боомилов. Харин бусад нь сайн хөрсөнд унаж, зарим нь зуу дахин, зарим нь жаран дахин, зарим нь гуч дахин үр жимс өгчээ. Сонсох чихтэй нь сонсог» гэв. Тэгтэл шавь нар нь ирж, түүнд, «Та яагаад тэдэнд үлгэрээр айлддаг юм бэ?» гэж асуув. Тэр хариулан тэдэнд, «Учир нь тэнгэрийн хаанчлалын нууцуудыг мэдэх нь та нарт өгөгдсөн, харин тэдэнд өгөгдөөгүй. Учир нь хэнд байна, түүнд өгөгдөж, тэр элбэг арвинтай болно. Харин хэнд байхгүй, түүнд байгаа юмыг нь хүртэл түүнээс авна. Иймийн учир Би тэдэнд үлгэрээр айлддаг. Учир нь тэд харсаар атал хардаггүй, сонссоор атал сонсдоггүй, бас ойлгодоггүй. Исаиагийн эш үзүүллэг тэдэнд биелж буй нь: “Сонссоор та нар сонсоно, гэвч ойлгохгүй; харсаар та нар харна, гэвч ухаарахгүй. Учир нь энэ ард түмний зүрх бүдүүрч, чих нь дүлийрч, нүдээ тэд өөрсдөө анисан байна; эс тэгвээс тэд нүдээрээ харж, чихээрээ сонсож, зүрхээрээ ойлгон, эргэж, Би тэднийг эдгээх байсан.” Харин та нарын нүд ерөөлтэй, учир нь тэд хардаг; мөн та нарын чих ерөөлтэй, учир нь тэд сонсдог. Үнэнээр Би та нарт хэлье, та нарын харж буйг харахыг олон эш үзүүлэгчид болон зөвт хүмүүс хүсэн мөрөөдсөн боловч хараагүй, мөн та нарын сонсож буйг сонсохыг хүссэн боловч сонсоогүй юм» гэв. Матай 13:3–17.</w:t>
      </w:r>
    </w:p>
    <w:p>
      <w:pPr>
        <w:pStyle w:val="ArticleBody"/>
        <w:jc w:val="left"/>
      </w:pPr>
      <w:r>
        <w:rPr>
          <w:rFonts w:ascii="Times New Roman" w:hAnsi="Times New Roman" w:eastAsia="Times New Roman" w:cs="Times New Roman"/>
        </w:rPr>
        <w:t>Есүс Матай номд Бурханы Үгийн нөлөөний тухай өгүүлэхдээ, мөн хүмүүсийг “сонсох”-ыг уриалахдаа, эш үзүүлэгчдийн үзэхийг хүсэн тэмүүлж байсан мэдээг няцаадаг Лаодикейчууд Исаиа номын зургаадугаар бүлэгт дүрслэгдсэн болохыг тогтоон харуулдаг. *Future for America* нь Исаиа 6-г 2001 оны 9 дүгээр сарын 11-ний өдрийн хүрээнд дахин дахин танилцуулсаар ирсэн. Учир нь тэр өдөр Исламын довтолгоогоор Илчлэлт арван наймын хүчирхэг тэнгэрэлч бууж ирж, дэлхийг өөрийн алдраар гэрэлтүүлсэн билээ. Эш үзүүлэгчид бүгд хоорондоо санал нэгтэй байдаг бөгөөд Исаиа 6:3-т бид яг тэрхүү тэнгэрэлчийн тухай шууд эшлэлийг олж хардаг.</w:t>
      </w:r>
    </w:p>
    <w:p>
      <w:pPr>
        <w:pStyle w:val="ArticleScripture"/>
        <w:jc w:val="left"/>
      </w:pPr>
      <w:r>
        <w:rPr>
          <w:rFonts w:ascii="Times New Roman" w:hAnsi="Times New Roman" w:eastAsia="Times New Roman" w:cs="Times New Roman"/>
        </w:rPr>
        <w:t>Уззиа хаан нас барсан тэр жилд би мөн Эзэнийг сэнтийн дээр суусан байгааг харлаа; Тэр өндөрт өргөмжлөгдсөн байсан бөгөөд Түүний хувцасны хормой сүмийг дүүргэж байв. Түүний дээгүүр серафимууд зогсож байлаа. Тэд тус бүр зургаан жигүүртэй; хоёроороо нүүрээ халхалж, хоёроороо хөлөө халхалж, хоёроороо нисэж байв. Тэгээд нэг нь нөгөөдөө хандан ийнхүү хашхирав: Ариун, ариун, ариун нь түмэн цэргийн ЭЗЭН мөн; бүх дэлхий Түүний алдраар дүүрэн байна. Исаиа 6:1–3.</w:t>
      </w:r>
    </w:p>
    <w:p>
      <w:pPr>
        <w:pStyle w:val="ArticleBody"/>
        <w:jc w:val="left"/>
      </w:pPr>
      <w:r>
        <w:rPr>
          <w:rFonts w:ascii="Times New Roman" w:hAnsi="Times New Roman" w:eastAsia="Times New Roman" w:cs="Times New Roman"/>
        </w:rPr>
        <w:t>Илчлэлт арван наймын тэнгэрэлч буун ирэх үед газар дэлхий түүний алдраар гэрэлтдэг бөгөөд, Исаиа ариун сүмийн тухай үзэгдлээ Уззиа хаан нас барсан онд үзсэн гэж бидэнд мэдэгдэхдээ өөр нэгэн чухал түлхүүрийг өгдөг. Уззиа хаан сүм дотор тахилчийн ажлыг хийхийг завдсан байв. Эзэн түүнийг духан дээр нь уяман өвчнөөр цохих хүртэл наян тахилч болон тэргүүн тахилч түүнийг үүнийг хийхээс эсэргүүцэн хориглосон. Төрийн эрх мэдлээ сүмийн эрх мэдэлтэй нэгтгэхийг завдсаныхаа төлөө тэр араатны тамгыг хүлээн авсан. Тэр даруйдаа нас бараагүй, харин хаан ширээнээс зайлуулагдан орлогдож, тодорхой хугацааны дараа эцэст нь 2001 оны 9 дүгээр сарын 11-нд нас барсан. Адвентист сүм Христийн үеийн иудейн сүмийн адил аажмаар үхдэг. Харин 2001 оны 9 дүгээр сарын 11-нд, Даниел арван нэгдүгээр бүлгийн сүүлчийн зургаан эшлэлийн мэдээг аль хэдийн няцаасан байсан Адвентизм АНУ-ын протестант эвэр болохын хувьд төгсгөлдөө хүрч, Исаиагаар төлөөлөгдөгсөд Илчлэлт арван наймын эхний дуу хоолойгоор төлөөлөгдсөн мэдээг түгээхээр тэр үед дуудагдсан юм.</w:t>
      </w:r>
    </w:p>
    <w:p>
      <w:pPr>
        <w:pStyle w:val="ArticleScripture"/>
        <w:jc w:val="left"/>
      </w:pPr>
      <w:r>
        <w:rPr>
          <w:rFonts w:ascii="Times New Roman" w:hAnsi="Times New Roman" w:eastAsia="Times New Roman" w:cs="Times New Roman"/>
        </w:rPr>
        <w:t>Тэгээд тахилч Азариа түүний араас орж, түүнтэй хамт ЭЗЭНий наян зоригт тахилч байв. Тэд Уззиа хааныг эсэргүүцэн зогсоод түүнд: Уззиа аа, ЭЗЭНд утлага уугиулах нь чамд хамаарахгүй, харин утлага уугиулахаар ариусгагдсан Аароны хөвгүүд болох тахилч нарт хамаарна. Ариун газраас гар; учир нь чи хилэнц үйлдсэн бөгөөд энэ нь ЭЗЭН Бурханаас чамд алдар болохгүй гэв. Тэгэхэд Уззиа уурлаж, утлага уугиулах хүжийн савыг гартаа барьж байлаа. Түүнийг тахилч нарт уурлаж байх зуур, ЭЗЭНий өргөөн дотор, утлагын тахилын ширээний дэргэд, тахилч нарын өмнө түүний духан дээр уяман өвчин гарч ирэв. Тэргүүн тахилч Азариа болон бүх тахилч нар түүнийг хараад, болгоогтун, түүний духан дээр уяман өвчин гарсан байв. Тэд түүнийг тэндээс хөөн гаргав; үнэхээр тэр өөрөө ч яаран гарсан, учир нь ЭЗЭН түүнийг цохисон байлаа. Уззиа хаан үхэх өдрөө хүртэл уяман өвчтэй байсан бөгөөд уяман өвчтэй тул тусгаар байшинд суудаг байв. Учир нь тэр ЭЗЭНий өргөөнөөс таслагдсан байлаа. Түүний хүү Иотам хааны ордныг захирч, газрын ард түмэнд шүүлт хийж байв. Шастирын дэд 26:17–21.</w:t>
      </w:r>
    </w:p>
    <w:p>
      <w:pPr>
        <w:pStyle w:val="ArticleBody"/>
        <w:jc w:val="left"/>
      </w:pPr>
      <w:r>
        <w:rPr>
          <w:rFonts w:ascii="Times New Roman" w:hAnsi="Times New Roman" w:eastAsia="Times New Roman" w:cs="Times New Roman"/>
        </w:rPr>
        <w:t>Эцсийн өдрүүдэд Илчлэл номын мэдээ лацнаасаа тайлагдахад хамаарах гурван үндсэн бүрэлдэхүүн байдаг тул 2001 оны 9 дүгээр сарын 11-нд Протестантын эвэр Долоо дахь өдрийн Адвентист сүмээс зайлуулагдсан гэдгийг танин мэдэх нь чухал юм. Тэдгээрийн нэг нь Бүгд найрамдах үзлийн эвэр болон Протестантизмын эвэрний зэрэгцээ түүх юм. Мөн танин мэдэх ёстой өөр нэг бүрэлдэхүүн нь долоон сүмийн ач холбогдол бөгөөд, мэдээж гурав дахь нь “долоон аянга” юм. Эдгээр бошиглолын гурван бүрэлдэхүүн нь бүгд лацнаасаа тайлагдаж буй мэдээг бүрдүүлдэг бөгөөд Христийн үед Иудейн сүмийг тойрон өнгөрсөнтэй адил, “эцсийн өдрүүдэд” Адвентизмыг ч мөн тойрон өнгөрдөг гэдгийг танин мэдэх шаардлагатай.</w:t>
      </w:r>
    </w:p>
    <w:p>
      <w:pPr>
        <w:pStyle w:val="ArticleBody"/>
        <w:jc w:val="left"/>
      </w:pPr>
      <w:r>
        <w:rPr>
          <w:rFonts w:ascii="Times New Roman" w:hAnsi="Times New Roman" w:eastAsia="Times New Roman" w:cs="Times New Roman"/>
        </w:rPr>
        <w:t>Исаиа өөрийн үеийн Бурханд итгэлгүй болсон сонгогдсон ард түмэнд захиас хүргэхээр сайн дураараа зүтгэж, Есүс Өөрийн үеийн яг тэрхүү нөхцөл байдалд хандахдаа мөн адил үгсийг хэрэглэдэг. Гэрээний дагуу сонгогдсон ард түмэн өнгөрөгдөж буй боловч тэд “сонсож”, эдгээгдэхээс татгалздаг.</w:t>
      </w:r>
    </w:p>
    <w:p>
      <w:pPr>
        <w:pStyle w:val="ArticleScripture"/>
        <w:jc w:val="left"/>
      </w:pPr>
      <w:r>
        <w:rPr>
          <w:rFonts w:ascii="Times New Roman" w:hAnsi="Times New Roman" w:eastAsia="Times New Roman" w:cs="Times New Roman"/>
        </w:rPr>
        <w:t>Тэгээд Тэрээр айлдав: Явж, энэ ард түмэнд ийн хэлэгтүн: Та нар үнэхээр сонсогтун, гэвч бүү ухаар; үнэхээр харагтун, гэвч бүү ойлго. Энэ ард түмний зүрхийг хатуурлуулж, чихийг нь дүлийрүүлэн, нүдийг нь аниул; тэгэхгүй бол тэд нүдээрээ харж, чихээрээ сонсож, зүрхээрээ ухааран, эргэж, эдгээгдэх вий. Исаиа 6:9, 10.</w:t>
      </w:r>
    </w:p>
    <w:p>
      <w:pPr>
        <w:pStyle w:val="ArticleBody"/>
        <w:jc w:val="left"/>
      </w:pPr>
      <w:r>
        <w:rPr>
          <w:rFonts w:ascii="Times New Roman" w:hAnsi="Times New Roman" w:eastAsia="Times New Roman" w:cs="Times New Roman"/>
        </w:rPr>
        <w:t>Исаиагийн үүрч авсан ажил нь Иохан болон Езекиел нар бяцхан номыг идэхдээ үүрч авсан ажил мөн. Тэд Эзэний амнаас бөөлжигдөн гаргагдах үйл явцад оршиж буй гэрээний дагуу сонгогдсон ард түмэнд зэмлэлийн мэдээг хүргэдэг. Есүс эш үзүүлэгчид болон зөвт хүмүүс үзэхийг хүсэн тэмүүлж байсан түүхийн талаар хоёр дахь удаагаа дурдсан нь Лук дээр тэмдэглэгдэн үлдсэн байдаг.</w:t>
      </w:r>
    </w:p>
    <w:p>
      <w:pPr>
        <w:pStyle w:val="ArticleScripture"/>
        <w:jc w:val="left"/>
      </w:pPr>
      <w:r>
        <w:rPr>
          <w:rFonts w:ascii="Times New Roman" w:hAnsi="Times New Roman" w:eastAsia="Times New Roman" w:cs="Times New Roman"/>
        </w:rPr>
        <w:t>Тэнгэрт өргөмжлөгдсөн Капернаум аа, чи там уруу хаягдах болно. Та нарыг сонсдог нь Намайг сонсдог; та нарыг үл тоомсорлодог нь Намайг үл тоомсорлодог; харин Намайг үл тоомсорлодог нь Намайг Илгээгчийг үл тоомсорлодог. Тэгэхэд далан хүн баяр хөөртэйгөөр буцаж ирээд, —Эзэн, Таны нэрээр бүр чөтгөрүүд хүртэл бидэнд захирагдаж байна, —гэв. Тэр тэдэнд, —Би Сатаныг тэнгэрээс аянга мэт унахыг харсан. Үзэгтүн, Би та нарт могой, хилэнцэт хорхойг гишгэлэх эрх мэдэл, мөн дайсны бүх хүчийг дийлэх эрх мэдлийг өгч байна; та нарт юугаар ч ямар ч хор хүрэхгүй. Гэвч сүнснүүд та нарт захирагдаж байгаад бүү баяс; харин нэрс чинь тэнгэрт бичигдсэнд баясагтун, —гэв. Тэр цагт Есүс сүнсээр баярлан, —Эцэг минь ээ, тэнгэр газрын Эзэн минь, Та эдгээрийг мэргэн ухаантнууд ба ухаалаг хүмүүсээс нуун, нялхасд илчилсэнд Танд талархаж байна. Тийм ээ, Эцэг минь, учир нь энэ нь Таны мэлмийд тааламжтай байлаа. Бүх зүйл Надад Миний Эцгээс өгөгдсөн; Хүү нь хэн болохыг Эцгээс өөр хэн ч мэддэггүй; мөн Эцэг нь хэн болохыг Хүүгээс өөр, бас Хүү хэнд илчлэхийг хүснэ, тэр хүнээс өөр хэн ч мэддэггүй, —гэв. Тэгээд Тэр шавь нар уруу Өөрийгөө эргүүлэн, нууцаар, —Та нарын харж буй эдгээрийг харж байгаа нүднүүд ерөөлтэй еэ. Учир нь Би та нарт хэлье, олон эш үзүүлэгчид ба хаад та нарын харж буй эдгээрийг харахыг хүсэн мөрөөдсөн боловч хараагүй; мөн та нарын сонсож буй эдгээрийг сонсохыг хүссэн боловч сонсоогүй юм, —гэв. Лук 10:15–24.</w:t>
      </w:r>
    </w:p>
    <w:p>
      <w:pPr>
        <w:pStyle w:val="ArticleBody"/>
        <w:jc w:val="left"/>
      </w:pPr>
      <w:r>
        <w:rPr>
          <w:rFonts w:ascii="Times New Roman" w:hAnsi="Times New Roman" w:eastAsia="Times New Roman" w:cs="Times New Roman"/>
        </w:rPr>
        <w:t>Дахин хэлэхэд, зөвт хүмүүсийн үзэхийг хүсэн тэмүүлж байсан зүйлийг үзэх эрхээр ерөөгдөж буй хүмүүсийн тухай энэ ерөөлийн хам сэдэв нь хажуугаар нь өнгөрөгдөж, “сонсохыг” хүсэхгүй байгаа гэрээт сонгогдсон ард түмний талаар юм. Эгч Уайт агуу гэрлийг няцаасны бэлгэдэл болсон Капернаумд Христийн айлдсан зэмлэлийг дурдсан бөгөөд, Адвентизмыг чиглэсэн тэрхүү зэмлэлийг [хаалтад] байрлуулснаараа Адвентизмыг онцлон тэмдэглэсэн юм.</w:t>
      </w:r>
    </w:p>
    <w:p>
      <w:pPr>
        <w:pStyle w:val="ArticleScripture"/>
        <w:jc w:val="left"/>
      </w:pPr>
      <w:r>
        <w:rPr>
          <w:rFonts w:ascii="Times New Roman" w:hAnsi="Times New Roman" w:eastAsia="Times New Roman" w:cs="Times New Roman"/>
        </w:rPr>
        <w:t>“Бурханы хүүхдүүд хэмээн өөрсдийгөө хүлээн зөвшөөрдөг хүмүүсийн дунд хичнээн өчүүхэн тэвчээр илэрч, хичнээн олон гашуун үг хэлэгдэж, манай итгэлийнх биш хүмүүсийн эсрэг хичнээн их зэмлэл буусан билээ. Олон хүн бусад сүмүүдэд харьяалагдагсдыг агуу нүгэлтнүүд хэмээн үзсэн боловч Эзэн тэднийг тийнхүү үздэггүй. Бусад сүмийн гишүүдийг ийнхүү үздэг хүмүүс Бурханы хүчирхэг мутрын дор өөрсдийгөө даруусгах хэрэгтэй. Тэдний яллан буруутгадаг хүмүүс маш бага гэрэл, цөөн боломж, цөөн эрх ямба эдэлсэн байж мэднэ. Хэрэв тэд манай сүмүүдийн олон гишүүдэд байсан гэрлийг авсансан бол тэд хавьгүй илүү хурдацтайгаар урагшилж, өөрсдийн итгэлийг дэлхийд илүү сайнаар төлөөлөх байсан. Гэрлээрээ сайрхдаг атлаа түүн дотор алхаж чаддаггүй хүмүүсийн тухай Христ ийн хэлдэг: ‘Харин Би та нарт хэлье, шүүлтийн өдөр Тир ба Сидонд та нараас илүү тэсвэрлэмээр байх болно. Мөн чи, Капернаум [агуу гэрэл хүлээн авсан Долоо дахь өдрийн Адвентистууд аа], тэнгэр хүртэл өргөмжлөгдсөн [эрх ямбын хувьд] боловч там уруу буулгагдана. Учир нь чамд үйлдэгдсэн хүчирхэг үйлс Содомд үйлдэгдсэнсэн бол тэр нь өнөөдрийг хүртэл оршин байх байсан. Харин Би та нарт хэлье, шүүлтийн өдөр Содомын нутаг чамаас илүү тэсвэрлэмээр байх болно.’ Тэр үед Есүс хариулан ийн хэлэв: ‘Эцэг минь, тэнгэр газрын Эзэн ээ, Та эдгээрийг мэргэн ухаантан, ухаалаг хүмүүстээс [өөрсдийн үнэлэмжээр] нууж, нялхасд илчилсэнд Таньд талархаж байна.’”</w:t>
      </w:r>
    </w:p>
    <w:p>
      <w:pPr>
        <w:pStyle w:val="ArticleScripture"/>
        <w:jc w:val="left"/>
      </w:pPr>
      <w:r>
        <w:rPr>
          <w:rFonts w:ascii="Times New Roman" w:hAnsi="Times New Roman" w:eastAsia="Times New Roman" w:cs="Times New Roman"/>
        </w:rPr>
        <w:t>“‘Мөн эдүгээ та нар энэ бүх үйлсийг үйлдсэн тул, гэж Эзэн айлдаж байна, Би та нарт эртлэн босож, ярин хэлсэн боловч та нар сонссонгүй; Би та нарыг дуудсан боловч та нар хариулсангүй. Иймээс Би Өөрийн нэрээр нэрлэгддэг, та нарын итгэдэг энэ өргөөнд, мөн Би та нарт болон та нарын өвөг дээдэст өгсөн тэр газарт Шилод үйлдсэнчлэн үйлдэх болно. Тэгээд Би Ефраимын бүх үр удмыг, өөрөөр хэлбэл та нарын бүх ахан дүүсийг хөөн зайлуулсан адил, та нарыг Өөрийн мэлмийгээс хөөн зайлуулах болно.’ Review and Herald, 1893 оны 8 дугаар сарын 1.”</w:t>
      </w:r>
    </w:p>
    <w:p>
      <w:pPr>
        <w:pStyle w:val="ArticleBody"/>
        <w:jc w:val="left"/>
      </w:pPr>
      <w:r>
        <w:rPr>
          <w:rFonts w:ascii="Times New Roman" w:hAnsi="Times New Roman" w:eastAsia="Times New Roman" w:cs="Times New Roman"/>
        </w:rPr>
        <w:t>Адвентизмд үйлдэгдсэн “хүчит үйлсүүд” нь зөвт хүмүүс болон эш үзүүлэгчдийн үзэж, сонсохыг хүсэмжилж байсан тэр үйлсүүд мөн байв. Тэрхүү хүчит үйлсүүд нь Шөнийн Дундын Хашхирааны мэдээ тунхаглагдсан 1843 ба 1844 оны түүхэнд дүрслэгдэн илэрсэн юм. Адвентизм өөрсдийн түүхийг, ялангуяа 1843 ба 1844 оны түүхийг няцаасан. Урам хугаралтаар эхэлж, мөн урам хугаралтаар төгсдөг түүх, түүнчлэн тэднийг шинэчлэн бүтээгдсэн дэлхий рүү хөтлөхөөр зориулагдсан түүхийг няцаасан юм.</w:t>
      </w:r>
    </w:p>
    <w:p>
      <w:pPr>
        <w:pStyle w:val="ArticleScripture"/>
        <w:jc w:val="left"/>
      </w:pPr>
      <w:r>
        <w:rPr>
          <w:rFonts w:ascii="Times New Roman" w:hAnsi="Times New Roman" w:eastAsia="Times New Roman" w:cs="Times New Roman"/>
        </w:rPr>
        <w:t>“Замын эхэнд тэдний ард тод гэрэл асаалттай байсан бөгөөд түүнийг ‘шөнийн дунд гарсан хашхираан’ гэж нэгэн тэнгэрэлч надад хэлсэн. Энэ гэрэл зам даяар тусаж, тэд бүдрэхгүй байхын тулд хөл дор нь гэрэл өгч байв.</w:t>
      </w:r>
    </w:p>
    <w:p>
      <w:pPr>
        <w:pStyle w:val="ArticleScripture"/>
        <w:jc w:val="left"/>
      </w:pPr>
      <w:r>
        <w:rPr>
          <w:rFonts w:ascii="Times New Roman" w:hAnsi="Times New Roman" w:eastAsia="Times New Roman" w:cs="Times New Roman"/>
        </w:rPr>
        <w:t>“Тэд өөрсдийн нүдийг өөрсдийнх нь яг өмнө явж, тэднийг хот уруу удирдан хөтөлж байсан Есүст тогтоон харж байсан цагт аюулгүй байв. Гэвч удалгүй зарим нь эцэж туйлдан, хот маш хол байна, тэд түүнд үүнээс өмнө аль хэдийн орсон байх ёстой байсан гэж хэлэв. Тэгэхэд Есүс Өөрийн алдарт баруун мутрыг өргөн тэднийг зоригжуулдаг байсан бөгөөд Түүний мутраас нэгэн гэрэл гарч, Адвентийн бүлгийн дээр намиран тусахад тэд ‘Аллелуя!’ хэмээн хашхирдаг байв. Бусад нь ард нь байсан тэр гэрлийг бодлогогүйгээр үгүйсгэж, тэднийг тийм хол хүртэл удирдан гаргасан нь Бурхан биш байсан гэж хэлэв. Тэдний ард байсан гэрэл унтарч, хөлийнх нь доор төгс харанхуй үлдсэн бөгөөд тэд бүдэрч, тэмдэг болон Есүсийг хараанаасаа алдан, доорх харанхуй, ёс бус ертөнц рүү замаасаа унан буув.” Эртний Бичвэрүүд, 15.</w:t>
      </w:r>
    </w:p>
    <w:p>
      <w:pPr>
        <w:pStyle w:val="ArticleBody"/>
        <w:jc w:val="left"/>
      </w:pPr>
      <w:r>
        <w:rPr>
          <w:rFonts w:ascii="Times New Roman" w:hAnsi="Times New Roman" w:eastAsia="Times New Roman" w:cs="Times New Roman"/>
        </w:rPr>
        <w:t>Иуда овгийн Арслангийн одоо лацыг нь тайлж буй зүйл бол 1843 болон 1844 оны түүх юм. “Долоон аянга” нь 1840-өөс 1844 оныг төлөөлдөг, гэвч тэр үе нь гэрээт түүхийн эхлэлээс хойш хэв шинж болгон үзүүлэгдэж ирсэн тун онцгой нэгэн түүхийг агуулдаг. Шинэчлэлийн хөдөлгөөн бүр хоорондоо зэрэгцэн нийцэж, адилхан тэмдэгт үе шатуудыг эзэмшдэг. Хэрэв тэдгээр нь хоорондоо өөр байсан бол Сатан шинэчлэлийн хөдөлгөөн бүрийн эсрэг өөр өөр довтлох төлөвлөгөө зохиох байсан, гэвч тэр хэзээ ч тэгдэггүй.</w:t>
      </w:r>
    </w:p>
    <w:p>
      <w:pPr>
        <w:pStyle w:val="ArticleScripture"/>
        <w:jc w:val="left"/>
      </w:pPr>
      <w:r>
        <w:rPr>
          <w:rFonts w:ascii="Times New Roman" w:hAnsi="Times New Roman" w:eastAsia="Times New Roman" w:cs="Times New Roman"/>
        </w:rPr>
        <w:t>“Гэвч Сатан зүгээр суусангүй. Тэр одоо шинэчлэлийн бусад бүх хөдөлгөөнд оролдож ирсэнтэйгээ адилхан зүйлийг үйлдэхээр оролдсон юм—жинхэнэ ажлын оронд хуурамчийг тэдэнд тулган өгч, хүмүүсийг мэхлэн сүйтгэхийг зорьсон. Христийн сүмийн нэгдүгээр зуунд хуурамч Христүүд гарч ирж байсанчлан, арван зургадугаар зуунд мөн хуурамч эш үзүүлэгчид гарч ирсэн.” The Great Controversy, 186.</w:t>
      </w:r>
    </w:p>
    <w:p>
      <w:pPr>
        <w:pStyle w:val="ArticleBody"/>
        <w:jc w:val="left"/>
      </w:pPr>
      <w:r>
        <w:rPr>
          <w:rFonts w:ascii="Times New Roman" w:hAnsi="Times New Roman" w:eastAsia="Times New Roman" w:cs="Times New Roman"/>
        </w:rPr>
        <w:t>Бидний дамжуулж буй нийт захиасын хүрээнд энэ хэсгийн үндсэн санаа нь: Адвентизм Протестантизмын нөмрөгийг сахин хамгаалахаа больж, 2001 оны 9 дүгээр сарын 11-нд тэрхүү нөмрөгөөс бүрэн салгагдсан хэдий ч, өөрсдийгөө гурав дахь тэнгэрэлчийн чанга хашхирааг тунхаглагч үлдэгдэл хөдөлгөөн мөн хэмээн одоо ч зүтгэн баталсаар байна. Гэвч тэд бол хуурамч нь юм. Одоо аль хөдөлгөөн Протестантизмын эврийг барин авч явааг таньж мэдэхгүй бол Америкийн Нэгдсэн Улс дахь хоёр эвэр хоорондын зэрэгцүүллийг ойлгох нь бараг боломжгүй юм.</w:t>
      </w:r>
    </w:p>
    <w:p>
      <w:pPr>
        <w:pStyle w:val="ArticleBody"/>
        <w:jc w:val="left"/>
      </w:pPr>
      <w:r>
        <w:rPr>
          <w:rFonts w:ascii="Times New Roman" w:hAnsi="Times New Roman" w:eastAsia="Times New Roman" w:cs="Times New Roman"/>
        </w:rPr>
        <w:t>1843, 1844 оны түүх нь шинэчлэлийн хөдөлгөөн бүрд дүрслэгдэн илэрдэг бөгөөд одоо бид эртний Израилийн Бурханы сонгосон ард түмэн болохын эхлэл болон Израиль Бурханы сонгосон ард түмэн байсан үеийн төгсгөлийг ашиглан, шинэчлэлийн хөдөлгөөнүүдийн мөр бүрд дүрслэгддэг 1843, 1844 онуудад төвлөрөн, орчин үеийн Израилийн тухай мөн адил зүйлийг тайлбарлах болно.</w:t>
      </w:r>
    </w:p>
    <w:p>
      <w:pPr>
        <w:pStyle w:val="ArticleBody"/>
        <w:jc w:val="left"/>
      </w:pPr>
      <w:r>
        <w:rPr>
          <w:rFonts w:ascii="Times New Roman" w:hAnsi="Times New Roman" w:eastAsia="Times New Roman" w:cs="Times New Roman"/>
        </w:rPr>
        <w:t>Мосе Эзэн Өөртэй нь адил нэгэн эш үзүүлэгчийг босгоно хэмээн эш үзүүлсэн бөгөөд тэр эш үзүүлэгч нь Есүс байсан юм. Лук Үйлс номд Есүс Мосегийн эш үзүүллийг биелүүлснийг батлан тэмдэглэсэн байдаг.</w:t>
      </w:r>
    </w:p>
    <w:p>
      <w:pPr>
        <w:pStyle w:val="ArticleScripture"/>
        <w:jc w:val="left"/>
      </w:pPr>
      <w:r>
        <w:rPr>
          <w:rFonts w:ascii="Times New Roman" w:hAnsi="Times New Roman" w:eastAsia="Times New Roman" w:cs="Times New Roman"/>
        </w:rPr>
        <w:t>Чиний Бурхан ЭЗЭН чиний дундаас, ах дүүсийн чинь дундаас над шиг нэгэн Эш үзүүлэгчийг чамд босгоно; та нар Түүнийг сонсогтун. Дэд хууль 18:15.</w:t>
      </w:r>
    </w:p>
    <w:p>
      <w:pPr>
        <w:pStyle w:val="ArticleBody"/>
        <w:jc w:val="left"/>
      </w:pPr>
      <w:r>
        <w:rPr>
          <w:rFonts w:ascii="Times New Roman" w:hAnsi="Times New Roman" w:eastAsia="Times New Roman" w:cs="Times New Roman"/>
        </w:rPr>
        <w:t>Есүс бол бидний сонсох ёстой эш үзүүлэгч мөн.</w:t>
      </w:r>
    </w:p>
    <w:p>
      <w:pPr>
        <w:pStyle w:val="ArticleScripture"/>
        <w:jc w:val="left"/>
      </w:pPr>
      <w:r>
        <w:rPr>
          <w:rFonts w:ascii="Times New Roman" w:hAnsi="Times New Roman" w:eastAsia="Times New Roman" w:cs="Times New Roman"/>
        </w:rPr>
        <w:t>Учир нь Мосе эцгүүдэд үнэхээр, “Эзэн Бурхан чинь та нарын ах дүүсийн дундаас над шиг эш үзүүлэгчийг та нарт босгоно; тэрээр та нарт юу ч айлдан хэлсэн, тэр бүхэнд нь та нар түүнийг сонсогтун. Мөн тэрхүү эш үзүүлэгчийг сонсохгүй аливаа хүн ард түмний дундаас устгагдах болно” хэмээн хэлсэн билээ. Тийм ээ, Самуелээс эхлэн түүний дараах бүх эш үзүүлэгчид, хэдий нь айлдсан бүхэн нь эдгээр өдрүүдийн тухай мөн адил урьдаас тунхагласан юм. Та нар бол эш үзүүлэгчдийн хүүхдүүд мөн, бас Бурхан бидний эцгүүдтэй байгуулсан гэрээний хүүхдүүд мөн; Тэрээр Абрахамд, “Чиний үрээр газрын бүх овог аймгууд ерөөгдөх болно” хэмээн айлдсан билээ. Бурхан Өөрийн Хүү Есүсийг босгосны дараа та нарын хүн нэг бүрийг гэм буруугаас нь эргүүлэн, та нарыг ерөөхийн тулд юуны түрүүнд Түүнийг та нар уруу илгээсэн юм. Үйлс 3:22–26.</w:t>
      </w:r>
    </w:p>
    <w:p>
      <w:pPr>
        <w:pStyle w:val="ArticleBody"/>
        <w:jc w:val="left"/>
      </w:pPr>
      <w:r>
        <w:rPr>
          <w:rFonts w:ascii="Times New Roman" w:hAnsi="Times New Roman" w:eastAsia="Times New Roman" w:cs="Times New Roman"/>
        </w:rPr>
        <w:t>Христийн шинэчлэлийн шугам бүх шинэчлэлийн шугамуудын адил төгсгөлийн үед эхэлдэг. Христийн өдрүүдэд “төгсгөлийн үе” нь Түүний төрөлт байсан. Судар Түүний төрөлтийн үед Даниелын ном дахь “төгсгөлийн үе”-ийн тодорхойлолттой нийцэхүйц мэдлэгийн өсөлт гарсныг илэрхийлдэг. Тэр нь хоньчид байсан ч, дорно зүгийн мэргэд байсан ч, уур хилэнт Херод байсан ч, эсвэл сүм доторх Анна ба Симеон байсан ч, Түүнийг төрөхөд мэдлэгийн өсөлт гарсан. Тэр үед Иудейн чуулганы удирдлагыг тойрон өнгөрсөн. Салалт нь үе шаттайгаар өрнөсөн боловч төгсгөлийн үед лац нь тайлагдсан мэдээг тэд няцааснаар эхэлсэн.</w:t>
      </w:r>
    </w:p>
    <w:p>
      <w:pPr>
        <w:pStyle w:val="ArticleScripture"/>
        <w:jc w:val="left"/>
      </w:pPr>
      <w:r>
        <w:rPr>
          <w:rFonts w:ascii="Times New Roman" w:hAnsi="Times New Roman" w:eastAsia="Times New Roman" w:cs="Times New Roman"/>
        </w:rPr>
        <w:t>“Хүмүүс үүнийг мэддэггүй, гэвч энэ мэдээ тэнгэрийг баяр хөөрөөр дүүргэдэг. Гэрлийн ертөнцөөс ирсэн ариун оршнолууд илүү гүн бөгөөд илүү энэрэнгүй сонирхлоор газар дэлхий рүү татагдан ирэв. Түүний оршихуйгаас болж бүх дэлхий улам гэрэлтэн гэгээтэй болов. Бетлехемийн толгодын дээгүүр тоо томшгүй олон тэнгэрэлчүүд цугларчээ. Тэд энэ баярт мэдээг дэлхийд тунхаглах дохиог хүлээнэ. Хэрэв Израилийн удирдагчид өөрсдөд нь итгэмжлэн өгөгдсөн үүрэгтээ үнэнч байсан бол, Есүсийн мэндэлснийг зарлан тунхаглах баярт тэд ч оролцох байв. Харин одоо тэднийг өнгөрөн оджээ.” Эрин үеийн хүсэл, 47.</w:t>
      </w:r>
    </w:p>
    <w:p>
      <w:pPr>
        <w:pStyle w:val="ArticleBody"/>
        <w:jc w:val="left"/>
      </w:pPr>
      <w:r>
        <w:rPr>
          <w:rFonts w:ascii="Times New Roman" w:hAnsi="Times New Roman" w:eastAsia="Times New Roman" w:cs="Times New Roman"/>
        </w:rPr>
        <w:t>Адвентизмын удирдлагыг 1989 онд Даниел 11:40 биелэх үед өнгөрүүлэн тойрч гарсан. Есүсийг билэгдэн төлөөлсөн Мосегийн түүхэн дэх “эцсийн цаг” нь түүний төрөлт байсан бөгөөд тэр үед түүний гэр бүл, түүнээс хойш Фараоны охин нярай Мосегийн талаар өсөн нэмэгдсэн мэдлэг хүлээн авсан. Түүний нэр нь мэдээж “уснаас аврагдсан” гэсэн утгатай, харин Есүс гэдэг нь “Ехова авардаг” гэсэн утгатай.</w:t>
      </w:r>
    </w:p>
    <w:p>
      <w:pPr>
        <w:pStyle w:val="ArticleBody"/>
        <w:jc w:val="left"/>
      </w:pPr>
      <w:r>
        <w:rPr>
          <w:rFonts w:ascii="Times New Roman" w:hAnsi="Times New Roman" w:eastAsia="Times New Roman" w:cs="Times New Roman"/>
        </w:rPr>
        <w:t>“Эцсийн цаг”-ийн дараа бүх шинэчлэлийн шугамууд тухайн түүхэн үед нэмэгдсэн мэдлэг албажин, эцсийн цагт тайлагдсан гэрлийн төлөө хариуцлага хүлээх ёстой тэр үеийнхэнд гэрч болгон өргөн тунхаглаж болох мэдээ болдог нэгэн цэгийг харуулдаг.</w:t>
      </w:r>
    </w:p>
    <w:p>
      <w:pPr>
        <w:pStyle w:val="ArticleBody"/>
        <w:jc w:val="left"/>
      </w:pPr>
      <w:r>
        <w:rPr>
          <w:rFonts w:ascii="Times New Roman" w:hAnsi="Times New Roman" w:eastAsia="Times New Roman" w:cs="Times New Roman"/>
        </w:rPr>
        <w:t>Баптисм хүртээгч Иохан Христийн мэдээг албан ёсны хэлбэрт оруулсан бөгөөд Мосегийн мэдээ ч түүний дөч дэх жилд, тэрээр Израилийг Египетээс өөрийн хүчээр чөлөөлөхийг оролдох үед албан ёсны хэлбэрт орсон юм. Египетээс чөлөөлөгдөх тухай мэдээ одоо нийтэд тэмдэглэгдсэн баримт болсон байв.</w:t>
      </w:r>
    </w:p>
    <w:p>
      <w:pPr>
        <w:pStyle w:val="ArticleBody"/>
        <w:jc w:val="left"/>
      </w:pPr>
      <w:r>
        <w:rPr>
          <w:rFonts w:ascii="Times New Roman" w:hAnsi="Times New Roman" w:eastAsia="Times New Roman" w:cs="Times New Roman"/>
        </w:rPr>
        <w:t>Дөчин жилийн дараа Мосегийн захиас шатаж буй бутан дунд хүчирхэгжиж, саваа нь могой болон хувирсан нь, мөн Мосегийн энгэрээсээ гаргасан уяман өвчтэй гар нь илэрхийлсэн Бурханы бурханлаг чанарын хоёр тэмдгээр дагалдуулсан байв. Есүсийн захиас Түүний баптисмын үед хүчирхэгжиж, Эцгийн дуу хоолой болон Ариун Сүнс хэмээх бурханлаг чанарын хоёр тэмдгээр дагалдуулсан юм. Хоёр түүхийн дараагийн замын тэмдэг нь анхны урам хугарал, саатлын хугацаа, хоёр дахь тэнгэрэлчийн ирэлт буюу 1843 оныг илэрхийлдэг.</w:t>
      </w:r>
    </w:p>
    <w:p>
      <w:pPr>
        <w:pStyle w:val="ArticleBody"/>
        <w:jc w:val="left"/>
      </w:pPr>
      <w:r>
        <w:rPr>
          <w:rFonts w:ascii="Times New Roman" w:hAnsi="Times New Roman" w:eastAsia="Times New Roman" w:cs="Times New Roman"/>
        </w:rPr>
        <w:t>Мосегийн шугам дахь бүтэлгүйтэл нь түүний хүүг хөвч хөндөөгүй учир тэнгэрэлч Мосег хороохоор бууж ирэхэд эхнэрээр нь дүрслэгдэн үзүүлэгдсэн юм. Айдсандаа Циппора өөрөө хүүд нь тэр ёслолыг үйлдэв. Мосе хүүгээ хөвч хөндөхөө мартсан байв! Абрахамд өгөгдсөн гэрээний яг тэр тэмдэгийг Мосе мартсан байлаа. Эцэг Абрахам египет доторх болон Египетээс гарах еврейчүүдийн олзлолт ба чөлөөлөлтийн зөгнөлийг урьдчилан тунхагласан бөгөөд түүний зөгнөл Мосегоор дамжин тодорхойгоор биелэх ёстой байсан ч Мосе хүүгээ хөвч хөндөхөө мартжээ. Тэр үед Мосе Циппораг чөлөөлөлтийн дараа хүртэл эцгийнх нь дэргэд байлгахаар буцаан явуулав. Тэрээр Мидианд саатсаар, эцэст нь Мосе Израилийн хөвгүүдийг Улаан тэнгисийн усаар дамжуулан удирдан гаргах хүртэл тэнд байсан бөгөөд элч Паулын бидэнд мэдүүлснээр энэ нь хөвч хөндөлтийг орлосон яг тэр ёслол болох баптисмыг бэлгэдэн дүрсэлдэг. Тэр санааг бүү алдагтун. Мосегийн түүх дэх хоёр дахь тэнгэрэлчийг төлөөлдөг замын тэмдгийн ирэлт, тэр түүхэн дэх анхны бүтэлгүйтлийг бий болгодог тэр замын тэмдэг нь Абрахамын Бурхантай байгуулсан гэрээт харилцааны үндсэн дүрмийг няцаасан явдал байв.</w:t>
      </w:r>
    </w:p>
    <w:p>
      <w:pPr>
        <w:pStyle w:val="ArticleBody"/>
        <w:jc w:val="left"/>
      </w:pPr>
      <w:r>
        <w:rPr>
          <w:rFonts w:ascii="Times New Roman" w:hAnsi="Times New Roman" w:eastAsia="Times New Roman" w:cs="Times New Roman"/>
        </w:rPr>
        <w:t>Христийн мөр дэх анхны урам хугаралт нь Лазарын үхэл байсан бөгөөд Марта, Мариа хоёрын хувьд, хэрэв Есүс Лазар дөрөв хоног нас бараад байсны дараа хүртэл сааталгүй ирсэнсэн бол энэ явдал огт тохиолдохгүй байсан гэдэгт тэд итгэлтэй байв. Есүс Өөрийн ойрын анд Лазарыг үхэж, булшинд ялзран хэвтэхийг зөвшөөрсөн явдал нь зөвхөн тэр хоёр эгчид төдийгүй, шавь нарт ч асар их урам хугаралт болсон юм. Гэвч Лазарын амилалт нь Христийн бүхэл үйлчлэлийн тамга болсон билээ.</w:t>
      </w:r>
    </w:p>
    <w:p>
      <w:pPr>
        <w:pStyle w:val="ArticleScripture"/>
        <w:jc w:val="left"/>
      </w:pPr>
      <w:r>
        <w:rPr>
          <w:rFonts w:ascii="Times New Roman" w:hAnsi="Times New Roman" w:eastAsia="Times New Roman" w:cs="Times New Roman"/>
        </w:rPr>
        <w:t>“Лазар уруу очихоо саатуулсандаа Христ Түүнийг хүлээн аваагүй байсан хүмүүст өршөөлийн зорилготой байв. Тэрээр хойш саатсан нь, Лазарыг үхэгсдээс амилуулснаар Өөрийн зөрүүд, үл итгэгч ард түмэнд Өөрөө үнэхээр ‘амилалт ба амь’ мөн гэдгийн дахин нэг нотолгоог өгөхийн тулд байлаа. Тэрээр Израилийн гэрийн ядуу, төөрсөн хонь болсон тэр ард түмний төлөөх бүх найдвараа орхихыг хүсээгүй. Тэдний гэмшихгүй байдлаас болж Түүний зүрх эмтэрч байв. Өршөөлөөрөө Тэр Өөрөө Сэргээн Босгогч бөгөөд амь ба үхэшгүй байдлыг зөвхөн гэрэлд авчирч чадах Нэгэн мөн гэдгээ тэдэнд дахин нэг нотолгоогоор үзүүлэхээр зорьсон байлаа. Энэ нь тахилч нар буруугаар тайлбарлаж үл чадах нотолгоо байх ёстой байв. Бетани уруу явахдаа Түүний саатсан шалтгаан энэ байлаа. Лазарыг амилуулсан энэ оргил гайхамшиг нь Түүний үйл хэрэг болон Тэрээр Бурханы мөн чанартай гэсэн нэхэмжлэл дээр Бурханы тамгыг дарах ёстой байв.” Хүсэмжлэлт эрин, 529.</w:t>
      </w:r>
    </w:p>
    <w:p>
      <w:pPr>
        <w:pStyle w:val="ArticleBody"/>
        <w:jc w:val="left"/>
      </w:pPr>
      <w:r>
        <w:rPr>
          <w:rFonts w:ascii="Times New Roman" w:hAnsi="Times New Roman" w:eastAsia="Times New Roman" w:cs="Times New Roman"/>
        </w:rPr>
        <w:t>Бурханы нэг зуун дөчин дөрвөн мянгыг тамгалах үйл явц 1843, 1844 оны түүхэнд дүрслэгдсэн байдаг. Учир нь ялалтын ёслолт орох үед Христийг Иерусалим руу Лазар удирдан оруулсан хэмээн бидэнд мэдэгдсэн байдаг. Тэрхүү ёслолт орох үеийн түүх бол 1843, 1844 оны Шөнө дундын хашхирааныг дүрслэхэд Эгч Уайтын хэрэглэдэг түүх мөн. Энэ нь Христ Бурханы бүтээх хүчээр үхэгсдийг амилуулах эрх мэдэлтэй байсныг буруу ойлгосон явдал байв. Мариа, Елизавет хоёр Есүс эцсийн бүрээний үед Лазарыг амилуулах хүчтэй гэдгийг мэдэж байгаагаа хүлээн зөвшөөрсөн боловч Тэр яг тэр мөчид, тэр газар нь амилуулах хүчтэй гэдгийг олж харж чадсангүй. Тэд Түүний баптисм хүртэлт болон үхлээрээ — Түүний хувийн гурван жил хагасын үйлчлэлийн эхлэл ба төгсгөлөөр — харуулан үзүүлэхээр ирсэн тэр л үнэнийг үгүйсгэж байв. Булшны амнаас чулууг зайлуулах хүртэл тэд харж чадсангүй. Үүнтэй адил, хожим 1843 оны хүснэгт дэх зарим тооцооны алдаанаас Түүний мутар зайлуулагдах хүртэл ч харж чадахгүй байсан юм.</w:t>
      </w:r>
    </w:p>
    <w:p>
      <w:pPr>
        <w:pStyle w:val="ArticleBody"/>
        <w:jc w:val="left"/>
      </w:pPr>
      <w:r>
        <w:rPr>
          <w:rFonts w:ascii="Times New Roman" w:hAnsi="Times New Roman" w:eastAsia="Times New Roman" w:cs="Times New Roman"/>
        </w:rPr>
        <w:t>Мосе, удахгүй Фараонтой болох тэмцлээс Зиппораг холдуулан явуулсныхаа дараа, өөрийн ах Ааронтой уулзсан бөгөөд тэр хоёр элч хоёр дахь тэнгэрэлчийн мэдээг төлөөлөн Египет уруу явжээ. Египетэд ямар нэгэн гамшиг буулгахаас өмнө Мосе Фараонд анхааруулан, хэрэв тэр Израиль буюу Бурханы ууган хүүг гарч одон мөргөл үйлдэхийг зөвшөөрөхгүй бол, Бурхан Египетийн ууган хөвгүүдийг хөнөөнө гэж хэлжээ.</w:t>
      </w:r>
    </w:p>
    <w:p>
      <w:pPr>
        <w:pStyle w:val="ArticleScripture"/>
        <w:jc w:val="left"/>
      </w:pPr>
      <w:r>
        <w:rPr>
          <w:rFonts w:ascii="Times New Roman" w:hAnsi="Times New Roman" w:eastAsia="Times New Roman" w:cs="Times New Roman"/>
        </w:rPr>
        <w:t>ЭЗЭН Мосед айлдан, «Чи Египет уруу буцан очихдоо, Миний чиний гарт өгсөн тэр бүх гайхамшгийг Фараоны өмнө үйлдэхээ анхаар; харин Би түүний зүрхийг хатууруулах тул тэр ардыг явуулахгүй. Чи Фараонд ийнхүү хэлэгтүн: ЭЗЭН ийн айлдаж байна, “Израиль бол Миний хүү, Миний ууган хүү мөн. Би чамд хэлж байна: Миний хүүг явуул, тэр Надад үйлчлэг; хэрэв чи түүнийг явуулахаас татгалзвал, болгоогтун, Би чиний хүүг, бүр ууган хүүг чинь ална”» гэжээ. Египетээс гарсан нь 4:21–23.</w:t>
      </w:r>
    </w:p>
    <w:p>
      <w:pPr>
        <w:pStyle w:val="ArticleBody"/>
        <w:jc w:val="left"/>
      </w:pPr>
      <w:r>
        <w:rPr>
          <w:rFonts w:ascii="Times New Roman" w:hAnsi="Times New Roman" w:eastAsia="Times New Roman" w:cs="Times New Roman"/>
        </w:rPr>
        <w:t>Шөнийн дундах хашхираан нь ирээдүйд биелэгдэх эш үзүүлэг байсан.</w:t>
      </w:r>
    </w:p>
    <w:p>
      <w:pPr>
        <w:pStyle w:val="ArticleScripture"/>
        <w:jc w:val="left"/>
      </w:pPr>
      <w:r>
        <w:rPr>
          <w:rFonts w:ascii="Times New Roman" w:hAnsi="Times New Roman" w:eastAsia="Times New Roman" w:cs="Times New Roman"/>
        </w:rPr>
        <w:t>“Израилийг Египетээс чөлөөлөх үед ууган хөвгүүдийг өргөл болгон онцгойлон зориулж ариусгах тушаал дахин өгөгдөв. Израилийн хөвгүүд египетчүүдийн боолчлолд байх үед Эзэн Мосед Египетийн хаан Фараонд очиж, ‘ЭЗЭН ийнхүү айлдаж байна: Израиль бол Миний хүү, бүр Миний ууган хүү мөн. Тиймээс Би чамд хэлж байна, Миний хүүг явуул, тэгвэл тэр Надад үйлчилнэ. Хэрэв чи түүнийг явуулахаас татгалзвал, болгоогтун, Би чиний хүүг, бүр ууган хүүг чинь ална’ гэж хэл гэж зарлигласан.” Египетээс гарсан нь 4:22, 23.</w:t>
      </w:r>
    </w:p>
    <w:p>
      <w:pPr>
        <w:pStyle w:val="ArticleScripture"/>
        <w:jc w:val="left"/>
      </w:pPr>
      <w:r>
        <w:rPr>
          <w:rFonts w:ascii="Times New Roman" w:hAnsi="Times New Roman" w:eastAsia="Times New Roman" w:cs="Times New Roman"/>
        </w:rPr>
        <w:t>“Мосе өөрийн мэдээг дамжуулсан; харин бардам хааны хариулт нь: ‘Израилийг явуулахын тулд би Түүний дуу хоолойд дуулгавартай байх ёстой гэж, ЭЗЭН гэж хэн юм бэ? Би ЭЗЭНийг мэдэхгүй, мөн Израилийг ч явуулахгүй’ гэсэн юм. Египетээс гарсан нь 5:2. ЭЗЭН Өөрийн ард түмний төлөө тэмдэг, гайхамшгуудаар үйлдэж, Фараонд аймшигт шүүлтүүдийг илгээв. Эцэст нь сүйтгэгч тэнгэрэлчид египетчүүдийн дундах хүн, малын ууган төл бүрийг алах тушаал өгөгдсөн. Израильчууд өршөөгдөхийн тулд тэдэнд нядлагдсан хурганы цусыг үүдний тотгон дээрээ түрхэхийг тушаасан. Тэнгэрэлч үхлийн үүргээ гүйцэтгэхээр ирэх үед Израильчуудын гэрүүдийг алгасан өнгөрөхийн тулд айл бүр тэмдэглэгдсэн байх ёстой байв.” Христийн хүсэл, 51.</w:t>
      </w:r>
    </w:p>
    <w:p>
      <w:pPr>
        <w:pStyle w:val="ArticleBody"/>
        <w:jc w:val="left"/>
      </w:pPr>
      <w:r>
        <w:rPr>
          <w:rFonts w:ascii="Times New Roman" w:hAnsi="Times New Roman" w:eastAsia="Times New Roman" w:cs="Times New Roman"/>
        </w:rPr>
        <w:t>Фараонд хандсан Дундын Шөнийн Хашхирааны мэдээ нь Фараоны тэрслэлд өгсөн хариу болгон ууган хөвгүүдийн үхлийг илэрхийлж байв. Тэр мэдээ тэмдэглэлд ормогц, 1844 оны зуны Дундын Шөнийн Хашхирааны хүчийг төлөөлсөн гай гамшгууд Египет дээр бууж ирэв. 1844 оны зуны Дундын Шөнийн Хашхирааны мэдээ давалгаат түрлэг мэт бүх нутгаар нөмрөн тархсан юм. Гай гамшгууд Египет даяар нөмрөн өнгөрч, амлагдсан ууган хөвгүүдийн үхэл ирэхэд Египет даяар шөнө дунд хашхираан сонсогдов.</w:t>
      </w:r>
    </w:p>
    <w:p>
      <w:pPr>
        <w:pStyle w:val="ArticleScripture"/>
        <w:jc w:val="left"/>
      </w:pPr>
      <w:r>
        <w:rPr>
          <w:rFonts w:ascii="Times New Roman" w:hAnsi="Times New Roman" w:eastAsia="Times New Roman" w:cs="Times New Roman"/>
        </w:rPr>
        <w:t>Мосе хэлэв: ЭЗЭН ийнхүү айлдаж байна. Шөнө дундын үед Би Египетийн дунд гарч явна. Тэгээд Египетийн нутаг дахь бүх ууган нь үхнэ. Хаан ширээндээ залрагч Фараоны ууганаас эхлээд тээрмийн ард суугч шивэгчний ууган хүртэл, мөн мал амьтдын бүх ууган үхнэ. Египетийн бүх нутаг даяар урьд өмнө хэзээ ч байгаагүй, цаашид ч хэзээ ч дахин гарахгүй тийм их гашуудлын хашхираан гарна. Египетээс гарсан нь 11:4–6.</w:t>
      </w:r>
    </w:p>
    <w:p>
      <w:pPr>
        <w:pStyle w:val="ArticleBody"/>
        <w:jc w:val="left"/>
      </w:pPr>
      <w:r>
        <w:rPr>
          <w:rFonts w:ascii="Times New Roman" w:hAnsi="Times New Roman" w:eastAsia="Times New Roman" w:cs="Times New Roman"/>
        </w:rPr>
        <w:t>Христ Иерусалимд сүр жавхлантайгаар орж ирсэн нь Калварийн загалмайд хүргэсэн бөгөөд Христийн шавь нар болон Түүний бусад дагалдагчид Агуу Урмыг Хугалалтыг туулсан юм.</w:t>
      </w:r>
    </w:p>
    <w:p>
      <w:pPr>
        <w:pStyle w:val="ArticleScripture"/>
        <w:jc w:val="left"/>
      </w:pPr>
      <w:r>
        <w:rPr>
          <w:rFonts w:ascii="Times New Roman" w:hAnsi="Times New Roman" w:eastAsia="Times New Roman" w:cs="Times New Roman"/>
        </w:rPr>
        <w:t>“Бидний урам хугаралт шавь нарынхаас тийм их байгаагүй. Хүний Хүү Иерусалим уруу ялгуусан байдлаар морилон ороход тэд Түүнийг хаанаар өргөмжлөн титэмлэнэ гэж найджээ. Ард олон эргэн тойрны бүх нутгаас цуглан ирж, ‘Давидын Хүүд Хосанна’ хэмээн хашхирч байв. Тэргүүн тахилч нар болон ахлагчид Есүсээс олныг дуугүй болгохыг гуйхад, эш үзүүллэг биелэгдэх ёстой тул хэрэв тэд дуугүй байвал чулуунууд хүртэл хашхирна хэмээн Тэр тунхагласан юм. Гэвч хэдхэн хоногийн дараа эдгээр л шавь нар Давидын сэнтийд хаанчлах болно хэмээн итгэж байсан өөрсдийн хайртай Эзэн Багшийг дооглон тохуурхагч фарисайчуудын дээгүүр өргөгдсөн харгис загалмай дээр сунан хадаатай байхыг харсан. Тэдний өндөр найдвар талаар болж, үхлийн харанхуй тэднийг нөмөрсөн юм.” Testimonies, volume 1, 57, 58.</w:t>
      </w:r>
    </w:p>
    <w:p>
      <w:pPr>
        <w:pStyle w:val="ArticleBody"/>
        <w:jc w:val="left"/>
      </w:pPr>
      <w:r>
        <w:rPr>
          <w:rFonts w:ascii="Times New Roman" w:hAnsi="Times New Roman" w:eastAsia="Times New Roman" w:cs="Times New Roman"/>
        </w:rPr>
        <w:t>Шавь нар болон Миллерийн хөдөлгөөнийхний агуу их урам хугаралт нь мөн Еврейчүүд Фараоны цэрэг ба Улаан тэнгисийн хооронд хавчигдан гацсан явдлаар дүрслэгддэг.</w:t>
      </w:r>
    </w:p>
    <w:p>
      <w:pPr>
        <w:pStyle w:val="ArticleScripture"/>
        <w:jc w:val="left"/>
      </w:pPr>
      <w:r>
        <w:rPr>
          <w:rFonts w:ascii="Times New Roman" w:hAnsi="Times New Roman" w:eastAsia="Times New Roman" w:cs="Times New Roman"/>
        </w:rPr>
        <w:t>“Өнгөрсөн үеүүдийн хураагдсан гэрэл бидний дээр тусаж байна. Израилийн мартахуйгийн тэмдэглэл нь бидний гэгээрлийн төлөө хадгалагдан үлдсэн юм. Энэ эрин үед Бурхан Өөртөө бүх үндэстэн, овог, хэлтнээс нэгэн ардыг цуглуулахын тулд мутраа сунгасан билээ. Тэрээр ирэлтийн хөдөлгөөнд Өөрийн өвийн төлөө үйлдсэн нь, египетээс израильчуудыг удирдан гаргахдаа үйлдсэнтэй адил юм. 1844 оны агуу урам хугаралд Түүний ардын итгэл нь Улаан тэнгисийн дэргэд байсан еврейчүүдийнхтэй адил шалгагдсан юм.” Testimonies, volume 8, 115, 116.</w:t>
      </w:r>
    </w:p>
    <w:p>
      <w:pPr>
        <w:pStyle w:val="ArticleBody"/>
        <w:jc w:val="left"/>
      </w:pPr>
      <w:r>
        <w:rPr>
          <w:rFonts w:ascii="Times New Roman" w:hAnsi="Times New Roman" w:eastAsia="Times New Roman" w:cs="Times New Roman"/>
        </w:rPr>
        <w:t>Христ Иерусалимд орж ирэх үед тухайн цагийн онгод, сүнслэг өдөөлтөөс магтаалын огцом дэлбэрэлт гарч, үүнийг фарисайчууд намжаахыг оролдсон гэдгийг харах нь чухал юм. Тэрхүү магтаалын найралын гол цөм нь Есүсийг Давидын Хүү хэмээн нэрлэсэнд оршиж байсан бөгөөд энэ нь Христ маргаанч иудейчүүдтэй хийсэн Өөрийн аман харилцааны төгсгөлийг тэмдэглэхдээ ашигласан яг тэр бэлгэдэл мөн байв. Иудейчүүдийг хамгийн их цочроосон зүйл нь Есүсийг Давидын Хүү хэмээн дуудахдаа тэд, далд утгаараа, Давид хааны Иерусалимд сүр жавхлантайгаар орж ирсэн явдлыг эш татаж байсан явдал байлаа.</w:t>
      </w:r>
    </w:p>
    <w:p>
      <w:pPr>
        <w:pStyle w:val="ArticleBody"/>
        <w:jc w:val="left"/>
      </w:pPr>
      <w:r>
        <w:rPr>
          <w:rFonts w:ascii="Times New Roman" w:hAnsi="Times New Roman" w:eastAsia="Times New Roman" w:cs="Times New Roman"/>
        </w:rPr>
        <w:t>Давид авдрыг Иерусалимд авчирсан үйл хэргийн түүхэнд, мэдээний хүчирхэгжүүлэлт нь Давидын хүчирхэгжүүлэлтээр бэлгэдэгдсэн юм.</w:t>
      </w:r>
    </w:p>
    <w:p>
      <w:pPr>
        <w:pStyle w:val="ArticleScripture"/>
        <w:jc w:val="left"/>
      </w:pPr>
      <w:r>
        <w:rPr>
          <w:rFonts w:ascii="Times New Roman" w:hAnsi="Times New Roman" w:eastAsia="Times New Roman" w:cs="Times New Roman"/>
        </w:rPr>
        <w:t>Давид урагшлан явсаар улам агуу болжээ. Түмэн цэргийн ЭЗЭН Бурхан түүнтэй хамт байв. 2 Самуел 5:10.</w:t>
      </w:r>
    </w:p>
    <w:p>
      <w:pPr>
        <w:pStyle w:val="ArticleBody"/>
        <w:jc w:val="left"/>
      </w:pPr>
      <w:r>
        <w:rPr>
          <w:rFonts w:ascii="Times New Roman" w:hAnsi="Times New Roman" w:eastAsia="Times New Roman" w:cs="Times New Roman"/>
        </w:rPr>
        <w:t>Үүний дараа Давид авдрыг Иерусалим уруу авчрахаар шийдвэрлэв. Авдрыг Давидын хотод авчрах явцад, шинэчлэлийн шугам бүрийн адил, урам хугаралт тохиох ёстой байв. Нэр нь хүч гэсэн утгатай Узза, авдарт хүрэх эрх өөрт нь олгогдоогүйг бүрэн сайн мэдэж байсан атлаа, тэгсэн хэвээр хүрэв. Авдрыг анх боолчлолд хүргэсэн тэр л асуудал нь, ЭЗЭНий илчилсэн хүслийг үл дуулгавартай дагасан явдал болон Бурханы авдартай холбогдсон хүч чадлын талаархи бардам таамаглал байсан билээ. Гэвч Давидын нэгэн хүчирхэг хүн Узза дуулгаваргүйтсэн нь, Мосе хөвч хөндөлтийн тушаалыг зөрчсөнтэй адил байв. Узза цохигдон үхэж, Давид Уззагийн үхлийн дараа авдар үлдсэн газрыг харгалзан байсан хүмүүс ерөөгдөж байгааг ойлгох хүртэл авдар Иерусалимын гадна саатав. Тэгээд Давид авдрыг Иерусалимд авчрахаар дахин хөдөлжээ. Давид Иерусалим уруу бүжиглэн орж ирэхэд, түүний эхнэр түүний нүцгэн байдлыг хараад үлэмжхэн урам хугарчээ.</w:t>
      </w:r>
    </w:p>
    <w:p>
      <w:pPr>
        <w:pStyle w:val="ArticleBody"/>
        <w:jc w:val="left"/>
      </w:pPr>
      <w:r>
        <w:rPr>
          <w:rFonts w:ascii="Times New Roman" w:hAnsi="Times New Roman" w:eastAsia="Times New Roman" w:cs="Times New Roman"/>
        </w:rPr>
        <w:t>1843 болон 1844 онуудтай бүгдээрээ холбогдох, зөвт хүмүүс ба эш үзүүлэгчдийн харахыг, сонсохыг хүсэн тэмүүлж байсан тэр цаг үеийг хөндсөн шинэчлэлийн хөдөлгөөнүүдийн гурван шугам бий. Ийнхүү саатлын хугацаа ба урам хугарлыг тэмдэглэсэн хоёр дахь тэнгэрэлчийн ирэлтийн шинжүүдийг бүхэлд нь төвөггүй харж болно. Илүү гүн үнэнүүдээс үзвэл, тэрхүү урам хугарал нь зүгээр л Мосе, эсвэл Узза, эсвэл Марта ба Мариа нарын талаас гарсан үл ойлголцол төдий бус, харин уг урам хугарал биелэн хэрэгжсэн түүхтэй шууд холбогдох суурь зарчмыг няцаасантай холбоотой урам хугарал байв. Мосегийн хувьд энэ нь хөвч хөндөх тэмдэг байсан; Уззагийн хувьд энэ нь авдрын талаар Бурханы өгсөн тушаалуудын тухайд бардамлан дураараа авирласан явдал байсан; Марта ба Мариа нарын хувьд энэ нь амилуулах Христийн бүтээлч хүч чадалд итгэх итгэлийн дутагдал байсан.</w:t>
      </w:r>
    </w:p>
    <w:p>
      <w:pPr>
        <w:pStyle w:val="ArticleBody"/>
        <w:jc w:val="left"/>
      </w:pPr>
      <w:r>
        <w:rPr>
          <w:rFonts w:ascii="Times New Roman" w:hAnsi="Times New Roman" w:eastAsia="Times New Roman" w:cs="Times New Roman"/>
        </w:rPr>
        <w:t>Мосегийн хувьд түүний үйлчлэлийн яг төв сэдэв нь сонгогдсон ард түмэнтэй гэрээний харилцааг тогтоох явдал байсан бөгөөд Мосе тэрхүү гэрээний тэмдгийг мартсан юм. Уззагийн хувьд энэ нь авдарт биеллээ олсон Бурханы хуулийн ариун чанарын яг үндсэн зарчим байв. Марта, Мариа хоёрын хувьд энэ нь Христийн үйлчлэлийн яг төв байсан бөгөөд Түүний баптисмаас эхэлж, үйлчлэлийнх нь эхэнд бэлгэдэгдсэнчлэн Түүний үхэл, оршуулга, амилалтаар төгссөн юм. 1843 оны анхны урам хугаралт нь Хабаккукийн эш үзүүллэгийн биелэл болсон хүснэгт дээрх зарим тоон үзүүлэлтийн алдаанаас үүдэн гарсан. Тэрхүү алдаа нь Миллерийн хөдөлгөөний хамгийн гол зарчим болох нэг өдрийг нэг жилээр тооцох зарчмыг хамарсан байв.</w:t>
      </w:r>
    </w:p>
    <w:p>
      <w:pPr>
        <w:pStyle w:val="ArticleBody"/>
        <w:jc w:val="left"/>
      </w:pPr>
      <w:r>
        <w:rPr>
          <w:rFonts w:ascii="Times New Roman" w:hAnsi="Times New Roman" w:eastAsia="Times New Roman" w:cs="Times New Roman"/>
        </w:rPr>
        <w:t>“Долоон аянга” нь 1840-өөс 1844 он хүртэлх Адвентийн хөдөлгөөнийг төлөөлдөг; харин тэр хөдөлгөөний дотор 1843-аас 1844 он хүртэлх, урам хугарлаар эхэлж урам хугарлаар төгсдөг түүх агуулагддаг бөгөөд ингэснээр Альфа ба Омега-гийн тамгыг тэрхүү түүхэн дээр тавьж байна. Мөн тэр түүх нь зөвт хүмүүсийн үргэлж үзэхийг хүсэн тэмүүлж ирсэн ариун түүх хэмээн Есүс болон Эллен Уайт заан харуулдаг яг тэр түүх мөн.</w:t>
      </w:r>
    </w:p>
    <w:p>
      <w:pPr>
        <w:pStyle w:val="ArticleBody"/>
        <w:jc w:val="left"/>
      </w:pPr>
      <w:r>
        <w:rPr>
          <w:rFonts w:ascii="Times New Roman" w:hAnsi="Times New Roman" w:eastAsia="Times New Roman" w:cs="Times New Roman"/>
        </w:rPr>
        <w:t>Тэр дөрвөн шугам—Мосе, Давид, Христ, мөн Миллерчүүд—нь арван онгон бүсгүйн тухай сургаалт зүйрлэл ертөнцийн төгсгөлд дахин давтагдах үед хоёр дахь тэнгэрэлчийн бус, харин гурав дахь тэнгэрэлчийн мэдээнд хүч чадал өгөгдөх бөгөөд түүний дараа хүлээлтийн цагийг эхлүүлдэг нэгэн урам хугаралт дагалдана хэмээн заадаг.</w:t>
      </w:r>
    </w:p>
    <w:p>
      <w:pPr>
        <w:pStyle w:val="ArticleBody"/>
        <w:jc w:val="left"/>
      </w:pPr>
      <w:r>
        <w:rPr>
          <w:rFonts w:ascii="Times New Roman" w:hAnsi="Times New Roman" w:eastAsia="Times New Roman" w:cs="Times New Roman"/>
        </w:rPr>
        <w:t>1840 оны 8-р сарын 11-нд анхны тэнгэрэлч бууж ирэхэд энэ нь Миллеритүүдийн нэн тэргүүний эш үзүүллэгийн дүрмийг баталсан бөгөөд тэдний анхны урам хугаралт тэрхүү дүрэмтэй онцгойлон холбогдох байв. Тэрхүү урам хугаралт болон саатлын хугацаа Шөнө дундын хашхираан дээр төгсөхөд, уг мэдээ мөн өдөр нь жилтэй тэнцэх зарчимтай холбоотой байх бөгөөд түүнчлэн Христ 1844 оны 10-р сарын 22-нд ирнэ гэсэн тодорхойлолт ч мөн адил тийм байх байлаа. 1840-өөс 1844 он хүртэлх бүх дөрвөн тэмдэгт үе шат өдөр нь жилтэй тэнцэх зарчимтай холбоотой байсан.</w:t>
      </w:r>
    </w:p>
    <w:p>
      <w:pPr>
        <w:pStyle w:val="ArticleBody"/>
        <w:jc w:val="left"/>
      </w:pPr>
      <w:r>
        <w:rPr>
          <w:rFonts w:ascii="Times New Roman" w:hAnsi="Times New Roman" w:eastAsia="Times New Roman" w:cs="Times New Roman"/>
        </w:rPr>
        <w:t>Иудейчүүд Бурханы хуулийн хадгаламжлагчид болгон тогтоогдсон бөгөөд Мосегийн шугамаар дүрслэгдсэн асуудал нь Бурханы хууль болон тогтоолууд юм. Давидын түүхэнд мөн Бурханы хууль дахин гарч ирдэг. Христийн түүхэнд ч Бурханы хууль байсан; учир нь Бурханы хуулиар нүгэлтэнд илчлэгдсэн нүглийн төлөө цус урсгахгүйгээр уучлал үгүй. Харин Адвентизм нь зөвхөн Бурханы хуулийн төдийгүй эш үзүүллэгийн Үгийн ч хадгаламжлагч болгон тогтоогдсон юм.</w:t>
      </w:r>
    </w:p>
    <w:p>
      <w:pPr>
        <w:pStyle w:val="ArticleBody"/>
        <w:jc w:val="left"/>
      </w:pPr>
      <w:r>
        <w:rPr>
          <w:rFonts w:ascii="Times New Roman" w:hAnsi="Times New Roman" w:eastAsia="Times New Roman" w:cs="Times New Roman"/>
        </w:rPr>
        <w:t>Иймээс Миллерит түүхийн шугам дахь сэдэв нь Бурханы эш үзүүллэгийн дүрмүүд мөн. Адвентизмын төгсгөлд энэ нь дахин эш үзүүллэгийг тайлбарлах дүрмүүдийн тухай байх болно, харин 1844 оноос хойш эш үзүүллэгийн цаг хугацааг цаашид хэрэглэх ёсгүй. Төгсгөлийн үеийн дүрмүүд нь Альфа ба Омега эхлэлээс төгсгөлийг дүрслэн үзүүлдэг гэсэн үндэслэл дээр тогтдог.</w:t>
      </w:r>
    </w:p>
    <w:p>
      <w:pPr>
        <w:pStyle w:val="ArticleBody"/>
        <w:jc w:val="left"/>
      </w:pPr>
      <w:r>
        <w:rPr>
          <w:rFonts w:ascii="Times New Roman" w:hAnsi="Times New Roman" w:eastAsia="Times New Roman" w:cs="Times New Roman"/>
        </w:rPr>
        <w:t>Исламын эш үзүүллэгийн үйл ажиллагааг төлөөлсөн хоёр дахь гай зовлонгийн биеллээр Османы ноёрхол эцэс болсон үед Илчлэл 9:15-ын гурван зуун ерэн нэгэн жил, арван таван өдрийн эш үзүүллэг биелж, Миллерийн ажлын жинхэнэ гол цөм болох “өдрийг жилээр тооцох зарчим” батлагдсан юм.</w:t>
      </w:r>
    </w:p>
    <w:p>
      <w:pPr>
        <w:pStyle w:val="ArticleBody"/>
        <w:jc w:val="left"/>
      </w:pPr>
      <w:r>
        <w:rPr>
          <w:rFonts w:ascii="Times New Roman" w:hAnsi="Times New Roman" w:eastAsia="Times New Roman" w:cs="Times New Roman"/>
        </w:rPr>
        <w:t>Ислам 2001 оны 9 дүгээр сарын 11-нд цохилт өгөхөд, Илчлэлт 8:13-ын биелэл болгон гурав дахь гай ирсэн нь биелж, мөн Future for America-гийн ажлын гол зүрх нь болсон зарчим батлагдсан юм; тэрхүү зарчим нь энгийнээр хэлбэл түүхийн давталт билээ. Исламыг төлөөлсөн гай-хүрээний тухай эш үзүүллэг Илчлэлт арванын тэнгэрэлч 1840 онд, мөн Илчлэлт арван наймын тэнгэрэлч 2001 онд биелэх үед батлагдсан. Түүх давтагдсан. Дараа нь хүлээгдэж болох зүйл нь урам хугаралт юм.</w:t>
      </w:r>
    </w:p>
    <w:p>
      <w:pPr>
        <w:pStyle w:val="ArticleBody"/>
        <w:jc w:val="left"/>
      </w:pPr>
      <w:r>
        <w:rPr>
          <w:rFonts w:ascii="Times New Roman" w:hAnsi="Times New Roman" w:eastAsia="Times New Roman" w:cs="Times New Roman"/>
        </w:rPr>
        <w:t>Урам хугаралт нь саатлын үеийг авчрах байв. Урам хугаралт нь энэ ажилд оролцогсдын зоригийг мохоож, тэднийг тараан сарниулах байв. Урам хугаралт нь эш үзүүллийн үндсэн хуулийг, үнэндээ Адвентизмийн эхэнд тогтоогдсон эш үзүүллийн тэргүүн дүрмийг үл хайхарснаар биелэгдэх байв. 2001 оны 9 дүгээр сарын 11-ний хүчирхэгжилт нь Исламтай холбоотой байсан бөгөөд 2020 оны 7 дугаар сарын 18-ны урам хугаралт ч Исламын тухай байв. Самуел Сноу болон түүнээс хойшхи бусад хүмүүс 1844 оны 10 дугаар сарын 22-ны өдрийг танин мэдэх боломжтой болсон нь Эзэн 1843 оны хүснэгт дэх зарим тооцооны алдаанаас Өөрийн мутрыг татсантай холбоотой байсан гэж бидэнд мэдүүлсэн байдаг. Тэгээд Сноу болон Миллерийн хөдөлгөөнийхөн хорин гурван зуун жилийн эш үзүүлэлтийн биелэлтийг 1843 он гэж урьдчилан хэлэхэд нь хүргэсэн тэрхүү нотолгоо нь яг мөнөөхөн 1844 оны 10 дугаар сарын 22-ны өдрийг тогтоон таних боломжийг тэдэнд олгосон нэгэн адил нотолгоо мөн болохыг олж харсан юм.</w:t>
      </w:r>
    </w:p>
    <w:p>
      <w:pPr>
        <w:pStyle w:val="ArticleScripture"/>
        <w:jc w:val="left"/>
      </w:pPr>
      <w:r>
        <w:rPr>
          <w:rFonts w:ascii="Times New Roman" w:hAnsi="Times New Roman" w:eastAsia="Times New Roman" w:cs="Times New Roman"/>
        </w:rPr>
        <w:t>“Есүс болон тэнгэрийн бүх цэрэг сүрэг сэтгэл нь Түүнийг хүсэн удаан хүлээсэн, амь сүнс нь хайрласан Нэгэнийг үзэхээр амтат найдвараар тэмүүлж байсан хүмүүст энэрэл, хайраар хандан харж байв. Сахиусан тэнгэрүүд тэдний эргэн тойронд нисэн байж, сорилтынх нь цагт тэднийг түшиж дэмжихээр бэлэн байлаа. Тэнгэрийн мэдээг хүлээн авахаас үл хайхарсан хүмүүс харанхуйд үлдэж, Бурхан тэнгэрээс тэдэнд илгээсэн гэрлийг хүлээн авахыг хүсээгүй учир Түүний уур хилэн тэдний эсрэг дүрэлзэн асаагдав. Эзэн нь яагаад ирээгүйг ойлгож чадахгүй байсан боловч итгэлтэй, урам нь хугарсан тэдгээр хүмүүс харанхуйд орхигдсонгүй. Тэднийг дахин Библүүд рүү нь хөтөлж, эш үзүүллэгийн хугацаануудыг шинжлэн судлуулав. Эзэний гар тоонууд дээрээс зайлуулагдаж, алдаа нь тайлбарлагдав. Тэд эш үзүүллэгийн хугацаанууд 1844 он хүртэл хүрч байгааг харсан бөгөөд эш үзүүллэгийн хугацаанууд 1843 онд дуусна гэдгийг батлахын тулд өмнө нь тэдний гаргаж тавьсан тэр л нотолгоо нь 1844 онд төгсөнө гэдгийг баталж байгааг ойлгов. Бурханы Үгнээс ирсэн гэрэл тэдний байр суурин дээр тусаж, тэд саатлын цагийг олж мэдэв—‘Хэдийгээр энэ [үзэгдэл] саатавч, түүнийг хүлээ.’ Христийн даруй ирэхийг хайрласан хайрандаа тэд жинхэнэ хүлээгчдийг ил болгохоор тооцоологдсон үзэгдлийн саатлыг анзааралгүй өнгөрөөсөн байв. Дахин тэдэнд хугацааны нэгэн цэг байлаа. Гэвч тэдний олны нь 1843 онд итгэлийг нь тэмдэглэж байсан тэрхүү хэмжээний идэвх, эрч хүчийг эзэмшихийн тулд хүнд хэцүү урам хугарлаасаа дээш гарч чадсангүй гэж би харсан.” Эртний Бичвэрүүд, 236, 237.</w:t>
      </w:r>
    </w:p>
    <w:p>
      <w:pPr>
        <w:pStyle w:val="ArticleBody"/>
        <w:jc w:val="left"/>
      </w:pPr>
      <w:r>
        <w:rPr>
          <w:rFonts w:ascii="Times New Roman" w:hAnsi="Times New Roman" w:eastAsia="Times New Roman" w:cs="Times New Roman"/>
        </w:rPr>
        <w:t>2020 оны 7 дугаар сарын 18-нд Ислам АНУ-д халдана гэсэн зөгнөлийг гаргахад хүргэсэн нотолгоо нь удахгүй ирэх Ням гаргийн хуулийн үед Ислам нь АНУ-ын эсрэг авчрагдах шүүлт мөн болохыг, харин тухайн үйл явдалтай цаг хугацааны элемент цаашид холбогдохоо болино гэдгийг батлах ёстой гэж бид хүлээх учиртай.</w:t>
      </w:r>
    </w:p>
    <w:p>
      <w:pPr>
        <w:pStyle w:val="ArticleBody"/>
        <w:jc w:val="left"/>
      </w:pPr>
      <w:r>
        <w:rPr>
          <w:rFonts w:ascii="Times New Roman" w:hAnsi="Times New Roman" w:eastAsia="Times New Roman" w:cs="Times New Roman"/>
        </w:rPr>
        <w:t>1840-өөс 1844 он хүртэлх түүхэн дэх дөрвөн үндсэн замын тэмдэг. Замын тэмдэг бүр Миллерийн үндсэн дүрэм болох нэг өдөр нь нэг жилийг төлөөлөх зарчимтай холбоотой.</w:t>
      </w:r>
    </w:p>
    <w:p>
      <w:pPr>
        <w:pStyle w:val="ArticleBody"/>
        <w:jc w:val="left"/>
      </w:pPr>
      <w:r>
        <w:rPr>
          <w:rFonts w:ascii="Times New Roman" w:hAnsi="Times New Roman" w:eastAsia="Times New Roman" w:cs="Times New Roman"/>
        </w:rPr>
        <w:t>2001 оны түүхэнд, Ням гаргийн хуулийг хүртэлх дөрвөн үндсэн замын тэмдэг бий. 2001 оны есдүгээр сарын 11 нь Ислам байсан. 2020 оны долоодугаар сарын 18-ны бүтэлгүй зөгнөл ч Исламын тухай байсан. Замын тэмдэг бүр Future for America-гийн үндсэн дүрэм болох түүхийн давталтын хэрэглээтэй холбогддог. “Долоон аянга” нь өөрсдийн дарааллын дагуу илчлэгдэх ирээдүйн үйл явдлуудыг төлөөлдөг. Дөрвөн замын тэмдгийн эхнийх нь 2001 оны есдүгээр сарын 11 бөгөөд энэ нь гурав дахь гайгийн биелэл болгон Исламын зүгээс Америкийн Нэгдсэн Улсад хийсэн довтолгоог тодорхойлсон. Бидний түүхэн дэх Ням гаргийн хуулийг төлөөлөх сүүлчийн замын тэмдэг нь Исламын тухай байх ёстой. Учир нь Альфа ба Омега нь эцсийг эхлэлээс нь үргэлж харуулдаг бөгөөд Альфа ба Омега нь чухам энэ түүхийн төлөө “долоон аянга”-ыг лацдан хаасан Нэгэн мөн. Ням гаргийн хуулийн үед Ислам Америкийн Нэгдсэн Улс руу довтлох болно.</w:t>
      </w:r>
    </w:p>
    <w:p>
      <w:pPr>
        <w:pStyle w:val="ArticleBody"/>
        <w:jc w:val="left"/>
      </w:pPr>
      <w:r>
        <w:rPr>
          <w:rFonts w:ascii="Times New Roman" w:hAnsi="Times New Roman" w:eastAsia="Times New Roman" w:cs="Times New Roman"/>
        </w:rPr>
        <w:t>Энэ нь одоо нээгдэж буй долоон аянгын лац тайлагдах үйл явцын гурван үндсэн бүрэлдэхүүний нэг мөн. Мосе өөрийн түүхэн шугамд Шөнө дундын Хашхирааг бэлгэдэн дүрсэлсэн мэдээг тунхагласны дараа төгсгөлийн хөдөлгөөнүүд хурдацтай өрнөв. Ууган хөвгүүдийн тухай эш үзүүллэг биелж, Египетэд Шөнө дундын хашхирааг бий болгох хүртэл ер бусын, сүйрэл дагуулсан арван гамшиг тохиосон. Христ Иерусалимд ормогц загалмай руу хүргэх хурдацтай алхмууд эхэлсэн. Мэдээ тунхаглагдсаны дараа буцах зам байгаагүй. 1844 оны 8 дугаар сарын 12-нд болсон Эксетерийн майхны цуглаанаас хойш хоёр сар ч хүрэхгүй хугацааны дараа тэрхүү зөгнөл биелсэн.</w:t>
      </w:r>
    </w:p>
    <w:p>
      <w:pPr>
        <w:pStyle w:val="ArticleScripture"/>
        <w:jc w:val="left"/>
      </w:pPr>
      <w:r>
        <w:rPr>
          <w:rFonts w:ascii="Times New Roman" w:hAnsi="Times New Roman" w:eastAsia="Times New Roman" w:cs="Times New Roman"/>
        </w:rPr>
        <w:t>ЭЗЭНий үг надад ирж, ийнхүү айлдав: Хүний хүү, Израилийн нутагт та нарт байдаг тэр зүйр үг юу вэ? Та нар: “Өдрүүд сунжирч, үзэгдэл бүхэн талаар болдог” гэдэг. Тиймээс тэдэнд хэлэгтүн: Эзэн БУРХАН ийнхүү айлдаж байна: Би энэ зүйр үгийг болиулна, тэд үүнийг Израильд цаашид зүйр үг болгон хэрэглэхгүй. Харин тэдэнд: “Өдрүүд ойртсон, үзэгдэл бүрийн биелэл ч ойртсон” гэж хэл. Учир нь Израилийн гэрийн дотор цаашид ямар ч хоосон үзэгдэл, зусардан мэргэлэх явдал байхгүй болно. Учир нь Би бол ЭЗЭН. Би айлдана, Миний айлдах үг биелнэ. Тэр нь дахин сунжрахгүй. Учир нь, тэрслүү гэр ээ, Би та нарын өдрүүдэд үгийг айлдаж, түүнийг гүйцэлдүүлнэ гэж Эзэн БУРХАН айлдаж байна. Дахин ЭЗЭНий үг надад ирж, ийнхүү айлдав: Хүний хүү, болгоогтун, Израилийн гэрийнхэн: “Түүний харж буй үзэгдэл нь олон хоногийн хойдынх, тэр алс холын цаг үеийн тухай эш үзүүлдэг” гэдэг. Тиймээс тэдэнд хэлэгтүн: Эзэн БУРХАН ийнхүү айлдаж байна: Миний нэг ч үг цаашид сунжрахгүй, харин Миний айлдсан үг биелнэ гэж Эзэн БУРХАН айлдаж байна. Езекиел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Америкт зориулсан ирээдүй ба 2020 оны 7 дугаар сарын 18 — Гуравдугаар дугаар</dc:title>
  <dc:subject>Үздэг нүд, сонсдог чих ерөөлтэй еэ</dc:subject>
  <dc:creator>Jeff Pippenger</dc:creator>
  <cp:keywords/>
  <dc:description>Generated by ArticleDigger from future_for_america\03_future_for_america.json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