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Америкийн ирээдүй ба 2020 оны 7-р сарын 18 — Дөрөвдүгээр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Улайн мөрнөөр төлөөлүүлэгдсэн Даниелын найм, есдүгээр бүлгүүдийн мэдээ 1798 онд лацнаасаа тайлагдсан юм. Наймдугаар бүлгийн эш үзүүллэгийг Габриел есдүгээр бүлэгт тайлбарласан боловч энэ нь Даниел Библи дэх хүний хамгийн онцгой залбирлуудын нэгэнд тооцогдох залбирлыг өргөн барьсны дараа л болсон юм. Тэрхүү залбиралдаа Даниел Иеремиагийн номоос олж мэдсэн зүйлийнхээ дагуу Иерусалимын эзгүйрэл далан жил үргэлжлэхийг ойлгосноо илэрхийлдэг.</w:t>
      </w:r>
    </w:p>
    <w:p>
      <w:pPr>
        <w:pStyle w:val="ArticleScripture"/>
        <w:jc w:val="left"/>
      </w:pPr>
      <w:r>
        <w:rPr>
          <w:rFonts w:ascii="Times New Roman" w:hAnsi="Times New Roman" w:eastAsia="Times New Roman" w:cs="Times New Roman"/>
        </w:rPr>
        <w:t>Халдейчуудын хаанчлал дээр хаан болгон өргөмжлөгдсөн, Мидийн удмын Ахашверошийн хүү Дариусын хаанчлалын эхний жилд, би Даниел ЭЗЭНий үг эш үзүүлэгч Иеремиад ирж, Иерусалимын эзгүйрлийн тухай далан жилийг гүйцэлдүүлнэ хэмээн айлдсаныг номуудаас жилийн тоог ойлгов. Даниел 9:1, 2.</w:t>
      </w:r>
    </w:p>
    <w:p>
      <w:pPr>
        <w:pStyle w:val="ArticleBody"/>
        <w:jc w:val="left"/>
      </w:pPr>
      <w:r>
        <w:rPr>
          <w:rFonts w:ascii="Times New Roman" w:hAnsi="Times New Roman" w:eastAsia="Times New Roman" w:cs="Times New Roman"/>
        </w:rPr>
        <w:t>Иеремиа мөн тэр далан жилийн төгсгөлд Дариусын жанжин Кирус Вавилоныг эзлэн авах үед Белшацар үхнэ гэдгийг тодорхойлсон.</w:t>
      </w:r>
    </w:p>
    <w:p>
      <w:pPr>
        <w:pStyle w:val="ArticleScripture"/>
        <w:jc w:val="left"/>
      </w:pPr>
      <w:r>
        <w:rPr>
          <w:rFonts w:ascii="Times New Roman" w:hAnsi="Times New Roman" w:eastAsia="Times New Roman" w:cs="Times New Roman"/>
        </w:rPr>
        <w:t>Мөн энэ бүх нутаг эзгүйрэл бөгөөд гайхашрал болох болно; эдгээр үндэстнүүд Вавилоны хаанд далан жил үйлчлэх болно. Далан жил гүйцсэний дараа Би Вавилоны хаан болон тэр үндэстнийг, тэдний гэмийн төлөө, мөн Халдейчуудын нутгийг шийтгэж, түүнийг мөнхийн эзгүйрэл болгоно гэж ЭЗЭН айлдаж байна. Иеремиа 25:11, 12.</w:t>
      </w:r>
    </w:p>
    <w:p>
      <w:pPr>
        <w:pStyle w:val="ArticleBody"/>
        <w:jc w:val="left"/>
      </w:pPr>
      <w:r>
        <w:rPr>
          <w:rFonts w:ascii="Times New Roman" w:hAnsi="Times New Roman" w:eastAsia="Times New Roman" w:cs="Times New Roman"/>
        </w:rPr>
        <w:t>Даниел мөн тэрхүү далан жилийн эзгүйрэл нь Мосегийн бичиж үлдээсэн эш үзүүллэгийн биелэл мөн болохыг тодорхойлсон.</w:t>
      </w:r>
    </w:p>
    <w:p>
      <w:pPr>
        <w:pStyle w:val="ArticleScripture"/>
        <w:jc w:val="left"/>
      </w:pPr>
      <w:r>
        <w:rPr>
          <w:rFonts w:ascii="Times New Roman" w:hAnsi="Times New Roman" w:eastAsia="Times New Roman" w:cs="Times New Roman"/>
        </w:rPr>
        <w:t>Тийм ээ, бүх Израиль Таны хуулийг зөрчиж, Таны дуу хоолойд дуулгавартай байхаас татгалзан хазайсан билээ; тиймээс бид Түүний эсрэг нүгэл үйлдсэн учир Бурханы зарц Мосегийн хуульд бичигдсэн хараал болон тангараг бидний дээр асгарсан юм. Тэрээр бидний эсрэг, мөн биднийг шүүж байсан шүүгчдийн маань эсрэг айлдсан үгсээ бидний дээр агуу гай гамшгийг буулгаснаар баталсан; учир нь Иерусалимд тохиолдсон шиг юм бүх тэнгэрийн дор хэзээ ч үйлдэгдэж байгаагүй. Мосегийн хуульд бичигдсэний адил энэ бүх гай гамшиг бидний дээр ирсэн; гэвч бид гэм нүглээсээ эргэж, Таны үнэнийг ухаарахын тулд өөрсдийн Бурхан ЭЗЭНий өмнө залбирал өргөсөнгүй. Даниел 9:11–13.</w:t>
      </w:r>
    </w:p>
    <w:p>
      <w:pPr>
        <w:pStyle w:val="ArticleBody"/>
        <w:jc w:val="left"/>
      </w:pPr>
      <w:r>
        <w:rPr>
          <w:rFonts w:ascii="Times New Roman" w:hAnsi="Times New Roman" w:eastAsia="Times New Roman" w:cs="Times New Roman"/>
        </w:rPr>
        <w:t>Израилийн зөрчсөн “тангараг” нь “хараалыг” авчирсан бөгөөд энэ нь Левит хорин зургаад буй “долоо дахин” юм. Левит хорин зургаад “долоо дахин” хэмээн орчуулагдсан үг нь Даниел есдүгээр бүлэгт “тангараг” хэмээн орчуулагдсан тэрхүү ижил еврей үг мөн. “Долоо дахин” хэмээн орчуулагдсан үгээр илэрхийлэгдсэн Мосегийн тангараг нь Уильям Миллерийн нээсэн анхны цаг хугацааны эш үзүүллэг байсан бөгөөд энэ нь 1863 онд хойш тавигдсан түүний суурь үнэний анхных нь байв. Уильям Миллер Елиаг төлөөлж байсан бөгөөд үүнийг Зөгнөлийн Сүнс баталдаг.</w:t>
      </w:r>
    </w:p>
    <w:p>
      <w:pPr>
        <w:pStyle w:val="ArticleScripture"/>
        <w:jc w:val="left"/>
      </w:pPr>
      <w:r>
        <w:rPr>
          <w:rFonts w:ascii="Times New Roman" w:hAnsi="Times New Roman" w:eastAsia="Times New Roman" w:cs="Times New Roman"/>
        </w:rPr>
        <w:t>“Мянга мянган хүмүүс Уильям Миллерийн тунхагласан үнэнийг хүлээн авахад хөтлөгдөж, мөн Бурханы зарц нар Елиагийн сүнс ба хүч дотор энэ мэдээг тунхаглахаар босгон байгуулагдсан.” Эртний Бичвэрүүд, 233.</w:t>
      </w:r>
    </w:p>
    <w:p>
      <w:pPr>
        <w:pStyle w:val="ArticleBody"/>
        <w:jc w:val="left"/>
      </w:pPr>
      <w:r>
        <w:rPr>
          <w:rFonts w:ascii="Times New Roman" w:hAnsi="Times New Roman" w:eastAsia="Times New Roman" w:cs="Times New Roman"/>
        </w:rPr>
        <w:t>1863 онд Миллерит хөдөлгөөн дуусгавар болсон бөгөөд урьд нь тэр хөдөлгөөний дотор байсан хүмүүс Долоо дахь өдрийн Адвентист сүмийг байгуулж эхэлсэн юм. Тэд сүм болон эхлэхэд хөдөлгөөн төгссөн. Левит хорин зургаад буй “долоон цаг үе”-ээр дүрслэгдсэнчлэн тэд Мосег хөнөөсөн үед, мөн тэр хөдөлгөөнд Мосегийн “тангараг”-ийг толилуулсан элч Елиаг нэгэн зэрэг хөнөөсөн үед энэ нь төгссөн. Мосе ба Елиа хоёул 1863 онд хөнөөгдсөн бөгөөд Бурхан Future for America хөдөлгөөнийг эртний замууд руу буцаан аваачсан 2001 оны 9 дүгээр сарын 11-ний дараах үе хүртэл амилуулагдах ёсгүй байсан.</w:t>
      </w:r>
    </w:p>
    <w:p>
      <w:pPr>
        <w:pStyle w:val="ArticleBody"/>
        <w:jc w:val="left"/>
      </w:pPr>
      <w:r>
        <w:rPr>
          <w:rFonts w:ascii="Times New Roman" w:hAnsi="Times New Roman" w:eastAsia="Times New Roman" w:cs="Times New Roman"/>
        </w:rPr>
        <w:t>Future for America нь 2001 оны есдүгээр сарын 11-нийг гурав дахь зовлонгийн ирэлт хэмээн хүлээн зөвшөөрсөн бөгөөд есдүгээр сарын 11-ний Исламын халдлагыг ийнхүү тодорхойлсныг баталгаажуулдаг зүйл нь Миллерчүүдийн тодорхойлсон эхний хоёр зовлонгийн түүх юм; энэ нь 1843 болон 1850 оны анхдагч хүснэгтүүдийн алинд нь ч онцгойлон дүрслэгдсэн байдаг. Исламын өнөөгийн үүргийг бататгахын тулд Миллерчүүдийн түүх рүү буцаж очсоноор Эзэн Future for America-д Левит хорин зургаагийн “долоон цаг”-ийн тухай ойлголтыг нээж өгсөн бөгөөд энэ нь хоёр хүснэгтийн аль алинд нь төв баганад дүрслэгдсэн байдаг. Мөн хоёр хүснэгтийн алинд нь ч төв баганын төв нь загалмай юм. Бурхан Хабакукийн хоёр хүснэгтийг бүтээх ажлыг удирдахдаа, Мосегийн “тангараг” болох Левит хорин зургаагийн “долоон цаг”-ийг бусад бүх эш үзүүллэгийн дүрслэлийн төв болгож, мөн хоёр хүснэгтийн алинд нь ч Христийг яг төвд нь байрлуулсан билээ.</w:t>
      </w:r>
    </w:p>
    <w:p>
      <w:pPr>
        <w:pStyle w:val="ArticleBody"/>
        <w:jc w:val="left"/>
      </w:pPr>
      <w:r>
        <w:rPr>
          <w:rFonts w:ascii="Times New Roman" w:hAnsi="Times New Roman" w:eastAsia="Times New Roman" w:cs="Times New Roman"/>
        </w:rPr>
        <w:t>Энэ нь Даниелын есдүгээр бүлэгт Габриелын тайлбарласан өөр нэгэн эш үзүүллэгт заагдсан цаг хугацаатай нийцэж байсан бөгөөд уг эш үзүүллэгт Христ олон хүний төлөө гэрээг нэг долоо хоногийн турш бататгана гэж тодорхойлсон байдаг.</w:t>
      </w:r>
    </w:p>
    <w:p>
      <w:pPr>
        <w:pStyle w:val="ArticleScripture"/>
        <w:jc w:val="left"/>
      </w:pPr>
      <w:r>
        <w:rPr>
          <w:rFonts w:ascii="Times New Roman" w:hAnsi="Times New Roman" w:eastAsia="Times New Roman" w:cs="Times New Roman"/>
        </w:rPr>
        <w:t>Тэрээр олонтой нэг долоо хоногийн турш гэрээг батлах бөгөөд долоо хоногийн дунд үед тахил ба өргөлийг зогсооно; жигшүүрт зүйлсийн дэлгэрэлтээс болж тэрээр түүнийг хоосрол болгоно, эцсийн төгсгөл хүртэл, мөн тогтоогдсон зүйл нь хоосруулагдсан дээр асгарна. Даниел 9:27.</w:t>
      </w:r>
    </w:p>
    <w:p>
      <w:pPr>
        <w:pStyle w:val="ArticleBody"/>
        <w:jc w:val="left"/>
      </w:pPr>
      <w:r>
        <w:rPr>
          <w:rFonts w:ascii="Times New Roman" w:hAnsi="Times New Roman" w:eastAsia="Times New Roman" w:cs="Times New Roman"/>
        </w:rPr>
        <w:t>Зөгнөлийн нэг долоо хоног нь хоёр мянга таван зуун хорин бэлгэдэлт өдөр бөгөөд Габриелын тайлбарлаж байсан тэрхүү зөгнөл нь эдгээр хоёр мянга таван зуун хорин бэлгэдэлт өдрийн “дунд”, өөрөөр хэлбэл төвд, Христ цовдлогдохыг зааж байсан юм. Христ бол Хабаккукийн хоёр самбарын аль алиных нь “хоёр мянга таван зуун хорь”-ын төв мөн бөгөөд Тэрээр олонтой байгуулсан гэрээг баталсан долоо хоногийн ч төв нь мөн юм.</w:t>
      </w:r>
    </w:p>
    <w:p>
      <w:pPr>
        <w:pStyle w:val="ArticleBody"/>
        <w:jc w:val="left"/>
      </w:pPr>
      <w:r>
        <w:rPr>
          <w:rFonts w:ascii="Times New Roman" w:hAnsi="Times New Roman" w:eastAsia="Times New Roman" w:cs="Times New Roman"/>
        </w:rPr>
        <w:t>1863 онд Адвентизм сүм болон эхэлж, Елиагийн сүнсээр хүч чадалжсан Миллерийн хөдөлгөөн алагдав. Миллерийн хөдөлгөөн Илчлэл дэх долоон сүмийн хүрээнд өөрсдийгөө Филадельфийн сүм байсан гэж ойлгож байв. 1844 оны Их Урам Хугаралтын дараа тэднээс тусгаарлагдсан хүмүүсийг дараа нь Лаодикейнчууд гэж тодорхойлсон. 1856 онд Жеймс Уайт Review and Herald сэтгүүлд цуврал өгүүлэл эхлүүлж, Филадельфи байдлаар эхэлсэн хөдөлгөөн Лаодикей болсон бөгөөд гишүүд нь Лаодикейн сүмд санал болгосон эмийг эрж хайх хэрэгтэй болсон гэдгийг тодорхойлсон. Тэр жилдээ, мөн хэвлэлд, Жеймс Уайт Левит хорин зургаадугаар бүлгийн хоёр мянга таван зуун хорин жилийн эш үзүүллэгийн тухай Хайрам Эдсоны бичсэн цуврал өгүүллийг нийтэлсэн. Тэр өгүүллүүд хэзээ ч дуусаагүй.</w:t>
      </w:r>
    </w:p>
    <w:p>
      <w:pPr>
        <w:pStyle w:val="ArticleBody"/>
        <w:jc w:val="left"/>
      </w:pPr>
      <w:r>
        <w:rPr>
          <w:rFonts w:ascii="Times New Roman" w:hAnsi="Times New Roman" w:eastAsia="Times New Roman" w:cs="Times New Roman"/>
        </w:rPr>
        <w:t>Эзэн 2001 оны 9 дүгээр сарын 11-ний дараа Future for America хөдөлгөөнийг эртний жимүүд уруу дахин удирдах үед Эдсоны өгүүллүүд дахин олдож, түүхэнд анх удаа хоёр мянга таван зуун хорин жилийн хоёр үеийг хоёуланг нь хоёр хараал хэмээн хүлээн зөвшөөрөв. Нэг нь хойд зүгийн арван овгийн эсрэг, нөгөө нь өмнөдийн хоёр овгийн эсрэг байлаа. Миллер Иудагийн өмнөд хаанчлалын эсрэг байсан долоон цагийг тодорхойлсон боловч, Эдсон Израилийн хойд хаанчлалын эсрэг байсан долоон цагийг тодорхойлсон юм. Future for America эдгээрийг хоёуланг нь хэрэглэх ёстойг харсан. Энэ хоёр тараагдлыг нэгтгэхэд Миллер ч, Эдсон ч хэзээ ч таньж мэдээгүй байсан эш үзүүллэгийн гэрэл бий болдог.</w:t>
      </w:r>
    </w:p>
    <w:p>
      <w:pPr>
        <w:pStyle w:val="ArticleBody"/>
        <w:jc w:val="left"/>
      </w:pPr>
      <w:r>
        <w:rPr>
          <w:rFonts w:ascii="Times New Roman" w:hAnsi="Times New Roman" w:eastAsia="Times New Roman" w:cs="Times New Roman"/>
        </w:rPr>
        <w:t>Эзэн Future for America-г 2001 оноос хойш хуучин замууд руу буцаан авчрахад Мосегийн “тангараг” дахин амилж, хөл дээрээ босов. Тэрхүү “тангараг”-тай холбоотой мэдээ нь дараа нь гурав дахь тэнгэрэлчийн элч нараар, яг анхны тэнгэрэлчийн элч нараар тунхаглагдаж, бэлгэдэгдсэнчлэн, толилуулагдсан юм. Future for America нь “Мосе”-гоор төлөөлөгдсөн мэдээг “Елиа”-гийн хүчээр тунхагласан хөдөлгөөн байсан бөгөөд Елиа Habakkuk’s Tables хэмээх цуврал илтгэлүүдийн төгсгөл хүртэл, ойролцоогоор 2012 он хүртэл, Мосегийн гэрчлэлийг тодорхойгоор өгсөөр байв. Тэрхүү цуврал илтгэлүүд дуусахад ёроолгүй ангалын араатан дээш гарч, Мосе ба Елиа хоёрын эсрэг дайн хийхээр ирэв. Тэр дайн Future for America 1996 оноос хойш хийж ирсэн ажлаа зогсоож, өөрсдийн бардамналдаа The School of the Prophets хэмээн нэрлэсэн нэгэн сургууль байгуулж эхлэхээр шийдсэн үед эхэлсэн юм. Тэр сургуулийг хуурамч эш үзүүлэгчдийн сургууль хэмээн нэрлэсэн нь хавьгүй дээр байх байсан!</w:t>
      </w:r>
    </w:p>
    <w:p>
      <w:pPr>
        <w:pStyle w:val="ArticleBody"/>
        <w:jc w:val="left"/>
      </w:pPr>
      <w:r>
        <w:rPr>
          <w:rFonts w:ascii="Times New Roman" w:hAnsi="Times New Roman" w:eastAsia="Times New Roman" w:cs="Times New Roman"/>
        </w:rPr>
        <w:t>Сургууль Эзэнээр Өөрийнх нь элч нар хэмээн хэзээ ч батлагдаагүй хүмүүсийг өөрсдийн санааг оруулж ирэхийг зөвшөөрч эхэлсэн үед үүнээс улбаалан үүссэн эмх замбараагүй байдал ба төөрөгдөл нь 2020 оны 7 дугаар сарын 18-нд Future for America-гийн үхлээр төгссөн юм. Тэр үед Мосе ба Елиа гудамжинд алагдсан байлаа.</w:t>
      </w:r>
    </w:p>
    <w:p>
      <w:pPr>
        <w:pStyle w:val="ArticleScripture"/>
        <w:jc w:val="left"/>
      </w:pPr>
      <w:r>
        <w:rPr>
          <w:rFonts w:ascii="Times New Roman" w:hAnsi="Times New Roman" w:eastAsia="Times New Roman" w:cs="Times New Roman"/>
        </w:rPr>
        <w:t>Тэд гэрчлэлээ дуусгасны дараа ёроолгүй гүний ангал дотроос гарч ирэх араатан тэдний эсрэг дайн хийж, тэднийг дийлэн ялж, ална. Тэдний цогцос агуу хотын гудамжинд хэвтэх бөгөөд тэр хотыг сүнслэг утгаар Содом, Египет гэж нэрлэдэг, мөн тэнд бидний Эзэн цовдлогдсон билээ. Илчлэлт 11:7, 8.</w:t>
      </w:r>
    </w:p>
    <w:p>
      <w:pPr>
        <w:pStyle w:val="ArticleBody"/>
        <w:jc w:val="left"/>
      </w:pPr>
      <w:r>
        <w:rPr>
          <w:rFonts w:ascii="Times New Roman" w:hAnsi="Times New Roman" w:eastAsia="Times New Roman" w:cs="Times New Roman"/>
        </w:rPr>
        <w:t>Итгэмжтэй гэрчлэл гэдэг нь «Хабаккукийн хүснэгтүүд» хэмээх цувралын төгсгөлд хүрч дууссан тэр гэрчлэл мөн. Дараа нь араатан дайрсан. Эдгээр одоогийн өгүүллүүдийг хэн дагаж байгааг би огт мэдэхгүй, гэвч үүнийг Future for America-гийн дайснууд ч, мөн долоодугаар сарын 18-ны урам хугаралтай одоо хэрхэн эвлэрэхээ оролдсоор байгаа хүмүүс ч адил хэмжээгээр бүрдүүлж байна гэж би таамаглаж байна. Иймээс миний дайснууд гэж тодорхойлсон ангилалд багтагсад эш үзүүллэгийн түүхийн энэхүү хэрэглээг өөрсдийнх нь бодлоор хэчнээн хувиа хичээсэн мэт харагдаж байгааг зааж хэлнэ гэж би хүлээж байна. Тийм л байг. Future for America-гийн түүх нь Миллерит хөдөлгөөнөөр хэв шинжлэгдсэн хөдөлгөөн мөн болох нь тодорхой танигдаж байхад түүнийг тийм биш мэт дүр эсгэхэд цаг хэтэрхий богино байна; мөн тэр хөдөлгөөнийг удирдан гаргахаар босгогдсон, Лаодикейн алдаатай хүний элч нь Уильям Миллерээр хэв шинжлэгдээгүй байсан мэт дүр эсгэхэд ч мөн цаг хэтэрхий богино байна.</w:t>
      </w:r>
    </w:p>
    <w:p>
      <w:pPr>
        <w:pStyle w:val="ArticleBody"/>
        <w:jc w:val="left"/>
      </w:pPr>
      <w:r>
        <w:rPr>
          <w:rFonts w:ascii="Times New Roman" w:hAnsi="Times New Roman" w:eastAsia="Times New Roman" w:cs="Times New Roman"/>
        </w:rPr>
        <w:t>Миллер Филадельфийн хүн байсан бөгөөд би 1975 онд ертөнцөөс Адвентизмд орж ирсэн; иймээс би баталгаажсан Лаодикийн Адвентист юм. Миний амьдралын түүх энэ баримтыг гэрчилдэг. Тийм хэдий ч, тэнгэрийн өршөөнгүй Бурхан Өөрийн одоо надад илчилж буй мэдээг бичгээр буулгаж, чуулгануудад илгээхийг саяхан надад тушаасан. Түүний энэ тушаал нь Тэрээр Мосе ба Елиаг амилуулах үедээ тэднийг Лаодикийнчууд болгон бус, харин Филадельфийнчууд болгон амилуулна гэсэн амлалттай хамт ирсэн. Миллеритийн түүхэнд эхэлсэн хөдөлгөөн нь Филадельфийн цаг үе байсан бөгөөд эцэстээ 1856 онд Миллеритүүдийн тавьсан суурийг няцаах үйл явцаа эхлүүлэхдээ Лаодикид шилжин орсон. Тэрхүү няцаалт нь Хайрам Эдсоны бичгээр санал болгогдсон гэрлийн шинэ хөгжлийг хойш тавьснаар эхэлсэн. Долоон жилийн дараа, 1863 онд, Мосегийн мэдээг толилуулж байсан Елиагийн хөдөлгөөн алагдсан. Хөдөлгөөн алагдсан яг тэр үед, хөдөлгөөнийг орлуулахын тулд нэгэн сүм бий болгогдсон. Мосе ба Елиа Адвентизмийн эхэнд алагдсан бөгөөд Адвентизмийн төгсгөлд тэд дахин алагдсан юм.</w:t>
      </w:r>
    </w:p>
    <w:p>
      <w:pPr>
        <w:pStyle w:val="ArticleBody"/>
        <w:jc w:val="left"/>
      </w:pPr>
      <w:r>
        <w:rPr>
          <w:rFonts w:ascii="Times New Roman" w:hAnsi="Times New Roman" w:eastAsia="Times New Roman" w:cs="Times New Roman"/>
        </w:rPr>
        <w:t>Зөгнөлийн Лаодикеагийн төгсгөлд, 1989 онд Хиддекел мөрний үзэгдэл лацнаасаа тайлагдаж, Лаодике эхээс төрсөн нэгэн хөдөлгөөн эхэлсэн юм. Эзэн үүнийг санаандгүйгээр угтаагүй бөгөөд Тэрээр гурван тэнгэрэлчийн ажлаа хэрхэн эхлүүлсэн шигээ төгсгөхөө мэдэж байсан. Тэрээр үүнийг хэрхэн эхлүүлсэн шигээ Филадельфичүүдийн хөдөлгөөнөөр төгсгөх байсан бөгөөд үүнийг гүйцэлдүүлэхийн тулд төрлөөрөө Лаодикейн байсан тэрхүү хөдөлгөөн алагдаж, Филадельфичүүд болон амилуулагдах шаардлагатай байв. Ийнхүү Лаодикейн сүмээс гарч ирсэн тэр хөдөлгөөн, яг л гурвалсан холбоо долооны нэгэн адил найм дахь нь болох тэр л түүхэн үед, долоогоос гарсан найм дахь нь болох байлаа. Мөн тэрхүү яг ижил түүхийн үед Бүгд найрамдах үзлийн эвэр ч бас долоогоос гарсан, нэгэнт “woke-ism”-ын Египет ба Содомд алагдсан байсан найм дахьгийн амилалтыг туулна; гэвч зөгнөлийн тэр шугамыг өгүүллүүдэд хожим авч үзэх болно.</w:t>
      </w:r>
    </w:p>
    <w:p>
      <w:pPr>
        <w:pStyle w:val="ArticleScripture"/>
        <w:jc w:val="left"/>
      </w:pPr>
      <w:r>
        <w:rPr>
          <w:rFonts w:ascii="Times New Roman" w:hAnsi="Times New Roman" w:eastAsia="Times New Roman" w:cs="Times New Roman"/>
        </w:rPr>
        <w:t>Тэгээд ард түмэн, овог аймаг, хэлтэн, үндэстнүүдээс олон хүн тэдний цогцсыг гурав хоног хагасын турш харж, цогцсуудыг нь булшинд тавихыг зөвшөөрөхгүй. Газар дэлхий дээр оршин суугчид тэдний дээр баярлан хөөрч, цэнгэн наадаж, бие биедээ бэлэг илгээнэ. Учир нь эдгээр хоёр эш үзүүлэгч газар дэлхий дээр оршин суугчдыг тарчлааж байсан юм. Харин гурав хоног хагасын дараа Бурханаас ирсэн амийн Сүнс тэдний дотор орж, тэд хөл дээрээ босов. Тэднийг харсан хүмүүсийн дээр агуу их айдас буув. Илчлэлт 11:9–11.</w:t>
      </w:r>
    </w:p>
    <w:p>
      <w:pPr>
        <w:pStyle w:val="ArticleBody"/>
        <w:jc w:val="left"/>
      </w:pPr>
      <w:r>
        <w:rPr>
          <w:rFonts w:ascii="Times New Roman" w:hAnsi="Times New Roman" w:eastAsia="Times New Roman" w:cs="Times New Roman"/>
        </w:rPr>
        <w:t>Future for America булшинд тавигдаагүй, харин алагдсан байсан гудамжиндаа хэвтсээр байхад нь түүний дайснууд илэрхий үхэлд нь баярлан хөөрч байв. Гэвч “гурван өдөр хагасын дараа Бурханаас ирсэн амийн сүнс тэдэнд орж, тэд хөл дээрээ босов.” Цаг хугацаа цаашид үгүй тул, гурван өдөр хагас нь бэлгэдлийн хувьд мянга хоёр зуун жаран өдөр буюу жилийг илэрхийлдэг бөгөөд Илчлэл 12:6, 14-т ариун газрыг болон цэргийг дэвсэлж байсан цөлийг төлөөлдөг. Хэрэв тэд булшинд тавигдсан бол, дэвслэгдэх боломжтой гудамжинд байхгүй байх байсан. Future for America-ийн дэвслэгдсэн явдал нь зөвхөн бэлгэдлийн нэгэн хугацаа бус, харин Мосегийн тангарагаар дүрслэгдсэн “долоон удаа”-гийн мэдээний бэлгэдлийн хугацаа мөн.</w:t>
      </w:r>
    </w:p>
    <w:p>
      <w:pPr>
        <w:pStyle w:val="ArticleScripture"/>
        <w:jc w:val="left"/>
      </w:pPr>
      <w:r>
        <w:rPr>
          <w:rFonts w:ascii="Times New Roman" w:hAnsi="Times New Roman" w:eastAsia="Times New Roman" w:cs="Times New Roman"/>
        </w:rPr>
        <w:t>Тэд илдний ирээр унаж, бүх үндэстнүүдийн дунд олзлогдон аваачигдах болно; мөн Иерусалим нь харь үндэстнүүдийн хөлд гишгэгдсээр байх бөгөөд харь үндэстнүүдийн цаг хугацаа гүйцтэл тийнхүү байх болно. Лук 21:24.</w:t>
      </w:r>
    </w:p>
    <w:p>
      <w:pPr>
        <w:pStyle w:val="ArticleBody"/>
        <w:jc w:val="left"/>
      </w:pPr>
      <w:r>
        <w:rPr>
          <w:rFonts w:ascii="Times New Roman" w:hAnsi="Times New Roman" w:eastAsia="Times New Roman" w:cs="Times New Roman"/>
        </w:rPr>
        <w:t>Иерусалим гурван удаа хөлд талхлагдсан байдаг. Эхнийх нь МЭӨ 677 оноос МЭӨ 607 он хүртэл Вавилоны зүгээс байв. Хоёр дахь талхлалт нь МЭ 66 оноос МЭ 70 он хүртэл харь Ромын зүгээс болсон. Гурав дахь нь 538 оноос 1798 он хүртэл сүнслэг Ромын зүгээс байв. Лук хорин нэгд тодорхойлогдсон харь үндэстнүүдийн Иерусалимыг хөлд талхлах явдал нь папын эрхшээлийн нэг мянга хоёр зуун жаран жил байв. Илчлэлт арван нэгд, бид Мосе ба Елиагийн гэрчлэлийг олж хардаг тэр хэсэг нь, энэ цаг хугацааны үеийг тодорхойлсноор эхэлдэг.</w:t>
      </w:r>
    </w:p>
    <w:p>
      <w:pPr>
        <w:pStyle w:val="ArticleScripture"/>
        <w:jc w:val="left"/>
      </w:pPr>
      <w:r>
        <w:rPr>
          <w:rFonts w:ascii="Times New Roman" w:hAnsi="Times New Roman" w:eastAsia="Times New Roman" w:cs="Times New Roman"/>
        </w:rPr>
        <w:t>Надад саваа мэт зэгс өгөгдөв; тэгээд тэнгэрэлч зогсож, — Босоод, Бурханы сүм, тахилын ширээ, мөн түүнд мөргөгчдийг хэмжигтүн. Харин сүмийн гаднах хашааг орхигтун, түүнийг бүү хэмж; учир нь тэр нь харь үндэстнүүдэд өгөгдсөн бөгөөд ариун хотыг тэд дөчин хоёр сарын турш хөл доороо гишгэлэн талхлах болно гэв. Илчлэл 11:1, 2.</w:t>
      </w:r>
    </w:p>
    <w:p>
      <w:pPr>
        <w:pStyle w:val="ArticleBody"/>
        <w:jc w:val="left"/>
      </w:pPr>
      <w:r>
        <w:rPr>
          <w:rFonts w:ascii="Times New Roman" w:hAnsi="Times New Roman" w:eastAsia="Times New Roman" w:cs="Times New Roman"/>
        </w:rPr>
        <w:t>Иоханд ариун сүм болон түүн дотор мөргөгчдийг хэмжихийг тушаасан нь 1844 онд шүүлт эхэлснийг илэрхийлдэг. Учир нь үүнээс өмнөх хоёр эшлэл нь Иохан 1844 оны Агуу Урам Хугаралтын гашууныг амссан байсныг тодорхойлдог бөгөөд, дараа нь түүнд тэр мэдээг тунхаглах ажлыг дахин давтах ёстой гэж айлдсаны дараа, арван нэгдүгээр бүлгийн нэгдүгээр эшлэлээр шүүлт саяхан эхэлснийг зааж өгдөг.</w:t>
      </w:r>
    </w:p>
    <w:p>
      <w:pPr>
        <w:pStyle w:val="ArticleScripture"/>
        <w:jc w:val="left"/>
      </w:pPr>
      <w:r>
        <w:rPr>
          <w:rFonts w:ascii="Times New Roman" w:hAnsi="Times New Roman" w:eastAsia="Times New Roman" w:cs="Times New Roman"/>
        </w:rPr>
        <w:t>«Сэгсрэгдэж болох бүх зүйл сэгсрэгдэх цаг ирээд байна; ингэснээр сэгсрэгдэж үл болох зүйлс үлдэн тогтоно. Хэрэг тус бүр Бурханы өмнө хянан шүүгдэхээр ирж байна; учир нь Тэр Бурханы сүмийг болон тэнд мөргөгчдийг хэмжиж байна. “Баруун мутартаа долоон оддыг баригч, долоон алтан дэнлүүний дунд явагч Тэр ийн айлдаж байна: Би чиний үйлсийг мэднэ…. Гэвч чиний эсрэг Надад нэг зүйл байна; учир нь чи анхны хайраа орхижээ. Иймээс чи хаанаас унаснаа санаж, гэмшээд, эхний үйлсээ үйлдэгтүн; эс бөгөөс Би чам дээр түргэн ирж, дэнлүүг чинь байрнаас нь авч хаяна.” “Гэмшигтүн; эс бөгөөс Би чам дээр түргэн ирж, амныхаа илдээр чиний эсрэг байлдана. Чихтэй нь Сүнс чуулгануудад юу айлдаж байгааг сонсогтун. Ялагчид Би нууцлаг маннагаас идүүлэх бөгөөд түүнд цагаан чулуу өгнө, мөн тэр чулуун дээр түүнийг хүлээн авагчаас өөр хэн ч үл мэдэх шинэ нэр бичигдсэн байна.”» The 1888 Materials, 1116.</w:t>
      </w:r>
    </w:p>
    <w:p>
      <w:pPr>
        <w:pStyle w:val="ArticleBody"/>
        <w:jc w:val="left"/>
      </w:pPr>
      <w:r>
        <w:rPr>
          <w:rFonts w:ascii="Times New Roman" w:hAnsi="Times New Roman" w:eastAsia="Times New Roman" w:cs="Times New Roman"/>
        </w:rPr>
        <w:t>Иохан 1844 онд мөрдөн шалгах шүүлт нээгдэж байгааг төлөөлөн илэрхийлж байгаа тул ариун хотыг нэг мянга хоёр зуун жаран жилийн турш гишгэлэн дэвслэх харь үндэстнүүдэд өгөгдсөн учраас түүнд сүмийн гаднах хашааг орхихыг тушаажээ. Лук хорин нэгэнд харь үндэстнүүдийн “үе” гүйцэлдэх хүртэл харь үндэстнүүд Иерусалимыг гишгэлэн дэвслэхийг тодорхойлдог. Арван нэгдүгээр бүлэгт Иохан Иерусалимыг харь үндэстнүүд гишгэлэн дэвсэлсэн цаг хугацаа нь 538-аас 1798 он хүртэлх түүх байсан гэдгийг саяхан тодорхойлсон. Арван хоёрдугаар бүлэгт Иохан энэ хугацааг хоёр удаа цөл хэмээн тодорхойлдог бөгөөд энэ нь папын авчирсан хавчлагаас зайлсхийхийн тулд сүм тийшээ дүрвэн орсон хугацаа юм.</w:t>
      </w:r>
    </w:p>
    <w:p>
      <w:pPr>
        <w:pStyle w:val="ArticleBody"/>
        <w:jc w:val="left"/>
      </w:pPr>
      <w:r>
        <w:rPr>
          <w:rFonts w:ascii="Times New Roman" w:hAnsi="Times New Roman" w:eastAsia="Times New Roman" w:cs="Times New Roman"/>
        </w:rPr>
        <w:t>Мосе ба Елиа хоёр алагдаж, гурван өдөр хагасын хугацаанд гудамжинд хөл дор гишгэгдэн орхигдох үед, Иерусалим хөл дор гишгэгдэж байсан өмнөх гурван түүхийг тэрхүү хугацааг хэв шинжлэн илэрхийлдэг гэж ойлгох ёстой. Лук хорин нэгд, харь үндэстнүүдийн «үе цаг» гүйцэлдэх хүртэл харь үндэстнүүд ариун хотыг хөл дор гишгэх болно.</w:t>
      </w:r>
    </w:p>
    <w:p>
      <w:pPr>
        <w:pStyle w:val="ArticleBody"/>
        <w:jc w:val="left"/>
      </w:pPr>
      <w:r>
        <w:rPr>
          <w:rFonts w:ascii="Times New Roman" w:hAnsi="Times New Roman" w:eastAsia="Times New Roman" w:cs="Times New Roman"/>
        </w:rPr>
        <w:t>Ийнхүү Лук харь үндэстнүүдийн нэгээс илүү “цаг”-ийг заан тэмдэглэж байна. Харин харь үндэстнүүдийн цаг гүйцэлдсэн нь 1798 он байсан гэдгийг бид мэднэ. Эхний “харь үндэстнүүдийн цаг” нь МЭӨ 723 онд Израилийн хойд хаант улсыг Ассир дарлан гишгэлсэн үед эхэлсэн. Тэрхүү гишгэлт нь харийн хүчээр дарлан гишгэх явдлыг эхлүүлж, 538 он хүртэл үргэлжилсэн бөгөөд дараа нь папын эрх мэдэл энэ ажлыг 1798 он хүртэл үргэлжлүүлсэн. Шүтээнлэг үзэл нь махбодын Израилийг тараан сарниулж, дарлан гишгэлсэн бол папизм нь сүнслэг Израилийг тараан сарниулж, дарлан гишгэлсэн. Харь үндэстнүүдийн “цагууд” нь Левит хорин зургаад буй хоёр мянга таван зуун хорин жилийг илэрхийлдэг бөгөөд энэ нь дарлан гишгэх хоёр үеийг төлөөлдөг. Эхнийхийг Ассираар, дараа нь Вавилоноор, улмаар шүтээнлэг Ромоор төлөөлөгдсөн шүтээнлэг үзэл хэрэгжүүлсэн. Дараа нь Миллерийн хэрэглэсэн эш үзүүллэгийн ариун хүрээний дотор түүний тодорхойлсон хоёр дахь эзгүйрүүлэгч хүч нь папизм байсан бөгөөд энэ нь 1798 он хүртэл дарлан гишгэх явдлыг үргэлжлүүлэх ёстой байв. Шүтээнлэг үзэл болон папизмын аль алиных нь дарлан гишгэлт нь тэнгэрлэг харилцан ярианд хөндөгдсөн яг тэр асуудал мөн бөгөөд тэндээс гарсан хариу нь Адвентизмын үндэс суурь, төв багана болдог юм.</w:t>
      </w:r>
    </w:p>
    <w:p>
      <w:pPr>
        <w:pStyle w:val="ArticleScripture"/>
        <w:jc w:val="left"/>
      </w:pPr>
      <w:r>
        <w:rPr>
          <w:rFonts w:ascii="Times New Roman" w:hAnsi="Times New Roman" w:eastAsia="Times New Roman" w:cs="Times New Roman"/>
        </w:rPr>
        <w:t>Тэгээд би нэгэн ариун хүний ярьж байхыг сонсов. Тэгэхэд ярьж байсан тэрхүү нэгэн ариун хүнд өөр нэгэн ариун хүн хандан, Өдөр тутмын тахилын тухай, мөн сүйрүүлдэг гэмт хэргийн тухай, ариун газрыг болон цэргийг хөл дор гишгүүлэхээр өгсөн тэр үзэгдэл хэр удаан үргэлжлэх вэ? гэж хэлэв. Тэр надад, Хоёр мянга гурван зуун хоног хүртэл; тэгээд ариун газар цэвэрлэгдэх болно гэв. Даниел 8:13, 14.</w:t>
      </w:r>
    </w:p>
    <w:p>
      <w:pPr>
        <w:pStyle w:val="ArticleBody"/>
        <w:jc w:val="left"/>
      </w:pPr>
      <w:r>
        <w:rPr>
          <w:rFonts w:ascii="Times New Roman" w:hAnsi="Times New Roman" w:eastAsia="Times New Roman" w:cs="Times New Roman"/>
        </w:rPr>
        <w:t>Тэнгэрэлч Габриел болон бусад тэнгэрэлчүүд Миллерт “өдөр тутмын” нь харь шашинтныг, харин “сүйрэлд хүргэгч гэм нүгэл” нь папын ёсыг төлөөлдөг болохыг ойлгуулсан. Харь шашинтан ч, папын ёс ч хоёулаа ариун газар болон цэргийг гишгэлэн доромжлох байв. Иймээс Лукийн дурдсан харь үндэстнүүдийн “цаг хугацаа” гэдэг нь нэг мянга хоёр зуун жаран жилийн хоёр гишгэлэн доромжлолын үе бөгөөд тэд нийлээд Левит хорин зургаагийн долоон цаг мөн юм.</w:t>
      </w:r>
    </w:p>
    <w:p>
      <w:pPr>
        <w:pStyle w:val="ArticleBody"/>
        <w:jc w:val="left"/>
      </w:pPr>
      <w:r>
        <w:rPr>
          <w:rFonts w:ascii="Times New Roman" w:hAnsi="Times New Roman" w:eastAsia="Times New Roman" w:cs="Times New Roman"/>
        </w:rPr>
        <w:t>Мосегийн “тангараг”-ийн мэдээ 1863 онд, Мосегийн мэдээг тунхагласан элч Елиагийн хамт алагдсан. Мосегийн мэдээ ч, Елиа элч ч хоёулаа 2001 оны 9 дүгээр сарын 11-ний дараа амилуулагдсан. Елиагаар дахин тунхаглагдсан Мосегийн мэдээний дараа, тэд хоёулаа алагдаж, улмаар нэг мянга хоёр зуун жаран өдрийн турш гудамжинд орхигдон, оршуулагдаагүй байсан нь Даниелын Мосегийн “тангараг” хэмээн нэрлэдэг “долоон цаг үе”-ийн мэдээтэй шууд холбоотой юм. Миллер болон Миллерчүүдээр хэв шинжлэгдсэнчлэн Мосегийн Елиагийн мэдээг давтан тунхаглах хөдөлгөөн ба элч эцэстээ хөл дээрээ босож, амилуулагдах болно.</w:t>
      </w:r>
    </w:p>
    <w:p>
      <w:pPr>
        <w:pStyle w:val="ArticleScripture"/>
        <w:jc w:val="left"/>
      </w:pPr>
      <w:r>
        <w:rPr>
          <w:rFonts w:ascii="Times New Roman" w:hAnsi="Times New Roman" w:eastAsia="Times New Roman" w:cs="Times New Roman"/>
        </w:rPr>
        <w:t>Гурван өдөр хагасын дараа Бурханаас ирсэн амийн Сүнс тэдний дотор орж, тэд хөл дээрээ босов; тэднийг харсан хүмүүсийн дээр их айдас нөмөрчээ. Тэгээд тэд тэнгэрээс өөрсдөд нь хандан, «Нааш ирж өгс» хэмээн хэлэх агуу дууг сонсов. Тэд үүлэн дотор тэнгэр өөд өгсөж, дайснууд нь тэднийг харж байв. Илчлэлт 11:11, 12.</w:t>
      </w:r>
    </w:p>
    <w:p>
      <w:pPr>
        <w:pStyle w:val="ArticleBody"/>
        <w:jc w:val="left"/>
      </w:pPr>
      <w:r>
        <w:rPr>
          <w:rFonts w:ascii="Times New Roman" w:hAnsi="Times New Roman" w:eastAsia="Times New Roman" w:cs="Times New Roman"/>
        </w:rPr>
        <w:t>Бид энэ үнэнийг дараагийн өгүүлэлд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Америкийн ирээдүй ба 2020 оны 7-р сарын 18 — Дөрөвдүгээр дугаар</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