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Америкийн ирээдүй ба 2020 оны 7-р сарын 18 — Зургаа дахь дугаар</w:t>
      </w:r>
    </w:p>
    <w:p>
      <w:pPr>
        <w:pStyle w:val="ArticleSubtitle"/>
        <w:jc w:val="left"/>
      </w:pPr>
      <w:r>
        <w:rPr>
          <w:rFonts w:ascii="Arial" w:hAnsi="Arial" w:eastAsia="Arial" w:cs="Arial"/>
        </w:rPr>
        <w:t>Туг тэмдэг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Гурван өдөр хагасын дараа Бурханаас ирэх амийн Сүнс тэдний дотор орж, тэд хөл дээрээ босов; тэднийг харсан хүмүүсийн дээр агуу айдас буув. Тэгээд тэд тэнгэрээс өөрсдөд нь хандан, “Энд дээш гар” хэмээн айлдах агуу дууг сонсов. Тэд үүлэн дотор тэнгэр өөд өгсөн гарч, дайснууд нь тэднийг харж байв. Илчлэлт 11:11, 12.</w:t>
      </w:r>
    </w:p>
    <w:p>
      <w:pPr>
        <w:pStyle w:val="ArticleBody"/>
        <w:jc w:val="left"/>
      </w:pPr>
      <w:r>
        <w:rPr>
          <w:rFonts w:ascii="Times New Roman" w:hAnsi="Times New Roman" w:eastAsia="Times New Roman" w:cs="Times New Roman"/>
        </w:rPr>
        <w:t>Гудамжинд дэвслэгдэн доромжлогдсоны дараа Елиа болон Мосе Тайтгаруулагчийг хүлээн авч, дараа нь хөл дээрээ босно. Езекиелийн ясны хөндийнхөн эхлээд нэгэн чимээг сонсож, дараа нь донсолгоог амссан боловч амьсгалгүй хэвээр байв.</w:t>
      </w:r>
    </w:p>
    <w:p>
      <w:pPr>
        <w:pStyle w:val="ArticleScripture"/>
        <w:jc w:val="left"/>
      </w:pPr>
      <w:r>
        <w:rPr>
          <w:rFonts w:ascii="Times New Roman" w:hAnsi="Times New Roman" w:eastAsia="Times New Roman" w:cs="Times New Roman"/>
        </w:rPr>
        <w:t>Тийнхүү би тушаагдсаны дагуу эш үзүүлэв. Намайг эш үзүүлж байхад нэгэн чимээ гарч, харагтун, нэгэн доргилт болж, яснууд өөр өөрийн ястайгаа нийлэв. Би харахад, үзэгтүн, шөрмөс тэдэн дээр урган гарч, мах тэднийг бүрхэж, арьс дээрээс нь хучив. Гэвч тэдний дотор амьсгал байсангүй. Езекиел 37:7, 8.</w:t>
      </w:r>
    </w:p>
    <w:p>
      <w:pPr>
        <w:pStyle w:val="ArticleBody"/>
        <w:jc w:val="left"/>
      </w:pPr>
      <w:r>
        <w:rPr>
          <w:rFonts w:ascii="Times New Roman" w:hAnsi="Times New Roman" w:eastAsia="Times New Roman" w:cs="Times New Roman"/>
        </w:rPr>
        <w:t>Бие махбодууд дахин бүрдүүлэгдсэний дараа тэд дөрвөн салхины мэдээг сонсоно.</w:t>
      </w:r>
    </w:p>
    <w:p>
      <w:pPr>
        <w:pStyle w:val="ArticleScripture"/>
        <w:jc w:val="left"/>
      </w:pPr>
      <w:r>
        <w:rPr>
          <w:rFonts w:ascii="Times New Roman" w:hAnsi="Times New Roman" w:eastAsia="Times New Roman" w:cs="Times New Roman"/>
        </w:rPr>
        <w:t>Тэгээд Тэр надад, “Салхинд эш үзүүл, эш үзүүл, хүний хүү, мөн салхинд ийнхүү хэлэгтүн: Эзэн БУРХАН ийн айлдаж байна; Ай амьсгал аа, дөрвөн салхинаас ирж, эдгээр алагдагсдын дээр үлээ, тэгвэл тэд амьдраг” гэв. Тиймээс би Түүний надад тушаасны дагуу эш үзүүлсэнд, амьсгал тэдний дотор орж, тэд амь орж, хөл дээрээ босон зогсов; тэд үлэмж агуу их цэрэг байлаа. Езекиел 37:9, 10.</w:t>
      </w:r>
    </w:p>
    <w:p>
      <w:pPr>
        <w:pStyle w:val="ArticleBody"/>
        <w:jc w:val="left"/>
      </w:pPr>
      <w:r>
        <w:rPr>
          <w:rFonts w:ascii="Times New Roman" w:hAnsi="Times New Roman" w:eastAsia="Times New Roman" w:cs="Times New Roman"/>
        </w:rPr>
        <w:t>Бүх эш үзүүлэгчид ертөнцийн төгсгөлийг заан тогтоодог тул Езекиелээс авсан энэ хэсэг нь Илчлэлт арван нэгдүгээр бүлгийн хоёр эш үзүүлэгчийн мэдээгээс зайлсхийхийг хүсэгчдэд нэгэн хүндрэл бэрхшээлийг бий болгодог. Мэдээж, тэр мэдээг няцаахыг хүсэгчдийн өөрсдөдөө хэлж болох хамгийн амархан худал нь Илчлэлт арван нэгдүгээр бүлэг бол ердөө Францын хувьсгалыг төлөөлсөн түүх бөгөөд ертөнцийн төгсгөлтэй холбоотой ямар ч хэрэглээ байхгүй гэх явдал юм. Харин Илчлэлт арван нэгдүгээр бүлэг хүртэл ертөнцийн төгсгөлийг заан тогтоодог гэсэн урьдчилсан нөхцөлийг та хүлээн зөвшөөрвөл, ертөнцийн төгсгөл дэх хүчит цэрэг их чанга дуугаар гурав дахь тэнгэрэлчийн мэдээг тунхагладаг атлаа Бурханы цэрэг болон босохоосоо өмнө үхсэн бөгөөд амилуулагдсан гэж тодорхойлогддог тэр бодит байдлыг та эвлэрүүлэн нийцүүлэх ёстой.</w:t>
      </w:r>
    </w:p>
    <w:p>
      <w:pPr>
        <w:pStyle w:val="ArticleScripture"/>
        <w:jc w:val="left"/>
      </w:pPr>
      <w:r>
        <w:rPr>
          <w:rFonts w:ascii="Times New Roman" w:hAnsi="Times New Roman" w:eastAsia="Times New Roman" w:cs="Times New Roman"/>
        </w:rPr>
        <w:t>Тэгээд Тэр надад айлдав: Хүний хүү, эдгээр яс нь Израилийн бүх гэр мөн. Харагтун, тэд, “Бидний яс хатаж, бидний найдвар үгүй болов; бид өөрсдийн хувьд таслагдсан” гэж хэлж байна. Иймийн тул эш үзүүлэн тэдэнд ийнхүү хэлэгтүн: Эзэн БУРХАН ийн айлдаж байна; Харагтун, ард минь, Би та нарын булшнуудыг нээж, та нарыг булшнуудаас чинь гаргаж ирээд, Израилийн нутагт аваачна. Би, ард минь, та нарын булшнуудыг нээж, та нарыг булшнуудаас чинь гаргаж ирэхэд, та нар Намайг ЭЗЭН мөн гэдгийг мэдэх болно. Мөн Би Өөрийн Сүнсийг та нарын дотор тавих бөгөөд та нар амьдрах болно, Би та нарыг өөрсдийн чинь нутагт байрлуулах болно. Тэгээд Би, ЭЗЭН, үүнийг айлдаж, мөн үйлдсэнийг та нар мэдэх болно гэж ЭЗЭН айлдаж байна. Езекиел 37:11–14.</w:t>
      </w:r>
    </w:p>
    <w:p>
      <w:pPr>
        <w:pStyle w:val="ArticleBody"/>
        <w:jc w:val="left"/>
      </w:pPr>
      <w:r>
        <w:rPr>
          <w:rFonts w:ascii="Times New Roman" w:hAnsi="Times New Roman" w:eastAsia="Times New Roman" w:cs="Times New Roman"/>
        </w:rPr>
        <w:t>Христ үүлэн дунд тэнгэр өөд өгссөн бөгөөд Тэр үүлсийн хамт буцан ирнэ; үүлс нь тэнгэрэлчүүдийг төлөөлдөг. Мосе ба Елиа АНУ-д Ням гаргийн хууль тогтоогдох үед тэнгэрийн мандлын дундуур нисдэг гурав дахь тэнгэрэлчийн мэдээг төлөөлөх үүлэн дунд тэнгэр өөд өгсөн. Мосе ба Елиа Ням гаргийн хуулийн үед Исламын нэгэн мэдээтэй холбоотойгоор тэнгэр өөд өгсөн.</w:t>
      </w:r>
    </w:p>
    <w:p>
      <w:pPr>
        <w:pStyle w:val="ArticleBody"/>
        <w:jc w:val="left"/>
      </w:pPr>
      <w:r>
        <w:rPr>
          <w:rFonts w:ascii="Times New Roman" w:hAnsi="Times New Roman" w:eastAsia="Times New Roman" w:cs="Times New Roman"/>
        </w:rPr>
        <w:t>Исаиа энэ түүхтэй холбоотой олон үнэнийг, мөн Есүс Өөрийн ажлыг тодорхойлоход иш татсан яг тэр хэсэгт илэрхийлдэг. Тэрээр эш үзүүлэгч Елиа, Елиша нарыг өөрсдийн нутаг нэгтнүүдэд эш үзүүллэгийн мэдээ хүлээн авагдаагүйн жишээ болгон хэрэглэсэн бөгөөд энэ нь даруй Назарет дахь сүмийнхнийг уурлуулж, тэд Түүнийг алахаар завдсан юм.</w:t>
      </w:r>
    </w:p>
    <w:p>
      <w:pPr>
        <w:pStyle w:val="ArticleScripture"/>
        <w:jc w:val="left"/>
      </w:pPr>
      <w:r>
        <w:rPr>
          <w:rFonts w:ascii="Times New Roman" w:hAnsi="Times New Roman" w:eastAsia="Times New Roman" w:cs="Times New Roman"/>
        </w:rPr>
        <w:t>Эзэн БУРХАНЫ Сүнс миний дээр байна; учир нь ЭЗЭН намайг дарууст сайн мэдээг тунхаглуулахаар тосолсон. Тэр намайг зүрх нь шархалсан хүмүүсийг эдгээхээр, олзлогдогсдод эрх чөлөөг, хүлээстэй хүмүүст шоронгийн нээгдлийг тунхаглахаар илгээсэн; ЭЗЭНий тааллын жилийг, мөн бидний Бурханы өшөө авах өдрийг тунхаглахаар; гашуудаж буй бүхнийг тайвшруулахаар; Сионы төлөө гашуудаж буй хүмүүст үнсний оронд үзэсгэлэн, гашуудлын оронд баярын тос, гутралын сүнсний оронд магтаалын өмсгөл өгөхөөр; ингэснээр тэд зөвт байдлын модод, ЭЗЭНий тарилт хэмээн дуудагдаж, Тэр алдарших болтугай. Тэд эртний балгасыг сэргээн босгож, урьдын хоосролыг өндийлгөн, олон үеийн сүйрлийг үзсэн эзгүй хотуудыг засварлан сэргээнэ. Харийнхан ирж, та нарын сүргийг хариулна, гаднынхны хөвгүүд та нарын анжисчид болон усан үзмийн талбай эрхлэгчид болно. Харин та нарыг ЭЗЭНий Тахилч нар хэмээн нэрлэнэ; хүмүүс та нарыг бидний Бурханы Үйлчлэгчид гэж дуудна. Та нар үндэстнүүдийн баялгийг идэж, тэдний алдар дотор өөрсдийгөө бахархан өргөмжилнө. Та нарын ичгүүрийн оронд давхар хувь ногдох бөгөөд шившгийн оронд тэд өөрсдийн хувьдаа баярлана; тиймээс тэд нутагтаа давхар хувийг эзэмшинэ; мөнхийн баяр баясал тэднийх болно. Учир нь Би, ЭЗЭН, шударга ёсыг хайрладаг, шатаалт тахилын төлөөх дээрмийг үзэн яддаг; Би тэдний ажлыг үнэнээр чиглүүлж, тэдэнтэй мөнхийн гэрээ байгуулна. Тэдний үр удам үндэстнүүдийн дунд, тэдний үр сад ард түмнүүдийн дунд танигдах болно; тэднийг харсан бүхэн тэднийг ЭЗЭНий ерөөсөн үр удам мөн гэдгийг хүлээн зөвшөөрнө. Би ЭЗЭН дотор асар ихээр баярлана, сэтгэл минь өөрийн Бурханд баясах болно; учир нь Тэр намайг авралын өмсгөлөөр хувцаслаж, зөвт байдлын нөмрөгөөр бүрхсэн; сүйт залуу гоёл чимгээрээ өөрийгөө чимдэг шиг, сүйт бүсгүй үнэт эдлэлээрээ өөрийгөө гоёдог шиг билээ. Учир нь газар өөрийн нахиаг ургуулдаг шиг, цэцэрлэг түүнд тарьсан юмыг соёолуулдаг шиг, тийнхүү Эзэн БУРХАН бүх үндэстний өмнө зөвт байдал ба магтаалыг соёолуулна.</w:t>
      </w:r>
    </w:p>
    <w:p>
      <w:pPr>
        <w:pStyle w:val="ArticleScripture"/>
        <w:jc w:val="left"/>
      </w:pPr>
      <w:r>
        <w:rPr>
          <w:rFonts w:ascii="Times New Roman" w:hAnsi="Times New Roman" w:eastAsia="Times New Roman" w:cs="Times New Roman"/>
        </w:rPr>
        <w:t>Сионын төлөө би дуугүй байхгүй, Иерусалимын төлөө би амрахгүй; түүний зөвт байдал гэрэлтэх туяа мэт гарч, түүний аврал асаж буй дэнлүү мэт болтлоо тийнхүү байх болно. Үндэстнүүд чиний зөвт байдлыг, бүх хаад чиний алдрыг үзнэ; тэгээд чи ЭЗЭНий ам нэрлэх шинэ нэрээр нэрлэгдэх болно. Чи мөн ЭЗЭНий мутарт алдрын титэм, Бурханыхаа гарт хааны диадем байх болно. Чамайг цаашид Орхигдсон гэж нэрлэхгүй, танай газрыг ч дахин Эзгүйрсэн гэж нэрлэхгүй; харин чамайг Хефзиба, газрыг чинь Беула гэж нэрлэх болно. Учир нь ЭЗЭН чамаас таашаал авдаг, газар чинь гэрлэгдэх болно. Учир нь залуу эр онгон бүсгүйтэй гэрлэдэг шиг чиний хөвгүүд чамтай гэрлэнэ; хүргэн сүйт бүсгүйдээ баярладаг шиг чиний Бурхан чамд баярлах болно. Ай Иерусалим аа, Би чиний хэрмүүд дээр манаачдыг тавьсан; тэд өдөр ч, шөнө ч хэзээ ч дуугүй байхгүй. ЭЗЭНийг дурсан дууддаг та нар, бүү чимээгүй бай. Тэрээр Иерусалимыг газар дэлхий дээр магтаал болтол нь, түүнийг бат тогтоотол нь Түүнд амралт бүү өг. ЭЗЭН Өөрийн баруун мутар, Өөрийн хүчирхэг гарынхаа дэргэд тангарагласан нь: Би чиний үр тариаг дахин хэзээ ч дайснуудын чинь хоол болгохгүй; харийнхны хөвгүүд чиний хөдөлмөрлөж олсон дарсыг уухгүй. Харин түүнийг хураасан хүмүүс өөрсдөө идэж, ЭЗЭНийг магтах болно; түүнийг хаман цуглуулсан хүмүүс Миний ариун газрын хашаануудад уух болно. Нэвтэр, хаалгуудаар нэвтэр; ард түмний замыг бэлтгэ. Зас, зас дардан замыг; чулууг нь зайлуул; ард түмний төлөө туг өргө. Харагтун, ЭЗЭН дэлхийн хязгаар хүртэл тунхагласан нь: Сионы охинд хэлэгтүн, Харагтун, чиний аврал ирж байна; харагтун, Түүний шагнал Түүнтэй хамт, Түүний хөлс Түүний өмнө байна. Тэд тэднийг Ариун ард түмэн, ЭЗЭНий золигдогсод гэж нэрлэх болно; харин чамайг Эрэн олдсон, Орхигдоогүй хот гэж нэрлэх болно. Исаиа 61:1–62:12.</w:t>
      </w:r>
    </w:p>
    <w:p>
      <w:pPr>
        <w:pStyle w:val="ArticleBody"/>
        <w:jc w:val="left"/>
      </w:pPr>
      <w:r>
        <w:rPr>
          <w:rFonts w:ascii="Times New Roman" w:hAnsi="Times New Roman" w:eastAsia="Times New Roman" w:cs="Times New Roman"/>
        </w:rPr>
        <w:t>Эзэн урьд нь “орхигдсон” байсан боловч дараа нь “орхигдоогүй” “хот” болдог нэг зуун дөчин дөрвөн мянгатай “мөнхийн гэрээ” байгуулдаг. Тэд “эзгүйрсэн” байсан бөгөөд гудамжинд үхсэн байв. Исаиа тэднийг “ЭЗЭНий тахилч нар,” Эзэний “үйлчлэгчид,” “ариун ард түмэн” болон Сионы хэрэм дээрх “харуулууд” хэмээн тодорхойлдог.</w:t>
      </w:r>
    </w:p>
    <w:p>
      <w:pPr>
        <w:pStyle w:val="ArticleBody"/>
        <w:jc w:val="left"/>
      </w:pPr>
      <w:r>
        <w:rPr>
          <w:rFonts w:ascii="Times New Roman" w:hAnsi="Times New Roman" w:eastAsia="Times New Roman" w:cs="Times New Roman"/>
        </w:rPr>
        <w:t>Тэдний үхсэн бие дээр баярласан хүмүүсээс эсрэгээр, Бурхан дараа нь тэдний дээр “хүргэн сүйт бүсгүйдээ баярладгийн адил” баярладаг. Тийнхүү сүйт бүсгүй бэлэн болгогдсон байдаг. Филаделфид өгсөн амлалтад Эзэн тэдэнд “шинэ нэр” өгдгийн адил, Тэр тэдний нэрийг “Хефзиба” болон “Беула” хэмээн тодорхойлдог. Хефзиба гэдэг нь миний баяр баясгалан түүнд оршдог гэсэн утгатай, харин Беула гэдэг нь гэрлэх гэсэн утгатай. Эзэн Елиа болон Мосегоор төлөөлөгдсөн хүмүүсийг өөртөө гэрлүүлдэг.</w:t>
      </w:r>
    </w:p>
    <w:p>
      <w:pPr>
        <w:pStyle w:val="ArticleBody"/>
        <w:jc w:val="left"/>
      </w:pPr>
      <w:r>
        <w:rPr>
          <w:rFonts w:ascii="Times New Roman" w:hAnsi="Times New Roman" w:eastAsia="Times New Roman" w:cs="Times New Roman"/>
        </w:rPr>
        <w:t>Тэдэнд өгөгдсөн ажил нь Христийн болон Түүний зөвт байдлын тухай “сайн мэдээг” “ертөнцийн төгсгөл хүртэл” тунхаглан, Христийн Хоёр дахь ирэлтийн замыг бэлтгэх явдал юм. Тэд Сүнсний асгаралтаар Тайтгаруулагчаар тослогдсон бөгөөд дараа нь “тэнгэрээс гарсан агуу дуу хоолой” тэдэнд “Нааш гарч ир” гэж айлдах үед “туг тэмдэг мэт” өргөгдөнө. Тэгээд тэд Эзэний мутарт “алдрын титэм” болон “хааны шошго” адил болно. Зехариа мөн энэхүү титмийг туг тэмдэг хэмээн тодорхойлдог бөгөөд уг үйл явдлыг хожмын борооны цаг үед байрлуулдаг.</w:t>
      </w:r>
    </w:p>
    <w:p>
      <w:pPr>
        <w:pStyle w:val="ArticleScripture"/>
        <w:jc w:val="left"/>
      </w:pPr>
      <w:r>
        <w:rPr>
          <w:rFonts w:ascii="Times New Roman" w:hAnsi="Times New Roman" w:eastAsia="Times New Roman" w:cs="Times New Roman"/>
        </w:rPr>
        <w:t>Тэгээд тэр өдөр тэдний Бурхан ЭЗЭН Өөрийн ард түмний сүрэг мэт тэднийг аварна. Учир нь тэд Түүний газрын дээр туг адил өргөгдсөн титмийн чулуунууд мэт байх болно. Учир нь Түүний сайн сайхан нь хэчнээн агуу вэ, Түүний үзэсгэлэн нь хэчнээн агуу вэ! Үр тариа залуу эрчүүдийг баясгаж, шинэ дарс охидыг баясгана. Хожуу борооны цагт ЭЗЭНээс бороо гуйгтун; тэгвэл ЭЗЭН гялалзсан үүлсийг бий болгож, тэдэнд аадар бороо өгнө, мөн хүн бүрд талбай дахь өвсийг өгнө. Зехариа 9:16–10:1.</w:t>
      </w:r>
    </w:p>
    <w:p>
      <w:pPr>
        <w:pStyle w:val="ArticleBody"/>
        <w:jc w:val="left"/>
      </w:pPr>
      <w:r>
        <w:rPr>
          <w:rFonts w:ascii="Times New Roman" w:hAnsi="Times New Roman" w:eastAsia="Times New Roman" w:cs="Times New Roman"/>
        </w:rPr>
        <w:t>Тэд Түүний ард түмний “сүрэг” байх болно. Гэвч Эзэнд тэр үед Вавилонд хэвээр буй, Өөрийн дуудлагаар мөн дуудан гаргах хоёр дахь сүрэг бий. Тэдний ажил нь олон үеийн туршид “хуучин” эзгүйрсэн газрууд болон “сүйрлүүдийг” дахин сэргээн босгох явдал байх болно. Тэд бол Адвентизмийн дотор ч, Адвентизмийн гадна ч няцаагдан, булшлагдан дарагдсан хуучин зам мөрүүдийг эргэн сэргээж, дахин тогтоогчид байх болно. Тэд Миллеритүүдийн суурь үнэнүүдэд эргэн очиж, тэдгээрийг ариун цэврээр нь Лаодикийн Адвентизмд толилуулах бөгөөд мөн Адвентизмийн гаднах хүмүүст Бурханы хуультай холбоотой, ялангуяа Амралтын өдөртэй холбоотой “хуучин” үнэнүүдийн талаар нэгэн мэдээг тунхаглах болно. Ингэхдээ тэд шинэ түүхийг тодруулан харуулахын тулд олон үеийн түүхүүдийг ашиглах болно. Тэдний ажил сүүлчийн борооны үед, Бурханы шүүлтүүд газар нутагт буй тэр цагт явагдана. Эзэн Өөрийн баруун мутраар тэднийг туг тэмдэг болгон өргөхөд, урьд нь тэдний гудамжинд хэвтэх үхсэн цогцоснуудын дээр баярлаж байсан бүх дэлхий тэрхүү туг тэмдгийг харж, харуулуудын анхааруулах бүрээг сонсох болно.</w:t>
      </w:r>
    </w:p>
    <w:p>
      <w:pPr>
        <w:pStyle w:val="ArticleScripture"/>
        <w:jc w:val="left"/>
      </w:pPr>
      <w:r>
        <w:rPr>
          <w:rFonts w:ascii="Times New Roman" w:hAnsi="Times New Roman" w:eastAsia="Times New Roman" w:cs="Times New Roman"/>
        </w:rPr>
        <w:t>Ертөнцийн бүх оршин суугчид аа, газар дэлхийн оршин суугчид аа, Тэр уулс дээр туг өргөхөд харцгаа; Тэр бүрээ үлээхэд сонсогтун. Исаиа 18:3.</w:t>
      </w:r>
    </w:p>
    <w:p>
      <w:pPr>
        <w:pStyle w:val="ArticleBody"/>
        <w:jc w:val="left"/>
      </w:pPr>
      <w:r>
        <w:rPr>
          <w:rFonts w:ascii="Times New Roman" w:hAnsi="Times New Roman" w:eastAsia="Times New Roman" w:cs="Times New Roman"/>
        </w:rPr>
        <w:t>Илчлэл номын арван нэгдүгээр бүлэгт, тэдний үхсэн цогцоснуудын дээр баярлан хөөрч байсан хүмүүс тэднийг босон зогсохыг харахад, “тэднийг харсан хүмүүсийн дээр агуу их айдас буув.”</w:t>
      </w:r>
    </w:p>
    <w:p>
      <w:pPr>
        <w:pStyle w:val="ArticleScripture"/>
        <w:jc w:val="left"/>
      </w:pPr>
      <w:r>
        <w:rPr>
          <w:rFonts w:ascii="Times New Roman" w:hAnsi="Times New Roman" w:eastAsia="Times New Roman" w:cs="Times New Roman"/>
        </w:rPr>
        <w:t>Тэгээд Ассур хүн хүчтэний илдээр бус, эгэл хүний илдээр ч бус унах болно; харин илд түүнийг залгих бөгөөд, тэр илднээс зугтах болно, түүний залуус ч сандарч мохож гүйцнэ. Айдсаас болж тэр өөрийн бэхлэлт уруу дайжин өнгөрөх бөгөөд, түүний ноёд туг тэмдгээс айн балмагдах болно гэж Сионд галаа, Иерусалимд зуухаа буй ЭЗЭН айлдаж байна. Исаиа 31:8, 9.</w:t>
      </w:r>
    </w:p>
    <w:p>
      <w:pPr>
        <w:pStyle w:val="ArticleBody"/>
        <w:jc w:val="left"/>
      </w:pPr>
      <w:r>
        <w:rPr>
          <w:rFonts w:ascii="Times New Roman" w:hAnsi="Times New Roman" w:eastAsia="Times New Roman" w:cs="Times New Roman"/>
        </w:rPr>
        <w:t>Бүх эш үзүүлэгчийн гэрчлэл Илчлэлт номд нэгэн цул болон нийлдэг. Ассур нь Даниел 11:40–45-д дурдагдсан, туслах хүнгүйгээр эцэстээ хүрдэг хойд зүгийн хааныг төлөөлдөг. Бурханы харуулууд болох нэг зуун дөчин дөрвөн мянган хүн бүрээ үлээхэд бүх дэлхий сонсон эмээх болно. Хоёр эш үзүүлэгчээр төлөөлөгдсөн хүмүүс Зөвлөгчөөр “сайн мэдээ тунхаглуулахын” тулд “тослогдох” бөгөөд энэ нь Даниел 11:44-т гардаг, хойд зүгийн хааныг “сандаргадаг” “зүүнээс болон хойноос ирэх мэдээнүүд” мөн; үүгээр Ням гаргийн хуулийн хямралын хавчлагын эхлэл тэмдэглэгдэнэ. Тэр үед харь үндэстнүүд Вавилоноос гарах тухай мэдээнд хариу өгч, мөн “Иессегийн язгуур” хэмээн төлөөлөгддөг Эзэний тахилч нартай ирж нэгдэх бөгөөд ингэснээр анхааруулах мэдээг харь үндэстнүүдэд хүргэхдээ тэдний ашиглах библийн аргачлал тодорхойлогдоно.</w:t>
      </w:r>
    </w:p>
    <w:p>
      <w:pPr>
        <w:pStyle w:val="ArticleScripture"/>
        <w:jc w:val="left"/>
      </w:pPr>
      <w:r>
        <w:rPr>
          <w:rFonts w:ascii="Times New Roman" w:hAnsi="Times New Roman" w:eastAsia="Times New Roman" w:cs="Times New Roman"/>
        </w:rPr>
        <w:t>Тэр өдөр Иессийн үндэс ард түмнүүдэд зориулсан туг тэмдэг болон босох бөгөөд, харь үндэстнүүд түүн уруу эрэх болно; түүний амралт алдар суугаар дүүрэн байх болно. Тэр өдөр Эзэн Өөрийн ард түмний үлдэгдлийг—Ассириас, Египетээс, Патросоос, Кушаас, Еламаас, Шинараас, Хаматаас, мөн далайн арлуудаас үлдэн хоцорсныг—эргүүлэн авахын тулд мутраа дахин, хоёр дахь удаагаа сунгах болно. Тэрээр үндэстнүүдэд зориулан туг тэмдэг өргөж, Израилийн хөөгдөгсдийг цуглуулан, Иудагийн тараагдагсдыг газрын дөрвөн өнцгөөс нэгтгэнэ. Исаиа 11:10–12.</w:t>
      </w:r>
    </w:p>
    <w:p>
      <w:pPr>
        <w:pStyle w:val="ArticleBody"/>
        <w:jc w:val="left"/>
      </w:pPr>
      <w:r>
        <w:rPr>
          <w:rFonts w:ascii="Times New Roman" w:hAnsi="Times New Roman" w:eastAsia="Times New Roman" w:cs="Times New Roman"/>
        </w:rPr>
        <w:t>Эзэн 2001 оны 9 дүгээр сарын 11-нд Өөрийн ард түмнийг цуглуулж, Исламын довтолгоог гурав дахь гай ирснийг тодорхойлсон мэдээг өгсөн. Тэд гудамжинд үхсэн байсны дараа Эзэн Өөрийн ард түмнийг дахин, хоёр дахь удаагаа цуглуулдаг. Тэр ийнхүү үйлдэхэд цуглуулагдагсад нь “Израилийн хөөгдөгсөд”, “Иудагийн сарнигдагсад” хэмээн тодорхойлогддог. Тэд 2020 оны 7 дугаар сарын 18-нд гудамжинд хөөгдөн гаргагдсан боловч Бабилонд хараахан байгаа Бурханы өөр сүргийг цуглуулах туг тэмдэг болохын тулд тэд хоёр дахь удаагаа цуглуулагддаг. Бабилонд хараахан байгаа хүмүүсийн цугларалт нь Илчлэл арван наймдугаар бүлэгт гардаг хоёр дуу хоолойн хоёр дахь нь болох Америкийн Нэгдсэн Улс дахь Ням гаргийн хуулиар эхэлдэг.</w:t>
      </w:r>
    </w:p>
    <w:p>
      <w:pPr>
        <w:pStyle w:val="ArticleBody"/>
        <w:jc w:val="left"/>
      </w:pPr>
      <w:r>
        <w:rPr>
          <w:rFonts w:ascii="Times New Roman" w:hAnsi="Times New Roman" w:eastAsia="Times New Roman" w:cs="Times New Roman"/>
        </w:rPr>
        <w:t>Эхний цугларалт 2001 оны 9-р сарын 11-нд Ислам Америкийн Нэгдсэн Улсад цохилт өгөх үед болсон. Хоёр дахь удаагаа цуглуулагдах туг тэмдгийн хувьд тэд Иессийн үндэс хэмээн дүрслэгддэг бөгөөд энэ нь Альфа ба Омегагийн ажлыг төлөөлдөг бэлгэдэл мөн, өөрөөр хэлбэл аливаа зүйлийн төгсгөлийг тухайн зүйлийн эхлэлтэй хамтатган харуулдаг. Эхний цугларалт Исламын Америкийн Нэгдсэн Улсад өгсөн цохилтоор тэмдэглэгдсэн бөгөөд энэ нь хоёр дахь цугларалт мөн Исламын Америкийн Нэгдсэн Улсад өгөх цохилтоор илэрч, танигдана гэдгийг үзүүлдэг. Иессийн үндэс харь үндэстнүүдэд зориулсан туг тэмдэг болон зогсох үед түүний “амралт” алдар суутай байх болно. Учир нь уг туг тэмдэг Вавилонд хэвээр байгаа хүмүүсийг Библийн эртний жим болох долоо дахь өдрийн Амралтын өдөрт буцаан хөтлөх бөгөөд ингэснээр Ням гаргийн хуулийн хямралын үед харь үндэстнүүдийн төлөөх туг тэмдэг өргөгдөхийг тэмдэглэнэ.</w:t>
      </w:r>
    </w:p>
    <w:p>
      <w:pPr>
        <w:pStyle w:val="ArticleBody"/>
        <w:jc w:val="left"/>
      </w:pPr>
      <w:r>
        <w:rPr>
          <w:rFonts w:ascii="Times New Roman" w:hAnsi="Times New Roman" w:eastAsia="Times New Roman" w:cs="Times New Roman"/>
        </w:rPr>
        <w:t>“Туг” нь эхлээд Малахи номын гуравдугаар бүлэгт дүрслэгдсэн, Христийн ариун сүмийг хоёр удаа цэвэрлэсэн явдал болон мэдээж Миллерит хөдөлгөөний төгсгөл дэх арван онгон бүсгүйн тухай сургаалт зүйрлэлээр үзүүлэгдсэн цэвэршүүлэлтийн үйл явцыг туулдаг. Эхэнд байсан энэхүү цэвэршүүлэлтийн үйл явц эцэст нь үг үсэгчлэн давтагддаг бөгөөд Исаиа үүнийг нэгэн номд тэмдэглэгдсэн онцгой нэгэн ширээтэй холбон дүрсэлдэг. Адвентизмын тэрслэлт нь Хабаккук номын хоёрдугаар бүлэгт тэмдэглэгдсэн хоёр ширээг няцаан, тэдгээрийг орлуулахын тулд 1863 онд бий болгосон хуурамч ширээ мөн.</w:t>
      </w:r>
    </w:p>
    <w:p>
      <w:pPr>
        <w:pStyle w:val="ArticleScripture"/>
        <w:jc w:val="left"/>
      </w:pPr>
      <w:r>
        <w:rPr>
          <w:rFonts w:ascii="Times New Roman" w:hAnsi="Times New Roman" w:eastAsia="Times New Roman" w:cs="Times New Roman"/>
        </w:rPr>
        <w:t>Одоо явж, үүнийг тэдний өмнө нэгэн самбарт бич, мөн номонд тэмдэглэ; ингэснээр энэ нь ирэх цагийн төлөө үүрд мөнхөд хадгалагдах болтугай. Учир нь эд бол тэрслүү ард түмэн, худалч хүүхдүүд, ЭЗЭНий хуулийг сонсохыг хүсдэггүй хүүхдүүд юм. Тэд үзмэрчдэд, “Бүү үз”; эш үзүүлэгчдэд, “Бидэнд зөвийг бүү эш үзүүл; бидэнд таатай үгсийг ярьж, мэхлэлийг эш үзүүл. Замнаас зайлагтун, жимээс хазайгтун, Израилийн Ариун Нэгэнийг бидний өмнөөс зайлуул” гэж хэлдэг. Тиймээс Израилийн Ариун Нэгэн ийнхүү айлдаж байна: “Та нар энэ үгийг үл ойшоож, дарлал ба гажуудалд итгэж, түүнд түшиглэсэн тул, энэ гэм буруу чинь та нарт нурахад бэлэн ан цав мэт, өндөр хананд төвийж гарсан хагарал мэт байх болно; түүний нурж хэмхрэх нь гэнэт, хормын төдийд ирнэ. Тэр үүнийг ваарчны савыг бут цохих мэт хэмхчинэ; тэр хайрлахгүй. Тийнхүү түүний бутран хагарах дунд нь голомтоос гал шүүрч авах, эсвэл нүхнээс ус хутгаж авахад хэрэглэх нэгээхэн хэлтэрхий ч олдохгүй.” Учир нь Эзэн БУРХАН, Израилийн Ариун Нэгэн ийнхүү айлдаж байна: “Эргэж, амар тайванд байснаар та нар аврагдах болно; нам гүм байдал ба итгэл дотор та нарын хүч чадал оршино.” Гэвч та нар хүссэнгүй. Харин та нар, “Үгүй, бид морь унан зугтана” гэсэн; тиймээс та нар зугтах болно. Мөн, “Бид хурдан хөлөг дээр давхина” гэсэн; тиймээс та нарыг мөрдөх хүмүүс хурдан байх болно. Нэгний зэмлэлээс мянган хүн зугтана; тавын зэмлэлээс та нар зугтана; эцэст нь та нар уулын орой дээрх дохионы шон мэт, толгод дээрх туг мэт үлдтэлээ. Тиймээс ЭЗЭН та нарт нигүүлсэл үзүүлэхийн тулд хүлээх болно; тиймээс та нарт өршөөл үзүүлэхийн тулд Тэр өргөмжлөгдөх болно. Учир нь ЭЗЭН бол шударга шүүлтийн Бурхан мөн. Түүнийг хүлээгч бүхэн ерөөлтэй еэ. Учир нь ард түмэн Сионд, Иерусалимд оршин суух болно. Чи дахин уйлахгүй. Чиний уйлах дуу хоолойг сонсоод Тэр чамд үнэхээр нигүүлсэнгүй хандана; Тэр сонсмогцоо чамд хариулах болно. Исаиа 30:8–19.</w:t>
      </w:r>
    </w:p>
    <w:p>
      <w:pPr>
        <w:pStyle w:val="ArticleBody"/>
        <w:jc w:val="left"/>
      </w:pPr>
      <w:r>
        <w:rPr>
          <w:rFonts w:ascii="Times New Roman" w:hAnsi="Times New Roman" w:eastAsia="Times New Roman" w:cs="Times New Roman"/>
        </w:rPr>
        <w:t>1863 онд Адвентизм Хабаккукийн хоёр ариун самбарт дүрслэгдсэн Уильям Миллерийн эш үзүүллэгийн мэдээг няцаах үйл явцыг эхлүүлсэн. Есүс төгсгөлийг эхлэлээр дүрслэн харуулдаг. Энэ эшлэлд Адвентизмийн эхэн үеийн тэрслэгчид нь мөн Адвентизмийн төгсгөлийн үеийн тэрслэгчдийг төлөөлдөг. Аль аль тохиолдолд тэрслэл нь тухайн түүх бүрийн эш үзүүллэгийн мэдээ болон аргачлалыг няцааж буйг илэрхийлдэг бөгөөд тэд “үзмэрч нарт” хандан, “Бүү үзэгтүн; эш үзүүлэгчдэд, Бидэнд зөвийг бүү эш үзүүл; бидэнд тааламжит үгсийг ярь, хуурамчийг эш үзүүл” хэмээн тунхагладаг.</w:t>
      </w:r>
    </w:p>
    <w:p>
      <w:pPr>
        <w:pStyle w:val="ArticleBody"/>
        <w:jc w:val="left"/>
      </w:pPr>
      <w:r>
        <w:rPr>
          <w:rFonts w:ascii="Times New Roman" w:hAnsi="Times New Roman" w:eastAsia="Times New Roman" w:cs="Times New Roman"/>
        </w:rPr>
        <w:t>Тэд мөн “Замнаас зайлагтун, жимээс хазайгтун, Израилийн Ариун Нэгнийг бидний өмнөөс зайлуул” хэмээн тунхаглахдаа тэрхүү замыг орхихоор шийддэг. Зөвт хүний зам нь Иеремиа номын зургаадугаар бүлгийн арван зургаа, арван долдугаар зүйлд өгүүлсэн “эртний жимүүд” мөн. Тэрслэгчид суурь үнэнүүдээр явахаас, мөн өргөгдөн тавигдсан харуулуудын үлээж буй бүрээний дууг сонсохоос татгалзахаар шийддэг бөгөөд тэдгээр нь Миллерит хөдөлгөөн болон Future for America хөдөлгөөнийг төлөөлдөг.</w:t>
      </w:r>
    </w:p>
    <w:p>
      <w:pPr>
        <w:pStyle w:val="ArticleScripture"/>
        <w:jc w:val="left"/>
      </w:pPr>
      <w:r>
        <w:rPr>
          <w:rFonts w:ascii="Times New Roman" w:hAnsi="Times New Roman" w:eastAsia="Times New Roman" w:cs="Times New Roman"/>
        </w:rPr>
        <w:t>ЭЗЭН ийнхүү айлдаж байна: Замууд дээр зогсож, хар, эртний жимүүдийг асуу; сайн зам нь хаана байгааг асуу, түүгээр алхагтун, тэгвэл та нар сүнснүүддээ амралтыг олох болно. Харин тэд, Бид түүгээр алхахгүй, гэв. Мөн Би та нарын дээр манаачдыг тавьж, Бүрээн дууг сонсогтун, гэв. Харин тэд, Бид сонсохгүй, гэв. Тиймээс сонсогтун, ай үндэстнүүд ээ, мөн мэдэгтүн, ай чуулган аа, тэдний дунд юу байгааг. Сонс, ай газар дэлхий ээ: болгоогтун, Би энэ ард түмэн дээр гай гамшгийг, өөрсдийнх нь бодлын үр жимсийг авчирна. Учир нь тэд Миний үгсийг сонсоогүй, Миний хуулийг ч үл тоомсорлон, харин түүнийг няцаасан билээ. Иеремиа 6:16–19.</w:t>
      </w:r>
    </w:p>
    <w:p>
      <w:pPr>
        <w:pStyle w:val="ArticleBody"/>
        <w:jc w:val="left"/>
      </w:pPr>
      <w:r>
        <w:rPr>
          <w:rFonts w:ascii="Times New Roman" w:hAnsi="Times New Roman" w:eastAsia="Times New Roman" w:cs="Times New Roman"/>
        </w:rPr>
        <w:t>Тэрсэлдэгчид эртний жимээр явахаас татгалзсан нь мөн тэдний “Израилийн Ариуныг өөрсдийн өмнөөс зайлуулах” хүсэл болгон дүрслэгддэг бөгөөд энэ нь Альфа ба Омегагаар эхлэлээр нь төгсгөлийг тодруулан Адвентизмын төгсгөлийг эхлэлтэй нь уялдуулан харуулдаг гэсэн үндэслэл дээр тогтсон Шөнө дундын Хашхирааны мэдээг няцаасныг илэрхийлдэг.</w:t>
      </w:r>
    </w:p>
    <w:p>
      <w:pPr>
        <w:pStyle w:val="ArticleScripture"/>
        <w:jc w:val="left"/>
      </w:pPr>
      <w:r>
        <w:rPr>
          <w:rFonts w:ascii="Times New Roman" w:hAnsi="Times New Roman" w:eastAsia="Times New Roman" w:cs="Times New Roman"/>
        </w:rPr>
        <w:t>“Замын эхэнд тэдний ар талд нэгэн тод гэрэл асаатай байсан бөгөөд түүнийг тэнгэрэлч надад ‘шөнө дундын хашхираан’ мөн гэж хэлсэн. Энэ гэрэл бүхэл замын турш тусаж, тэд бүдэрч унахгүйн тулд хөлд нь гэрэл өгч байлаа.</w:t>
      </w:r>
    </w:p>
    <w:p>
      <w:pPr>
        <w:pStyle w:val="ArticleScripture"/>
        <w:jc w:val="left"/>
      </w:pPr>
      <w:r>
        <w:rPr>
          <w:rFonts w:ascii="Times New Roman" w:hAnsi="Times New Roman" w:eastAsia="Times New Roman" w:cs="Times New Roman"/>
        </w:rPr>
        <w:t>“Хэрэв тэд өөрсдийн нүдийг яг өмнө нь байж, тэднийг хот уруу удирдан дагуулж байсан Есүс дээр тогтоон харж байсан бол, тэд аюулгүй байв. Гэвч удалгүй зарим нь ядарч, хот маш хол байна гэж хэлээд, үүнээс өмнө түүнд аль хэдийн орсон байх ёстой байсан хэмээн найдаж байлаа. Тэгэхэд Есүс Өөрийн алдарт баруун мутраа өргөн тэднийг зоригжуулдаг байсан бөгөөд Түүний мутраас нэгэн гэрэл гарч, Адвентийн бүлгийн дээгүүр намирч байв; тэгэхэд тэд ‘Аллилуиа!’ хэмээн хашхирдаг байлаа. Бусад нь улайран, ард нь байсан тэр гэрлийг үгүйсгэн, тэднийг ийм хол хүртэл удирдан гаргасан нь Бурхан биш байсан гэж хэлэв. Тэдний ар дахь гэрэл унтарч, хөлийг нь төгс харанхуйд орхисон тул тэд бүдэрч, тэмдэг болон Есүсийг харахаа больж, замаас унан доорх харанхуй, ёрын муу ертөнц рүү унажээ.” Christian Experience and Teachings of Ellen G. White, 57.</w:t>
      </w:r>
    </w:p>
    <w:p>
      <w:pPr>
        <w:pStyle w:val="ArticleBody"/>
        <w:jc w:val="left"/>
      </w:pPr>
      <w:r>
        <w:rPr>
          <w:rFonts w:ascii="Times New Roman" w:hAnsi="Times New Roman" w:eastAsia="Times New Roman" w:cs="Times New Roman"/>
        </w:rPr>
        <w:t>Шөнө дундын Хашхираанаар төлөөлөгдсөн ариусгалын үйл явц нь мөргөгчдийн хоёр ангийг бий болгодог бөгөөд Исаиа гучдугаар бүлэгт мунхаг охидын тосгүй байдал нь ус эсвэл гал цуглуулж үл чадалтыг илэрхийлдэг. Эдгээр хоёул Исаиа ийнхүү бичихэд Тайтгаруулагчийн бэлгэдэл болдог: “whose breaking cometh suddenly at an instant. And he shall break it as the breaking of the potters’ vessel that is broken in pieces; he shall not spare: so that there shall not be found in the bursting of it a sherd to take fire from the hearth, or to take water withal out of the pit.” Тэдний шүүлт нь шөнө дунд болсон хашхираанаар төлөөлөгдсөнчлөн “гэнэт, агшин зуур” ирдэг бөгөөд тэр үед тэд тосыг олж авахад хэтэрхий оройтсоныг мэддэг. Исаиагийн гэрчлэл дэх гал ба ус нь арван охины сургаалт зүйрлэл дэх тосны өөр нэгэн дүрслэл төдий юм. Тос, ус, гал нь зан чанарыг төлөөлдөг; мөн тэдгээр нь мэдээг, түүнчлэн Тайтгаруулагчийн оршихуйг төлөөлдөг. Арван охины шүүлт “cometh suddenly at an instant” үед эдгээр бэлгэдлүүдийн алийг нь ч олж авч болохгүй. Тэр үед хэдийнэ хэтэрхий оройтсон байдаг.</w:t>
      </w:r>
    </w:p>
    <w:p>
      <w:pPr>
        <w:pStyle w:val="ArticleBody"/>
        <w:jc w:val="left"/>
      </w:pPr>
      <w:r>
        <w:rPr>
          <w:rFonts w:ascii="Times New Roman" w:hAnsi="Times New Roman" w:eastAsia="Times New Roman" w:cs="Times New Roman"/>
        </w:rPr>
        <w:t>Цорын ганц аюулгүй байдал нь “эргэн ирэх”-д оршино. Энэ нь анхны урам хугаралд урам нь хугарсан хүмүүсийг төлөөлж байсан Иеремиад өгөгдсөн амлалт мөн. Хэрэв Бурханы ард түмэн Түүн уруу эргэн ирвэл, Тэр тэдэн уруу эргэн ирэх байсан; харин тэрслэгчид татгалзаж, замыг гэрэлтүүлж байсан гэрэл унтарсан. Эхэнд байсан гэрэл нь Дунд Шөнийн Хашхираан байсан бөгөөд урагшлах зам нь Христийн алдарт баруун мутраар мөнхөд хүртэл бүхэлдээ гэрэлтүүлэгдэж байв. Христ тэр зам дээр явж байсан хүмүүсийн өмнө байв, харин ар талын гэрэл нь мөнөөх л гэрэл байх ёстой. Учир нь Христ замын төгсгөлийг замын эхлэлээр дүрслэн үзүүлдэг. Дунд Шөнийн Хашхираан бол байсан бөгөөд одоо ч одоогийн үнэн мөн.</w:t>
      </w:r>
    </w:p>
    <w:p>
      <w:pPr>
        <w:pStyle w:val="ArticleScripture"/>
        <w:jc w:val="left"/>
      </w:pPr>
      <w:r>
        <w:rPr>
          <w:rFonts w:ascii="Times New Roman" w:hAnsi="Times New Roman" w:eastAsia="Times New Roman" w:cs="Times New Roman"/>
        </w:rPr>
        <w:t>“Би арван онгон охины тухай сургаалт үлгэрийг олонтаа сануулан хэлдэг. Тэдний тав нь ухаалаг, тав нь мунхаг байв. Энэ сургаалт үлгэр нь үг үсгийнхээ ёсоор биелсэн бөгөөд цаашид ч биелэх болно. Учир нь энэ нь энэ цаг үед онцгой хамааралтай бөгөөд гурав дахь тэнгэрэлчийн мэдээний адил биелсэн, мөн цаг хугацааны төгсгөл хүртэл одоогийн үнэн хэвээр байх болно.” Review and Herald, 1890 оны 8 дугаар сарын 19.</w:t>
      </w:r>
    </w:p>
    <w:p>
      <w:pPr>
        <w:pStyle w:val="ArticleBody"/>
        <w:jc w:val="left"/>
      </w:pPr>
      <w:r>
        <w:rPr>
          <w:rFonts w:ascii="Times New Roman" w:hAnsi="Times New Roman" w:eastAsia="Times New Roman" w:cs="Times New Roman"/>
        </w:rPr>
        <w:t>Тэдний өмнөөс Ариун Нэгэнийг зайлуулахыг хүсэх нь зөвхөн Христийг бус, харин Альфа ба Омега болох Христийг үгүйсгэж буй хэрэг мөн. Энэ нь Шөнө дундын Хашхирааны мэдээг үгүйсгэсэн хэрэг юм. Адвентизмийн эхэн үед Шөнө дундын Хашхирааны мэдээ нь бүтэлгүйтсэн эш үзүүллэгийг залруулсан явдал байсан.</w:t>
      </w:r>
    </w:p>
    <w:p>
      <w:pPr>
        <w:pStyle w:val="ArticleBody"/>
        <w:jc w:val="left"/>
      </w:pPr>
      <w:r>
        <w:rPr>
          <w:rFonts w:ascii="Times New Roman" w:hAnsi="Times New Roman" w:eastAsia="Times New Roman" w:cs="Times New Roman"/>
        </w:rPr>
        <w:t>“хуучин жимүүд”-ийг няцаан, Миллерит хөдөлгөөний Шөнө дундын Хашхирааны биеллээр дүрслэгдсэн зөв шударга хүмүүсээс тусгаар хуурамч “ширээ” байгуулсан тэр босогчид. Тэгээд “нэгний зэмлэлээс” “мянган хүн” зугтаж, хөдөлгөөн гэнэт тавин мянгаас тавь хүртэл буурсан. Тэд “зэмлэл”-ийн улмаас зугтсан бөгөөд тэр зэмлэл нь өөрсдөд нь хуваалцах тос байхгүй, харин очиж өөрсдийн тосоо худалдаж авах ёстой гэж хэлсэн “таван” ухаалаг онгон охиноос ирсэн юм. Тэнэгүүд ухаалаг хүмүүсээс салснаар ухаалаг онгон охид “уулын оройд буй дохио мэт, толгод дээрх туг мэт” үлдсэн. 1844 оны 10 дугаар сарын 22-ны өдөр тэнэг онгон охидын бослого нь 1863 оны бослогыг дүрслэн үзүүлсэн; учир нь 1844 оны 10 дугаар сарын 22 нь Левит хорин зургаад буй “долоон удаа”-гийн төгсгөлийг төлөөлөх арван есөн жилийн эхлэл байсан юм. Энэ сэдвээр бидэнд хэлэх зүйл илүү бий, гэвч 1844 оны бослого нь 1863 оны бослогын хэв шинж болж, хуурамч ширээ байгуулагдсан мөчийг тэмдэглэдэг.</w:t>
      </w:r>
    </w:p>
    <w:p>
      <w:pPr>
        <w:pStyle w:val="ArticleBody"/>
        <w:jc w:val="left"/>
      </w:pPr>
      <w:r>
        <w:rPr>
          <w:rFonts w:ascii="Times New Roman" w:hAnsi="Times New Roman" w:eastAsia="Times New Roman" w:cs="Times New Roman"/>
        </w:rPr>
        <w:t>Ухаангүй онгон бүсгүйчүүдийн амсдаг айдас нь, ухаалаг онгон бүсгүйчүүд дахин амилуулагдан хөл дээрээ босох үед дүрслэгдсэн тэр айдас мөн. Тэр үед 2020 оны 7 дугаар сарын 18-ны урам хугарлаас буцан эргэхэд хэтэрхий оройтсон байдаг бөгөөд дараа нь болох зүйл нь Ням гаргийн хуулийн үед тохиолдох тэнгэр өөд өргөгдөн хөөрөх явдал юм. Тэр үед агуу их газар хөдлөлт болдог.</w:t>
      </w:r>
    </w:p>
    <w:p>
      <w:pPr>
        <w:pStyle w:val="ArticleScripture"/>
        <w:jc w:val="left"/>
      </w:pPr>
      <w:r>
        <w:rPr>
          <w:rFonts w:ascii="Times New Roman" w:hAnsi="Times New Roman" w:eastAsia="Times New Roman" w:cs="Times New Roman"/>
        </w:rPr>
        <w:t>Тэр даруйд их хүчтэй газар хөдлөлт болж, хотын аравны нэг нь нуран унав; мөн тэр газар хөдлөлтөд долоон мянган хүн алагдав. Үлдсэн нь айдаст автаж, тэнгэрийн Бурханд алдрыг өргөв. Хоёр дахь гай өнгөрөв; харин, болгоогтун, гурав дахь гай түргэн ирж байна. Илчлэлт 11:13, 14.</w:t>
      </w:r>
    </w:p>
    <w:p>
      <w:pPr>
        <w:pStyle w:val="ArticleBody"/>
        <w:jc w:val="left"/>
      </w:pPr>
      <w:r>
        <w:rPr>
          <w:rFonts w:ascii="Times New Roman" w:hAnsi="Times New Roman" w:eastAsia="Times New Roman" w:cs="Times New Roman"/>
        </w:rPr>
        <w:t>Илчлэл арван нэгд Францын хувьсгалын үед хотын аравны нэг хэсэг унасан гэж тодорхойлдог бөгөөд тэрхүү түүхэн үед Содом ба Египетээр төлөөлөгдсөн эш үзүүллэгийн хоёр эвэр бүхий Франц үндэстэн түлхэн унагдсан юм. Францын хоёр эвэр нь Америкийн Нэгдсэн Улсын хоёр эврийг бэлгэдэн дүрсэлдэг.</w:t>
      </w:r>
    </w:p>
    <w:p>
      <w:pPr>
        <w:pStyle w:val="ArticleBody"/>
        <w:jc w:val="left"/>
      </w:pPr>
      <w:r>
        <w:rPr>
          <w:rFonts w:ascii="Times New Roman" w:hAnsi="Times New Roman" w:eastAsia="Times New Roman" w:cs="Times New Roman"/>
        </w:rPr>
        <w:t>Франц улс нь эш үзүүллэгийн утгаараа Даниелын долоодугаар бүлэгт паган Ромыг төлөөлдөг арван хаант улсын нэг байсан бөгөөд тийнхүү хаант улсын (хотын) аравны нэг нь унав. Үнэндээ, Даниелын долоодугаар бүлгийн 538 онд эцэст нь папын засгийг дэлхийн хаан ширээнд залсан тэр арван эвэр дундаас Франц нь папын засгийг байгуулсан гол хаант улс байв. Даниелын долоодугаар бүлгийн арван хүчний нэгийн хувьд Франц нь Илчлэлт арван гурав дахь бүлгийн хоёр эвэртэй газрын араатны үүргийг төлөөлөн харуулдаг. Эхэнд нь Франц папын засгийн төлөө юу үйлдсэнтэй адил төгсгөлд нь АНУ мөн тэр ажлыг гүйцэлдүүлнэ. АНУ нь Нэгдсэн Үндэстний Байгууллагыг төлөөлдөг арван хаадын тэргүүлэх хүч бөгөөд Ням гаргийн хуулийн газар хөдлөлтийн үед унадаг. Бид эдгээр эшлэлүүдийг дараагийн өгүүлэлд илүү дэлгэрэнгүй авч үзнэ.</w:t>
      </w:r>
    </w:p>
    <w:p>
      <w:pPr>
        <w:pStyle w:val="ArticleBody"/>
        <w:jc w:val="left"/>
      </w:pPr>
      <w:r>
        <w:rPr>
          <w:rFonts w:ascii="Times New Roman" w:hAnsi="Times New Roman" w:eastAsia="Times New Roman" w:cs="Times New Roman"/>
        </w:rPr>
        <w:t>Энэхүү өгүүллийн үндсэн асуудлуудын нэг нь Бурханы ард түмнийг хөл дээр нь босгодог мэдээ мөн бөгөөд, учир нь тэднийг хөл дээр нь босгодог Тайтгаруулагч нь тосыг төлөөлдөг; тэрхүү тос нь зөвхөн Ариун Сүнсийг төдийгүй, Бурхан Өөрийн ард түмэнд илгээдэг харилцаа, мэдээг ч мөн төлөөлдөг. Илчлэл номын арван нэгдүгээр бүлгийн Мосе, Елиа хоёрыг хөл дээр нь босгодог мэдээ нь Иеремиад өгөгдсөн амлалтаар мөн адил төлөөлөгдөнө.</w:t>
      </w:r>
    </w:p>
    <w:p>
      <w:pPr>
        <w:pStyle w:val="ArticleScripture"/>
        <w:jc w:val="left"/>
      </w:pPr>
      <w:r>
        <w:rPr>
          <w:rFonts w:ascii="Times New Roman" w:hAnsi="Times New Roman" w:eastAsia="Times New Roman" w:cs="Times New Roman"/>
        </w:rPr>
        <w:t>Иймээс ЭЗЭН ийн айлдаж байна: Хэрэв чи эргэн ирвэл, Би чамайг дахин авчирч, чи Миний өмнө зогсох болно. Хэрэв чи үнэтэйг өөдгүйгээс нь ялган гаргавал, чи Миний ам мэт байх болно. Тэд чам уруу эргэн ирэг; харин чи тэд уруу бүү эргэн оч. Тэгээд Би чамайг энэ ард түмний өмнө хүрлэн бэхлэгдсэн хэрэм болгоно. Тэд чиний эсрэг тэмцэх боловч чамайг дийлэхгүй. Учир нь Би чамайг аврахын тулд, чамайг чөлөөлөхийн тулд чамтай хамт байна гэж ЭЗЭН айлдаж байна. Би чамайг бузар муу хүмүүсийн гараас аварч, догшин хүмүүсийн гараас золин чөлөөлнө. Иеремиа 15:19–21.</w:t>
      </w:r>
    </w:p>
    <w:p>
      <w:pPr>
        <w:pStyle w:val="ArticleBody"/>
        <w:jc w:val="left"/>
      </w:pPr>
      <w:r>
        <w:rPr>
          <w:rFonts w:ascii="Times New Roman" w:hAnsi="Times New Roman" w:eastAsia="Times New Roman" w:cs="Times New Roman"/>
        </w:rPr>
        <w:t>Исаиа мөн адилхан уриалгыг гаргасан бөгөөд тэрээр, “Учир нь Эзэн БУРХАН, Израилийн Ариун Нэгэн ийнхүү айлдаж байна: Буцаж ирж, амар тайван байснаар та нар аврагдах болно” хэмээн хэлжээ. Исаиа цааш нь, тэрхүү “буцаж ирэх” нь сургаалт зүйрлэлийн саатах хугацаатай холбоотой болохыг нэмж бичихдээ, “Тиймээс Эзэн та нарт нигүүлсэл үзүүлэхийн тулд хүлээх болно, тиймээс Тэр та нарыг өршөөхийн тулд өргөмжлөгдөх болно; учир нь Эзэн бол шударга шүүлтийн Бурхан мөн. Түүнийг хүлээгчид бүгд ерөөлтэй еэ” гэжээ.</w:t>
      </w:r>
    </w:p>
    <w:p>
      <w:pPr>
        <w:pStyle w:val="ArticleBody"/>
        <w:jc w:val="left"/>
      </w:pPr>
      <w:r>
        <w:rPr>
          <w:rFonts w:ascii="Times New Roman" w:hAnsi="Times New Roman" w:eastAsia="Times New Roman" w:cs="Times New Roman"/>
        </w:rPr>
        <w:t>Иеремиа өөрийгөө тодорхойлсончлон Бурханы “ам” байх эрх ямба гэдэг нь АНУ “луу мэт ярьдаг” тэр цаг үед Бурханы өмнөөс ярих эрх ямба мөн. Тэр үед Бурханы ардаар хэлэгдэх үгс нь папын араатны тэмдгийн эсрэг сэрэмжлүүлэг байх болно. Тэр алдарт хөдөлгөөнд оролцохын тулд бид эргэн буцах шаардлагатай.</w:t>
      </w:r>
    </w:p>
    <w:p>
      <w:pPr>
        <w:pStyle w:val="ArticleScripture"/>
        <w:jc w:val="left"/>
      </w:pPr>
      <w:r>
        <w:rPr>
          <w:rFonts w:ascii="Times New Roman" w:hAnsi="Times New Roman" w:eastAsia="Times New Roman" w:cs="Times New Roman"/>
        </w:rPr>
        <w:t>“Хэрэв чи буцаж ирэх аваас, өө Израиль аа, гэж ЭЗЭН айлдаж байна, над уруу буцан ир; мөн хэрэв чи өөрийн жигшүүрт зүйлсийг миний мэлмийн өмнөөс зайлуулах аваас, чи дахин тэнүүчлэхгүй. Чи, ‘ЭЗЭН амьд’ хэмээн үнэнээр, шүүлтээр, зөвтөөр тангараглах бөгөөд үндэстнүүд Түүн дотор өөрсдийгөө ерөөж, Түүн дотор алдарших болно. Учир нь ЭЗЭН Иудагийн эрчүүд болон Иерусалимын хүмүүст ийнхүү айлдаж байна: Хагалагдаагүй газраа хагал, өргөс дунд бүү тарь. Иудагийн эрчүүд ээ, Иерусалимын оршин суугчид аа, та нар өөрсдийгөө ЭЗЭНд хөвч хөндөж, зүрхнийхээ хөвчийг авч хая. Эс тэгвээс та нарын үйлсийн бузар муугийн улмаас Миний хилэн гал мэт дүрэлзэн гарч, хэн ч унтрааж үл чадахуйц шатах болно. Иудад тунхаглагтун, Иерусалимд зарлагтун; мөн ийн хэлэгтүн: Нутагт бүрээ үлээгтүн; чангаар хашхирч, цуглагтун, бас ийн хэлэгтүн: Нэгдэцгээе, бэхлэгдсэн хотууд уруу орцгооё. Сион өөд тугийг өргөгтүн; ухран зайл, бүү саат; учир нь Би умардаас гай гамшиг, агуу сүйрлийг авчрах болно. Арслан шугуйгаасаа гарч ирэв, харь үндэстнүүдийн сүйтгэгч замдаа гарчээ; тэр чиний газрыг эзгүйрүүлэхээр өөрийн газраас хөдөлсөн бөгөөд чиний хотууд оршин суугчгүйгээр хоосрон сүйдэх болно. Иеремиа 4:1–7.”</w:t>
      </w:r>
    </w:p>
    <w:p>
      <w:pPr>
        <w:pStyle w:val="ArticleScripture"/>
        <w:jc w:val="left"/>
      </w:pPr>
      <w:r>
        <w:rPr>
          <w:rFonts w:ascii="Times New Roman" w:hAnsi="Times New Roman" w:eastAsia="Times New Roman" w:cs="Times New Roman"/>
        </w:rPr>
        <w:t>Харин ЭЗЭНий Сүнс Гидеоны дээр ирэхэд, тэр бүрээ үлээв; тэгээд Абиэзер түүний араас цуглав. Мөн тэр бүх Манассегээр элч нарыг илгээсэн бөгөөд тэд ч бас түүний араас цуглав. Тэрээр мөн Ашерт, Зебулунд, Нафталид элч нарыг илгээсэнд, тэд тэдэнтэй уулзахаар гарч ирэв. Шүүгчид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Америкийн ирээдүй ба 2020 оны 7-р сарын 18 — Зургаа дахь дугаар</dc:title>
  <dc:subject>Туг тэмдэг</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