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Зөгнөлийн Сүнс: Удирдан Жолоодох ба Сурган Заах</w:t>
      </w:r>
    </w:p>
    <w:p>
      <w:pPr>
        <w:pStyle w:val="ArticleSubtitle"/>
        <w:jc w:val="left"/>
      </w:pPr>
      <w:r>
        <w:rPr>
          <w:rFonts w:ascii="Arial" w:hAnsi="Arial" w:eastAsia="Arial" w:cs="Arial"/>
        </w:rPr>
        <w:t>Хабаккукийн Хоёр Хавтан</w:t>
      </w:r>
    </w:p>
    <w:p>
      <w:pPr>
        <w:pStyle w:val="ArticleByline"/>
        <w:jc w:val="left"/>
      </w:pPr>
      <w:r>
        <w:rPr>
          <w:rFonts w:ascii="Arial" w:hAnsi="Arial" w:eastAsia="Arial" w:cs="Arial"/>
        </w:rPr>
        <w:t>Jeff Pippenger</w:t>
      </w:r>
    </w:p>
    <w:p>
      <w:pPr>
        <w:pStyle w:val="ArticleDate"/>
        <w:jc w:val="left"/>
      </w:pPr>
      <w:r>
        <w:rPr>
          <w:rFonts w:ascii="Arial" w:hAnsi="Arial" w:eastAsia="Arial" w:cs="Arial"/>
        </w:rPr>
        <w:t>2012-10-15</w:t>
      </w:r>
    </w:p>
    <w:p>
      <w:pPr>
        <w:pStyle w:val="ArticleBody"/>
        <w:jc w:val="left"/>
      </w:pPr>
      <w:r>
        <w:rPr>
          <w:rFonts w:ascii="Times New Roman" w:hAnsi="Times New Roman" w:eastAsia="Times New Roman" w:cs="Times New Roman"/>
        </w:rPr>
        <w:t>Хабаккукийн хоёр самбар 95-ын 3</w:t>
      </w:r>
    </w:p>
    <w:p>
      <w:pPr>
        <w:pStyle w:val="ArticleHeading"/>
        <w:jc w:val="left"/>
      </w:pPr>
      <w:r>
        <w:rPr>
          <w:rFonts w:ascii="Arial" w:hAnsi="Arial" w:eastAsia="Arial" w:cs="Arial"/>
        </w:rPr>
        <w:t>Оршил: Хабаккукийн хоёр хавтангийн үндэс</w:t>
      </w:r>
    </w:p>
    <w:p>
      <w:pPr>
        <w:pStyle w:val="ArticleBody"/>
        <w:jc w:val="left"/>
      </w:pPr>
      <w:r>
        <w:rPr>
          <w:rFonts w:ascii="Times New Roman" w:hAnsi="Times New Roman" w:eastAsia="Times New Roman" w:cs="Times New Roman"/>
        </w:rPr>
        <w:t>Энэ цувралыг Хабакукийн хоёр хүснэгт гэж нэрлэдэг. Одоог хүртэл бид 1843 болон 1850 оны хүснэгтүүдээс тодорхой үнэнүүдийг авч үзсэн нь энэ шатанд тэдгээрийг Библийн үндэслэлээр хамгаалахын тулд бус, харин Эллен Уайт эдгээр үнэнүүдийг дэмждэг болохыг тогтоохын тулд юм. Бидний баримталж буй байр суурь бол, хэрэв та эдгээр суурь үнэнүүдийг няцаавал, та нэгэн зэрэг Зөгнөлийн Сүнсийг ч няцааж байна гэсэн үг юм. Бид үүнийг эхлээд албан ёсоор тэмдэглэн үлдээхийг хүсэж байна.</w:t>
      </w:r>
    </w:p>
    <w:p>
      <w:pPr>
        <w:pStyle w:val="ArticleHeading"/>
        <w:jc w:val="left"/>
      </w:pPr>
      <w:r>
        <w:rPr>
          <w:rFonts w:ascii="Arial" w:hAnsi="Arial" w:eastAsia="Arial" w:cs="Arial"/>
        </w:rPr>
        <w:t>Миллеритийн түүх ба Шөнө дундын хашхирааны тойм</w:t>
      </w:r>
    </w:p>
    <w:p>
      <w:pPr>
        <w:pStyle w:val="ArticleBody"/>
        <w:jc w:val="left"/>
      </w:pPr>
      <w:r>
        <w:rPr>
          <w:rFonts w:ascii="Times New Roman" w:hAnsi="Times New Roman" w:eastAsia="Times New Roman" w:cs="Times New Roman"/>
        </w:rPr>
        <w:t>Эхний танилцуулгадаа бид Миллеритүүдийн түүх, 1798 оноос 1844 он хүртэлх замын тэмдгүүдийг тоймлон авч үзсэн. Сүүлчийн танилцуулгадаа бид саатлын үеэс эхлэн 1844 оны 10 дугаар сарын 22-нд хаалга хаагдах хүртэлх түүхийг илүү нарийвчлан авч үзэж, тэр цаг үеийг Шөнө дундын хашхираан мөн болохыг тодорхойлсон. Шөнө дундын хашхираан 1844 оны 8 дугаар сарын 12–17-ны өдрүүдэд болсон Эксетерийн майхан цуглаанаар түүхэнд орж ирээд, 1844 оны 10 дугаар сарын 22-ныг хүртэл үргэлжилсэн. 1844 оны 3 дугаар сард эхэлсэн саатлын үе нь Шөнө дундын хашхирааны нэг хэсэг бөгөөд түүний мэдээг тунхаглахад бэлтгэгдсэн ард түмнийг бэлдэх цэвэршүүлэлтийн үйл явцын нэг хэсэг юм.</w:t>
      </w:r>
    </w:p>
    <w:p>
      <w:pPr>
        <w:pStyle w:val="ArticleBody"/>
        <w:jc w:val="left"/>
      </w:pPr>
      <w:r>
        <w:rPr>
          <w:rFonts w:ascii="Times New Roman" w:hAnsi="Times New Roman" w:eastAsia="Times New Roman" w:cs="Times New Roman"/>
        </w:rPr>
        <w:t>Өчигдөр бид үүнийг та нарын зүрх сэтгэл, оюун ухаанд тогтоон суулгахыг найдсан. Бурханы Үгэн дэх саатлын цаг хугацааны тухай бүх дүрслэлүүд дэлхийн төгсгөлийн тухай өгүүлдэг. Эллен Уайт 1 Коринт 10:11-ийг тайлбарлахдаа, “Эртний эш үзүүлэгч бүр өөрсдийн амьдарч байсан өдрүүдээс илүүтэйгээр бидний өдрийн төлөө ярьсан” гэжээ. 1 Коринт 10:11-д, “Эдгээр бүх юм тэдэнд сургамж болгон тохиолдсон бөгөөд дэлхийн төгсгөл тулж ирсэн бидэнд сануулга болгон бичигдсэн юм” гэж байдаг. Миллерчүүдийн түүх бол дэлхийн төгсгөлд юу болохын түүх мөн. Саатлын цаг хугацаа болон түүний дараах үйл явдлын тухай эдгээр бүх библийн түүхүүд нь Миллерчүүдийн саатлын цаг хугацаа болон Дунд Шөнийн Хашхираанд юу тохиолдохыг дүрслэн үзүүлдэг. Түүх давтагдах учир бид эдгээр зүйлийг ойлгох хэрэгтэй.</w:t>
      </w:r>
    </w:p>
    <w:p>
      <w:pPr>
        <w:pStyle w:val="ArticleHeading"/>
        <w:jc w:val="left"/>
      </w:pPr>
      <w:r>
        <w:rPr>
          <w:rFonts w:ascii="Arial" w:hAnsi="Arial" w:eastAsia="Arial" w:cs="Arial"/>
        </w:rPr>
        <w:t>2520: Эллен Уайтын сайшаал, дэмжлэг</w:t>
      </w:r>
    </w:p>
    <w:p>
      <w:pPr>
        <w:pStyle w:val="ArticleBody"/>
        <w:jc w:val="left"/>
      </w:pPr>
      <w:r>
        <w:rPr>
          <w:rFonts w:ascii="Times New Roman" w:hAnsi="Times New Roman" w:eastAsia="Times New Roman" w:cs="Times New Roman"/>
        </w:rPr>
        <w:t>Бид эдгээр хүснэгт дээрх эхний асуудлыг авч үзсээр ирсэн боловч үүнийг төдийлөн дурдсангүй. Бидний тодорхой харуулахыг хүсэж буй эхний сургаал бол Эллен Уайт 2520-ыг тодорхой дэмждэг явдал юм. Эхний хоёр илтгэл биднийг энд хүргэхээр зориулагдсан байсан. Маргааш өглөө бид энэ хүснэгт дээрх Daily-ийг авч үзэж эхэлнэ.</w:t>
      </w:r>
    </w:p>
    <w:p>
      <w:pPr>
        <w:pStyle w:val="ArticleHeading"/>
        <w:jc w:val="left"/>
      </w:pPr>
      <w:r>
        <w:rPr>
          <w:rFonts w:ascii="Arial" w:hAnsi="Arial" w:eastAsia="Arial" w:cs="Arial"/>
        </w:rPr>
        <w:t>Эзэний удирдлага ба сургаалыг санах нь</w:t>
      </w:r>
    </w:p>
    <w:p>
      <w:pPr>
        <w:pStyle w:val="ArticleBody"/>
        <w:jc w:val="left"/>
      </w:pPr>
      <w:r>
        <w:rPr>
          <w:rFonts w:ascii="Times New Roman" w:hAnsi="Times New Roman" w:eastAsia="Times New Roman" w:cs="Times New Roman"/>
        </w:rPr>
        <w:t>Амьдралын Товчоон, 196-р хуудсаас эхэлье: “Их Эзэн биднийг хэрхэн удирдан ирсэн зам болон бидний өнгөрсөн түүхэн дэх Түүний сургаалыг бид мартах аваас л, ирээдүйн талаар бидэнд айх зүйл байна.” Христэд итгэгч хүнд ирээдүйн талаар айх ёстой цорын ганц зүйл нь замаасаа хазайж, төөрөн алдагдах явдал юм. Айдас төрүүлэх учиртай зүйл нь мөнх амийг олж авахгүй байх явдал юм. Энд Вайт эгч ирээдүйн талаар бидэнд айх зүйл байхгүй, зөвхөн хоёр зүйлээс бусад тохиолдолд гэж хэлж байна. Энэ нь Адвентизмын Зөгнөлийн Сүнсэн дэх түгээмэл эшлэл боловч, түүний дурдсан тэрхүү удирдалт болон ямар сургаалуудыг хэлж байгааг тайлбарлан дэлгэрүүлж ярихыг хүнээс тун ховорхон сонсоно.</w:t>
      </w:r>
    </w:p>
    <w:p>
      <w:pPr>
        <w:pStyle w:val="ArticleBody"/>
        <w:jc w:val="left"/>
      </w:pPr>
      <w:r>
        <w:rPr>
          <w:rFonts w:ascii="Times New Roman" w:hAnsi="Times New Roman" w:eastAsia="Times New Roman" w:cs="Times New Roman"/>
        </w:rPr>
        <w:t>Түүний дурдсан удирдалт нь Шөнө дундын Хашхирааны түүх болохыг бид харуулах болно. Шөнө дундын Хашхирааны түүхэнд Христ саатлын хугацаанд, Шөнө дундын Хашхираа ирж тунхаглагдсан үед, мөн 1844 оны 10-р сарын 22-нд хаалга хаагдах үед удирдан явуулж байсан. Тэрээр Өөртэй нь хамт итгэлээр Ариун Ариунаа газарт орж чадах ардыг бий болгохын тулд тэрхүү түүхийг зохион байгуулсан юм. Бид Түүний сургаалуудын адил тэрхүү онцгой түүхийг мартах вий хэмээн эмээх учиртай.</w:t>
      </w:r>
    </w:p>
    <w:p>
      <w:pPr>
        <w:pStyle w:val="ArticleBody"/>
        <w:jc w:val="left"/>
      </w:pPr>
      <w:r>
        <w:rPr>
          <w:rFonts w:ascii="Times New Roman" w:hAnsi="Times New Roman" w:eastAsia="Times New Roman" w:cs="Times New Roman"/>
        </w:rPr>
        <w:t>Бид Шөнө дундын хашхирааныг төрүүлсэн тодорхой нэгэн сургаал байсныг үзүүлэх болно. Тэр сургаал нь 1840 оны 8 дугаар сарын 11-нд Османы эзэнт гүрэн нуран унасан явдал ч биш, мөн Миллеритийн түүхэн дэх Хоёрдугаар тэнгэрэлчийн мэдээний түүхэнд гарч ирсэн үхэгсдийн байдлын тухай сургаал ч биш байв. Эзэн удирдан хөтөлсөн тэрхүү Шөнө дундын хашхирааныг төрүүлсэн зүйл нь Миллеритийн түүхэн дэх тодорхой нэгэн сургаал байсан бөгөөд Түүний удирдлага ба Түүний сургаалыг бид мартсанаас өөр тохиолдолд ирээдүйн талаар бидэнд айх юу ч үгүй.</w:t>
      </w:r>
    </w:p>
    <w:p>
      <w:pPr>
        <w:pStyle w:val="ArticleBody"/>
        <w:jc w:val="left"/>
      </w:pPr>
      <w:r>
        <w:rPr>
          <w:rFonts w:ascii="Times New Roman" w:hAnsi="Times New Roman" w:eastAsia="Times New Roman" w:cs="Times New Roman"/>
        </w:rPr>
        <w:t>Бид Түүний удирдамж болон Түүний сургалтын аль алины бэлгэдэл нь Шөнийн дунд хашхираан мөн гэж үзэж байна. Эллен Уайтын анхны үзэгдлээс энэ хэсгийг дахин уншъя:</w:t>
      </w:r>
    </w:p>
    <w:p>
      <w:pPr>
        <w:pStyle w:val="ArticleScripture"/>
        <w:jc w:val="left"/>
      </w:pPr>
      <w:r>
        <w:rPr>
          <w:rFonts w:ascii="Times New Roman" w:hAnsi="Times New Roman" w:eastAsia="Times New Roman" w:cs="Times New Roman"/>
        </w:rPr>
        <w:t>“Энэ замаар Адвентийн ард түмэн замын цаад үзүүрт орших хот уруу явж байлаа. Замын эхэнд, тэдний ар талд нэгэн тод гэрэл байрлуулсан байсан бөгөөд тэр нь шөнийн дундын хашхираан мөн гэж тэнгэрэлч надад хэлсэн юм. Энэ гэрэл зам даяар тусаж, тэдний хөлд гэрэл өгч, бүдрэхээс нь сэргийлж байв. Хэрэв тэд яг өмнө нь байж, тэднийг хот уруу удирдан явуулж байсан Есүс дээр харцаа тогтоон барьж байвал, тэд аюулгүй байлаа. Гэвч удалгүй зарим нь эцэж сульдан, хот маш хол байна, өөрсөд нь түүнд үүнээс өмнө хэдийн орсон байх ёстой гэж хэлэв. Тэгэхэд Есүс алдар суутаа баруун мутраа өргөн, тэднийг зоригжуулдаг байв; Түүний мутраас нэгэн гэрэл гарч, адвентийн бүлгийн дээгүүр намиран өнгөрөхөд, тэд ‘Аллилуиа!’ хэмээн хашхирав. Харин бусад нь тэдний ард байсан тэр гэрлийг яаран үгүйсгэж, өөрсдийг нь өдий хүртэл удирдан гаргасан нь Бурхан биш байсан гэж хэлэв.”</w:t>
      </w:r>
    </w:p>
    <w:p>
      <w:pPr>
        <w:pStyle w:val="ArticleBody"/>
        <w:jc w:val="left"/>
      </w:pPr>
      <w:r>
        <w:rPr>
          <w:rFonts w:ascii="Times New Roman" w:hAnsi="Times New Roman" w:eastAsia="Times New Roman" w:cs="Times New Roman"/>
        </w:rPr>
        <w:t>Тэд Шөнө дундын Хашхирааг үгүйсгэж байна; мөн Шөнө дундын Хашхираатай холбоотойгоор, Эзэн Шөнө дундын Хашхираанд тэднийг удирдаагүй хэмээн маргаж байна. Тэд Шөнө дундын Хашхираан дахь Бурханы удирдамжийг үгүйсгэж байна.</w:t>
      </w:r>
    </w:p>
    <w:p>
      <w:pPr>
        <w:pStyle w:val="ArticleScripture"/>
        <w:jc w:val="left"/>
      </w:pPr>
      <w:r>
        <w:rPr>
          <w:rFonts w:ascii="Times New Roman" w:hAnsi="Times New Roman" w:eastAsia="Times New Roman" w:cs="Times New Roman"/>
        </w:rPr>
        <w:t>Тэдний ар дахь гэрэл унтарч, хөл нь төгс харанхуйд үлдсэн тул тэд бүдэрч, бай болон Есүсийг харахаа больж, замаас доош унан, доор орших харанхуй, ёс бус ертөнцөд унажээ.</w:t>
      </w:r>
    </w:p>
    <w:p>
      <w:pPr>
        <w:pStyle w:val="ArticleHeading"/>
        <w:jc w:val="left"/>
      </w:pPr>
      <w:r>
        <w:rPr>
          <w:rFonts w:ascii="Arial" w:hAnsi="Arial" w:eastAsia="Arial" w:cs="Arial"/>
        </w:rPr>
        <w:t>Хагас Шөнийн Хашхираан Контекст Дунд</w:t>
      </w:r>
    </w:p>
    <w:p>
      <w:pPr>
        <w:pStyle w:val="ArticleBody"/>
        <w:jc w:val="left"/>
      </w:pPr>
      <w:r>
        <w:rPr>
          <w:rFonts w:ascii="Times New Roman" w:hAnsi="Times New Roman" w:eastAsia="Times New Roman" w:cs="Times New Roman"/>
        </w:rPr>
        <w:t>2520-ыг авч үзэхээсээ өмнө түүний нөхцөл байдлыг тогтоохын тулд бид Шөнө дундын хашхирааны түүхийг дахин нэгэнтээ авч үзнэ.</w:t>
      </w:r>
    </w:p>
    <w:p>
      <w:pPr>
        <w:pStyle w:val="ArticleScripture"/>
        <w:jc w:val="left"/>
      </w:pPr>
      <w:r>
        <w:rPr>
          <w:rFonts w:ascii="Times New Roman" w:hAnsi="Times New Roman" w:eastAsia="Times New Roman" w:cs="Times New Roman"/>
        </w:rPr>
        <w:t>«Агуу тэмцэл» номын 391–395-р талуудаас: «Эзэний ирэлтийг анх хүсэн хүлээж байсан хугацаа 1844 оны хавар өнгөрөхөд»—энэ нь саатлын хугацаа, анхны урам хугаралт мөн—«Түүний илрэлтийг итгэлээр хүлээн харж байсан хүмүүс хэсэг хугацаанд эргэлзээ ба тодорхойгүй байдалд автсан юм. Ертөнц тэднийг бүрэн ялагдаж, төөрөгдөл тээж явсан нь илэрсэн хэмээн үзэж байсан боловч, тэдний тайтгарлын эх сурвалж нь Бурханы үг хэвээр байлаа. Олон хүн Судрыг үргэлжлүүлэн шинжлэн судалж, итгэлийнхээ нотолгоонуудыг дахин нягталж, цаашдын гэрэл олж авахын тулд эш үзүүллэгүүдийг нямбайлан судалсаар байв.»</w:t>
      </w:r>
    </w:p>
    <w:p>
      <w:pPr>
        <w:pStyle w:val="ArticleBody"/>
        <w:jc w:val="left"/>
      </w:pPr>
      <w:r>
        <w:rPr>
          <w:rFonts w:ascii="Times New Roman" w:hAnsi="Times New Roman" w:eastAsia="Times New Roman" w:cs="Times New Roman"/>
        </w:rPr>
        <w:t>Хэрэв олон хүн үүнийг хийсэн бол, тэгвэл үүнийг хийгээгүй зарим нь байсан гэсэн үг. Энд “тэд” гэж хэлээгүй; “олон” гэж хэлсэн—энд хоёр бүлэг байна.</w:t>
      </w:r>
    </w:p>
    <w:p>
      <w:pPr>
        <w:pStyle w:val="ArticleScripture"/>
        <w:jc w:val="left"/>
      </w:pPr>
      <w:r>
        <w:rPr>
          <w:rFonts w:ascii="Times New Roman" w:hAnsi="Times New Roman" w:eastAsia="Times New Roman" w:cs="Times New Roman"/>
        </w:rPr>
        <w:t>Тэдний байр суурийг дэмжсэн Библийн гэрчлэл тодорхой бөгөөд няцаашгүй мэт санагдаж байв. Эндүүрч болохооргүй шинж тэмдгүүд Христийн ирэлт ойрхон байгааг зааж байлаа. Нүгэлтнүүдийн гэмшиж эргэснээр болон Христэд итгэгчдийн дунд сүнслэг амьдрал сэргэн мандсанаар илэрсэн Эзэний онцгой ерөөл нь энэ мэдээ Тэнгэрээс ирсэн болохыг гэрчилж байв. Итгэгчид урам хугарснаа тайлбарлаж чадахгүй байсан боловч, өнгөрсөн туршлагад нь Бурхан өөрсдийг нь удирдан хөтөлсөн гэдэгт баттай итгэж байлаа.</w:t>
      </w:r>
    </w:p>
    <w:p>
      <w:pPr>
        <w:pStyle w:val="ArticleScripture"/>
        <w:jc w:val="left"/>
      </w:pPr>
      <w:r>
        <w:rPr>
          <w:rFonts w:ascii="Times New Roman" w:hAnsi="Times New Roman" w:eastAsia="Times New Roman" w:cs="Times New Roman"/>
        </w:rPr>
        <w:t>Тэдний хоёр дахь ирэлтийн цаг үед хамаарна гэж үзэж байсан эш үзүүллэгүүдтэй сүлэлдэн, тэдний эргэлзээтэй, түгшүүртэй байдалд онцгойлон тохирсон заавар өгөгдөж, одоо тэдний ухаанд бүрхэг байгаа зүйлс цаг нь болохоор тодорхой болохыг итгэлээр тэвчээртэй хүлээхэд нь зоригжуулж байв.</w:t>
      </w:r>
    </w:p>
    <w:p>
      <w:pPr>
        <w:pStyle w:val="ArticleBody"/>
        <w:jc w:val="left"/>
      </w:pPr>
      <w:r>
        <w:rPr>
          <w:rFonts w:ascii="Times New Roman" w:hAnsi="Times New Roman" w:eastAsia="Times New Roman" w:cs="Times New Roman"/>
        </w:rPr>
        <w:t>Тэр догол мөрөнд, “Тэдний хоёр дахь ирэлтийн цагт хамаарна хэмээн үзэж байсан эш үзүүллэгүүдтэй сүлэлдсэн …” гэж өгүүлжээ. Тэд ямар эш үзүүллэгүүдийг Хоёр дахь ирэлтэд хамаарна гэж итгэж байсан бэ? 2520, 2300, мөн 1335. Тэд эдгээр гурван цаг хугацааны эш үзүүллэг бүгд 1843 онд төгсөнө, тэр нь Хоёр дахь ирэлт мөн гэж итгэж байсан.</w:t>
      </w:r>
    </w:p>
    <w:p>
      <w:pPr>
        <w:pStyle w:val="ArticleScripture"/>
        <w:jc w:val="left"/>
      </w:pPr>
      <w:r>
        <w:rPr>
          <w:rFonts w:ascii="Times New Roman" w:hAnsi="Times New Roman" w:eastAsia="Times New Roman" w:cs="Times New Roman"/>
        </w:rPr>
        <w:t>Эдгээр эш үзүүллэгүүдийн дотор Хабаккук 2:1–4-ийн эш үзүүллэг байв: “Би харуулын газартаа зогсож, цамхаг дээр гарч байрлан, Тэр надад юу айлдахыг, мөн зэмлүүлэгдэхдээ би юу хариулахыг харахаар сэрэмжлэн ажиглана. Тэгтэл ЭЗЭН надад хариулж, —Үзэгдлийг бич; үүнийг самбарууд дээр тодорхой болгон тэмдэглэ, уншигч нь гүйж явахдаа ч уншиж чадахаар болго. Учир нь энэ үзэгдэл нь тогтоогдсон цаг хугацаанд зориулсан хэвээр байгаа; харин эцэстээ энэ нь өгүүлж, худал болохгүй. Хэдий удаашрах мэт санагдавч, түүнийг хүлээ; учир нь энэ нь гарцаагүй ирнэ, саатахгүй. Харагтун, омгорхсон нэгний сэтгэл дотор нь зөв шулуун бус; харин зөвт хүн итгэлээрээ амьдарна.”</w:t>
      </w:r>
    </w:p>
    <w:p>
      <w:pPr>
        <w:pStyle w:val="ArticleBody"/>
        <w:jc w:val="left"/>
      </w:pPr>
      <w:r>
        <w:rPr>
          <w:rFonts w:ascii="Times New Roman" w:hAnsi="Times New Roman" w:eastAsia="Times New Roman" w:cs="Times New Roman"/>
        </w:rPr>
        <w:t>1842 оны аль эртнээс, “үзэгдлийг бичиж, уншигч нь гүйж болохоор самбарууд дээр тодорхой болго” хэмээн энэ эш үзүүллэгт өгөгдсөн заавар нь Даниел болон Илчлэлийн үзэгдлүүдийг тайлбарлан харуулах эш үзүүллэгийн хүснэгт бэлтгэх санааг Чарльз Фитчид төрүүлжээ. Энэ хүснэгтийг хэвлэн нийтэлсэн явдлыг Хабаккукт өгөгдсөн тушаалын биелэлт хэмээн үзэж байв. Гэвч тэр үед үзэгдлийн биелэлтэд илэрхий нэгэн саатал—саатах цаг—мөн тэрхүү эш үзүүллэгт дурдагдсан байгааг хэн ч анзаараагүй ажээ. Урам хугарлын дараа энэ эшлэл онцгой ач холбогдолтой мэт харагдав: “Учир нь үзэгдэл тогтоогдсон цагийн төлөө хараахан байна; харин эцэстээ тэр нь айлдаж, худал хэлэхгүй. Хэдий саатавч, түүнийг хүлээгтүн; учир нь тэр гарцаагүй ирнэ, саатахгүй. . . . Зөвт хүн өөрийн итгэлээр амьдарна.”</w:t>
      </w:r>
    </w:p>
    <w:p>
      <w:pPr>
        <w:pStyle w:val="ArticleHeading"/>
        <w:jc w:val="left"/>
      </w:pPr>
      <w:r>
        <w:rPr>
          <w:rFonts w:ascii="Arial" w:hAnsi="Arial" w:eastAsia="Arial" w:cs="Arial"/>
        </w:rPr>
        <w:t>1843 оны Зурагт хуудас ба Зөгнөлийн Сүнс</w:t>
      </w:r>
    </w:p>
    <w:p>
      <w:pPr>
        <w:pStyle w:val="ArticleBody"/>
        <w:jc w:val="left"/>
      </w:pPr>
      <w:r>
        <w:rPr>
          <w:rFonts w:ascii="Times New Roman" w:hAnsi="Times New Roman" w:eastAsia="Times New Roman" w:cs="Times New Roman"/>
        </w:rPr>
        <w:t>Та чуулганы байнгын ажил хийдэг эсэх, эсвэл бие даан өөрийгөө тэтгэдэг ажил хийдэг эсэх нь огт хамаагүй—эдгээр нь Ellen White-ийн хэрэглэдэг нэр томъёогоор тус тусдаа conference work болон self-supporting work юм. Та Адвентизм дахь бие даан өөрийгөө тэтгэдэг тэргүүлэх үйлчлэлүүдэд очсон ч, эсвэл General Conference, эсвэл Biblical Research Institute-д очсон ч, хэрэв тэднээс 1843 Chart-ийн талаар асуувал, тэд: “Энэ Chart дээр маш олон алдаа бий” гэж хэлнэ. Тэд Ellen White-ийн хэлсэнтэй санал нийлэхгүй; харин тэрээр энэ Chart дээрх зарим тоон үзүүлэлтийн “нэг алдаа”-н дээр Эзэн Өөрийн мутрыг тавин хамгаалсан гэж хэлдэг.</w:t>
      </w:r>
    </w:p>
    <w:p>
      <w:pPr>
        <w:pStyle w:val="ArticleBody"/>
        <w:jc w:val="left"/>
      </w:pPr>
      <w:r>
        <w:rPr>
          <w:rFonts w:ascii="Times New Roman" w:hAnsi="Times New Roman" w:eastAsia="Times New Roman" w:cs="Times New Roman"/>
        </w:rPr>
        <w:t>Гэвч тэд өөрсдийгөө мөн Бурханы Үгийн эсрэг тавьж байна. Хабаккук номд энэ үзэгдэл “... худал хэлэхгүй” гэж өгүүлдэг. Анхдагчид 1843 оны Хүснэгт дээр байрлуулах ёстой байсан бөгөөд тэд үнэхээр байрлуулсан тэрхүү үзэгдэл нь Хабаккук 2-ын биелэл мөн. Энэ бол тэдний энэ Хүснэгт дээр тавих ёстой байсан үзэгдэл бөгөөд Хабаккук 2-т энэ үзэгдэл “... худал хэлэхгүй” гэж хэлдэг. Тиймээс та энэ Хүснэгтийг “алдаагаар дүүрэн” гэж хэлэхдээ, эш үзүүллэгийн Сүнс болон Библийн аль алиных нь эсрэг сөрөн зогсож байна.</w:t>
      </w:r>
    </w:p>
    <w:p>
      <w:pPr>
        <w:pStyle w:val="ArticleScripture"/>
        <w:jc w:val="left"/>
      </w:pPr>
      <w:r>
        <w:rPr>
          <w:rFonts w:ascii="Times New Roman" w:hAnsi="Times New Roman" w:eastAsia="Times New Roman" w:cs="Times New Roman"/>
        </w:rPr>
        <w:t>Езекиелийн эш үзүүллэгийн нэгэн хэсэг мөн итгэгчдэд хүч чадал, тайтгарлын эх булаг болсон юм: “ЭЗЭНий үг надад ирж, ийн айлдав: Хүний хүү, Израилийн нутагт та нарын хэлэлцдэг тэр зүйр үг юу вэ? Та нар, ‘Өдрүүд сунжирч, бүх үзэгдэл талаар болно’ хэмээн ярьдаг. Тиймээс тэдэнд хэлэгтүн, Эзэн БУРХАН ийн айлдаж байна: ... Өдрүүд ойртсон бөгөөд үзэгдэл бүрийн биелэл мөн ойртсон. ... Би айлдах болно, Миний айлдах үг биелэх болно; тэр нь цаашид дахин саатахгүй.” “Израилийн гэрийнхэн, ‘Түүний харж буй үзэгдэл нь алс ирээдүйн тухай, тэрээр холын цаг үеийн талаар эш үзүүлж байна’ хэмээн хэлдэг. Тиймээс тэдэнд хэлэгтүн, Эзэн БУРХАН ийн айлдаж байна: Миний ямар ч үг цаашид дахин саатахгүй, харин Миний айлдсан үг биелэх болно.” Езекиел 12:21–25, 27, 28.</w:t>
      </w:r>
    </w:p>
    <w:p>
      <w:pPr>
        <w:pStyle w:val="ArticleHeading"/>
        <w:jc w:val="left"/>
      </w:pPr>
      <w:r>
        <w:rPr>
          <w:rFonts w:ascii="Arial" w:hAnsi="Arial" w:eastAsia="Arial" w:cs="Arial"/>
        </w:rPr>
        <w:t>Мөргөгчдийн хоёр бүлэг</w:t>
      </w:r>
    </w:p>
    <w:p>
      <w:pPr>
        <w:pStyle w:val="ArticleBody"/>
        <w:jc w:val="left"/>
      </w:pPr>
      <w:r>
        <w:rPr>
          <w:rFonts w:ascii="Times New Roman" w:hAnsi="Times New Roman" w:eastAsia="Times New Roman" w:cs="Times New Roman"/>
        </w:rPr>
        <w:t>Тэрээр мөргөгчдийн хоёр ангиллын тухай ярьж байгааг анзаарагтун. Тэрээр, энэ урам хугаралт тохиоход, олон хүн эш үзүүллэгүүдийг үргэлжлүүлэн судалсан гэж хэлсэн нь үргэлжлүүлээгүй нэгэн ангилал байсныг илтгэнэ. Бид эдгээр хоёр ангиллын ялгааны талаар илүү их гэрэл авах болно.</w:t>
      </w:r>
    </w:p>
    <w:p>
      <w:pPr>
        <w:pStyle w:val="ArticleBody"/>
        <w:jc w:val="left"/>
      </w:pPr>
      <w:r>
        <w:rPr>
          <w:rFonts w:ascii="Times New Roman" w:hAnsi="Times New Roman" w:eastAsia="Times New Roman" w:cs="Times New Roman"/>
        </w:rPr>
        <w:t>Хабаккук 2:1–4-ийн биелэл нь энэ 1843 оны хүснэгт болон 1850 оны хүснэгт мөн. Хабаккукийн дотор ч, 4-р эшлэлд зөвт хүн өөрийн итгэлээр амьдарна, мөн сэтгэл нь ихэрхэж өргөгдсөн нэгний тухай хэлдэг. Энэ нь мөргөгчдийн хоёр ангийг дүрслэн үзүүлж байна. Шөнийн дундын Хашхирааны түүх мөргөгчдийн хоёр ангийг бий болгодог бөгөөд тэр хоёр ангид Хабаккукт хандсан байдаг.</w:t>
      </w:r>
    </w:p>
    <w:p>
      <w:pPr>
        <w:pStyle w:val="ArticleBody"/>
        <w:jc w:val="left"/>
      </w:pPr>
      <w:r>
        <w:rPr>
          <w:rFonts w:ascii="Times New Roman" w:hAnsi="Times New Roman" w:eastAsia="Times New Roman" w:cs="Times New Roman"/>
        </w:rPr>
        <w:t>Дараагийн догол мөрөнд, Хабаккук 2 болон Езекиелийг эш татсаны дараа, тэрээр бүлгүүдийн нэгийг нь “хүлээгчид” хэмээн тодорхойлдог. Хүлээгчид гэж хэн бэ? Тэд бол Даниел 12-ыг биелүүлж буй хүмүүс бөгөөд, “Хүлээж, 1335-д хүрэгч нэгэн ерөөлтэй еэ.” Энэ бүлэг бол хүлээгчид мөн.</w:t>
      </w:r>
    </w:p>
    <w:p>
      <w:pPr>
        <w:pStyle w:val="ArticleScripture"/>
        <w:jc w:val="left"/>
      </w:pPr>
      <w:r>
        <w:rPr>
          <w:rFonts w:ascii="Times New Roman" w:hAnsi="Times New Roman" w:eastAsia="Times New Roman" w:cs="Times New Roman"/>
        </w:rPr>
        <w:t>Хүлээгчид баярлан хөөрөв. Учир нь эхлэлээс төгсгөлийг мэддэг Нэгэн эрин үеүүдийн туршид доошлон харж, тэдний урам хугарахыг урьдчилан хараад, тэдэнд зориг ба найдварын үгсийг өгсөн гэдэгт тэд итгэж байв.</w:t>
      </w:r>
    </w:p>
    <w:p>
      <w:pPr>
        <w:pStyle w:val="ArticleBody"/>
        <w:jc w:val="left"/>
      </w:pPr>
      <w:r>
        <w:rPr>
          <w:rFonts w:ascii="Times New Roman" w:hAnsi="Times New Roman" w:eastAsia="Times New Roman" w:cs="Times New Roman"/>
        </w:rPr>
        <w:t>Зүүн Европын нэгэн улсад хэдэн жилийн турш ажиллаж байсан нэгэн эгч бидэнтэй холбогдсон. Тэр уг улсаас гаралтай бөгөөд Америкийн Нэгдсэн Улс руу нүүж, энэ мэдээг ойлгосныхоо дараа буцан нүүсэн юм. Түүнд эсэргүүцэл тулгарч, түүний өмнөх сүмийн гэр бүлийнхэн өөрийнх нь улсын удирдагчидтай холбогдон, түүний өмнө “хаалгыг хаах”-ыг оролдсон байна. Харин саяхан Эзэн түүнд энэ мэдээг бүлгүүдэд хуваалцах хаалгыг нээсэн юм.</w:t>
      </w:r>
    </w:p>
    <w:p>
      <w:pPr>
        <w:pStyle w:val="ArticleBody"/>
        <w:jc w:val="left"/>
      </w:pPr>
      <w:r>
        <w:rPr>
          <w:rFonts w:ascii="Times New Roman" w:hAnsi="Times New Roman" w:eastAsia="Times New Roman" w:cs="Times New Roman"/>
        </w:rPr>
        <w:t>Өнөө өглөө эрт тэр утасдаж, нэгэн саад нь тээврийн асуудал байсан тухай хуваалцав. Тэдэнд энэ мэдээгээр явж, заахын тулд машин хэрэгтэй байсан боловч хөрөнгө мөнгө дутмаг байв. Тэднийг энэ газарт хүрмэгц, Эзэнээр ятгагдсан Америкийн Нэгдсэн Улсаас ирсэн найз нөхөд нь машин худалдан авахад хүрэлцэхүйц мөнгө илгээжээ.</w:t>
      </w:r>
    </w:p>
    <w:p>
      <w:pPr>
        <w:pStyle w:val="ArticleBody"/>
        <w:jc w:val="left"/>
      </w:pPr>
      <w:r>
        <w:rPr>
          <w:rFonts w:ascii="Times New Roman" w:hAnsi="Times New Roman" w:eastAsia="Times New Roman" w:cs="Times New Roman"/>
        </w:rPr>
        <w:t>Энэ нь урам хугарсан хүмүүст тохиолдож байсан туршлагын нэгэн төрөл байв. Тэд урам нь хугарсан боловч Эзэн тэднийг зоригжуулахын тулд Сударт хөтлөн, “Энэхүү урам хугаралт Миний удирдлага дор болсон. Зүгээр л урагшлан явсаар бай” хэмээн айлдсан.</w:t>
      </w:r>
    </w:p>
    <w:p>
      <w:pPr>
        <w:pStyle w:val="ArticleScripture"/>
        <w:jc w:val="left"/>
      </w:pPr>
      <w:r>
        <w:rPr>
          <w:rFonts w:ascii="Times New Roman" w:hAnsi="Times New Roman" w:eastAsia="Times New Roman" w:cs="Times New Roman"/>
        </w:rPr>
        <w:t>Тэдэнд тэвчээртэйгээр хүлээж, Бурханы үгэнд итгэх итгэлээ бат барихыг сургамжилсан Судрын ийм хэсгүүд байгаагүйсэн бол, тэрхүү сорилттой цагт тэдний итгэл мөхөх байсан юм.</w:t>
      </w:r>
    </w:p>
    <w:p>
      <w:pPr>
        <w:pStyle w:val="ArticleHeading"/>
        <w:jc w:val="left"/>
      </w:pPr>
      <w:r>
        <w:rPr>
          <w:rFonts w:ascii="Arial" w:hAnsi="Arial" w:eastAsia="Arial" w:cs="Arial"/>
        </w:rPr>
        <w:t>Арван охины тухай сургаалт зүйрлэл ба саатах хугацаа</w:t>
      </w:r>
    </w:p>
    <w:p>
      <w:pPr>
        <w:pStyle w:val="ArticleBody"/>
        <w:jc w:val="left"/>
      </w:pPr>
      <w:r>
        <w:rPr>
          <w:rFonts w:ascii="Times New Roman" w:hAnsi="Times New Roman" w:eastAsia="Times New Roman" w:cs="Times New Roman"/>
        </w:rPr>
        <w:t>Арван охины сургаалт зүйрлэлийг Хабаккук 2-той Эгч Уайт хэрхэн холбон үзэж байгааг анзаарагтун. Учир нь хоёуланд нь удаашралын хугацаа болон мөргөгчдийн хоёр ангийг өгүүлдэг.</w:t>
      </w:r>
    </w:p>
    <w:p>
      <w:pPr>
        <w:pStyle w:val="ArticleScripture"/>
        <w:jc w:val="left"/>
      </w:pPr>
      <w:r>
        <w:rPr>
          <w:rFonts w:ascii="Times New Roman" w:hAnsi="Times New Roman" w:eastAsia="Times New Roman" w:cs="Times New Roman"/>
        </w:rPr>
        <w:t>Матай 25 дахь арван охины тухай сургаалт зүйрлэл нь мөн Адвентист ард түмний туршлагыг дүрслэн үзүүлдэг. Матай 24-т Христ Өөрийн шавь нарын Өөрийн ирэлтийн болон ертөнцийн төгсгөлийн тэмдгийн тухай асуултад хариулахдаа, Өөрийн анхны ирэлтээс хоёр дахь ирэлт хүртэлх дэлхийн болон сүмийн түүхэн дэх хамгийн чухал зарим үйл явдлыг, тухайлбал Иерусалимын сүйрэл, харь шашинтны болон папын хавчлагын дор сүмд тохиосон их гамшиг, нар сарны харанхуйрал, мөн оддын уналтыг заан хэлсэн. Үүний дараа Тэр Өөрийн хаанчлал доторх ирэлтийнхээ тухай өгүүлж, Өөрийн үзэгдэн ирэхийг хүлээн байдаг хоёр төрлийн боолын тухай дүрсэлсэн сургаалт зүйрлэлийг ярьсан. 25-р бүлэг: “Тэгэхэд тэнгэрийн хаанчлал арван охинтой зүйрлэгдэх болно” хэмээх үгээр эхэлдэг. Энд эцсийн өдрүүдэд амьдарч буй сүмийг хараанд авчирсан байна,</w:t>
      </w:r>
    </w:p>
    <w:p>
      <w:pPr>
        <w:pStyle w:val="ArticleBody"/>
        <w:jc w:val="left"/>
      </w:pPr>
      <w:r>
        <w:rPr>
          <w:rFonts w:ascii="Times New Roman" w:hAnsi="Times New Roman" w:eastAsia="Times New Roman" w:cs="Times New Roman"/>
        </w:rPr>
        <w:t>Одоо тэрээр үүнийг Миллерчүүдийн түүхэнд хэрэглэж байгаа боловч түүний юу хэлж байгааг анзаарагтун—“Энд эцсийн өдрүүдэд амьдарч буй сүм үзэгдэн гарч байна,”—“эцсийн өдрүүдэд амьдарч буй сүм” нь хэн бэ? Тэр нь бид мөн.</w:t>
      </w:r>
    </w:p>
    <w:p>
      <w:pPr>
        <w:pStyle w:val="ArticleScripture"/>
        <w:jc w:val="left"/>
      </w:pPr>
      <w:r>
        <w:rPr>
          <w:rFonts w:ascii="Times New Roman" w:hAnsi="Times New Roman" w:eastAsia="Times New Roman" w:cs="Times New Roman"/>
        </w:rPr>
        <w:t>24-р бүлгийн төгсгөлд заагдсан мөнөөх зүйл юм. Энэ сургаалт зүйрлэлд тэдний туршлага Дорнын хуримын үйл явдлуудаар дүрслэгдсэн байна. “Тэгэхэд тэнгэрийн хаанчлал дэнлүүгээ аваад хүргэнийг угтахаар гарсан арван онгон охидтой адилтгагдах болно. Тэдний тав нь цэцэн, тав нь мунхаг байв. Мунхагууд нь дэнлүүгээ авсан боловч тос авч явсангүй; харин цэцнүүд нь дэнлүүтэйгээ хамт савандаа тос авч явжээ. Хүргэн саатсанаас болж тэд бүгд нойрмоглон унтав. Харин шөнө дунд хашхирах дуу гарч, ‘Харагтун, хүргэн ирж байна; түүнийг угтахаар гарцгаа’ гэв.”</w:t>
      </w:r>
    </w:p>
    <w:p>
      <w:pPr>
        <w:pStyle w:val="ArticleScripture"/>
        <w:jc w:val="left"/>
      </w:pPr>
      <w:r>
        <w:rPr>
          <w:rFonts w:ascii="Times New Roman" w:hAnsi="Times New Roman" w:eastAsia="Times New Roman" w:cs="Times New Roman"/>
        </w:rPr>
        <w:t>Эхний тэнгэрэлчийн мэдээгээр тунхаглагдсан Христийн ирэлт нь хүргэний ирэлтээр төлөөлүүлэн илэрхийлэгдсэн гэж ойлгогдож байв. Түүний удахгүй ирэхийг тунхагласан өргөн хүрээт шинэчлэл нь онгон охидын угтан гаралттай тохирч байлаа. Энэ сургаалт зүйрлэлд, Матай 24-т байдгийн адил, хоёр бүлэг хүмүүсийг дүрсэлсэн байдаг. Бүгд дэнлүүнүүдээ, өөрөөр хэлбэл Библийг, авсан бөгөөд түүний гэрлээр Хүргэнийг угтан гарав. Харин мунхагууд дэнлүүнүүдээ тосгүйгээр авсан бол мэргэнүүд савнууддаа тос авсан байлаа. Мэргэнүүд Бурханы нигүүлслийг, Ариун Сүнсний дахин төрүүлдэг, гэгээрүүлдэг хүчийг хүлээн авсан байсан бөгөөд энэ нь Түүний үгийг тэдний хөлд дэнлүү болгож байв. Тэд үнэнийг мэдэхийн тулд Судруудыг судалж, зүрх сэтгэл ба амьдралын ариун байдлыг чин сэтгэлээсээ эрэлхийлж байлаа. Эдгээр хүмүүс Бурханд болон Түүний үгэнд хувийн туршлага, итгэлтэй байсан бөгөөд тэр нь урам хугарал, саатлаар нураагдах аргагүй байв. Харин бусад нь сэтгэлийн хөдөлгөөнөөр хөтлөгдөн, ахан дүүсийнхээ итгэлд түшиглэж, сайн мэдрэмжээр хангалуун байсан боловч үнэний талаар гүнзгий ойлголтгүй, нигүүлслийн жинхэнэ ажлыг дотроо амсаагүй байлаа. Тэд саатал болон урам хугаралд бэлтгэгдээгүй байсан. Сорилт ирэхэд тэдний итгэл мөхөж, гэрлүүд нь бүүдийв.</w:t>
      </w:r>
    </w:p>
    <w:p>
      <w:pPr>
        <w:pStyle w:val="ArticleBody"/>
        <w:jc w:val="left"/>
      </w:pPr>
      <w:r>
        <w:rPr>
          <w:rFonts w:ascii="Times New Roman" w:hAnsi="Times New Roman" w:eastAsia="Times New Roman" w:cs="Times New Roman"/>
        </w:rPr>
        <w:t>«Хүргэн саатсан тэр үед,» Хүргэн хэзээ саатсан бэ? 1844 оны 3-р сарын 22-нд. Тэр саатаж байна. Одоо юу болох гэж байна вэ? Энэ хоёр анги илрэн харагдах болно.</w:t>
      </w:r>
    </w:p>
    <w:p>
      <w:pPr>
        <w:pStyle w:val="ArticleBody"/>
        <w:jc w:val="left"/>
      </w:pPr>
      <w:r>
        <w:rPr>
          <w:rFonts w:ascii="Times New Roman" w:hAnsi="Times New Roman" w:eastAsia="Times New Roman" w:cs="Times New Roman"/>
        </w:rPr>
        <w:t>Бид Шөнө дундын Хашхиралыг мартан доорх ёрын муу ертөнц рүү хөтлөх замаас хальж унахдаа, Сайн Мэдээг ойлгодоггүйгээ харуулдаг. Мөнхийн Сайн Мэдээ гэдэг нь шалгагч эш үзүүллэгийн мэдээнд тулгуурлан шүтэгчдийн хоёр ангийг бий болгох Христийн ажил мөн. Саатлын цагаас хаалга хаагдах хүртэл энэ нь Мөнхийн Сайн Мэдээний оргил үе юм. Энд Эзэн саатлын цагт хоёр ангийг авч, Өөртэйгөө хамт тэднийг Шүүхэд оруулахыг зорин, тэдэнд үнэхээр тос байгаа эсэхийг нотлуулахын тулд шалгалтын үйл явцаар оруулдаг. Энэ бол Христийн алтыг шаарнаас, буудайг хогийн ургамлаас, ухаалагуудыг мунхгуудаас салгах ажлын оргил үе мөн.</w:t>
      </w:r>
    </w:p>
    <w:p>
      <w:pPr>
        <w:pStyle w:val="ArticleScripture"/>
        <w:jc w:val="left"/>
      </w:pPr>
      <w:r>
        <w:rPr>
          <w:rFonts w:ascii="Times New Roman" w:hAnsi="Times New Roman" w:eastAsia="Times New Roman" w:cs="Times New Roman"/>
        </w:rPr>
        <w:t>“Хүргэн саатсан тул тэд бүгд нойрмоглон унтав.” Хүргэн саатсанаар Эзэнийг хүлээж байсан цаг хугацаа өнгөрсөн нь, урам хугаралт, мөн саатал буй мэт харагдсан байдал дүрслэгдэж байна. Энэхүү тодорхойгүй цаг үед өнгөцхөн бөгөөд хагас сэтгэлтэй хүмүүсийн сонирхол удалгүй ганхаж, тэдний хүчин чармайлт суларч эхэлсэн; харин итгэл нь Библийг хувьдаа танин мэдсэн мэдлэг дээр үндэслэсэн хүмүүсийн хөл дор урам хугарлын давалгаа угаан зайлуулж үл чадах хад байв. “Тэд бүгд нойрмоглон унтав”; нэг бүлэг нь хайхрамжгүй байдалд орж, итгэлээ орхисон байхад, нөгөө бүлэг нь илүү тод гэрэл өгөгдөх хүртэл тэвчээртэйгээр хүлээж байв. Гэвч сорилтын шөнө тэдний сүүлчийн бүлэг ч мөн тодорхой хэмжээгээр хичээл зүтгэл, үнэнч сэтгэлээ алдах мэт болов. Хагас сэтгэлтэй бөгөөд өнгөцхөн хүмүүс ах дүүсийнхээ итгэлд түшиглэн байхаа больсон. Хүн бүр өөрийнхөө төлөө тогтож үлдэх эсвэл унах ёстой байв.</w:t>
      </w:r>
    </w:p>
    <w:p>
      <w:pPr>
        <w:pStyle w:val="ArticleBody"/>
        <w:jc w:val="left"/>
      </w:pPr>
      <w:r>
        <w:rPr>
          <w:rFonts w:ascii="Times New Roman" w:hAnsi="Times New Roman" w:eastAsia="Times New Roman" w:cs="Times New Roman"/>
        </w:rPr>
        <w:t>Урам хугаралт тохиоход, хоёр анги өөр өөрөөр нойрсож эхэлсэн; гэвч мэргэн охид хүртэл зүтгэлийнхээ заримаас алдсан байв. Эзэн үүнд удирдан оролцож байсан нь, Экзетерийн цуглааны хуаранд Шөнийн Дунд Хашхирааны мэдээ ирэхэд, Тэр тэдний дунд нэгэн ажлыг гүйцэлдүүлэхийн тулд байлаа.</w:t>
      </w:r>
    </w:p>
    <w:p>
      <w:pPr>
        <w:pStyle w:val="ArticleHeading"/>
        <w:jc w:val="left"/>
      </w:pPr>
      <w:r>
        <w:rPr>
          <w:rFonts w:ascii="Arial" w:hAnsi="Arial" w:eastAsia="Arial" w:cs="Arial"/>
        </w:rPr>
        <w:t>Сорилтын үйл явц: Хүлээлтийн хугацаа ба Шөнө дундын хашхираан</w:t>
      </w:r>
    </w:p>
    <w:p>
      <w:pPr>
        <w:pStyle w:val="ArticleBody"/>
        <w:jc w:val="left"/>
      </w:pPr>
      <w:r>
        <w:rPr>
          <w:rFonts w:ascii="Times New Roman" w:hAnsi="Times New Roman" w:eastAsia="Times New Roman" w:cs="Times New Roman"/>
        </w:rPr>
        <w:t>Зөгнөлийн Сүнс, 4-р боть, 228-р хуудаснаас: Энэ үйл явц—хойшлогдлын хугацаанаас эхлэн хаалга хаагдах хүртэлх Шөнө дундын Хашхираан—бол Эзэн Өөрийн ард түмнийг сорьж буй хэрэг гэдгийг сана. Эксетерийн майхны цуглаанд тунхаглагдсан Шөнө дундын Хашхираан, 1844 оны 10-р сарын 22-ныг хүртэлх түүний тунхаглалын явцдаа, тэрхүү түүхийн зөвхөн нэг хэсэг нь юм. Үүнийг хойшлогдлын хугацаанаас салган үзэж үл болно, учир нь тэр хугацаа нь мөргөгчдийн хоёр ангид Шөнө дундын Хашхирааны нөлөө хэрхэн илрэхэд бэлтгэдэг. Та Шөнө дундын Хашхирааныг ойлгох ёстой. Учир нь хэрэв та үүнийг ойлгохгүй бол замаас мултарна.</w:t>
      </w:r>
    </w:p>
    <w:p>
      <w:pPr>
        <w:pStyle w:val="ArticleBody"/>
        <w:jc w:val="left"/>
      </w:pPr>
      <w:r>
        <w:rPr>
          <w:rFonts w:ascii="Times New Roman" w:hAnsi="Times New Roman" w:eastAsia="Times New Roman" w:cs="Times New Roman"/>
        </w:rPr>
        <w:t>“Бурхан Өөрийн ард түмнийг сорихоор төлөвлөсөн байв. Эш үзүүллэгийн хугацаануудыг тооцоолох явцад гарсан нэгэн алдааг Түүний мутар халхалсан юм. Түүний мутар, өөрөөр хэлбэл Эзэний мутар, эш үзүүллэгийн хугацаануудыг”, олон тоон дээр, “тооцоолох явцад гарсан нэгэн онцгой алдааг халхалсан. Адвентистууд уг алдааг илрүүлээгүй, мөн тэдний эсэргүүцэгчдийн хамгийн их эрдэм мэдлэгтэй нь ч үүнийг илрүүлээгүй. Сүүлчийнх нь: ‘Та нарын эш үзүүллэгийн хугацаануудын тооцоолол зөв. Агуу үйл явдал удахгүй тохиох гэж байна; гэвч энэ нь ноён Миллерийн урьдчилан хэлдэг зүйл биш; энэ нь Христийн хоёр дахь ирэлт бус, харин дэлхийн хөрвөлт юм’ гэж хэлсэн.”</w:t>
      </w:r>
    </w:p>
    <w:p>
      <w:pPr>
        <w:pStyle w:val="ArticleBody"/>
        <w:jc w:val="left"/>
      </w:pPr>
      <w:r>
        <w:rPr>
          <w:rFonts w:ascii="Times New Roman" w:hAnsi="Times New Roman" w:eastAsia="Times New Roman" w:cs="Times New Roman"/>
        </w:rPr>
        <w:t>Хүлээлтийн хугацаа өнгөрсөн боловч Өөрийн ард түмнийг чөлөөлөхөөр Христ үзэгдсэнгүй. Аврагчаа чин сэтгэлийн итгэл ба хайраар хүсэн харж байсан хүмүүс гашуун урам хугарал амсав. Гэвч Эзэн Өөрийн зорилгыг биелүүлсэн байлаа: Тэр Өөрийн илрэлтийг хүлээн байна хэмээн тунхаглагчдын зүрх сэтгэлийг сорьсон юм. Тэдний дунд үнэнийг хайрласнаас илүүтэй айдсаар хөдөлгөгдсөн олон хүн байв. Хүлээгдэж байсан үйл явдал тохиолдоогүй үед эдгээр хүмүүс өөрсдөө урам хугараагүй хэмээн мэдэгдэв; тэд Христ ирнэ гэдэгт хэзээ ч үнэхээр итгэж байгаагүй ажээ. Тэд жинхэнэ итгэгчдийн уй гашууг хамгийн түрүүнд элэглэн дооглогсдын дунд байв.</w:t>
      </w:r>
    </w:p>
    <w:p>
      <w:pPr>
        <w:pStyle w:val="ArticleBody"/>
        <w:jc w:val="left"/>
      </w:pPr>
      <w:r>
        <w:rPr>
          <w:rFonts w:ascii="Times New Roman" w:hAnsi="Times New Roman" w:eastAsia="Times New Roman" w:cs="Times New Roman"/>
        </w:rPr>
        <w:t>Энэ нь Эзэний зорилго байсан. Эзэн өнгөрсөн туршлагад маань биднийг хэрхэн удирдан хөтөлснийг мартахгүй л бол, ирээдүйн талаар бидэнд айх юу ч үгүй; мөн өнгөрсөн туршлагад маань өгсөн Эзэний сургаалыг мартахгүй л бол, айх юу ч үгүй. Бид та нарт, энэхүү удирдан хөтлөлтийг Түүний сургаалаас салган ойлгож үл болно гэдгийг хэлж байна.</w:t>
      </w:r>
    </w:p>
    <w:p>
      <w:pPr>
        <w:pStyle w:val="ArticleScripture"/>
        <w:jc w:val="left"/>
      </w:pPr>
      <w:r>
        <w:rPr>
          <w:rFonts w:ascii="Times New Roman" w:hAnsi="Times New Roman" w:eastAsia="Times New Roman" w:cs="Times New Roman"/>
        </w:rPr>
        <w:t>Жеймс Уайт, Эллен Г. Уайт, *Life Sketches* (1888), х. 186–187: “1843 онд хугацаа өнгөрснөөр Бурхан Өөрийн ард түмнийг сорьж, шалгасан юм. Тэдний эш үзүүллэгийн хугацаануудыг тооцоолохдоо гаргасан алдаа—онцгой нэгэн алдаа—Христийн ирэлтийг хүлээн байсан хүмүүсийн үзлийг эсэргүүцэгч эрдэмтэн хүмүүсийн хувьд ч тэр даруйдаа илэрч танигдаагүй. Эдгээр гүнзгий мэдлэгт эрдэмтэд хугацааны тооцооллын талаар ноён Миллерийн зөв гэж мэдэгдсэн боловч, тэр хугацааг төгсгөх үйл явдлын тухайд түүнтэй санал нийлээгүй. Гэвч тэд ч, Бурханыг хүлээн байсан ард түмэн ч, хугацааны асуудал дээр нэгэн адил алдаанд байсан билээ.”</w:t>
      </w:r>
    </w:p>
    <w:p>
      <w:pPr>
        <w:pStyle w:val="ArticleScripture"/>
        <w:jc w:val="left"/>
      </w:pPr>
      <w:r>
        <w:rPr>
          <w:rFonts w:ascii="Times New Roman" w:hAnsi="Times New Roman" w:eastAsia="Times New Roman" w:cs="Times New Roman"/>
        </w:rPr>
        <w:t>Бид Бурхан Өөрийн мэргэн ухаанаар Өөрийн ард түмэн урам хугаралттай учрахыг төлөвлөсөн гэдэгт бүрэн итгэдэг; энэ нь зүрх сэтгэлийг илчилж, жинхэнэ зан чанарыг төлөвшүүлэхэд тун зохистой байв—зөвхөн тэдний зүрх сэтгэлийг илчлэх төдийгүй, тэдний зан чанарыг хөгжүүлэн, Шөнө дундын хашхирааны үед ирэх хямрал дээр ил тод харагдахаар тийм хэмжээнд хүргэхийн тулд юм. Бурханы шүүлтээс айсандаа, харин үнэнийг хайрлаж, тэнгэрийн хаанчлалд өв залгамжлал авахыг хүссэндээ бус, анхны тэнгэрэлчийн мэдээг хүлээн авсан хүмүүс одоо жинхэнэ дүр төрхөөрөө илэрч гарч ирэв. Тэд Есүсийн үзэгдлийг чин сэтгэлээсээ хүсэн хүлээж, түүнийг хайрласан боловч урам нь хугарсан хүмүүсийг хамгийн түрүүнд элэглэн тохуурхсан хүмүүсийн дунд байлаа. Бурханы энэхүү хамгийн шалган сорьсон сорилт нь сорилтын цагт өөрсдийн итгэлийг няцан үгүйсгэснээр хариуцлага болон гутаан доромжлолыг бултах хүмүүсийн жинхэнэ зан чанарыг илчилсэн юм.</w:t>
      </w:r>
    </w:p>
    <w:p>
      <w:pPr>
        <w:pStyle w:val="ArticleBody"/>
        <w:jc w:val="left"/>
      </w:pPr>
      <w:r>
        <w:rPr>
          <w:rFonts w:ascii="Times New Roman" w:hAnsi="Times New Roman" w:eastAsia="Times New Roman" w:cs="Times New Roman"/>
        </w:rPr>
        <w:t>Урам нь хугарсан хүмүүс харанхуйд орхигдоогүй; учир нь эш үзүүллэгийн хугацаануудыг чин сэтгэлийн залбиралтайгаар нягтлан судлах явцад алдаа—тэрхүү онцгой алдаа—мөн саатлын хугацаагаар дамжин эш үзүүллэгийн харандааны мөрийг хөөж тогтоох нь илчлэгдсэн юм. Христийн ирэлтийг баярт хүлээлттэйгээр хүсэн хүлээж байхдаа үзэгдлийн илт саатлыг тооцоогүй байсан бөгөөд энэ нь гунигтай, санаандгүй гэнэтийн зүйл болсон байв. Гэвч энэхүү сорилт нь үнэнд чин үнэнч итгэгчдийг хөгжүүлж, бэхжүүлэхэд тун чухал хэрэгтэй байлаа. Саатлын хугацаа туйлын шаардлагатай байсан. Энэ нь зөвхөн хоёр ангийг илэрхий болгож, тэдний зан чанарыг хөгжүүлж эхлэх гэж байсан төдийгүй—тэрхүү зан чанар нь Шөнө дундын Хашхирааны түүхээс хаалга хаагдах хүртэлх явцад илэрхий болох байсан—асуудлын зөв талд гарах хүмүүсийг бэхжүүлэхэд ч хэрэгтэй байсан. Та саатлын хугацааг Шөнө дундын Хашхираанаас эсвэл хаалга хаагдахаас салгаж үл чадна.</w:t>
      </w:r>
    </w:p>
    <w:p>
      <w:pPr>
        <w:pStyle w:val="ArticleBody"/>
        <w:jc w:val="left"/>
      </w:pPr>
      <w:r>
        <w:rPr>
          <w:rFonts w:ascii="Times New Roman" w:hAnsi="Times New Roman" w:eastAsia="Times New Roman" w:cs="Times New Roman"/>
        </w:rPr>
        <w:t>Шөнийн Хашхирааг үгүйсгэх үедээ та яг тэр түүхийг үгүйсгэж байна. Шөнийн Хашхираа нь зөвхөн Эксетерийн майхан цуглаанд Самуэл Сноугийн тунхагласан мэдээ төдий бус; энэ нь саатлын цаг үеийн туршлага мөн. Эзэн үүгээр л удирдан дагуулж байсан юм. Бид өнгөрсөн түүхэн дэх Эзэний удирдамжийг—саатлын цаг үе болон Шөнийн Хашхирааны энэ түүхийг—мартахгүй л бол ирээдүйн талаар айх юм бидэнд огт үгүй; учир нь Тэр Миллерийн түүхэн дотор Мөнхийн Сайн Мэдээг оргилд нь хүргэж, мөргөгчдийн хоёр ангийг бий болгосон билээ.</w:t>
      </w:r>
    </w:p>
    <w:p>
      <w:pPr>
        <w:pStyle w:val="ArticleScripture"/>
        <w:jc w:val="left"/>
      </w:pPr>
      <w:r>
        <w:rPr>
          <w:rFonts w:ascii="Times New Roman" w:hAnsi="Times New Roman" w:eastAsia="Times New Roman" w:cs="Times New Roman"/>
        </w:rPr>
        <w:t>Эртний бичвэрүүд, 74-р хуудас: «1843 оны хүснэгт нь Эзэний мутрын удирдлагаар бүтээгдсэн бөгөөд түүнийг өөрчлөх ёсгүйг би харсан; тоонууд нь Түүний хүссэнээр байсан; Түүний мутар зарим тоон дахь нэгэн алдааг бүрхэн нуусан тул, Түүний мутар авагдах хүртэл хэн ч түүнийг харж чадаагүйг би харсан.»</w:t>
      </w:r>
    </w:p>
    <w:p>
      <w:pPr>
        <w:pStyle w:val="ArticleHeading"/>
        <w:jc w:val="left"/>
      </w:pPr>
      <w:r>
        <w:rPr>
          <w:rFonts w:ascii="Arial" w:hAnsi="Arial" w:eastAsia="Arial" w:cs="Arial"/>
        </w:rPr>
        <w:t>Хууль бусын нууц ба сорилтын үйл явц</w:t>
      </w:r>
    </w:p>
    <w:p>
      <w:pPr>
        <w:pStyle w:val="ArticleBody"/>
        <w:jc w:val="left"/>
      </w:pPr>
      <w:r>
        <w:rPr>
          <w:rFonts w:ascii="Times New Roman" w:hAnsi="Times New Roman" w:eastAsia="Times New Roman" w:cs="Times New Roman"/>
        </w:rPr>
        <w:t>Хэрэв бидэнд цаг байсан бол, хууль бусын нууцын тухай ярилцаж болох байв. Хууль бусын нууц нь нэгээс илүү зөв тодорхойлолттой байж болох ч, энд энэ нь Эзэн Өөрийн ард түмнийг сорьдог ариун түүхүүдэд Сатан мууг сайнд, үнэнийг алдаатай хольдог үйл ажиллагааг хэлж байна. Эзэн Өөрийн ард түмнийг шалгалтын үйл явцад оруулдаг Судрын ариун түүхүүдэд та хууль бусын нууцыг үргэлж харах болно—үнэнийг алдаатай хольдог Сатаны үйл ажиллагааг. Хүмүүс энэ шалгалтын цэгт ирэх үед хууль бусын нууц асуудлуудыг бүрхэгдүүлсэн байдаг.</w:t>
      </w:r>
    </w:p>
    <w:p>
      <w:pPr>
        <w:pStyle w:val="ArticleBody"/>
        <w:jc w:val="left"/>
      </w:pPr>
      <w:r>
        <w:rPr>
          <w:rFonts w:ascii="Times New Roman" w:hAnsi="Times New Roman" w:eastAsia="Times New Roman" w:cs="Times New Roman"/>
        </w:rPr>
        <w:t>Ноагийн сорилтын цаг ирэхэд, түүнээс өмнө Сатаны үр Бурханы үртэй холилдсон байсныг Библи бидэнд өгүүлдэг. Чухам энэ нь Ноагийн үед гэм буруугийн нууцыг гүйцэлдүүлэхэд хүргэсэн бөгөөд Эхлэл номд Бурханы хөвгүүд хүний охидыг эхнэр болгон авсан явдлаар илэрхийлэгддэг—хоёр үрийн холилдолт, Ноагийн сорилтоос өмнө явагддаг гэм буруугийн нууц юм.</w:t>
      </w:r>
    </w:p>
    <w:p>
      <w:pPr>
        <w:pStyle w:val="ArticleBody"/>
        <w:jc w:val="left"/>
      </w:pPr>
      <w:r>
        <w:rPr>
          <w:rFonts w:ascii="Times New Roman" w:hAnsi="Times New Roman" w:eastAsia="Times New Roman" w:cs="Times New Roman"/>
        </w:rPr>
        <w:t>Мосе болон Улаан тэнгисийн сорилтын үед, Улаан тэнгисийн дэргэд болон Синайд соригдох Израиль Египетэд тийм удаан байсны улмаас түүний сургаалаар завхран ялзарсан байсныг Судар дүрслэн өгүүлдэг. Энэ нь гэм буруугийн нууц байв—сатаны сургаалын нөлөөнд автсан явдал юм.</w:t>
      </w:r>
    </w:p>
    <w:p>
      <w:pPr>
        <w:pStyle w:val="ArticleBody"/>
        <w:jc w:val="left"/>
      </w:pPr>
      <w:r>
        <w:rPr>
          <w:rFonts w:ascii="Times New Roman" w:hAnsi="Times New Roman" w:eastAsia="Times New Roman" w:cs="Times New Roman"/>
        </w:rPr>
        <w:t>Иудейчүүдийн үед Синедрионыг тэдний шалгалтын үйл явцыг няцаахад хүргэсэн замыг Грекийн сургаалууд бэлтгэсэн юм.</w:t>
      </w:r>
    </w:p>
    <w:p>
      <w:pPr>
        <w:pStyle w:val="ArticleBody"/>
        <w:jc w:val="left"/>
      </w:pPr>
      <w:r>
        <w:rPr>
          <w:rFonts w:ascii="Times New Roman" w:hAnsi="Times New Roman" w:eastAsia="Times New Roman" w:cs="Times New Roman"/>
        </w:rPr>
        <w:t>Миллеритүүдийн түүхэнд, Протестант сүмүүд дэх Миллеритүүд папын нөлөөллийн 1260 жилийн үеэс дөнгөж гарч ирээд байсан бөгөөд тэр нөлөө нь цэвэр үрийг бузар үртэй хольж завхруулснаар, Миллеритүүдийн түүхийн сорилтыг урьдан дагалдсан гэмийн нууцыг бий болгосон юм.</w:t>
      </w:r>
    </w:p>
    <w:p>
      <w:pPr>
        <w:pStyle w:val="ArticleBody"/>
        <w:jc w:val="left"/>
      </w:pPr>
      <w:r>
        <w:rPr>
          <w:rFonts w:ascii="Times New Roman" w:hAnsi="Times New Roman" w:eastAsia="Times New Roman" w:cs="Times New Roman"/>
        </w:rPr>
        <w:t>Тэр нь үргэлж оршин байдаг гэм буруугийн нууц юм.</w:t>
      </w:r>
    </w:p>
    <w:p>
      <w:pPr>
        <w:pStyle w:val="ArticleBody"/>
        <w:jc w:val="left"/>
      </w:pPr>
      <w:r>
        <w:rPr>
          <w:rFonts w:ascii="Times New Roman" w:hAnsi="Times New Roman" w:eastAsia="Times New Roman" w:cs="Times New Roman"/>
        </w:rPr>
        <w:t>Хэрэв та хууль бусын нууц хэрхэн үйлчилдгийг судлахыг хүсвэл, «Эцгүүд ба Эш Үзүүлэгчид» номын нэгдүгээр бүлэгт оч. Уайт эгч Сатан Тэнгэрт хууль бусын нууцыг хэрхэн хэрэгжүүлснийг бидэнд өгүүлдэг. Тэнгэрт аль тэнгэрэлч нар үлдэж, аль нь зайлуулагдахыг тогтоох сорилт болох ёстой байсан бөгөөд тэр сорилтын үйл явцаас өмнө Сатан яг тэнд, Тэнгэрт, хууль бусын нууцыг хэрэгжүүлж байв.</w:t>
      </w:r>
    </w:p>
    <w:p>
      <w:pPr>
        <w:pStyle w:val="ArticleBody"/>
        <w:jc w:val="left"/>
      </w:pPr>
      <w:r>
        <w:rPr>
          <w:rFonts w:ascii="Times New Roman" w:hAnsi="Times New Roman" w:eastAsia="Times New Roman" w:cs="Times New Roman"/>
        </w:rPr>
        <w:t>Сатан үүнийг эргэлзээ сэмхэн шургуулах, өөрийн үгийг Бурханы Үгнээс дээгүүр тавих, түүнээс ч илүүтэйгээр, бусдыг өөрийн хуурамч сургаалыг илэрхийлэн хэлүүлэх замаар үйлдсэн бөгөөд энэ нь хорон муу үйл ажиллагаа юм. Тэрээр таны оюун санаанд эргэлзээ төрүүлнэ, тэгээд та гарч очоод тэр эргэлзээг бүлэг хүмүүст илэрхийлэн хэлнэ. Хэрэв хэн нэгэн тэр эргэлзээний талаар гомдолловол, тэд түүний тухай бус, харин таны тухай гомдоллох болно.</w:t>
      </w:r>
    </w:p>
    <w:p>
      <w:pPr>
        <w:pStyle w:val="ArticleBody"/>
        <w:jc w:val="left"/>
      </w:pPr>
      <w:r>
        <w:rPr>
          <w:rFonts w:ascii="Times New Roman" w:hAnsi="Times New Roman" w:eastAsia="Times New Roman" w:cs="Times New Roman"/>
        </w:rPr>
        <w:t>Саяхан Вашингтоны Спокан хотын нэгэн пастор *Early Writings*-ийн 74-р хуудсын талаар тайлбарлахдаа: “Би Эллен Уайтын амьдарч байсан үеийн толь бичиг болох Вэбстерийн толь бичгийг үзсэн, тэгээд *figures* гэдэг нь арифметиктай холбоотой ямар нэгэн зүйл гэсэн утгатай биш” хэмээн хэлсэн. Үүнийг сонссон хүмүүсийн ихэнх нь шалгаж үзэхгүй, түүнд итгэх байсан. Наад зах нь, тэр пастор энэ эшлэл дэх *figures* юуг илэрхийлж буй талаар эргэлзээ тарьж байсан; үнэн хэрэгтээ, тэр худал хэлж байсан юм. Вэбстерийн 1828 оны толь бичигт: FIGURE, n. Арифметикт, 2, 7, 9 зэрэг тоог тэмдэглэдэг тэмдэгт.</w:t>
      </w:r>
    </w:p>
    <w:p>
      <w:pPr>
        <w:pStyle w:val="ArticleBody"/>
        <w:jc w:val="left"/>
      </w:pPr>
      <w:r>
        <w:rPr>
          <w:rFonts w:ascii="Times New Roman" w:hAnsi="Times New Roman" w:eastAsia="Times New Roman" w:cs="Times New Roman"/>
        </w:rPr>
        <w:t>Тэрээр эргэлзээг илэрхийлж, хууль бусын нууц хэмээн дүрслэгдсэн ажлыг үйлдэж байв. Хэрэв Адвентистууд үүнийг харах хүсэлтэй бол, тэрээр тэдэнд дэлхийн түүхийн энэ үед та нар үнэнийг өөрсдөө ойлгож, хүмүүнд чих тавихгүй байх ёстойг заан таниулж байв; учир нь, “. . . хууль бусын нууц аль хэдийн ажиллаж байна: . . . .”</w:t>
      </w:r>
    </w:p>
    <w:p>
      <w:pPr>
        <w:pStyle w:val="ArticleScripture"/>
        <w:jc w:val="left"/>
      </w:pPr>
      <w:r>
        <w:rPr>
          <w:rFonts w:ascii="Times New Roman" w:hAnsi="Times New Roman" w:eastAsia="Times New Roman" w:cs="Times New Roman"/>
        </w:rPr>
        <w:t>Эртний бичвэрүүд, 74-р тал: “. . . дүрслэлүүд нь Түүний хүссэнчлэн байсан бөгөөд зарим дүрслэл дэх алдааг Түүний мутар халхлан нууж байсан тул, Түүний мутар авагдах хүртэл хэн ч түүнийг харж чадсангүй.”</w:t>
      </w:r>
    </w:p>
    <w:p>
      <w:pPr>
        <w:pStyle w:val="ArticleBody"/>
        <w:jc w:val="left"/>
      </w:pPr>
      <w:r>
        <w:rPr>
          <w:rFonts w:ascii="Times New Roman" w:hAnsi="Times New Roman" w:eastAsia="Times New Roman" w:cs="Times New Roman"/>
        </w:rPr>
        <w:t>Энэ бол төөрөгдүүлэх явдал бөгөөд теологичид үүнийг олонтаа хийдэг. Хэрэв та Библи эсвэл Зөгнөлийн Сүнсэн дэх нэгэн үгийн утгыг ойлгохыг хүсвэл, юуны өмнө толь бичиг рүү бус, харин эш үзүүлэгч рүү хандана. Жишээлбэл, Даниел 8:11-д Даниел еврей rum гэдэг үгийг хэрэглэсэн бөгөөд үүнийг “taken away” гэж орчуулсан байдаг. Хүмүүс үүнийг “removed” гэсэн утгатай гэж боддог, гэвч Даниел rum гэдэг үгийг өөр таван удаа хэрэглэсэн байдаг бөгөөд тэр нь хэзээ ч “take away” гэсэн утгыг илэрхийлдэггүй—харин “дээш өргөж, өргөмжлөх” гэсэн утгатай. Тиймээс Даниел 8:11 дэх rum гэдэг үгийг “take away” гэсэн утгатай гэж үзэх нь Даниел уг үгийг хэрхэн хэрэглэснийг дагах бус, харин уламжлалыг дагаж буй хэрэг юм.</w:t>
      </w:r>
    </w:p>
    <w:p>
      <w:pPr>
        <w:pStyle w:val="ArticleBody"/>
        <w:jc w:val="left"/>
      </w:pPr>
      <w:r>
        <w:rPr>
          <w:rFonts w:ascii="Times New Roman" w:hAnsi="Times New Roman" w:eastAsia="Times New Roman" w:cs="Times New Roman"/>
        </w:rPr>
        <w:t>Үүнтэй адил, Эллен Уайтын тухайд: хэрэв та *Early Writings*, 74-т буй “figures” гэдэг нь урлагийн дүрс эсвэл график гэсэн утгатай гэж батлахыг хүсвэл, “Эллен Уайтын үеийн толь бичигт figures гэдэг нь арифметик гэсэн утгатай гэж хэлээгүй” хэмээн, ихэнх хүн үүнийг шалгахгүй гэж найдан хэлж болох юм. Гэвч хэрэв тэд шалгавал, figures гэдэг нь үнэхээр арифметик гэсэн утгатай болохыг олж мэдэх болно.</w:t>
      </w:r>
    </w:p>
    <w:p>
      <w:pPr>
        <w:pStyle w:val="ArticleBody"/>
        <w:jc w:val="left"/>
      </w:pPr>
      <w:r>
        <w:rPr>
          <w:rFonts w:ascii="Times New Roman" w:hAnsi="Times New Roman" w:eastAsia="Times New Roman" w:cs="Times New Roman"/>
        </w:rPr>
        <w:t>Гэвч таны хамгийн түрүүнд хандах ёстой эх сурвалж бол Эллен Уайт өөрөө юм: Тэр “figures” хэмээх үгээр юуг хэлж байна вэ? *Early Writings* номын 74-р хуудсанд тэрээр, “Түүний гар зарим тоонууд дахь нэгэн алдааг дээрээс нь дарж, нуун халхалсан байсан” гэж өгүүлдэг; мөн 236-р хуудсанд, “Түүний гар эш үзүүллэгийн хугацаануудын тооцоолол дахь нэгэн алдааг халхалж байсан” гэж хэлдэг. Ийнхүү эш үзүүлэгч эмэгтэй өөрийн хэрэглэсэн “figures” гэх нэр томьёо нь дүрслэх урлаг бус, харин эш үзүүллэгийн хугацаанууд—өөрөөр хэлбэл арифметик тооцооллыг—илэрхийлж байгааг тодорхойлж байна.</w:t>
      </w:r>
    </w:p>
    <w:p>
      <w:pPr>
        <w:pStyle w:val="ArticleBody"/>
        <w:jc w:val="left"/>
      </w:pPr>
      <w:r>
        <w:rPr>
          <w:rFonts w:ascii="Times New Roman" w:hAnsi="Times New Roman" w:eastAsia="Times New Roman" w:cs="Times New Roman"/>
        </w:rPr>
        <w:t>Тэгвэл Эзэн юун дээр гараа тавин халхалсан юм бэ? Тэрээр эш үзүүллэгийн хугацаануудыг тооцоолсон тооцоонд гарсан алдаа буюу тоон үзүүлэлтүүд дээр гараа тавин халхалсан юм.</w:t>
      </w:r>
    </w:p>
    <w:p>
      <w:pPr>
        <w:pStyle w:val="ArticleHeading"/>
        <w:jc w:val="left"/>
      </w:pPr>
      <w:r>
        <w:rPr>
          <w:rFonts w:ascii="Arial" w:hAnsi="Arial" w:eastAsia="Arial" w:cs="Arial"/>
        </w:rPr>
        <w:t>Эллен Уайтын 2520-ийг зөвшөөрөн дэмжсэн нь</w:t>
      </w:r>
    </w:p>
    <w:p>
      <w:pPr>
        <w:pStyle w:val="ArticleBody"/>
        <w:jc w:val="left"/>
      </w:pPr>
      <w:r>
        <w:rPr>
          <w:rFonts w:ascii="Times New Roman" w:hAnsi="Times New Roman" w:eastAsia="Times New Roman" w:cs="Times New Roman"/>
        </w:rPr>
        <w:t>Энэ бол гол дүгнэлт мөн. Бидний тунхаглаж буйтай адилхан мэдээг олон хүн танилцуулж байгаа бөгөөд би тэднийг дэмждэг. Харин 2520-ын тухайд, мөн Эллен Уайт үүнийг хүчинтэй эш үзүүллэг гэж үзэж байсан эсэх асуудал дээр, энэ л бол маргаан—энэ л бол нотолгоо бөгөөд та эндээс эхлэх ёстой. Бусад бүх маргаан хүчинтэй бөгөөд үнэн боловч, эхлэх цэг нь энэ мөн.</w:t>
      </w:r>
    </w:p>
    <w:p>
      <w:pPr>
        <w:pStyle w:val="ArticleBody"/>
        <w:jc w:val="left"/>
      </w:pPr>
      <w:r>
        <w:rPr>
          <w:rFonts w:ascii="Times New Roman" w:hAnsi="Times New Roman" w:eastAsia="Times New Roman" w:cs="Times New Roman"/>
        </w:rPr>
        <w:t>“Эртний бичвэрүүд” номын 74-р хуудсанд, Эзэн зарим тоон дахь алдаан дээр Өөрийн мутрыг тавин халхалсан гэж өгүүлсэн тэр хэсгийн утгыг тэрээр мөнөөх номын 236-р хуудсанд ийнхүү тодорхойлсон байдаг: “Би Бурханы ардыг баярт найдвараар дүүрэн, өөрсдийн Эзэнийг хүлээн харж байхыг үзсэн. Гэвч Бурхан тэднийг шалгахаар зорьсон билээ.” Тэрээр Хүлээлтийн хугацаа, анхны урам хугаралтын тухай ярьж байна.</w:t>
      </w:r>
    </w:p>
    <w:p>
      <w:pPr>
        <w:pStyle w:val="ArticleBody"/>
        <w:jc w:val="left"/>
      </w:pPr>
      <w:r>
        <w:rPr>
          <w:rFonts w:ascii="Times New Roman" w:hAnsi="Times New Roman" w:eastAsia="Times New Roman" w:cs="Times New Roman"/>
        </w:rPr>
        <w:t>Тэрээр 1844 оны 10-р сарын 22-ны Их Урам Хугаралтын тухай ярьж байгаа биш, учир нь тэнд ч мөн тэд шалгагдах байсан; харин энд тэрээр саатлын хугацааны тухай ярьж байна: “Бурхан тэднийг шалгахаар зорьсон.” “Түүний мутар эш үзүүллэгийн хугацаануудын тооцоололд гарсан алдааг халхалсан.” Тэрээр саатлын хугацаагаар дамжуулан тэднийг хэрхэн шалгах гэж байсан бэ? Эш үзүүллэгийн хугацаануудын талаарх тэдний ойлголтыг Өөрийн мутраар халхалснаар. Эзэн өнгөрсөнд, Миллерчүүдийн түүхэнд болон Өөрийн сургаалуудаар биднийг хэрхэн удирдсаныг бид мартсанаас бусдаар, ирээдүйн талаар айх зүйл та нарт үгүй.</w:t>
      </w:r>
    </w:p>
    <w:p>
      <w:pPr>
        <w:pStyle w:val="ArticleBody"/>
        <w:jc w:val="left"/>
      </w:pPr>
      <w:r>
        <w:rPr>
          <w:rFonts w:ascii="Times New Roman" w:hAnsi="Times New Roman" w:eastAsia="Times New Roman" w:cs="Times New Roman"/>
        </w:rPr>
        <w:t>Эдгээр эш үзүүллэгийн хугацаанууд нь саатлын цагийг үүсгэсэн сургаалууд мөн. “Түүний мутар эш үзүүллэгийн хугацаануудыг тооцоолохдоо гарсан нэгэн алдааг халхалсан. Эзнээ хүлээн байсан хүмүүс энэ алдааг олж мэдээгүй,”—цорын ганц алдаа—“мөн уг хугацааг эсэргүүцсэн хамгийн эрдэмтэй хүмүүс ч үүнийг олж хараагүй. Бурхан Өөрийн ард түмнийг урам хугаралтай учруулахыг зориосон байв. Цаг хугацаа өнгөрч, Аврагчаа баярт найдвараар хүлээж байсан хүмүүс гунигтай, зориг мохсон байхад, харин Есүсийн илрэлийг хайрлаагүй атлаа айдсаас болж мэдээг хүлээн авсан хүмүүс Түүнийг хүлээлтийн цагт ирээгүйд баярлаж байв. Тэдний итгэлийн тунхаг нь зүрх сэтгэлд нөлөөлж, амьдралыг ариусгаагүй байлаа. Цаг хугацаа өнгөрсөн явдал ийм зүрх сэтгэлийг илчлэхэд тун зохистойгоор тооцоологдсон байв. Тэд өөрсдийн Аврагчийн илрэлийг үнэхээр хайрлаж байсан гунигласан, урам нь хугарсан хүмүүсийг хамгийн түрүүнд орхин одож, дооглон шоолсон. Би Бурхан Өөрийн ард түмнийг сорьж, шалгалтын цагт хулчийж ухрах хүмүүсийг илрүүлэхийн тулд тэдэнд нягт шалгалт өгч байсанд орших Түүний мэргэн ухааныг харсан.”</w:t>
      </w:r>
    </w:p>
    <w:p>
      <w:pPr>
        <w:pStyle w:val="ArticleBody"/>
        <w:jc w:val="left"/>
      </w:pPr>
      <w:r>
        <w:rPr>
          <w:rFonts w:ascii="Times New Roman" w:hAnsi="Times New Roman" w:eastAsia="Times New Roman" w:cs="Times New Roman"/>
        </w:rPr>
        <w:t>Есүс болон тэнгэрийн бүх цэрэг сүрэг сэтгэлийнхээ хайрласан Түүнийг үзэхийг амтат найдвараар хүсэн удаан хүлээсэн хүмүүсийг энэрэл, хайраар ажиглан харж байв. Тэдний сорилтын цагт тэднийг тэнхрүүлэхийн тулд тэнгэрэлчүүд тэднийг тойрон эргэлдэж байлаа. Харин тэнгэрийн мэдээг хүлээн авахаас үл хайхарсан хүмүүс харанхуйд орхигдож, Бурханы уур хилэн тэдний эсрэг дүрэлзэн бадарсан; учир нь Тэр тэнгэрээс тэдэнд илгээсэн гэрлийг тэд хүлээн авахыг хүсээгүй юм. Эзэн нь яагаад ирээгүйг ойлгож чадахгүй байсан ч үнэнч бөгөөд урам нь хугарсан тэр хүмүүс харанхуйд орхигдоогүй. Тэд эш үзүүллэгийн хугацаануудыг шинжлэн судлахын тулд дахин Библи рүүгээ хөтлөгдөв. Эзэний мутар тоонууд дээрээс зайлуулагдаж, цорын ганц алдаа тайлбарлагдсан юм.</w:t>
      </w:r>
    </w:p>
    <w:p>
      <w:pPr>
        <w:pStyle w:val="ArticleBody"/>
        <w:jc w:val="left"/>
      </w:pPr>
      <w:r>
        <w:rPr>
          <w:rFonts w:ascii="Times New Roman" w:hAnsi="Times New Roman" w:eastAsia="Times New Roman" w:cs="Times New Roman"/>
        </w:rPr>
        <w:t>Энд тэрээр 1843 оны Хүснэгт дэх тоон үзүүлэлтүүдийн алдааг тайлбарлаж байгаа бөгөөд эдгээр тоо нь эш үзүүллэгийн хугацаануудыг төлөөлдөг гэдгийг тэр аль хэдийн тодорхойлсон билээ. “Тэд эш үзүүллэгийн хугацаанууд 1844 он хүртэл үргэлжилснийг харсан бөгөөд эш үзүүллэгийн хугацаанууд 1843 онд дууссан гэдгийг нотлохоор тэдний гаргасан тэрхүү адилхан нотолгоо нь, үнэндээ, тэдгээр нь 1844 онд төгсөхийг баталж байсан юм.” Хэлэлцүүлэг дууслаа! Эллен Уайт 2520-д өөрийн зөвшөөрлийн тамгыг дарж байна.</w:t>
      </w:r>
    </w:p>
    <w:p>
      <w:pPr>
        <w:pStyle w:val="ArticleBody"/>
        <w:jc w:val="left"/>
      </w:pPr>
      <w:r>
        <w:rPr>
          <w:rFonts w:ascii="Times New Roman" w:hAnsi="Times New Roman" w:eastAsia="Times New Roman" w:cs="Times New Roman"/>
        </w:rPr>
        <w:t>1843 оны Хүснэгт дээр тэдний 1843 онд төгсөнө гэж ойлгосон эш үзүүллэгийн хугацаа гуравхан байсан: 1335, 2520, мөн 2300. Бурхан Өөрийн мутрыг авагдтал, энэхүү Хүснэгт дээрх эш үзүүллэгийн хугацаанууд болох зарим тооны алдаан дээр Өөрийн мутрыг тавин халхалж байв. Тэрээр мутраа авах үед итгэлтэйгээр хүлээгчид эш үзүүллэгийн хугацаануудыг дахин судлахад хөтлөгдөж, 1843 онд эш үзүүллэгийн хугацаанууд хаагдсан хэмээн тэднийг тунхаглахад хүргэсэн өнөөх адил нотолгоо нь, улмаар тэдгээрийн хоёр нь 1844 онд төгссөнийг баталж байгааг танин мэдэв.</w:t>
      </w:r>
    </w:p>
    <w:p>
      <w:pPr>
        <w:pStyle w:val="ArticleBody"/>
        <w:jc w:val="left"/>
      </w:pPr>
      <w:r>
        <w:rPr>
          <w:rFonts w:ascii="Times New Roman" w:hAnsi="Times New Roman" w:eastAsia="Times New Roman" w:cs="Times New Roman"/>
        </w:rPr>
        <w:t>1335 нь 508 онд эхэлж, 1843 онд төгсөнө. 2520 нь МЭӨ 677 онд эхэлдэг бөгөөд жилийн бүтэн хэмжээсээр нөлөөлөгдөнө. Анхны пионерууд үүнийг 1843 онд төгсөнө гэж бодож байсан боловч хожим тэднийг 1843 оныг урьдчилан хэлэхэд хүргэсэн тэрхүү адил нотолгоо нь 2520-ийн эш үзүүллэг 1844 онд төгссөнийг баталж байгааг ойлгосон. 2300-ийн эш үзүүллэг нь МЭӨ 457 онд эхэлдэг бөгөөд тэд үүнийг 1843 онд төгсөнө гэж бодож байсан боловч урам хугарал тохиосны дараа, эш үзүүллэгийн хугацаануудыг судалснаар, энэ нь 1844 онд төгссөнийг ухаарсан.</w:t>
      </w:r>
    </w:p>
    <w:p>
      <w:pPr>
        <w:pStyle w:val="ArticleBody"/>
        <w:jc w:val="left"/>
      </w:pPr>
      <w:r>
        <w:rPr>
          <w:rFonts w:ascii="Times New Roman" w:hAnsi="Times New Roman" w:eastAsia="Times New Roman" w:cs="Times New Roman"/>
        </w:rPr>
        <w:t>Тэдний 1843 онд төгсөнө гэж таамагласан эш үзүүллэг ердөө гуравхан байсан бөгөөд тэдгээрийн нэг нь үнэхээр төгсдөг: 1335. Энэ эш үзүүллэг бол Эзэн Өөрийн мутраар халхалсан тэр эш үзүүллэг биш юм. Энэ нь Хүлээлтийн Цагаас эхлэн, Шөнийн Дунд Хашхираан дундуур, 1844 оны 10 дугаар сарын 22 хүртэлх Миллерчүүдийн түүхийг тодорхойлдог.</w:t>
      </w:r>
    </w:p>
    <w:p>
      <w:pPr>
        <w:pStyle w:val="ArticleBody"/>
        <w:jc w:val="left"/>
      </w:pPr>
      <w:r>
        <w:rPr>
          <w:rFonts w:ascii="Times New Roman" w:hAnsi="Times New Roman" w:eastAsia="Times New Roman" w:cs="Times New Roman"/>
        </w:rPr>
        <w:t>Өчигдрийн илтгэлийн төгсгөлд бид Эллен Уайтын энэхүү эшлэлийг авч үзсэн билээ: “1843, 1844 онуудад үзэгдсэн зүйлсийг харсан нүднүүд ерөөлтэй еэ.” Энэ нь “1843 он уруу ирэгч ерөөлтэй еэ” гэсэнтэй адил юм. Дараагийн догол мөрөнд тэрээр ийн өгүүлжээ: “Мэдээ өгөгдсөн. Мөн мэдээг дахин тунхаглахад ямар ч саатал байх ёсгүй; учир нь цаг үеийн тэмдгүүд биелж байна; төгсгөлийн ажил хийгдэх ёстой. Богино хугацаанд агуу ажил хийгдэх болно. Удалгүй Бурханы тогтоосноор нэгэн мэдээ өгөгдөж, тэр нь чанга хашхираан болон өсөн нэмэгдэх болно. Тэгээд Даниел өөрийн хувь тавиланд зогсож, гэрчлэлээ өгөх болно.” Manuscript Releases, 21-р боть, 437.</w:t>
      </w:r>
    </w:p>
    <w:p>
      <w:pPr>
        <w:pStyle w:val="ArticleBody"/>
        <w:jc w:val="left"/>
      </w:pPr>
      <w:r>
        <w:rPr>
          <w:rFonts w:ascii="Times New Roman" w:hAnsi="Times New Roman" w:eastAsia="Times New Roman" w:cs="Times New Roman"/>
        </w:rPr>
        <w:t>Даниел өөрийн хувь дотор зогсох нь Даниел 12-ын 13-р эшлэл юм. “1843 болон 1844 онд үзэгдсэн зүйлсийг харсан нүднүүд ерөөлтэй еэ” гэдэг нь 12-р эшлэл юм. Эллен Уайт Даниел 12:12–13 дээр тэнгэрлэг тайлбар өгч, эдгээр эшлэл нь цаг хугацааны зөгнөлийн тухай бус, харин 1843 болон 1844 оныг багтаасан, 1843 оны талаарх буруу ойлголтоос үүдэн саатлын цагийг бий болгодог нэгэн туршлагын тухай гэж хэлж байна. Саатлын цаг ирэхэд, “Хүлээдэг хүн ерөөлтэй.” Үзэгдэл саатсан ч түүнийг хүлээ. Саатлын Цагаас үүд хаагдах хүртэл үнэнчээр хүлээдэг нэгэн ерөөлтэй. 1843 болон 1844 онд итгэмжит хүмүүсийн хардаг зүйл нь түүнийг Хамгийн Ариун Газарт оруулдаг ерөөл мөн.</w:t>
      </w:r>
    </w:p>
    <w:p>
      <w:pPr>
        <w:pStyle w:val="ArticleBody"/>
        <w:jc w:val="left"/>
      </w:pPr>
      <w:r>
        <w:rPr>
          <w:rFonts w:ascii="Times New Roman" w:hAnsi="Times New Roman" w:eastAsia="Times New Roman" w:cs="Times New Roman"/>
        </w:rPr>
        <w:t>1335-ын зөгнөл 1843 онд төгсөж, Шөнийн дунд хашхирааны ирэлтийг тэмдэглэсэн. 2520 болон 2300 зөгнөлийн хугацаа 1844 онд төгсөнө. Эллен Уайт, 2520, 2300, 1335 нь 1843 онд төгссөн хэмээн тэднийг тунхаглахад хүргэсэн мөнөөх нотолгоо нь дараа нь эдгээр нь 1844 онд төгсөхийг батлан харуулсан гэж хэлдэг.</w:t>
      </w:r>
    </w:p>
    <w:p>
      <w:pPr>
        <w:pStyle w:val="ArticleScripture"/>
        <w:jc w:val="left"/>
      </w:pPr>
      <w:r>
        <w:rPr>
          <w:rFonts w:ascii="Times New Roman" w:hAnsi="Times New Roman" w:eastAsia="Times New Roman" w:cs="Times New Roman"/>
        </w:rPr>
        <w:t>Бурханы Үгийн гэрэл тэдний байр суурин дээр тусан, тэд хүлээлтийн хугацаа байдгийг олж мэдэв—“Хэдийгээр энэ [үзэгдэл] удаашравч, түүнийг хүлээгтүн.” Христийн нэн даруй ирэхийг гэсэн хайрдаа тэд жинхэнэ хүлээгчдийг илэрхий болгохоор тооцоологдсон үзэгдлийн удаашралыг анзааралгүй өнгөрөөжээ. Тэд дахин нэгэн цаг хугацааны цэгтэй болов. Гэвч 1843 онд тэдний итгэлийг онцолж байсан тэр хэмжээний хичээл зүтгэл, эрч хүчийг эзэмшихийн тулд тэдний олны нь хүнд хэцүү урам хугарлаасаа дээгүүр гарч чадахгүй байгааг би харсан.</w:t>
      </w:r>
    </w:p>
    <w:p>
      <w:pPr>
        <w:pStyle w:val="ArticleScripture"/>
        <w:jc w:val="left"/>
      </w:pPr>
      <w:r>
        <w:rPr>
          <w:rFonts w:ascii="Times New Roman" w:hAnsi="Times New Roman" w:eastAsia="Times New Roman" w:cs="Times New Roman"/>
        </w:rPr>
        <w:t>Сатан болон түүний тэнгэрэлчүүд тэднийг ялсан бөгөөд тэр мэдээг хүлээн авахаас татгалзсан хүмүүс үүнийг төөрөгдөл хэмээн нэрлэж, түүнийг хүлээн аваагүйдээ өөрсдийн холч мэргэн шүүлт ба ухаанд баяр хүргэж байв. Тэд өөрсдийнхөө эсрэг Бурханы зөвлөгөөг няцааж байгаагаа ухаараагүй бөгөөд тэнгэрээс илгээгдсэн мэдээгээр амьдарч байсан Бурханы ард түмнийг будилуулахын тулд Сатан болон түүний тэнгэрэлчүүдтэй нэгдэн ажиллаж байлаа.</w:t>
      </w:r>
    </w:p>
    <w:p>
      <w:pPr>
        <w:pStyle w:val="ArticleBody"/>
        <w:jc w:val="left"/>
      </w:pPr>
      <w:r>
        <w:rPr>
          <w:rFonts w:ascii="Times New Roman" w:hAnsi="Times New Roman" w:eastAsia="Times New Roman" w:cs="Times New Roman"/>
        </w:rPr>
        <w:t>Энэ түүхэнд мөргөгчдийн хоёр бүлэг байдаг. Итгэлгүй бүлэг нь хүлээгчдийг элэглэн дооглодог, харин хүлээгчид эш үзүүллэгийн хугацаанууд руу буцаан хөтлөгдөж, 1843 онд 2520 ба 2300-ын төгсгөлийг тогтоон танихад тэднийг хүргэсэн тэрхүү адил нотолгоо эдгээр нь 1844 онд дууссаныг баталсан болохыг ойлгодог.</w:t>
      </w:r>
    </w:p>
    <w:p>
      <w:pPr>
        <w:pStyle w:val="ArticleBody"/>
        <w:jc w:val="left"/>
      </w:pPr>
      <w:r>
        <w:rPr>
          <w:rFonts w:ascii="Times New Roman" w:hAnsi="Times New Roman" w:eastAsia="Times New Roman" w:cs="Times New Roman"/>
        </w:rPr>
        <w:t>Хүлээгчид үүнийг таньж мэдсэн хэдий ч, анхны урам хугарлын өмнөхтэй адил хэмжээнд Эзэний төлөө дүрэлзэн байсангүй. Тэд Шөнийн дундын Хашхирааны мэдээгээр дахин асаагдах байв. Хүлээгчид Шөнийн дундын Хашхираанаас өмнө 1844 он, эш үзүүллэгүүдийн төгсгөлийг аль хэдийн ойлгосон байсан.</w:t>
      </w:r>
    </w:p>
    <w:p>
      <w:pPr>
        <w:pStyle w:val="ArticleBody"/>
        <w:jc w:val="left"/>
      </w:pPr>
      <w:r>
        <w:rPr>
          <w:rFonts w:ascii="Times New Roman" w:hAnsi="Times New Roman" w:eastAsia="Times New Roman" w:cs="Times New Roman"/>
        </w:rPr>
        <w:t>Шөнө дундын хашхирааны мэдээ хүлээн байсан хүмүүсийг 1844 оны 10 дугаар сарын 22-ны өдрийг танин мэдэх боломжтой болгосон. Тэрхүү мэдээллийн ачаар энэ нь зүгээр л 1844 оны хаа нэгэн үед биш, харин яг энэ өдөр байсан бөгөөд энэ нь тэр мэдээнд хүч чадал өгсөн.</w:t>
      </w:r>
    </w:p>
    <w:p>
      <w:pPr>
        <w:pStyle w:val="ArticleBody"/>
        <w:jc w:val="left"/>
      </w:pPr>
      <w:r>
        <w:rPr>
          <w:rFonts w:ascii="Times New Roman" w:hAnsi="Times New Roman" w:eastAsia="Times New Roman" w:cs="Times New Roman"/>
        </w:rPr>
        <w:t>Та энэ үйл явцыг харж байна уу? Энэ туршлагыг бий болгодог сургаалууд нь 1335, 2300, 2520 гэсэн гурван эш үзүүллэг юм.</w:t>
      </w:r>
    </w:p>
    <w:p>
      <w:pPr>
        <w:pStyle w:val="ArticleBody"/>
        <w:jc w:val="left"/>
      </w:pPr>
      <w:r>
        <w:rPr>
          <w:rFonts w:ascii="Times New Roman" w:hAnsi="Times New Roman" w:eastAsia="Times New Roman" w:cs="Times New Roman"/>
        </w:rPr>
        <w:t>Үүнийг ухаарсныхаа дараа тэд “Вавилоноос гарцгаа” хэмээн тунхаглаж эхэлсэн. Энэ бол Хоёрдугаар тэнгэрэлчийн мэдээ мөн.</w:t>
      </w:r>
    </w:p>
    <w:p>
      <w:pPr>
        <w:pStyle w:val="ArticleBody"/>
        <w:jc w:val="left"/>
      </w:pPr>
      <w:r>
        <w:rPr>
          <w:rFonts w:ascii="Times New Roman" w:hAnsi="Times New Roman" w:eastAsia="Times New Roman" w:cs="Times New Roman"/>
        </w:rPr>
        <w:t>Тодорхой байцгаая: Хойшлогдлын цагт юу төгссөн бэ? 1843 оны Хүснэгтийн хэрэглээ. Тэд одоо Эзэн 1844 онд ирэхийг ойлгосон байсан бол Хүснэгтэд 1843 гэж бичигдсэн байсан учраас энэ Хүснэгтийг хойш тавьсан. Иймээс тэд Хоёр дахь Тэнгэрэлчийн Мэдээний түүхийн хувьд Хүснэгтийг хойш тавьсан.</w:t>
      </w:r>
    </w:p>
    <w:p>
      <w:pPr>
        <w:pStyle w:val="ArticleBody"/>
        <w:jc w:val="left"/>
      </w:pPr>
      <w:r>
        <w:rPr>
          <w:rFonts w:ascii="Times New Roman" w:hAnsi="Times New Roman" w:eastAsia="Times New Roman" w:cs="Times New Roman"/>
        </w:rPr>
        <w:t>Тэдний мэдээ Хоёрдугаар Тэнгэрэлчийн түүхэнд юунд хүрдэг вэ? Сүүлчийн догол мөр үүнийг тайлбарлана.</w:t>
      </w:r>
    </w:p>
    <w:p>
      <w:pPr>
        <w:pStyle w:val="ArticleScripture"/>
        <w:jc w:val="left"/>
      </w:pPr>
      <w:r>
        <w:rPr>
          <w:rFonts w:ascii="Times New Roman" w:hAnsi="Times New Roman" w:eastAsia="Times New Roman" w:cs="Times New Roman"/>
        </w:rPr>
        <w:t>Энэ мэдээний итгэгчид сүмүүдийн дотор дарлагдаж байв. Хэсэг хугацаанд энэ мэдээг хүлээн авахгүй байсан хүмүүс зүрх сэтгэлийнхээ бодлыг үйл хэрэг болгож илэрхийлэхээс айдсаар хязгаарлагдаж байсан; харин цаг хугацаа өнгөрөхөд тэдний жинхэнэ мэдрэмж ил болов. Хүлээгчид эш үзүүллэгийн хугацаанууд 1844 он хүртэл үргэлжилсэн хэмээн гэрчлэн тунхаглахад өөрсдийгөө аргагүйд хүрсэн тэр гэрчлэлийг тэд намжаахыг хүсэж байлаа.</w:t>
      </w:r>
    </w:p>
    <w:p>
      <w:pPr>
        <w:pStyle w:val="ArticleBody"/>
        <w:jc w:val="left"/>
      </w:pPr>
      <w:r>
        <w:rPr>
          <w:rFonts w:ascii="Times New Roman" w:hAnsi="Times New Roman" w:eastAsia="Times New Roman" w:cs="Times New Roman"/>
        </w:rPr>
        <w:t>Ямар эш үзүүллэгийн хугацаанууд вэ? 2520 ба 2300. Энэ түүхэн үе дэх тэдний мэдээ нь тэр юм. Одоо тэд, “Бид ойлголоо! Эдгээр эш үзүүллэгүүд 1844 он хүртэл үргэлжилдэг” хэмээн хэлж байна. Шөнө дундын Хашхирааны түүхэн үе дэх тэдний мэдээ нь 2520 ба 2300 жилийн эш үзүүллэгүүд юм.</w:t>
      </w:r>
    </w:p>
    <w:p>
      <w:pPr>
        <w:pStyle w:val="ArticleScripture"/>
        <w:jc w:val="left"/>
      </w:pPr>
      <w:r>
        <w:rPr>
          <w:rFonts w:ascii="Times New Roman" w:hAnsi="Times New Roman" w:eastAsia="Times New Roman" w:cs="Times New Roman"/>
        </w:rPr>
        <w:t>Нэгэн хугацаанд, уг мэдээг хүлээн авахыг хүсээгүй хүмүүс зүрх сэтгэлийнхээ санааг үйл хөдлөлөөр ил гаргахаас айдсаар хязгаарлагдаж байв; харин хугацаа өнгөрөхөд тэдний жинхэнэ мэдрэмж илчлэгдэв. Тэд эш үзүүллэгийн хугацаанууд 1844 он хүртэл үргэлжилсэн тухай хүлээгчдийн дотор гэрчлэхээс өөр аргагүй гэж мэдэрч байсан тэрхүү гэрчлэлийг намжаахыг хүсэж байлаа. Итгэгчид өөрсдийн алдаа—ер бусын алдаа—юу байсныг тодорхой тайлбарлаж, яагаад тэд Эзэнээ 1844 онд ирнэ гэж найдаж байсны учрыг өгүүлэв. Тэдний эсэргүүцэгчид дэвшүүлсэн хүчтэй үндэслэлүүдийн эсрэг ямар ч маргаан гаргаж чадсангүй. Гэвч сүмүүдийн уур хилэн дүрэлзэн бадарч; тэд нотолгоог сонсохгүй байхаар шийдэж, мөн бусад нь сонсож чадахгүй байхын тулд тэрхүү гэрчлэлийг сүмүүдээс хаан гаргахаар тогтов.</w:t>
      </w:r>
    </w:p>
    <w:p>
      <w:pPr>
        <w:pStyle w:val="ArticleBody"/>
        <w:jc w:val="left"/>
      </w:pPr>
      <w:r>
        <w:rPr>
          <w:rFonts w:ascii="Times New Roman" w:hAnsi="Times New Roman" w:eastAsia="Times New Roman" w:cs="Times New Roman"/>
        </w:rPr>
        <w:t>2520-ийг 2300 өдрийн хамт холбон танилцуулахад юу болдог вэ? Миллерийн хөдөлгөөний түүхэнд, та нарыг сүмүүдээс гадуурхаж, тэрхүү мэдээг дуугүй болгох оролдлого гардаг.</w:t>
      </w:r>
    </w:p>
    <w:p>
      <w:pPr>
        <w:pStyle w:val="ArticleScripture"/>
        <w:jc w:val="left"/>
      </w:pPr>
      <w:r>
        <w:rPr>
          <w:rFonts w:ascii="Times New Roman" w:hAnsi="Times New Roman" w:eastAsia="Times New Roman" w:cs="Times New Roman"/>
        </w:rPr>
        <w:t>Бурханаас өөрсдөд нь өгсөн гэрлийг бусдаас харамлан нууж зүрхлээгүй хүмүүс сүмүүдээс хөөгдөн гарсан; гэвч Есүс тэдэнтэй хамт байсан бөгөөд тэд Түүний мутрын мэлмийний гэрэлд баясан хөөрч байв. Тэд хоёр дахь тэнгэрэлчийн мэдээг хүлээн авахад бэлтгэгдсэн байлаа.” Эртний бичвэрүүд, 235–237.</w:t>
      </w:r>
    </w:p>
    <w:p>
      <w:pPr>
        <w:pStyle w:val="ArticleBody"/>
        <w:jc w:val="left"/>
      </w:pPr>
      <w:r>
        <w:rPr>
          <w:rFonts w:ascii="Times New Roman" w:hAnsi="Times New Roman" w:eastAsia="Times New Roman" w:cs="Times New Roman"/>
        </w:rPr>
        <w:t>2520-ын талаар судлан хэлэлцэхгүйгээр, бидний харуулахыг зорьж буй зүйл нь Эллен Уайт 2520-д өөрийн зөвшөөрлийн тамгыг дарсан явдал юм. Хэрэв та үүнийг харж чадахгүй байгаа бол, Есүс таны нүднээс хайрсыг авч хаяхын төлөө залбирах хэрэгтэй. Эллен Уайт тэднийг 1843 оныг зөгнөн тогтооход хөтөлсөн тэр л нотолгоо дараа нь эдгээр эш үзүүллэгийн хугацаанууд 1844 онд төгссөнийг батлан харуулсан гэж хэлсэн. Тэрээр эш үзүүллэгийн хугацаануудыг, эсвэл тоонуудыг, үргэлж олон тоон дээр нэрлэдэг. 1843 оны Хүснэгт дээр 1843 онд төгссөн эш үзүүллэгийн хугацаа ердөө гуравхан байдаг.</w:t>
      </w:r>
    </w:p>
    <w:p>
      <w:pPr>
        <w:pStyle w:val="ArticleBody"/>
        <w:jc w:val="left"/>
      </w:pPr>
      <w:r>
        <w:rPr>
          <w:rFonts w:ascii="Times New Roman" w:hAnsi="Times New Roman" w:eastAsia="Times New Roman" w:cs="Times New Roman"/>
        </w:rPr>
        <w:t>1843 онд төгсдөг тэрхүү 1335-ын тухайд, түүнийг “тоонууд” болон “эш үзүүллэгийн хугацаанууд” гэж хэлэх нь дүрмийн зөв байхын тулд дор хаяж хоёр эш үзүүллэгийн хугацаа байхыг шаарддаг. Хэрэв гурав байгаа бөгөөд та тэдгээрээс нэгийг нь хасвал, хэн юу гэж хэлэхээс үл хамааран түүний зөвшөөрч буй нөгөө хоёр нь 2520 ба 2300 мөн.</w:t>
      </w:r>
    </w:p>
    <w:p>
      <w:pPr>
        <w:pStyle w:val="ArticleBody"/>
        <w:jc w:val="left"/>
      </w:pPr>
      <w:r>
        <w:rPr>
          <w:rFonts w:ascii="Times New Roman" w:hAnsi="Times New Roman" w:eastAsia="Times New Roman" w:cs="Times New Roman"/>
        </w:rPr>
        <w:t>Энэ түүхэн явцад, 1844 оны 10 дугаар сарын 22-нд болсон Адвентистуудын Их Урам Хугаралтыг оролцуулан, Эзэн тэднийг сүмүүдээс гадуур үлдэхэд хүргэсэн нэгэн туршлагыг бий болгож байсан бөгөөд ингэснээр тэд хүмүүсийн нөлөөн дээр бус, харин Бурханы Үгэн дээр бат зогсох боломжтой болох ёстой байв. Есүс Христтэй хамт Хамгийн Ариун Газар уруу орохын тулд тэдэнд тэрхүү туршлага, тэрхүү итгэл хэрэгтэй байсан. Тэрээр Мөнхийн Сайн Мэдээг төгсгөлийн дүнд хүргэхийн тулд тэднийг төгөлдөржүүлж байсан.</w:t>
      </w:r>
    </w:p>
    <w:p>
      <w:pPr>
        <w:pStyle w:val="ArticleHeading"/>
        <w:jc w:val="left"/>
      </w:pPr>
      <w:r>
        <w:rPr>
          <w:rFonts w:ascii="Arial" w:hAnsi="Arial" w:eastAsia="Arial" w:cs="Arial"/>
        </w:rPr>
        <w:t>Анхдагчдын гэрчлэл: Жеймс Уайт ба Урия Смит</w:t>
      </w:r>
    </w:p>
    <w:p>
      <w:pPr>
        <w:pStyle w:val="ArticleBody"/>
        <w:jc w:val="left"/>
      </w:pPr>
      <w:r>
        <w:rPr>
          <w:rFonts w:ascii="Times New Roman" w:hAnsi="Times New Roman" w:eastAsia="Times New Roman" w:cs="Times New Roman"/>
        </w:rPr>
        <w:t>Дараа нь бидэнд Жэймс Уайт болон Урайя Смит хэмээх хоёр Пионер байна. Орчин үеийн теологичид Жэймс Уайт 1863 онд 2520-ийг няцаасан, мөн Урайя Смит 1870-аад болон 1880-аад оны бичвэрүүддээ үүнийг няцаасан хэмээн батлахдаа голчлон эдгээр хүмүүсийг иш татдаг.</w:t>
      </w:r>
    </w:p>
    <w:p>
      <w:pPr>
        <w:pStyle w:val="ArticleBody"/>
        <w:jc w:val="left"/>
      </w:pPr>
      <w:r>
        <w:rPr>
          <w:rFonts w:ascii="Times New Roman" w:hAnsi="Times New Roman" w:eastAsia="Times New Roman" w:cs="Times New Roman"/>
        </w:rPr>
        <w:t>Бид 1844 он руу, мөн түүнээс удалгүйх үе рүү буцан очиж, Эллен Уайт дөнгөж сая дүрслэн өгүүлсэн энэ яг адил түүхийг Жэймс Уайт болон Урия Смит хэрхэн тайлбарласныг үзэх болно. Тэр эш үзүүллэгийн хугацаануудын тухай, Эзэн Өөрийн мутрыг татан авч алдааг ил болгосон тухай өгүүлдэг; энэ хоёр Анхдагч ч мөн адил тийн өгүүлдэг.</w:t>
      </w:r>
    </w:p>
    <w:p>
      <w:pPr>
        <w:pStyle w:val="ArticleBody"/>
        <w:jc w:val="left"/>
      </w:pPr>
      <w:r>
        <w:rPr>
          <w:rFonts w:ascii="Times New Roman" w:hAnsi="Times New Roman" w:eastAsia="Times New Roman" w:cs="Times New Roman"/>
        </w:rPr>
        <w:t>Эллен Уайт “2520” буюу “долоон үе”-ийг хэлдэггүй, харин Урия Смит болон Жеймс Уайт тэгж хэлдэг. Тэд энэ түүхэнд хүлээн зөвшөөрөгдсөн эш үзүүллэгийн хугацаанууд нь 2520 ба 2300 байсан гэдгийг тодорхой болгож байна.</w:t>
      </w:r>
    </w:p>
    <w:p>
      <w:pPr>
        <w:pStyle w:val="ArticleScripture"/>
        <w:jc w:val="left"/>
      </w:pPr>
      <w:r>
        <w:rPr>
          <w:rFonts w:ascii="Times New Roman" w:hAnsi="Times New Roman" w:eastAsia="Times New Roman" w:cs="Times New Roman"/>
        </w:rPr>
        <w:t>Жэймс Уайт, Review and Herald, 1-р боть, 1851 оны 7-р сарын 9: «Эсэргүүцэгч нэгэн: “Шөнийн дунд дуу хоолой хараахан өгөгдөөгүй гэдэгт би итгэдэг” хэмээн хэлдэг. Бид ч мөн шөнийн дунд дуу хоолой бидэнд сонсогдсон, эсвэл хэзээ нэгэн цагт сонсогдох болно гэж итгэдэггүй. Матай 25:6 дахь “Харагтун, хүргэн ирж байна” гэсэн дуу хоолой нь дорнын хуримын түүхэн ёс заншлын хүрээнд байдаг. Гэвч 1844 оны намар Адвентийн бүх бие махбодод нэгэн дуу хоолой өгөгдөж, бүрэн хүлээн авагдсан бөгөөд тэр нь сургаалт зүйрлэлийн шөнийн дунд дуу хоолойтой тун зохистойгоор дүйцэхүйц байсан гэдгийг, үүнийг биеэр туулсан хүмүүс үгүйсгэж болохгүй.»</w:t>
      </w:r>
    </w:p>
    <w:p>
      <w:pPr>
        <w:pStyle w:val="ArticleBody"/>
        <w:jc w:val="left"/>
      </w:pPr>
      <w:r>
        <w:rPr>
          <w:rFonts w:ascii="Times New Roman" w:hAnsi="Times New Roman" w:eastAsia="Times New Roman" w:cs="Times New Roman"/>
        </w:rPr>
        <w:t>Жеймс Уайт хүмүүс Шөнө дундын Хашхиралтыг няцаан, замаасаа хазайж буй түүхэн нөхцөл байдалтай нүүр тулж байна. Тэр үүнд хариу өгч, энэ түүхийн талаар авч хэлэлцэх болно.</w:t>
      </w:r>
    </w:p>
    <w:p>
      <w:pPr>
        <w:pStyle w:val="ArticleScripture"/>
        <w:jc w:val="left"/>
      </w:pPr>
      <w:r>
        <w:rPr>
          <w:rFonts w:ascii="Times New Roman" w:hAnsi="Times New Roman" w:eastAsia="Times New Roman" w:cs="Times New Roman"/>
        </w:rPr>
        <w:t>“Энэ нь яг тохирох цагтаа ирсэн юм. Сургаалт зүйрлэлийн хашхираан саатал, мөн нойрмоглон унтсаны дараа даруй дагалдан гарч ирсэн. Энэ нь бидний саатлын дараа, бидний найдвар талаар болсны хойно тохиож, биднийг идэвхгүй байдалд байх үед чихэнд маань хүрсэн билээ. Тэрхүү хашхираан арван онгоныг сэрээж, дэнлүүгээ засахад нь хүргэсэн. Энэ нь Сүнсний хүчээр дагалдан үйлчилж, Адвентийн ард олныг сэргээн хөдөлгөж, тэднийг Библийг урьд хожид байгаагүйгээр шинжлэн судлахад, мөн өөрсдийгөө болон энэ дэлхийн эд хөрөнгөө бүхэлд нь Эзэнд зориулахад хүргэсэн. Эзэн 1844 оны долоо дахь сард ирнэ хэмээн хашхирлыг тунхагласан хүмүүс эш үзүүллэгийн хугацаанууд тэр цагт хүрч байгааг тодорхой харсан; иймээс, Адвент 1843 онд болно гэдгийг нотлохоор тэрхүү хугацаануудаас гарган тавьсан нотолгоо нь 1844 онд болно гэдгийг нотолж байв. Тэгээд бид 2300 өдрийг 1843 онд төгсгөсөн тэр тоолох аргын алдааг олж харсан. Адвентийн эсрэг бичсэн хүмүүсийн хэн нь ч үүнийг олж хараагүй. Илтгэлт Нигүүлслийн гар—том ‘P’ үсгээр—энэ алдааг—ганц тоон дээр—түүнийг харах цаг иртэл халхалсан юм. Алдаа нь 2300-аас бүтэн 457 жилийг хасаж, улмаар 1843-ыг гаргаж тавихдаа, 70 долоо хоногийг тоолж эхэлдэг зарлиг гарах үед МЭӨ 457 оны хэдийн өнгөрөөд байсан жилийн үлдэгдлийг огт тооцоогүйд оршиж байв.”</w:t>
      </w:r>
    </w:p>
    <w:p>
      <w:pPr>
        <w:pStyle w:val="ArticleScripture"/>
        <w:jc w:val="left"/>
      </w:pPr>
      <w:r>
        <w:rPr>
          <w:rFonts w:ascii="Times New Roman" w:hAnsi="Times New Roman" w:eastAsia="Times New Roman" w:cs="Times New Roman"/>
        </w:rPr>
        <w:t>“Тэдгээрийн эхлэлийг тэмдэглэх ёстой байсан үйл явдлуудын биелэлтийг хамгийн сайн он тоологчдын тогтоосон тэр он жилүүдээс эш үзүүллэгийн янз бүрийн хугацааг тоолж үзэхэд, тэдгээр нь бүгд тэр онд дуусах мэт харагдаж байсан” гэсэн баримтын улмаас бидний оюун ухаан тэр цаг хугацааны мөчид, [1843,] чиглэгдсэн юм.'</w:t>
      </w:r>
    </w:p>
    <w:p>
      <w:pPr>
        <w:pStyle w:val="ArticleBody"/>
        <w:jc w:val="left"/>
      </w:pPr>
      <w:r>
        <w:rPr>
          <w:rFonts w:ascii="Times New Roman" w:hAnsi="Times New Roman" w:eastAsia="Times New Roman" w:cs="Times New Roman"/>
        </w:rPr>
        <w:t>Одоо тэрээр 1843 онд төгсөнө гэж тэдний үзэж байсан эш үзүүллэгийн хугацаануудыг бидэнд өгүүлж байна.</w:t>
      </w:r>
    </w:p>
    <w:p>
      <w:pPr>
        <w:pStyle w:val="ArticleBody"/>
        <w:jc w:val="left"/>
      </w:pPr>
      <w:r>
        <w:rPr>
          <w:rFonts w:ascii="Times New Roman" w:hAnsi="Times New Roman" w:eastAsia="Times New Roman" w:cs="Times New Roman"/>
        </w:rPr>
        <w:t>“Гэвч энэ нь зөвхөн өнгөц харагдал төдий байв.” Тэдгээр нь 1843 онд дууссан мэт л харагдаж байсан. Харин тэд 1844 онд дууссаныг тэд олж мэдэх байлаа.</w:t>
      </w:r>
    </w:p>
    <w:p>
      <w:pPr>
        <w:pStyle w:val="ArticleScripture"/>
        <w:jc w:val="left"/>
      </w:pPr>
      <w:r>
        <w:rPr>
          <w:rFonts w:ascii="Times New Roman" w:hAnsi="Times New Roman" w:eastAsia="Times New Roman" w:cs="Times New Roman"/>
        </w:rPr>
        <w:t>“Бид ‘долоон цаг үе’, өөрөөр хэлбэл 2520 жилийг Манассегийн олзлогдлоос эхлүүлэн тооцдог бөгөөд уг он цагийг он тоолол судлаачид ихээхэн нэгэн дуугаар МЭӨ 677 он гэж тогтоосон байдаг.” Эдгээр нь тэдний авч үзэж байсан эш үзүүллэгийн хугацаанууд байв. “Энэ хугацааны эхлэлийг тогтоохдоо бидний урьд өмнө тооцсон цорын ганц он сар нь энэ байсан; МЭӨ 677 оныг 2520 жилээс хасахад МЭ 1843 он үлдэж байв. Гэвч 2520 жилийг гүйцээхийн тулд МЭӨ 677 бүтэн жил, мөн МЭ 1843 бүтэн жил шаардагдах тул, энэ хугацааг МЭӨ 677 оны эхлэлээс хойш хэдийд эхэлсэн байж болох төдий хэмжээгээр МЭ 1844 он руу сунган тооцох ёстойг бид харин анзаараагүй байсан юм.”</w:t>
      </w:r>
    </w:p>
    <w:p>
      <w:pPr>
        <w:pStyle w:val="ArticleBody"/>
        <w:jc w:val="left"/>
      </w:pPr>
      <w:r>
        <w:rPr>
          <w:rFonts w:ascii="Times New Roman" w:hAnsi="Times New Roman" w:eastAsia="Times New Roman" w:cs="Times New Roman"/>
        </w:rPr>
        <w:t>“Зөн соворлын үеүүдийн” дотор “Тэнгэрийн удирдлагын мутар түүний алдаан дээр мутраа тавин хадгалсан” нь 2520-г багтааж байв.</w:t>
      </w:r>
    </w:p>
    <w:p>
      <w:pPr>
        <w:pStyle w:val="ArticleScripture"/>
        <w:jc w:val="left"/>
      </w:pPr>
      <w:r>
        <w:rPr>
          <w:rFonts w:ascii="Times New Roman" w:hAnsi="Times New Roman" w:eastAsia="Times New Roman" w:cs="Times New Roman"/>
        </w:rPr>
        <w:t>Уриа Смит: «Цаг хугацаа 1843 оноос цааш үргэлжлэхэд, олон хүн өөрсдийн хүсэн хүлээсэн чөлөөлөлтийн жилийн талаарх урам хугарлынхаа учрыг лавлан асууж эхэлсэн. Тэгэхэд бидний тэдгээрийг эхэлсэн хэмээн үргэлж он цагласан МЭӨ онуудад бүх эш үзүүллэгийн хугацааг эхлүүлбэл, манай он тоолол болон тэдгээрийн эхлэл огноо зөв байсан гэх таамгийг хүртэл зөвшөөрсөн ч, тэд тус тусдаа 1844 оны доторх ямар нэгэн цаг хүртэл гүйцэхгүй нь харагдсан. Ийнхүү, МЭӨ 677 онд эхэлсэн долоон үе, буюу 2520 жил; МЭӨ 607 онд эхэлсэн агуу ойн баяр, буюу 2450 жил [1843 эсвэл 1850 оны аль ч хүснэгтэд дүрслэгдээгүй.]; мөн МЭӨ 457 онд эхэлсэн Даниелын 2300 жил—эдгээр хугацааг тус тус он цагласан тэрхүү онуудын тодорхой нэг хэсэг нь тэдгээрийн эхлэлийг тэмдэглэсэн хэд хэдэн үйл явдал тохиолдохоос өмнө аль хэдийн өнгөрсөн байсан тул, хугацаа бүр тухайн хугацааг тоолж эхэлсэн өөр өөрийн МЭӨ оны эхлэлээс хойш хэр хэмжээгээр эхэлсэнтэйгээ дүйцэх хэмжээгээр 1844 он руу үргэлжлэх шаардлагатай байв. Ингэснээр л, нэг бол тус бүрийн жилийн тоог гүйцээх, эсвэл манай он тооллын зөв эсэхийг шалгах боломжтой байлаа. Гэвч тухайн хэд хэдэн хугацаа МЭӨ онуудынхаа яг хэдийд эхэлснийг тогтоох ямар ч сэжим байгаагүй; иймээс тэдгээрийн төгсгөлийн жилийн доторх цаг хугацааг ч нарийвчлан тэмдэглэх боломжгүй байв.»</w:t>
      </w:r>
    </w:p>
    <w:p>
      <w:pPr>
        <w:pStyle w:val="ArticleBody"/>
        <w:jc w:val="left"/>
      </w:pPr>
      <w:r>
        <w:rPr>
          <w:rFonts w:ascii="Times New Roman" w:hAnsi="Times New Roman" w:eastAsia="Times New Roman" w:cs="Times New Roman"/>
        </w:rPr>
        <w:t>Уриа Смит болон Жэймс Уайт нарын аль аль нь 1844 онд төгсөнө хэмээн хүлээн зөвшөөрөгдсөн эш үзүүллэгийн хугацаанууд нь 2520 ба 2300 жил байсан гэж, Эллен Уайтын Early Writings-ийн 236-р хуудас болон түүнээс хойших хэсэгт хэрэглэсэнтэй адил хэллэгээр гэрчилдэг.</w:t>
      </w:r>
    </w:p>
    <w:p>
      <w:pPr>
        <w:pStyle w:val="ArticleHeading"/>
        <w:jc w:val="left"/>
      </w:pPr>
      <w:r>
        <w:rPr>
          <w:rFonts w:ascii="Arial" w:hAnsi="Arial" w:eastAsia="Arial" w:cs="Arial"/>
        </w:rPr>
        <w:t>Үнэнгийн Гинж: Уильям Миллерийн Эхлэх Цэгүүд</w:t>
      </w:r>
    </w:p>
    <w:p>
      <w:pPr>
        <w:pStyle w:val="ArticleScripture"/>
        <w:jc w:val="left"/>
      </w:pPr>
      <w:r>
        <w:rPr>
          <w:rFonts w:ascii="Times New Roman" w:hAnsi="Times New Roman" w:eastAsia="Times New Roman" w:cs="Times New Roman"/>
        </w:rPr>
        <w:t>Эрт Бичвэрүүд, 230-р хуудас: “Бурхан Өөрийн тэнгэрэлчийг”—тэнгэрэлч Габриелыг—“Библийг итгэдэггүй байсан нэгэн тариачны”—Уильям Миллерийн—“зүрх сэтгэлд нөлөөлөхөөр илгээж, түүнийг эш үзүүллэгүүдийг судлахад хөтөлсөн юм. Бурханы тэнгэрэлчүүд тэр сонгогдсон хүнд дахин дахин үзэгдэж, түүний оюун санааг чиглүүлэн, Бурханы ард түмэнд урьд өмнө үргэлж харанхуй байсаар ирсэн эш үзүүллэгүүдийг түүний ойлголтод нээж өгсөн. Үнэний гинжин холбооны эхлэл түүнд өгөгдөж, тэр холбоос дараалан, холбоосоос холбоосыг эрж хайсаар, эцэст нь Бурханы Үгийг гайхан биширч харах хүртлээ хөтлөгдсөн. Тэр тэнд үнэний төгс гинжин холбоог харсан. Урам зориггүй хэмээн үзэж байсан тэр Үг одоо түүний харааны өмнө өөрийн үзэсгэлэн, алдараар нээгдэв. Тэр Ариун Бичээсийн нэг хэсэг нь нөгөөгөө тайлбарладгийг харсан,”</w:t>
      </w:r>
    </w:p>
    <w:p>
      <w:pPr>
        <w:pStyle w:val="ArticleBody"/>
        <w:jc w:val="left"/>
      </w:pPr>
      <w:r>
        <w:rPr>
          <w:rFonts w:ascii="Times New Roman" w:hAnsi="Times New Roman" w:eastAsia="Times New Roman" w:cs="Times New Roman"/>
        </w:rPr>
        <w:t>Габриел түүнд бидний «ишлэлээр батлах арга» хэмээн нэрлэдэг аргыг — мөр дээр мөр, энд бага зэрэг, тэнд бага зэрэг — үзүүлэв.</w:t>
      </w:r>
    </w:p>
    <w:p>
      <w:pPr>
        <w:pStyle w:val="ArticleBody"/>
        <w:jc w:val="left"/>
      </w:pPr>
      <w:r>
        <w:rPr>
          <w:rFonts w:ascii="Times New Roman" w:hAnsi="Times New Roman" w:eastAsia="Times New Roman" w:cs="Times New Roman"/>
        </w:rPr>
        <w:t>Габриел түүнд үнэний гинжин хэлхээний эхлэлийг болон ишлэлээр нотлох аргыг өгсөн.</w:t>
      </w:r>
    </w:p>
    <w:p>
      <w:pPr>
        <w:pStyle w:val="ArticleScripture"/>
        <w:jc w:val="left"/>
      </w:pPr>
      <w:r>
        <w:rPr>
          <w:rFonts w:ascii="Times New Roman" w:hAnsi="Times New Roman" w:eastAsia="Times New Roman" w:cs="Times New Roman"/>
        </w:rPr>
        <w:t>Уильям Миллер, *Advent Review and Sabbath Herald*, 1854 оны 4 дүгээр сарын 18: “Бичвэрүүдийг цаашид судалсны эцэст, харь үндэстнүүдийн ноёрхлын долоон үе Манассегийн олзлолын үед, иудейчүүд бие даасан үндэстэн байхаа больсон цагт эхлэх ёстой бөгөөд үүнийг хамгийн сайн он тоололчид МЭӨ 677 он гэж тогтоосон; 2300 өдөр нь далан долоо хоногийн хамт эхэлсэн бөгөөд үүнийг хамгийн сайн он тоололчид МЭӨ 457 оноос гэж тогтоосон; мөн өдөр тутмынхыг зайлуулж, хоосрол үйлдэгч жигшүүртийг босгосноор эхлэх 1335 өдөр [Даниел 12:11] нь, харь шүтээний жигшүүрт зүйлсийг зайлуулсны дараах папын ноёрхлыг тогтоосон үеэс тоологдох ёстой бөгөөд миний лавлаж чадсан хамгийн сайн түүхчдийн үзсэнээр, энэ нь ойролцоогоор 508 оноос эхлэн тооцогдох учиртай гэж би дүгнэсэн.”</w:t>
      </w:r>
    </w:p>
    <w:p>
      <w:pPr>
        <w:pStyle w:val="ArticleBody"/>
        <w:jc w:val="left"/>
      </w:pPr>
      <w:r>
        <w:rPr>
          <w:rFonts w:ascii="Times New Roman" w:hAnsi="Times New Roman" w:eastAsia="Times New Roman" w:cs="Times New Roman"/>
        </w:rPr>
        <w:t>Эллен Уайт Габриел Уильям Миллерт үнэний гинжний эхлэлийг өгсөн гэж хэлдэг бөгөөд Уильям Миллер өөрт нь өгөгдсөн гурван эхлэх цэг нь 508 он, МЭӨ 677 он, МЭӨ 457 он мөн хэмээн гэрчилдэг. Түүнд Шөнө дундын Хашхирааны түүхийг бий болгосон эдгээр эш үзүүллэгүүдийн эхлэх цэгүүдийг Габриел тэнгэрэлч өгсөн юм.</w:t>
      </w:r>
    </w:p>
    <w:p>
      <w:pPr>
        <w:pStyle w:val="ArticleHeading"/>
        <w:jc w:val="left"/>
      </w:pPr>
      <w:r>
        <w:rPr>
          <w:rFonts w:ascii="Arial" w:hAnsi="Arial" w:eastAsia="Arial" w:cs="Arial"/>
        </w:rPr>
        <w:t>Эцсийн мэхлэлт: Зөгнөлийн Сүнсийг үгүйсгэх нь</w:t>
      </w:r>
    </w:p>
    <w:p>
      <w:pPr>
        <w:pStyle w:val="ArticleScripture"/>
        <w:jc w:val="left"/>
      </w:pPr>
      <w:r>
        <w:rPr>
          <w:rFonts w:ascii="Times New Roman" w:hAnsi="Times New Roman" w:eastAsia="Times New Roman" w:cs="Times New Roman"/>
        </w:rPr>
        <w:t>Сонгогдсон Мэдээнүүд, 1-р боть, 48-р хуудас: “Сатан бол . . . үнэнийхээс холдуулахын тулд хуурамчыг тасралтгүй тулган оруулдаг. Сатаны хамгийн эцсийн мэхлэлт нь Бурханы Сүнсний гэрчлэлийг хүчингүй болгох явдал байх болно.” Сатаны эцсийн мэхлэлт нь Эш Үзүүллийн Сүнсийг устгах явдал юм.</w:t>
      </w:r>
    </w:p>
    <w:p>
      <w:pPr>
        <w:pStyle w:val="ArticleBody"/>
        <w:jc w:val="left"/>
      </w:pPr>
      <w:r>
        <w:rPr>
          <w:rFonts w:ascii="Times New Roman" w:hAnsi="Times New Roman" w:eastAsia="Times New Roman" w:cs="Times New Roman"/>
        </w:rPr>
        <w:t>Хэрэв та эдгээр суурь үнэнүүдийг няцаавал, та нэгэн зэрэг Эш Үзүүллэгийн Сүнсийг ч няцааж байна. Эллен Уайт 2520-д өөрийн дэмжлэгийг өгдөг. 2520-ыг няцаавал, та хүүхдийг нь ч угаадасны усыг нь ч хамт асгаж хаяж байна.</w:t>
      </w:r>
    </w:p>
    <w:p>
      <w:pPr>
        <w:pStyle w:val="ArticleScripture"/>
        <w:jc w:val="left"/>
      </w:pPr>
      <w:r>
        <w:rPr>
          <w:rFonts w:ascii="Times New Roman" w:hAnsi="Times New Roman" w:eastAsia="Times New Roman" w:cs="Times New Roman"/>
        </w:rPr>
        <w:t>“Сатан . . . хуурамчийг байнга тулган оруулж ирдэг—үнэнээс холдуулахаар. Сатаны хамгийн эцсийн мэхлэлт нь Бурханы Сүнсний гэрчлэлийг үйлчлэлгүй болгох явдал байх болно. ‘Үзэгдэл үгүй газар ард түмэн мөхдөг’ (Сургаалт үгс 29:18).” Тэрээр Эш Үзүүллэгийн Сүнсийг үгүйсгэх тухай ярьж байгаа бөгөөд үүнтэй холбогдуулан, хэрэв чи Эш Үзүүллэгийн Сүнсийг үгүйсгэвэл, үзэгдэл үгүй газар ард түмэн мөхдөг гэж хэлж байна. Үзэгдэл нь юу вэ? Хэрэв чи Эш Үзүүллэгийн Сүнсийг үгүйсгэвэл, чамд дутагдах тэрхүү үзэгдэл нь юу вэ?</w:t>
      </w:r>
    </w:p>
    <w:p>
      <w:pPr>
        <w:pStyle w:val="ArticleScripture"/>
        <w:jc w:val="left"/>
      </w:pPr>
      <w:r>
        <w:rPr>
          <w:rFonts w:ascii="Times New Roman" w:hAnsi="Times New Roman" w:eastAsia="Times New Roman" w:cs="Times New Roman"/>
        </w:rPr>
        <w:t>“Үзэгдлийг бичиж, уншигч нь гүйж болохоор түүнийг хавтангууд дээр тодорхой болго.” Хабаккук 2:2 (KJV).</w:t>
      </w:r>
    </w:p>
    <w:p>
      <w:pPr>
        <w:pStyle w:val="ArticleBody"/>
        <w:jc w:val="left"/>
      </w:pPr>
      <w:r>
        <w:rPr>
          <w:rFonts w:ascii="Times New Roman" w:hAnsi="Times New Roman" w:eastAsia="Times New Roman" w:cs="Times New Roman"/>
        </w:rPr>
        <w:t>Хэрэв та Эш Үзүүллийн Сүнсийг няцаавал, 1843 оны Зургийг няцаах болно; харин энэ Зургийг няцавал, та Эш Үзүүллийн Сүнсийг няцааж байна.</w:t>
      </w:r>
    </w:p>
    <w:p>
      <w:pPr>
        <w:pStyle w:val="ArticleScripture"/>
        <w:jc w:val="left"/>
      </w:pPr>
      <w:r>
        <w:rPr>
          <w:rFonts w:ascii="Times New Roman" w:hAnsi="Times New Roman" w:eastAsia="Times New Roman" w:cs="Times New Roman"/>
        </w:rPr>
        <w:t>“Сатан Бурханы үлдэгдэл ард түмний жинхэнэ гэрчлэлд итгэх итгэлийг ганхуулахын тулд овжин арга хэрэглэн, янз бүрийн замаар, янз бүрийн зуучлалаар ажиллах болно. Гэрчлэлүүдийн эсрэг сатанлаг үзэн ядалт дүрэлзэн асах болно.” Заримдаа бид “сатанлаг” гэдгийг хорон муу үйлс гэж боддог, харин *Патриархууд ба эш үзүүлэгчид* номд Сатан эргэлзээ сэжгийг шургалуулан ажилладаг гэж бидэнд хэлдэг. Энэ л бол Эш Үзүүллэгийн Сүнс болон эдгээр суурь үнэнүүдийн эсрэг чиглэсэн сатанлаг довтолгоо юм. Эдгээр эргэлзээг шургалуулдаг хүмүүс нь бидний итгэх ёстой гэж үздэг хүмүүс байдаг.</w:t>
      </w:r>
    </w:p>
    <w:p>
      <w:pPr>
        <w:pStyle w:val="ArticleScripture"/>
        <w:jc w:val="left"/>
      </w:pPr>
      <w:r>
        <w:rPr>
          <w:rFonts w:ascii="Times New Roman" w:hAnsi="Times New Roman" w:eastAsia="Times New Roman" w:cs="Times New Roman"/>
        </w:rPr>
        <w:t>“Гэрчлэлүүдийн эсрэг сатанлаг нэгэн үзэн ядалт асаагдах болно. Сатаны үйл ажиллагаа нь сүмүүдийн тэдгээрт итгэх итгэлийг ганхуулахад чиглэнэ. Учир нь энэ нь: хэрэв Бурханы Сүнсний сануулга, зэмлэл, зөвлөгөөг анхааран хүлээн авбал, Сатан өөрийн мэхлэлүүдийг нэвтрүүлж, сүнснүүдийг өөрийн төөрөгдлөөр хүлэн боох тийм тодорхой чөлөөт замтай байж чадахгүй.” Selected Messages, book 1, 48.</w:t>
      </w:r>
    </w:p>
    <w:p>
      <w:pPr>
        <w:pStyle w:val="ArticleBody"/>
        <w:jc w:val="left"/>
      </w:pPr>
      <w:r>
        <w:rPr>
          <w:rFonts w:ascii="Times New Roman" w:hAnsi="Times New Roman" w:eastAsia="Times New Roman" w:cs="Times New Roman"/>
        </w:rPr>
        <w:t>Үүнийг төгсгөлд нь авчрахдаа, Уайт эгч бидэнд ирээдүйн талаар айх юм юу ч үгүй, харин зөвхөн Эзэний удирдлагыг мартчих вий гэж хэлэх үед, миний хэлж буй нь түүний өгүүлж буй тэрхүү Эзэний удирдлага бол Саатлын Цагаас хаалттай хаалганд хүрсэн түүх мөн бөгөөд “Шөнийн Дундын Хашхираан” хэмээх нэр томьёогоор төлөөлөгддөг түүх юм. Ирээдүйн талаар бидэнд айх юм юу ч үгүй, харин зөвхөн Шөнийн Дундын Хашхирааны туршлагад Эзэн биднийг хэрхэн удирдсаныг, мөн тэрхүү удирдлагатай холбоотой сургаалуудыг мартах вий гэдгээс л айх ёстой. Энэ туршлагыг бий болгосон сургаалууд нь тэнгэрэлч Габриелаас Уильям Миллерт өгөгдсөн огноонуудаар эхэлдэг гурван цаг хугацааны эш үзүүллэг юм. Ирээдүйн талаар бидэнд айх юм юу ч үгүй, харин зөвхөн Эзэн Миллерчүүдийг Мөнхийн Сайн Мэдээний оргил үеэр удирдан өнгөрүүлэхдээ Шөнийн Дундын Хашхирааны туршлагыг бий болгосон эдгээр сургаалуудыг, үүнд 2520-ыг ч оролцуулан, мартах вий гэдгээс л айх ёстой.</w:t>
      </w:r>
    </w:p>
    <w:p>
      <w:pPr>
        <w:pStyle w:val="ArticleScripture"/>
        <w:jc w:val="left"/>
      </w:pPr>
      <w:r>
        <w:rPr>
          <w:rFonts w:ascii="Times New Roman" w:hAnsi="Times New Roman" w:eastAsia="Times New Roman" w:cs="Times New Roman"/>
        </w:rPr>
        <w:t>Нэг зүйл гарцаагүй: Сатаны тугийн дор байр сууриа эзэлдэг Долоо дахь өдрийн Адвентистууд юуны өмнө Бурханы Сүнсний Гэрчлэлүүдэд агуулагдсан сэрэмжлүүлэг болон зэмлэлийг гэсэн итгэлээ орхих болно.</w:t>
      </w:r>
    </w:p>
    <w:p>
      <w:pPr>
        <w:pStyle w:val="ArticleBody"/>
        <w:jc w:val="left"/>
      </w:pPr>
      <w:r>
        <w:rPr>
          <w:rFonts w:ascii="Times New Roman" w:hAnsi="Times New Roman" w:eastAsia="Times New Roman" w:cs="Times New Roman"/>
        </w:rPr>
        <w:t>Та Сууриудыг үгүйсгэвэл, эш үзүүллийн Сүнсийг үгүйсгэж байна гэсэн үг. Хэрэв та эш үзүүллийн Сүнсийг үгүйсгэвэл, Сууриудыг үгүйсгэж байна гэсэн үг. Тэд салшгүй хамт оршдог. Эш үзүүллийн Сүнс байхгүй газар үзэгдэл ч үгүй.</w:t>
      </w:r>
    </w:p>
    <w:p>
      <w:pPr>
        <w:pStyle w:val="ArticleScripture"/>
        <w:jc w:val="left"/>
      </w:pPr>
      <w:r>
        <w:rPr>
          <w:rFonts w:ascii="Times New Roman" w:hAnsi="Times New Roman" w:eastAsia="Times New Roman" w:cs="Times New Roman"/>
        </w:rPr>
        <w:t>Илүү бүрэн ариусал болон илүү ариун үйлчлэлд уриалах дуудлага өгөгдөж байгаа бөгөөд цаашид ч өгөгдсөөр байх болно. Одоо Сатаны санал бодлыг дамжуулан хэлж буй зарим хүн ухаан орно. Хариуцлагатай чухал албан тушаалд байгаа атлаа энэ цаг үеийн үнэнийг ойлгодоггүй хүмүүс бий. Тэдэнд энэхүү мэдээг хүргэх ёстой. Хэрэв тэд үүнийг хүлээн авбал, Христ тэднийг хүлээн авч, Өөртэй нь хамтран ажиллагчид болгоно. Харин хэрэв тэд энэ мэдээг сонсохоос татгалзвал, тэд Харанхуйн Ханхүүгийн хар тугийн дор байр сууриа эзлэх болно.</w:t>
      </w:r>
    </w:p>
    <w:p>
      <w:pPr>
        <w:pStyle w:val="ArticleScripture"/>
        <w:jc w:val="left"/>
      </w:pPr>
      <w:r>
        <w:rPr>
          <w:rFonts w:ascii="Times New Roman" w:hAnsi="Times New Roman" w:eastAsia="Times New Roman" w:cs="Times New Roman"/>
        </w:rPr>
        <w:t>“Энэ цаг үеийн эрхэм нандин үнэн хүний оюун ухаанд улам бүр тодорхой нээгдэж байна хэмээн би хэлэхээр зааварлагдсан. Онцгой утгаар эрэгтэй, эмэгтэй хүмүүс Христийн махыг идэж, Түүний цусыг уух учиртай. Үнэн нь тасралтгүй тэлэх чадвартай тул ойлголт хөгжих болно. Үнэний тэнгэрлэг Эх Үүсвэр нь Түүнийг танин мэдэхээр үргэлжлүүлэн дагагчидтай улам ойр, улам бүр ойр харилцаанд орох болно. Бурханы ард түмэн Түүний үгийг тэнгэрийн талх болгон хүлээн авах үедээ, Түүний илрэн гарах нь үүрийн гэгээ мэт бэлтгэгдсэнийг мэдэх болно. Бие махбод хоол идэхэд биеийн хүч авдгийн адил тэд сүнслэг хүчийг хүлээн авах болно.”</w:t>
      </w:r>
    </w:p>
    <w:p>
      <w:pPr>
        <w:pStyle w:val="ArticleScripture"/>
        <w:jc w:val="left"/>
      </w:pPr>
      <w:r>
        <w:rPr>
          <w:rFonts w:ascii="Times New Roman" w:hAnsi="Times New Roman" w:eastAsia="Times New Roman" w:cs="Times New Roman"/>
        </w:rPr>
        <w:t>Израилийн хөвгүүдийг Египетийн боолчлолоос гарган авч, цөлөөр дамжуулан Канаан нутагт удирдан аваачсан Эзэний төлөвлөгөөг бид хагас ч ойлгодоггүй.</w:t>
      </w:r>
    </w:p>
    <w:p>
      <w:pPr>
        <w:pStyle w:val="ArticleScripture"/>
        <w:jc w:val="left"/>
      </w:pPr>
      <w:r>
        <w:rPr>
          <w:rFonts w:ascii="Times New Roman" w:hAnsi="Times New Roman" w:eastAsia="Times New Roman" w:cs="Times New Roman"/>
        </w:rPr>
        <w:t>“Бид сайн мэдээнээс гэрэлтэн тусах тэнгэрлэг туяануудыг хураан цуглуулах тусам, иудейн тогтолцооны талаар илүү тодорхой ойлголттой болж, түүний чухал үнэнүүдийг улам гүнээр үнэлэн ухаарах болно. Үнэний талаарх бидний судалгаа хараахан бүрэн биш байна. Бид зөвхөн гэрлийн цөөн хэдэн туяаг л хураан авсан. Үгийг өдөр бүр судлагч бус хүмүүс иудейн тогтолцооны асуудлуудыг тайлж чадахгүй. Тэд ариун сүмийн үйлчлэлээр заагдсан үнэнүүдийг ойлгохгүй. Бурханы агуу төлөвлөгөөний тухай ертөнцөд баригдсан ойлголтоос болж Бурханы ажил саатуулагдаж байна. Ирээдүйн амьдралд Христ үүлэн баганад халхлагдан Өөрийн ард түмэнд өгсөн хуулиудын утга учир илчлэгдэх болно.” Spalding and Magan, 305, 306.</w:t>
      </w:r>
    </w:p>
    <w:p>
      <w:pPr>
        <w:pStyle w:val="ArticleBody"/>
        <w:jc w:val="left"/>
      </w:pPr>
      <w:r>
        <w:rPr>
          <w:rFonts w:ascii="Times New Roman" w:hAnsi="Times New Roman" w:eastAsia="Times New Roman" w:cs="Times New Roman"/>
        </w:rPr>
        <w:t>Араатны тамгыг хүлээн авдаг тэдгээр Адвентистүүд Сатаны тугийн дор зогсож, юуны өмнө Зөгнөлийн Сүнсийг няцаадаг.</w:t>
      </w:r>
    </w:p>
    <w:p>
      <w:pPr>
        <w:pStyle w:val="ArticleBody"/>
        <w:jc w:val="left"/>
      </w:pPr>
      <w:r>
        <w:rPr>
          <w:rFonts w:ascii="Times New Roman" w:hAnsi="Times New Roman" w:eastAsia="Times New Roman" w:cs="Times New Roman"/>
        </w:rPr>
        <w:t>Энэ хэсэгт хоёр бүлэг хүн байна: Эзэнийг танин мэдэхээр даган урагшилдаг, Түүний махыг үргэлжлүүлэн идэж, Түүний цусыг ууж, Бурханы Үгийг үргэлжлүүлэн судалдаг хүмүүс, мөн тэгдэггүй хүмүүс. Үнэний хөгжүүлэлт дуусаагүй; тэд Ариун газрын үйлчлэлийн талаар хараахан хэлэгдээгүй зүйлсийг хэлэх болно. Тэд Христийн цаг үе дэх эрин үеийн өөрчлөлтийг онцолж, Миллерит үе дэх өөрчлөлтийг эш үзүүллэгээр урьдчилан дүрсэлж, Христ Нас барагсдын Шүүлтээс Амьдчуудын Шүүлт рүү шилжих эрин үеийг урагш заах болно. Тэд Ариун газрын талаар, мөн Эзэн эрин үеүүдийн эдгээр өөрчлөлтүүдэд Өөрийн Сүнсийг асгаруулах замаар Өөрийн хөдөлгөөнүүдийг хэрхэн тэмдэглэдэг тухай хэлэх зүйлстэй байх болно.</w:t>
      </w:r>
    </w:p>
    <w:p>
      <w:pPr>
        <w:pStyle w:val="ArticleBody"/>
        <w:jc w:val="left"/>
      </w:pPr>
      <w:r>
        <w:rPr>
          <w:rFonts w:ascii="Times New Roman" w:hAnsi="Times New Roman" w:eastAsia="Times New Roman" w:cs="Times New Roman"/>
        </w:rPr>
        <w:t>Дахиад хоёр эшлэл, тэгээд бид бараг дуусах гэж байна.</w:t>
      </w:r>
    </w:p>
    <w:p>
      <w:pPr>
        <w:pStyle w:val="ArticleBody"/>
        <w:jc w:val="left"/>
      </w:pPr>
      <w:r>
        <w:rPr>
          <w:rFonts w:ascii="Times New Roman" w:hAnsi="Times New Roman" w:eastAsia="Times New Roman" w:cs="Times New Roman"/>
        </w:rPr>
        <w:t>Шөнийн Дуудлагыг үгүйсгэдэг Долоо дахь өдрийн Адвентистүүд замаасаа хазайж, Шөнийн Дуудлагын түүхийг бүрэлдүүлдэг Эзэний удирдамж болон сургаалын номлолуудыг няцаадаг. Бидний эмээх ёстой зүйл нь энэ мөн—тэрхүү сургаалуудыг няцааж, тэр туршлагыг ойлгохгүй байх явдал юм. Ийн үйлдсэнээрээ бид Зөгнөлийн Сүнсийг няцааж байна.</w:t>
      </w:r>
    </w:p>
    <w:p>
      <w:pPr>
        <w:pStyle w:val="ArticleBody"/>
        <w:jc w:val="left"/>
      </w:pPr>
      <w:r>
        <w:rPr>
          <w:rFonts w:ascii="Times New Roman" w:hAnsi="Times New Roman" w:eastAsia="Times New Roman" w:cs="Times New Roman"/>
        </w:rPr>
        <w:t>Уайт эгч 2520-д өөрийн зөвшөөрлийн тамгыг дардаг. Тэрээр 1843 оны Хүснэгт дээрх бусад үнэнүүдэд хэрхэн өөрийн зөвшөөрлийн тамгыг дардгийг бид үзүүлэх болно.</w:t>
      </w:r>
    </w:p>
    <w:p>
      <w:pPr>
        <w:pStyle w:val="ArticleBody"/>
        <w:jc w:val="left"/>
      </w:pPr>
      <w:r>
        <w:rPr>
          <w:rFonts w:ascii="Times New Roman" w:hAnsi="Times New Roman" w:eastAsia="Times New Roman" w:cs="Times New Roman"/>
        </w:rPr>
        <w:t>Дэлхийн төгсгөлд, бидний түүхэн дэх Мөнхийн Сайн Мэдээний энэ бүхэн оргилдоо хүрэх үед, Вильям Миллерийн туршлагаас харагддагчлан урьдчилан дүрслэгдсэн гурван үе шаттай шалгалтын үйл явцтай Адвентизм тулгарах болно.</w:t>
      </w:r>
    </w:p>
    <w:p>
      <w:pPr>
        <w:pStyle w:val="ArticleBody"/>
        <w:jc w:val="left"/>
      </w:pPr>
      <w:r>
        <w:rPr>
          <w:rFonts w:ascii="Times New Roman" w:hAnsi="Times New Roman" w:eastAsia="Times New Roman" w:cs="Times New Roman"/>
        </w:rPr>
        <w:t>Уильям Миллер гурван алдаа гаргасан: (1) Тэр Дунд Шөнийн Хашхирааныг няцааж, доорх хорон муу ертөнц рүү хүргэх замаас хальсан. (2) Үүний дараа тэр хүний нөлөөнд, өөрөөр хэлбэл Жошуа Хаймст, найдсан. (3) Тэр Амралтын өдрийг няцаасан.</w:t>
      </w:r>
    </w:p>
    <w:p>
      <w:pPr>
        <w:pStyle w:val="ArticleBody"/>
        <w:jc w:val="left"/>
      </w:pPr>
      <w:r>
        <w:rPr>
          <w:rFonts w:ascii="Times New Roman" w:hAnsi="Times New Roman" w:eastAsia="Times New Roman" w:cs="Times New Roman"/>
        </w:rPr>
        <w:t>Нэгэн асуулт гарч ирэв: “Тэрээр Амралтын өдрийг үгүйсгэсэн үү, эсвэл Ариун газрыг уу?” Тухайн цаг үед дэлхий дээрх ариун газраас Тэнгэр дэх Ариун газар руу шилжсэн тэрхүү сургаалыг Миллер бүрэн дүүрэн ойлгосон байгаагүй байж болох юм. Эллен Уайт Хамгийн Ариун Газарт удирдуулан орсон үедээ гэрээний авдран доторх Арван Тушаалыг харсан бөгөөд Амралтын өдрийн Тушаалын эргэн тойронд ариун гэрэл цацарч байв.</w:t>
      </w:r>
    </w:p>
    <w:p>
      <w:pPr>
        <w:pStyle w:val="ArticleBody"/>
        <w:jc w:val="left"/>
      </w:pPr>
      <w:r>
        <w:rPr>
          <w:rFonts w:ascii="Times New Roman" w:hAnsi="Times New Roman" w:eastAsia="Times New Roman" w:cs="Times New Roman"/>
        </w:rPr>
        <w:t>Миллерийн няцаасан зүйл нь Бурханы хууль—Амралтын өдөр байв. Ийнхүү Миллер Шөнө дундын хашхирааныг няцааж, дараа нь махбодод түшиглэн, эцэст нь араатны тэмдгийг хүлээн авсан. Энэ нь дэлхийн төгсгөлд дахин давтагдана.</w:t>
      </w:r>
    </w:p>
    <w:p>
      <w:pPr>
        <w:pStyle w:val="ArticleScripture"/>
        <w:jc w:val="left"/>
      </w:pPr>
      <w:r>
        <w:rPr>
          <w:rFonts w:ascii="Times New Roman" w:hAnsi="Times New Roman" w:eastAsia="Times New Roman" w:cs="Times New Roman"/>
        </w:rPr>
        <w:t>Гэрчлэлүүд, 5-р боть, 211-р хуудас: «Энд бид чуулган—Эзэний ариун сүм—Бурханы уур хилэнгийн цохилтыг хамгийн түрүүнд амссаныг харж байна. Бурхан агуу их гэрэл өгсөн, ард түмний сүнслэг ашиг сонирхлын манаачид болон зогсож байсан тэр ахмад хүмүүс итгэлийг нь эвджээ.»</w:t>
      </w:r>
    </w:p>
    <w:p>
      <w:pPr>
        <w:pStyle w:val="ArticleBody"/>
        <w:jc w:val="left"/>
      </w:pPr>
      <w:r>
        <w:rPr>
          <w:rFonts w:ascii="Times New Roman" w:hAnsi="Times New Roman" w:eastAsia="Times New Roman" w:cs="Times New Roman"/>
        </w:rPr>
        <w:t>Тэр Езекиел 8 ба 9, өөрөөр хэлбэл лацдалтын тухай тайлбарлаж байна. Уайт эгч Езекиел 9-д гардаг лацдалт нь Илчлэл 7 дахь лацдалттай адилхан гэж хэлдэг. Тэр 144,000-ын лацдалтын цаг үеийн тухай ярьж байна. Тэрээр хамгаалагчид байх ёстой байсан хүмүүс өөрсдөд нь итгэмжлэгдсэн үүргийг урваж орхисон гэж хэлдэг.</w:t>
      </w:r>
    </w:p>
    <w:p>
      <w:pPr>
        <w:pStyle w:val="ArticleScripture"/>
        <w:jc w:val="left"/>
      </w:pPr>
      <w:r>
        <w:rPr>
          <w:rFonts w:ascii="Times New Roman" w:hAnsi="Times New Roman" w:eastAsia="Times New Roman" w:cs="Times New Roman"/>
        </w:rPr>
        <w:t>“Бидэнд урьдын өдрүүдийн адил гайхамшгууд болон Бурханы хүчний илэрхий тод илрэлийг хүлээн харах шаардлагагүй хэмээх байр суурийг тэд эзэлсэн. Цаг үе өөрчлөгдсөн.” Тэдний эхний алдаа нь “Шөнө дундын Хашхираан”-ыг эсэргүүцсэн явдал байсан бөгөөд, “Шөнө дундын Хашхирааны энэ түүхэнд болсон зүйл дахин давтагдахгүй” хэмээн тэд хэлжээ.</w:t>
      </w:r>
    </w:p>
    <w:p>
      <w:pPr>
        <w:pStyle w:val="ArticleBody"/>
        <w:jc w:val="left"/>
      </w:pPr>
      <w:r>
        <w:rPr>
          <w:rFonts w:ascii="Times New Roman" w:hAnsi="Times New Roman" w:eastAsia="Times New Roman" w:cs="Times New Roman"/>
        </w:rPr>
        <w:t>Тэд замаасаа хазайж байна.</w:t>
      </w:r>
    </w:p>
    <w:p>
      <w:pPr>
        <w:pStyle w:val="ArticleScripture"/>
        <w:jc w:val="left"/>
      </w:pPr>
      <w:r>
        <w:rPr>
          <w:rFonts w:ascii="Times New Roman" w:hAnsi="Times New Roman" w:eastAsia="Times New Roman" w:cs="Times New Roman"/>
        </w:rPr>
        <w:t>“Эдгээр үгс нь тэдний үл итгэлийг бэхжүүлдэг бөгөөд тэд: Эзэн сайн ч хийхгүй, муу ч хийхгүй гэж хэлдэг. Тэр Өөрийн ард түмнийг шүүлтээр айлчлахад дэндүү өршөөнгүй. Ийнхүү ‘Амар тайван ба аюулгүй байдал’ хэмээх хашхираан нь Бурханы ард түмэнд тэдний гэм бурууг, Иаковын гэрт тэдний нүглийг харуулахын тулд дуу хоолойгоо бүрээ мэт дахин хэзээ ч өргөхгүй хүмүүсээс гардаг. Хуцахыг хүсээгүй эдгээр дүлий ноход л доромжлогдсон Бурханы зөвт өшөө авалтыг биеэр амсдаг. Эрчүүд, бүсгүйчүүд, жаахан хүүхдүүд бүгд хамтдаа мөхдөг.” Testimonies, volume 5, 211.</w:t>
      </w:r>
    </w:p>
    <w:p>
      <w:pPr>
        <w:pStyle w:val="ArticleBody"/>
        <w:jc w:val="left"/>
      </w:pPr>
      <w:r>
        <w:rPr>
          <w:rFonts w:ascii="Times New Roman" w:hAnsi="Times New Roman" w:eastAsia="Times New Roman" w:cs="Times New Roman"/>
        </w:rPr>
        <w:t>Иеремиа, Уильям Миллерийн хоёр дахь бүтэлгүйтлийн талаар өгүүлэхдээ, “ЭЗЭН ийн айлдаж байна; Хүнд найдаж, махан биеийг өөрийн хүч болгож, зүрх нь ЭЗЭНээс холддог хүн хараагдаг” хэмээсэн. Иеремиа 17:5. Хэрэв чи хүнд найдвал, чиний зүрх ЭЗЭНээс холдоно.</w:t>
      </w:r>
    </w:p>
    <w:p>
      <w:pPr>
        <w:pStyle w:val="ArticleBody"/>
        <w:jc w:val="left"/>
      </w:pPr>
      <w:r>
        <w:rPr>
          <w:rFonts w:ascii="Times New Roman" w:hAnsi="Times New Roman" w:eastAsia="Times New Roman" w:cs="Times New Roman"/>
        </w:rPr>
        <w:t>Эцэст нь гарах эхний татгалзал нь Бурханы хүчний илрэлийн давталт болох Шөнө дундын хашхираан юм. Хоёр дахь нь махан биед түшиглэх явдал юм. Гурав дахь нь Ням гаргийн хууль юм.</w:t>
      </w:r>
    </w:p>
    <w:p>
      <w:pPr>
        <w:pStyle w:val="ArticleScripture"/>
        <w:jc w:val="left"/>
      </w:pPr>
      <w:r>
        <w:rPr>
          <w:rFonts w:ascii="Times New Roman" w:hAnsi="Times New Roman" w:eastAsia="Times New Roman" w:cs="Times New Roman"/>
        </w:rPr>
        <w:t>Зөвхөн хоёрхон бүлэг байж болно. Аль ч тал амьд Бурханы лацаар, эсвэл араатан ба түүний хөргийн тэмдгээр тодорхой тамгалагдсан байдаг. Адамын хөвгүүн охин бүр өөрийн удирдагчаар Христийг эсвэл Бараббасыг сонгодог. Итгэлгүйчүүдийн талд өөрсдийгөө тавьдаг бүх хүн Сатаны хар тугийн дор зогсож, Христийг голж, басамжлан харьцсанд буруутгагддаг. Тэд амь ба алдрын Эзэнийг санаатайгаар цовдолсонд буруутгагддаг. Review and Herald, January 30, 1900.</w:t>
      </w:r>
    </w:p>
    <w:p>
      <w:pPr>
        <w:pStyle w:val="ArticleBody"/>
        <w:jc w:val="left"/>
      </w:pPr>
      <w:r>
        <w:rPr>
          <w:rFonts w:ascii="Times New Roman" w:hAnsi="Times New Roman" w:eastAsia="Times New Roman" w:cs="Times New Roman"/>
        </w:rPr>
        <w:t>Нэг зүйл гарцаагүй: Сатаны тугийн дор байр сууриа эзэлдэг Долоо дахь өдрийн Адвентистүүд юуны өмнө Зөгнөлийн Сүнсэнд итгэх итгэлээ орхино.</w:t>
      </w:r>
    </w:p>
    <w:p>
      <w:pPr>
        <w:pStyle w:val="ArticleBody"/>
        <w:jc w:val="left"/>
      </w:pPr>
      <w:r>
        <w:rPr>
          <w:rFonts w:ascii="Times New Roman" w:hAnsi="Times New Roman" w:eastAsia="Times New Roman" w:cs="Times New Roman"/>
        </w:rPr>
        <w:t>Адвентизм Уильям Миллерийн бүдэрсэн тэр гурван шатат сорилтын үйл явцыг давтан хийж байна. Харин тэнгэрэлчүүд Миллерийг амилуулж, Аврагчийнх нь дэргэд аваачихаар хүлээж байна. Харин араатны тэмдгийг хүлээн авдаг Адвентистүүдийн хувьд, тэднийг хүлээж байгаа нь тэр тэнгэрэлчүүд биш.</w:t>
      </w:r>
    </w:p>
    <w:p>
      <w:pPr>
        <w:pStyle w:val="ArticleScripture"/>
        <w:jc w:val="left"/>
      </w:pPr>
      <w:r>
        <w:rPr>
          <w:rFonts w:ascii="Times New Roman" w:hAnsi="Times New Roman" w:eastAsia="Times New Roman" w:cs="Times New Roman"/>
        </w:rPr>
        <w:t>Бурханы ард түмний өнгөрсөн туршлагуудыг үхмэл баримт хэмээн үзэж болохгүй гэдгийг надад дахин дахин үзүүлсэн. Бид эдгээр туршлагын тэмдэглэлийг өнгөрсөн жилийн цаг тооны бичигтэй харьцдаг шигээ үзэх ёсгүй. Түүх дахин давтагдах тул энэ тэмдэглэлийг оюун санаандаа хадгалан санаж явах ёстой. Publishing Ministry, 175.</w:t>
      </w:r>
    </w:p>
    <w:p>
      <w:pPr>
        <w:pStyle w:val="ArticleBody"/>
        <w:jc w:val="left"/>
      </w:pPr>
      <w:r>
        <w:rPr>
          <w:rFonts w:ascii="Times New Roman" w:hAnsi="Times New Roman" w:eastAsia="Times New Roman" w:cs="Times New Roman"/>
        </w:rPr>
        <w:t>Яагаад бид Шөнийн дунд гарсан Хашхирааныг санах хэрэгтэй вэ? Учир нь түүх дахин давтагдах гэж байна. Энэ түүхэнд сэгсрэлтийг үүсгэх мэдээ нь 2520 ба 2300 байх бөгөөд үүнээс болж хүмүүс сүмүүдээс гарч одох болно.</w:t>
      </w:r>
    </w:p>
    <w:p>
      <w:pPr>
        <w:pStyle w:val="ArticleBody"/>
        <w:jc w:val="left"/>
      </w:pPr>
      <w:r>
        <w:rPr>
          <w:rFonts w:ascii="Times New Roman" w:hAnsi="Times New Roman" w:eastAsia="Times New Roman" w:cs="Times New Roman"/>
        </w:rPr>
        <w:t>Гэвч энэ түүх, Шөнийн дунд дахь хашхираан, үнэхээр дахин давтагдах гэж байна уу, эсвэл энэ нь зүгээр л нэгэн өнгөрсөн түүх үү? Дараах эшлэлийг анхаараарай:</w:t>
      </w:r>
    </w:p>
    <w:p>
      <w:pPr>
        <w:pStyle w:val="ArticleScripture"/>
        <w:jc w:val="left"/>
      </w:pPr>
      <w:r>
        <w:rPr>
          <w:rFonts w:ascii="Times New Roman" w:hAnsi="Times New Roman" w:eastAsia="Times New Roman" w:cs="Times New Roman"/>
        </w:rPr>
        <w:t>Ёс бусын дунд, мэхлэл ба төөрөгдлийн дунд, үхлийн яг сүүдэр дор хэвтэж буй нэгэн дэлхий байна,—унтаж байна, унтаж байна. Тэднийг сэрээхийн төлөө сэтгэлийн шаналал эдэлж буй нь хэн бэ? Ямар дуу хоолой тэдэнд хүрч чадах вэ? Миний оюун ухаан ирээдүй рүү аваачигдсан бөгөөд дохио өгөгдөх тэр цагт: “Харагтун, Сүйт залуу ирж байна; Түүнийг угтахаар гарцгаа” хэмээн тунхаглагдана. Гэвч зарим нь дэнлүүндээ тос нэмж дүүргэхийн тулд тосоо олж авахыг хойшлуулсан байх бөгөөд дэндүү оройтсон хойноо тэд тосоор төлөөлүүлэгддэг зан чанар шилжүүлэн өгөгдөх боломжгүйг мэдэх болно.” Review and Herald, February 11, 1896.</w:t>
      </w:r>
    </w:p>
    <w:p>
      <w:pPr>
        <w:pStyle w:val="ArticleBody"/>
        <w:jc w:val="left"/>
      </w:pPr>
      <w:r>
        <w:rPr>
          <w:rFonts w:ascii="Times New Roman" w:hAnsi="Times New Roman" w:eastAsia="Times New Roman" w:cs="Times New Roman"/>
        </w:rPr>
        <w:t>Шөнө дундын хашхирааны түүх яг үсэгчлэн дахин давтагдана.</w:t>
      </w:r>
    </w:p>
    <w:p>
      <w:pPr>
        <w:pStyle w:val="ArticleBody"/>
        <w:jc w:val="left"/>
      </w:pPr>
      <w:r>
        <w:rPr>
          <w:rFonts w:ascii="Times New Roman" w:hAnsi="Times New Roman" w:eastAsia="Times New Roman" w:cs="Times New Roman"/>
        </w:rPr>
        <w:t>Эллен Уайт 2520 нь хүчинтэй цаг хугацааны эш үзүүллэг бөгөөд Эзэн үүнийг саатлын хугацааг, өөрөөр хэлбэл эрэгтэй, эмэгтэй хүмүүсийг Христтэй хамт Хамгийн Ариун Газар уруу итгэлээр шилжин ороход бэлтгэсэн тэрхүү туршлагыг бий болгосон урам хугаралтыг үүсгэхэд ашигласан гэдгийг ойлгож байсан.</w:t>
      </w:r>
    </w:p>
    <w:p>
      <w:pPr>
        <w:pStyle w:val="ArticleBody"/>
        <w:jc w:val="left"/>
      </w:pPr>
      <w:r>
        <w:rPr>
          <w:rFonts w:ascii="Times New Roman" w:hAnsi="Times New Roman" w:eastAsia="Times New Roman" w:cs="Times New Roman"/>
        </w:rPr>
        <w:t>Бид 2520-ыг Библиэс одоогоор хараахан батлан нотлохыг оролдоогүй байна. Хабаккукийн Хоёр Хавтангийн энэхүү судалгаанд бид эхлээд өнөөдөр Адвентизмын зүгээс няцаагдаж буй эдгээр сургаалуудыг Эллен Уайт дэмждэг гэдгийг тодорхой болгохыг хүсэж байна; дараа нь бид Библийн судалгаанд шилжин орно.</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Зөгнөлийн Сүнс: Удирдан Жолоодох ба Сурган Заах</dc:title>
  <dc:subject>Хабаккукийн Хоёр Хавтан</dc:subject>
  <dc:creator>Jeff Pippenger</dc:creator>
  <cp:keywords/>
  <dc:description>Generated by ArticleDigger from habakkuks_two_tables\03_habakkuks_two_tables.json</dc:description>
  <cp:lastModifiedBy>ArticleDigger</cp:lastModifiedBy>
  <cp:revision>1</cp:revision>
  <dcterms:created xsi:type="dcterms:W3CDTF">2000-01-01T00:00:00Z</dcterms:created>
  <dcterms:modified xsi:type="dcterms:W3CDTF">2000-01-01T00:00:00Z</dcterms:modified>
  <cp:category>habakkuks_two_tables</cp:category>
  <cp:lastPrinted>2000-01-01T00:00:00Z</cp:lastPrinted>
</cp:coreProperties>
</file>