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Дөчдүгээр ишлэлийн нууцлаг түүх - Нэгдүгээр хэсэг</w:t>
      </w:r>
    </w:p>
    <w:p>
      <w:pPr>
        <w:pStyle w:val="ArticleSubtitle"/>
        <w:jc w:val="left"/>
      </w:pPr>
      <w:r>
        <w:rPr>
          <w:rFonts w:ascii="Arial" w:hAnsi="Arial" w:eastAsia="Arial" w:cs="Arial"/>
        </w:rPr>
        <w:t>Зөгнөлүүдийн лацыг тайлах нь: Эцсийн өдрүүд, Иудагийн Арслан, ба Илчлэлийн эцсийн хөдөлгөөнүүд</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2024-09-06</w:t>
      </w:r>
    </w:p>
    <w:p>
      <w:pPr>
        <w:pStyle w:val="ArticleBody"/>
        <w:jc w:val="left"/>
      </w:pPr>
      <w:r>
        <w:rPr>
          <w:rFonts w:ascii="Times New Roman" w:hAnsi="Times New Roman" w:eastAsia="Times New Roman" w:cs="Times New Roman"/>
        </w:rPr>
        <w:t>Илчлэлт номын тавдугаар бүлэгт Иуда овгийн Арслан нь Бурханы Үгийг Өөрийн хүслийн дагуу лацдах болон лацыг нь тайлахад ялсан Нэгэн болох Христийн байр суурийг төлөөлдөг. 1863 оны тэрс бослогоос хойш нэг зуун хорин зургаан жилийн дараа, 1989 онд, Иуда овгийн Арслан Даниел номын арван нэгдүгээр бүлгийн сүүлчийн зургаан эшлэлийн лацыг тайлсан. Тэдгээр эшлэлүүд 1798 онд папын засаглалд учирсан үхлийн шархаар эхэлж, папын шарх хэрхэн эдгэх тухай гэрчлэлийг, цаашлаад папын засаглалын эцсийн үхлийн шарх хүртэл танилцуулдаг. Эдгээр эшлэлүүд төгсдөг газраасаа эхэлдэг; өөрөөр хэлбэл, папын Ромд оноогдох шүүлтээр.</w:t>
      </w:r>
    </w:p>
    <w:p>
      <w:pPr>
        <w:pStyle w:val="ArticleBody"/>
        <w:jc w:val="left"/>
      </w:pPr>
      <w:r>
        <w:rPr>
          <w:rFonts w:ascii="Times New Roman" w:hAnsi="Times New Roman" w:eastAsia="Times New Roman" w:cs="Times New Roman"/>
        </w:rPr>
        <w:t>Тэр зургаан эшлэл нь папын засаглалын үхлийн шарх эдгэрэхийг, мөн луу, араатан, хуурамч эш үзүүлэгчийн гурвалсан нэгдэл дэлхийг Армагеддон уруу хэрхэн хөтөлдгийг дүрслэн өгүүлдэг бөгөөд энэ нь дөчин тавдугаар эшлэлд “тэнгисүүдийн хооронд, сүр жавхлант ариун уулын дэргэд” хэмээн тодорхойлогдсон байдаг.</w:t>
      </w:r>
    </w:p>
    <w:p>
      <w:pPr>
        <w:pStyle w:val="ArticleBody"/>
        <w:jc w:val="left"/>
      </w:pPr>
      <w:r>
        <w:rPr>
          <w:rFonts w:ascii="Times New Roman" w:hAnsi="Times New Roman" w:eastAsia="Times New Roman" w:cs="Times New Roman"/>
        </w:rPr>
        <w:t>Альфа ба Омега нь төгсгөлийг эхлэлээр нь үргэлж дүрслэн үзүүлдэг Христийн зан чанарыг төлөөлдөг. Нэг зуун дөчин дөрвөн мянгын шинэчлэлийн хөдөлгөөн нь гурав дахь тэнгэрэлчийн хөдөлгөөн бөгөөд энэ нь өөрийн эхлэлээр урьдчилан дүрслэгдсэн төгсгөлийн хөдөлгөөн юм; тэрхүү эхлэл нь эхний болон хоёр дахь тэнгэрэлчийн Миллерийн хөдөлгөөн байсан. Миллерийн хөдөлгөөн 1798 онд, цагийн төгсгөлийн үед эхэлсэн бөгөөд тэндээс Даниел арван нэгийн сүүлийн зургаан эшлэл эхэлдэг; уг хөдөлгөөн 1844 оны 10 дугаар сарын 22-нд шүүлт нээгдэх үед төгссөн. Нэг зуун дөчин дөрвөн мянгын хөдөлгөөн нь Америкийн Нэгдсэн Улс дахь Ням гаргийн хуулиар төгсөнө.</w:t>
      </w:r>
    </w:p>
    <w:p>
      <w:pPr>
        <w:pStyle w:val="ArticleBody"/>
        <w:jc w:val="left"/>
      </w:pPr>
      <w:r>
        <w:rPr>
          <w:rFonts w:ascii="Times New Roman" w:hAnsi="Times New Roman" w:eastAsia="Times New Roman" w:cs="Times New Roman"/>
        </w:rPr>
        <w:t>Төгсгөлийн цаг үеийн хөдөлгөөн 1989 онд эхэлж байх үед Иуда овгийн Арслан Даниел арван нэгдүгээр бүлгийн сүүлчийн зургаан эшлэлийг лацыг нь нээн илчилсэн бөгөөд хөдөлгөөний төгсгөлд, Ням гаригийн хуулийн яг өмнөхөн, Тэрээр Даниел арван нэгдүгээр бүлгийн дөчдүгээр эшлэлийн далд түүхийн лацыг нээдэг. Вайт эгчийн Даниелын аль хэсгийн лац тайлагдаж буй тухай тайлбар нь 1989 оны лац тайлагдсаныг, мөн 2023 оны долдугаар сард эхэлсэн лац тайлагдлыг ч мөн хамардаг.</w:t>
      </w:r>
    </w:p>
    <w:p>
      <w:pPr>
        <w:pStyle w:val="ArticleScripture"/>
        <w:jc w:val="left"/>
      </w:pPr>
      <w:r>
        <w:rPr>
          <w:rFonts w:ascii="Times New Roman" w:hAnsi="Times New Roman" w:eastAsia="Times New Roman" w:cs="Times New Roman"/>
        </w:rPr>
        <w:t>“Лацдагдсан байсан тэр ном нь Илчлэл ном бус, харин эцсийн өдрүүдтэй холбоотой Даниелын эш үзүүллэгийн тэр хэсэг байсан юм. Сударт: ‘Харин чи, Даниел аа, эдгээр үгсийг хааж, төгсгөлийн цаг хүртэл номыг лацдагтун; олон хүн ийш тийш хөлхөн явж, мэдлэг үлэмж өснө’ (Даниел 12:4) гэж айлдсан байдаг. Ном нээгдэхэд, ‘Цаг хугацаа цаашид үгүй болно’ гэсэн тунхаглал гарсан билээ. (Илчлэл 10:6-г үз.) Даниелын ном эдүгээ лацгүй болж, Христийн Иоханд өгсөн илчлэл дэлхийн бүх оршин суугчдад хүрэх учиртай. Мэдлэгийн өсөлтөөр нэгэн ард түмэн эцсийн өдрүүдэд бат зогсохоор бэлтгэгдэх ёстой. . . .”</w:t>
      </w:r>
    </w:p>
    <w:p>
      <w:pPr>
        <w:pStyle w:val="ArticleScripture"/>
        <w:jc w:val="left"/>
      </w:pPr>
      <w:r>
        <w:rPr>
          <w:rFonts w:ascii="Times New Roman" w:hAnsi="Times New Roman" w:eastAsia="Times New Roman" w:cs="Times New Roman"/>
        </w:rPr>
        <w:t>“Эхний тэнгэрэлчийн мэдээнд хүмүүс дэлхий болон түүний доторх бүхнийг бүтээсэн бидний Бүтээгч Бурханд мөргөхөд дуудагдсан байдаг. Тэд Папын засаглалын нэгэн байгууллагад хүндэтгэл өргөж, Еховагийн хуулийг хүчин төгөлдөр бус болгосон; харин энэ сэдвийн талаар мэдлэг өсөх ёстой.” Selected Messages, book 2, 105, 106.</w:t>
      </w:r>
    </w:p>
    <w:p>
      <w:pPr>
        <w:pStyle w:val="ArticleBody"/>
        <w:jc w:val="left"/>
      </w:pPr>
      <w:r>
        <w:rPr>
          <w:rFonts w:ascii="Times New Roman" w:hAnsi="Times New Roman" w:eastAsia="Times New Roman" w:cs="Times New Roman"/>
        </w:rPr>
        <w:t>1989 онд сүүлчийн өдрүүдтэй холбогдож байсан Даниелын номын хэсэг нь арван нэгдүгээр бүлгийн сүүлийн зургаан эшлэл байсан бөгөөд нэг зуун дөчин дөрвөн мянгатын хөдөлгөөн өөрсдийн хөдөлгөөний төгсгөлд хүрэхэд, тайлагдаж буй Даниелын номын хэсэг нь дөчдүгээр эшлэлийн нуугдмал түүх бөгөөд энэ нь 1989 оноос АНУ дахь Ням гаргийн хуулийг хүртэлх түүхийг төлөөлдөг. Дөчдүгээр эшлэлийн нуугдмал түүх бол нэг зуун дөчин дөрвөн мянгатын түүх мөн. Бошиглогч бүр тэр үеийн талаар гэрчлэл өгдөг.</w:t>
      </w:r>
    </w:p>
    <w:p>
      <w:pPr>
        <w:pStyle w:val="ArticleBody"/>
        <w:jc w:val="left"/>
      </w:pPr>
      <w:r>
        <w:rPr>
          <w:rFonts w:ascii="Times New Roman" w:hAnsi="Times New Roman" w:eastAsia="Times New Roman" w:cs="Times New Roman"/>
        </w:rPr>
        <w:t>Энэ эшлэлд, “эцсийн өдрүүдэд зогсон бат үлдэх ардыг бэлтгэх” мэдлэгийн өсөлт нь 1989 онд сүүлчийн зургаан эшлэлийн лац тайлагдсаныг илэрхийлдэг бөгөөд мөн дахин дөчдүгээр эшлэлийн нуугдмал түүхийн лац тайлагдсаныг илэрхийлдэг. Аль аль түүхэнд нь онгод нь папын эрх мэдэл болон Ням гаргийн хуулийн талаар мэдлэгийн өсөлт байх ёстойг тодорхойлдог. Нэг зуун дөчин дөрвөн мянгатын хөдөлгөөний эхлэл ба төгсгөл аль алинд нь мэдлэгийн өсөлт нь Даниел номын арван хоёрдугаар бүлэгт дүрслэгдсэнчлэн сорилтын гурван үе шаттай үйл явцыг бий болгодог.</w:t>
      </w:r>
    </w:p>
    <w:p>
      <w:pPr>
        <w:pStyle w:val="ArticleScripture"/>
        <w:jc w:val="left"/>
      </w:pPr>
      <w:r>
        <w:rPr>
          <w:rFonts w:ascii="Times New Roman" w:hAnsi="Times New Roman" w:eastAsia="Times New Roman" w:cs="Times New Roman"/>
        </w:rPr>
        <w:t>Тэгээд тэрээр, Даниел аа, замаараа яв; учир нь эдгээр үгс төгсгөлийн цаг хүртэл хаагдаж, лацдан битүүмжлэгдсэн билээ, гэж хэлэв. Олон хүн ариусгагдаж, цайрч, шалгагдах болно; харин хорон муу хүмүүс хорон муугаа үйлдэх бөгөөд хорон муу хүмүүсийн нэг нь ч ойлгохгүй; харин мэргэн ухаантнууд ойлгоно. Даниел 12:9, 10.</w:t>
      </w:r>
    </w:p>
    <w:p>
      <w:pPr>
        <w:pStyle w:val="ArticleBody"/>
        <w:jc w:val="left"/>
      </w:pPr>
      <w:r>
        <w:rPr>
          <w:rFonts w:ascii="Times New Roman" w:hAnsi="Times New Roman" w:eastAsia="Times New Roman" w:cs="Times New Roman"/>
        </w:rPr>
        <w:t>Ариун бүх шинэчлэлийн хөдөлгөөнүүдийн адил, Даниелын “цэвэршигдэж, цайрч, соригдоно” хэмээн дүрсэлсэн гурван алхам нь Тэнгэрлэг бэлгэдэл бууж ирэх замын тэмдгийг илэрхийлдэг; үүний дараа биелээгүй зөгнөлийн шалгалт дагалдаж, дараа нь лац нь тайлагдсан мэдлэгийн өсөлтийг хүлээн авсан эсвэл няцаасан байдлаас нь шалтгаалан бүрэлдэн хөгжсөн хоёр ангийн зан чанарыг ил гаргадаг гурав дахь лакмусын сорил дагалддаг. Нэг зуун дөчин дөрвөн мянгын хөдөлгөөний эхэнд, тэрхүү гурван алхам нь 2001 оны 9 дүгээр сарын 11, түүний араас 2020 оны 7 дугаар сарын 18, дараа нь Ням гаргийн хууль байсан. Яг тэрхүү хөдөлгөөний төгсгөлд, гурван алхам нь 2023 оны 7 дугаар сар, Шөнө дундын Хашхирааны мэдээний ирэлт, мөн Ням гаргийн хууль юм.</w:t>
      </w:r>
    </w:p>
    <w:p>
      <w:pPr>
        <w:pStyle w:val="ArticleBody"/>
        <w:jc w:val="left"/>
      </w:pPr>
      <w:r>
        <w:rPr>
          <w:rFonts w:ascii="Times New Roman" w:hAnsi="Times New Roman" w:eastAsia="Times New Roman" w:cs="Times New Roman"/>
        </w:rPr>
        <w:t>Бурханы ард түмнийг бат зогсоход бэлтгэдэг, 2023 оны долдугаар сард лац нь тайлагдсан мэдээнд эш үзүүллэгийн үнэний хэд хэдэн шугам агуулагддаг бөгөөд тэдгээр шугамын дотор Езекиелийн гучин долоодугаар бүлэг дэх хатсан хуурай яснууд ч багтдаг. Езекиел хоёр мэдээг толилуулдаг. Эхний мэдээ нь ясыг дахин хооронд нь нийлүүлдэг боловч Израиль хүчирхэг их цэрэг мэт хөл дээрээ босон зогссон нь хоёр дахь мэдээний үед л байв. Илчлэлт номын арван нэгдүгээр бүлгийн хоёр гэрч Ариун Сүнсээр дүүргэгдэх үедээ босон зогссон юм.</w:t>
      </w:r>
    </w:p>
    <w:p>
      <w:pPr>
        <w:pStyle w:val="ArticleScripture"/>
        <w:jc w:val="left"/>
      </w:pPr>
      <w:r>
        <w:rPr>
          <w:rFonts w:ascii="Times New Roman" w:hAnsi="Times New Roman" w:eastAsia="Times New Roman" w:cs="Times New Roman"/>
        </w:rPr>
        <w:t>Гурван өдөр хагасын дараа Бурханаас ирсэн амийн Сүнс тэдний дотор орж, тэд хөл дээрээ босов; тэднийг харсан хүмүүсийн дээр агуу их айдас буув. Илчлэлт 11:11.</w:t>
      </w:r>
    </w:p>
    <w:p>
      <w:pPr>
        <w:pStyle w:val="ArticleBody"/>
        <w:jc w:val="left"/>
      </w:pPr>
      <w:r>
        <w:rPr>
          <w:rFonts w:ascii="Times New Roman" w:hAnsi="Times New Roman" w:eastAsia="Times New Roman" w:cs="Times New Roman"/>
        </w:rPr>
        <w:t>Езекиел мөн адил үнэнийг заадаг.</w:t>
      </w:r>
    </w:p>
    <w:p>
      <w:pPr>
        <w:pStyle w:val="ArticleScripture"/>
        <w:jc w:val="left"/>
      </w:pPr>
      <w:r>
        <w:rPr>
          <w:rFonts w:ascii="Times New Roman" w:hAnsi="Times New Roman" w:eastAsia="Times New Roman" w:cs="Times New Roman"/>
        </w:rPr>
        <w:t>Тэр надад, “Хүний хүү, хөл дээрээ босогтун; Би чамд айлдана” гэв. Тэгээд Түүний надтай айлдах үед сүнс надад орж, намайг хөл дээр минь босгов. Ингэснээр надтай айлдагчийг би сонсов. Езекиел 2:1, 2.</w:t>
      </w:r>
    </w:p>
    <w:p>
      <w:pPr>
        <w:pStyle w:val="ArticleBody"/>
        <w:jc w:val="left"/>
      </w:pPr>
      <w:r>
        <w:rPr>
          <w:rFonts w:ascii="Times New Roman" w:hAnsi="Times New Roman" w:eastAsia="Times New Roman" w:cs="Times New Roman"/>
        </w:rPr>
        <w:t>Сестра Уайт “мэдлэгийн өсөлтөөр нэгэн ард түмэн эцсийн өдрүүдэд бат зогсоход бэлтгэгдэх ёстой” хэмээн хэлэхдээ, мэдлэгийн өсөлт нь арван онгон охины үлгэрт “тос” хэмээн тодорхойлогддог бөгөөд тэрхүү “тос” нь “Бурханы Сүнсний мэдээнүүд”-ийг, мөн “Ариун Сүнс”-ийг, түүнчлэн “зан чанар”-ыг төлөөлдөг.</w:t>
      </w:r>
    </w:p>
    <w:p>
      <w:pPr>
        <w:pStyle w:val="ArticleBody"/>
        <w:jc w:val="left"/>
      </w:pPr>
      <w:r>
        <w:rPr>
          <w:rFonts w:ascii="Times New Roman" w:hAnsi="Times New Roman" w:eastAsia="Times New Roman" w:cs="Times New Roman"/>
        </w:rPr>
        <w:t>2023 оны 7 дугаар сар ба удахгүй ирэх ням гаргийн хуулийн хооронд Бурханы ард түмнийг амилуулж, тэднийг босгон зогсоодог мэдлэгийн өсөлт байдаг. Тэд тухайн үед лац нь тайлагдсан мэдээний “тос”-ыг өөрсдөдөө агуулж байгаагаа илэрхийлэн босон зогсдог. Тэд савнуудаа Ариун Сүнсээр дүүргэсэн үедээ босон зогсдог бөгөөд Бурханы тамгад бэлтгэгдсэн зан чанартай болсон үедээ мөн босон зогсдог.</w:t>
      </w:r>
    </w:p>
    <w:p>
      <w:pPr>
        <w:pStyle w:val="ArticleBody"/>
        <w:jc w:val="left"/>
      </w:pPr>
      <w:r>
        <w:rPr>
          <w:rFonts w:ascii="Times New Roman" w:hAnsi="Times New Roman" w:eastAsia="Times New Roman" w:cs="Times New Roman"/>
        </w:rPr>
        <w:t>2023 оны 7-р сард эхэлсэн шалгалтын эхний алхмын дараа, нэр дэвшигчдэд тосыг хүлээн авах эсвэл няцаах боломж олгодог нэгэн үе шат үргэлжилдэг. Түүнийг хүлээн авдаг хүмүүс тамгалагдаж, удалгүй ирэх Ням гаргийн хуулийн үед туг тэмдэг мэт өргөгдөнө. Харин тосыг няцаадаг хүмүүс хүчтэй төөрөгдөл хүлээн авна.</w:t>
      </w:r>
    </w:p>
    <w:p>
      <w:pPr>
        <w:pStyle w:val="ArticleBody"/>
        <w:jc w:val="left"/>
      </w:pPr>
      <w:r>
        <w:rPr>
          <w:rFonts w:ascii="Times New Roman" w:hAnsi="Times New Roman" w:eastAsia="Times New Roman" w:cs="Times New Roman"/>
        </w:rPr>
        <w:t>Тэдгээр нэр дэвшигчид 2023 оны 7-р сард сүнслэг нойрноос сэрээгдсэн бөгөөд үүний дараа тэд хувь хүнийх нь тэнсэл хаагдахаас өмнөх эцсийн шалгалтын үйл явцтай тулгарсан юм. Тэрхүү шалгалтын үйл явц нь араатны дүрийн бүрэлдэлттэй холбоотой эш үзүүллэгийн сорилын хүрээнд тогтоогдсон байсан бөгөөд яг тэр үед тэрхүү нэр дэвшигчид дахин амилан, дотроо Христийн дүрийг бүрэлдүүлэх ёстой байв. Уг сорил биелэгдэх ёстой эш үзүүллэгийн бүтэц нь 1989 оноос Ням гаргийн хууль хүртэлх түүх юм. Тэдгээр нэр дэвшигчдийн сэрж чадаагүй байдал нь Эзэнийг тэрс сургаалиуд нэвтрэн орохыг зөвшөөрөхөд хүргэсэн.</w:t>
      </w:r>
    </w:p>
    <w:p>
      <w:pPr>
        <w:pStyle w:val="ArticleScripture"/>
        <w:jc w:val="left"/>
      </w:pPr>
      <w:r>
        <w:rPr>
          <w:rFonts w:ascii="Times New Roman" w:hAnsi="Times New Roman" w:eastAsia="Times New Roman" w:cs="Times New Roman"/>
        </w:rPr>
        <w:t>“Бурхан Өөрийн ард түмнийг сэрээх болно; хэрэв бусад арга зам бүтэлгүйтвэл, тэдний дунд тэрс сургаалууд орж ирж, тэднийг шигшин, үрийг хальснаас салгах болно. Эзэн Өөрийн үгэнд итгэдэг бүхнийг нойрноосоо сэрэхийг дууддаг. Энэ цаг үед тохирох үнэт гэрэл ирсэн. Энэ нь яг бидний дээр тулж ирээд буй аюулуудыг харуулдаг Библийн үнэн мөн. Энэ гэрэл биднийг Судруудыг хичээнгүйлэн судлахад, мөн бидний баримталж буй байр сууриудыг хамгийн нягт шүүмжлэлтэйгээр шинжлэн шалгахад хөтлөх учиртай. Бурхан үнэний бүх талыг болон байр сууриудыг залбирал ба мацаг барилтын хамт, тууштай бөгөөд шаргуугаар гүнзгий нягтлан судлуулахыг хүсдэг.” Testimonies, volume 5, 708.</w:t>
      </w:r>
    </w:p>
    <w:p>
      <w:pPr>
        <w:pStyle w:val="ArticleBody"/>
        <w:jc w:val="left"/>
      </w:pPr>
      <w:r>
        <w:rPr>
          <w:rFonts w:ascii="Times New Roman" w:hAnsi="Times New Roman" w:eastAsia="Times New Roman" w:cs="Times New Roman"/>
        </w:rPr>
        <w:t>Бүх эш үзүүлэгчид эцсийн өдрүүдийн тухай өгүүлдэг; тиймээс эдгээр эцсийн өдрүүдэд, 2023 оны 7-р сард, Эзэн Өөрийн ард түмнийг “сэрээхийг” оролдсон боловч Түүний хүчин чармайлт бүтэлгүйтэж, төгсгөл ойртсоныг анхааруулах сануулга болгон Адвентист түүхэн дэх Ромын бэлгэ тэмдгийн талаарх анхны маргааныг дахин давтагдахыг Тэр зөвшөөрсөн. “үнэт гэрэл” “энэ цаг үед тохирсон” байдлаар “ирсэн” байсан хэдий ч Тэр үүнийг хийсэн. 2023 оны 7-р сард ирсэн тэр гэрэл нь “бидний яг дээр тулж ирээд буй аюулуудыг харуулсан, Библийн үнэн” юм. Тэрхүү гэрэл нь “биднийг Судруудыг хичээнгүйгээр судлахад, мөн бидний баримталж буй байр сууриудыг хамгийн шүүмжлэлтэйгээр шинжлэн шалгахад” хөтлөх ёстой байсан.</w:t>
      </w:r>
    </w:p>
    <w:p>
      <w:pPr>
        <w:pStyle w:val="ArticleBody"/>
        <w:jc w:val="left"/>
      </w:pPr>
      <w:r>
        <w:rPr>
          <w:rFonts w:ascii="Times New Roman" w:hAnsi="Times New Roman" w:eastAsia="Times New Roman" w:cs="Times New Roman"/>
        </w:rPr>
        <w:t>Дөчдүгээр эшлэлийн далд түүх Даниелын арван нэгдүгээр бүлгийн аравнаас арван тавдугаар эшлэлүүдэд дүрслэгдсэн байдаг. Учир нь Альфа ба Омега Даниелын эцсийн зөгнөлийн төгсгөлийг түүний эхлэлээр дүрслэн үзүүлсэн юм. 2020 оны 7 дугаар сарын 18-ны урам хугаралд хүрэх хүртэл Сатан аравнаас арван тавдугаар эшлэлийн талаар будлиан төөрөгдөл оруулж байсан, учир нь тэр бүлгийн эхлэл нь бүлгийн төгсгөлийг дүрслэн үзүүлэх түлхүүр гэдгийг мэдэж байсан. Дараа нь арван дөрөвдүгээр эшлэлийн анхны маргаан гарч ирсэн.</w:t>
      </w:r>
    </w:p>
    <w:p>
      <w:pPr>
        <w:pStyle w:val="ArticleScripture"/>
        <w:jc w:val="left"/>
      </w:pPr>
      <w:r>
        <w:rPr>
          <w:rFonts w:ascii="Times New Roman" w:hAnsi="Times New Roman" w:eastAsia="Times New Roman" w:cs="Times New Roman"/>
        </w:rPr>
        <w:t>“Агуу мэхлэгчийн хамгийн ихээр эмээдэг зүйл нь бид түүний арга мэхтэй танил болох явдал юм.” Агуу Тэмцэл, 516.</w:t>
      </w:r>
    </w:p>
    <w:p>
      <w:pPr>
        <w:pStyle w:val="ArticleBody"/>
        <w:jc w:val="left"/>
      </w:pPr>
      <w:r>
        <w:rPr>
          <w:rFonts w:ascii="Times New Roman" w:hAnsi="Times New Roman" w:eastAsia="Times New Roman" w:cs="Times New Roman"/>
        </w:rPr>
        <w:t>Тэдгээр эшлэлүүдийн утга учир, зорилгыг будлиулах гэсэн сатанлаг оролдлогууд нь, тэдгээр нь эдүгээ нэг зуун дөчин дөрвөн мянгад багтах нэр дэвшигчдийг шүүн ялгаж буй сорилтын үйл явцын чухал хэсэг мөн болохыг илтгэн харуулж байна. Эгч Уайт 1798 онд төгсгөлийн цаг ирэхээс өмнө биелсэн Даниел арван нэгдүгээр бүлэгт дүрслэгдсэн түүх эцсийн зургаан эшлэлд дахин давтагдана хэмээн онцлон тэмдэглэдэг.</w:t>
      </w:r>
    </w:p>
    <w:p>
      <w:pPr>
        <w:pStyle w:val="ArticleScripture"/>
        <w:jc w:val="left"/>
      </w:pPr>
      <w:r>
        <w:rPr>
          <w:rFonts w:ascii="Times New Roman" w:hAnsi="Times New Roman" w:eastAsia="Times New Roman" w:cs="Times New Roman"/>
        </w:rPr>
        <w:t>“Бидэнд алдах цаг үгүй. Хэцүү бэрх цаг үе бидний өмнө байна. Дэлхий дайнч сүнсээр хөдөлж байна. Удахгүй эш үзүүллэгүүдэд өгүүлэгдсэн гай зовлонгийн үзэгдлүүд биелэх болно. Даниелын арван нэгдүгээр бүлэг дэх эш үзүүллэг бараг бүрэн биелэлдээ хүрээд байна. Энэхүү эш үзүүллэгийн биеллээр болсон түүхийн ихэнх нь дахин давтагдана.” Manuscript Releases, number 13, 394.</w:t>
      </w:r>
    </w:p>
    <w:p>
      <w:pPr>
        <w:pStyle w:val="ArticleBody"/>
        <w:jc w:val="left"/>
      </w:pPr>
      <w:r>
        <w:rPr>
          <w:rFonts w:ascii="Times New Roman" w:hAnsi="Times New Roman" w:eastAsia="Times New Roman" w:cs="Times New Roman"/>
        </w:rPr>
        <w:t>Нэгдүгээр ишлэлээс гучин есдүгээр ишлэл хүртэл дүрслэгдсэн бүх түүх энэ бүлгийн сүүлийн зургаан ишлэлд дахин давтагдана гэж би үздэг. Мөн 1844 оны 10-р сарын 22-нд эхэлсэн шүүлтийн төгсгөлийн түүх болох эцсийн өдрүүдийн түүхийг хоёр үндсэн эш үзүүллэгийн хугацаагаар дүрсэлсэн гэж би бас үздэг. Эхний хугацаа нь Бурханы гэр дээр гүйцэлддэг шүүлтийг илэрхийлдэг бөгөөд үүний дараа Бурханы гэрийн гаднах хүмүүст зориулан шүүлт гүйцэлдэх нэгэн хугацаа үргэлжилдэг. Эхний хугацаа 1989 онд эхэлж, АНУ-д Ням гаргийн хууль тогтоогдох үед төгсөнө; энэ нь эргээд Михаел босон зогсож, хүний сорилтын хугацаа хаагдах үед дуусах хоёр дахь хугацааны эхлэлийг тэмдэглэдэг. Дөчдүгээр ишлэлийн далд түүх мөн 1989 онд эхэлж, АНУ-д Ням гаргийн хууль тогтоогдохыг өгүүлдэг дөчин нэгдүгээр ишлэлд төгсөнө.</w:t>
      </w:r>
    </w:p>
    <w:p>
      <w:pPr>
        <w:pStyle w:val="ArticleBody"/>
        <w:jc w:val="left"/>
      </w:pPr>
      <w:r>
        <w:rPr>
          <w:rFonts w:ascii="Times New Roman" w:hAnsi="Times New Roman" w:eastAsia="Times New Roman" w:cs="Times New Roman"/>
        </w:rPr>
        <w:t>Энэ нь мөнөөх бүлгийн аравдугаар ишлэлээс арван тавдугаар ишлэл хүртэлх түүхтэй адил юм. Тэрхүү түүх нь 1798 оны төгсгөлийн цагаас эхлэн 1844 оны аравдугаар сарын 22-нд шүүлт эхлэх хүртэлх Миллерчүүдийн түүхтэй зэрэгцэн явдаг. Эдгээр хоёр түүх нь Христийн мэндлэлтээр эхэлж, загалмай дээр төгссөн эш үзүүллэгийн түүхтэй зэрэгцэн явдаг.</w:t>
      </w:r>
    </w:p>
    <w:p>
      <w:pPr>
        <w:pStyle w:val="ArticleBody"/>
        <w:jc w:val="left"/>
      </w:pPr>
      <w:r>
        <w:rPr>
          <w:rFonts w:ascii="Times New Roman" w:hAnsi="Times New Roman" w:eastAsia="Times New Roman" w:cs="Times New Roman"/>
        </w:rPr>
        <w:t>1989 онд эхэлсэн түүх нь 2001 оны 9 дүгээр сарын 11-нд эхэлсэн сорилтын үеийг багтаадаг бөгөөд энэ нь 1840 оны 8 дугаар сарын 11-нд эхэлсэн сорилтын үе болон Христийн баптисм хүртэх үед эхэлсэн сорилтын үеэр төлөөлөгдөн дүрслэгдсэн юм. Араатны дүр үүсэх явдал нь эш үзүүллэгийн түүхийн хэд хэдэн шугамаар төлөөлөгдөн дүрслэгдсэн байдаг. Ижил цаг хугацааны тэр үеийн тэдгээр дүрслэлүүдийн нэг нь 2001 оны 9 дүгээр сарын 11-нд эхэлж, удахгүй ирэх Ням гаргийн хуулиар төгсөх нэг зуун дөчин дөрвөн мянгын тамгалалтын үе юм. Мөн дөчдүгээр эшлэлийн далд түүхийг 1844 оны 10 дугаар сарын 22-ноос 1863 оны бослого хүртэлх шугамтай давхардуулан авч үзэж болно.</w:t>
      </w:r>
    </w:p>
    <w:p>
      <w:pPr>
        <w:pStyle w:val="ArticleBody"/>
        <w:jc w:val="left"/>
      </w:pPr>
      <w:r>
        <w:rPr>
          <w:rFonts w:ascii="Times New Roman" w:hAnsi="Times New Roman" w:eastAsia="Times New Roman" w:cs="Times New Roman"/>
        </w:rPr>
        <w:t>1844 оны аравдугаар сарын 22-нд гурав дахь тэнгэрэлчийн ирэлт болсон юм. Аливаа эш үзүүллэгийн тэнгэрэлчийн ирэлттэй адил, түүнд идэгдэх ёстой нэгэн мэдээ байсан боловч тийнхүү болоогүй; мөн Филаделфийн Миллеризм Лаодикийн Миллеризм болон хувирч, 1863 оноос өмнө тэд албан ёсоор Долоо дахь өдрийн Адвентист хэмээх нэрийг авч, өнөө энэ өдрийг хүртэл эсэргүүцлийн цөлөөр тэнүүчилж эхэлсэн билээ. 1844 оноос 1863 он хүртэлх түүх нь нэг зуун дөчин дөрвөн мянгатын дунд байх дуудлагыг няцаагчдыг төлөөлдөг. Тэд бол арван хоёрдугаар бүлэг дэх Даниелын хорон муу хүмүүс, Иеремиагийн дооглогчдын чуулган, Иоханы Сатаны синагог, Матайн мунхаг охид мөн.</w:t>
      </w:r>
    </w:p>
    <w:p>
      <w:pPr>
        <w:pStyle w:val="ArticleBody"/>
        <w:jc w:val="left"/>
      </w:pPr>
      <w:r>
        <w:rPr>
          <w:rFonts w:ascii="Times New Roman" w:hAnsi="Times New Roman" w:eastAsia="Times New Roman" w:cs="Times New Roman"/>
        </w:rPr>
        <w:t>Христийн “эш үзүүлэгч Даниелаар айлдсан сүйрлийн жигшүүрт юм” хэмээн дүрслэн үзүүлсэн анхааруулгын мэдээ нь, үүний дараа ирэх сүйрэл ба тараан сарниулагдахаас урьдчилан зугтах тухай анхааруулгыг илэрхийлдэг. МЭ 66 онд Ромын жанжин Цестиус энэхүү анхааруулгыг харь үндэстний Ромын үеийн христэд итгэгчдэд биелүүлсэн юм. Нэгдүгээр зуунд элч Паул папын Ромын үеийн туршид зовлон эдлэх христэд итгэгчдийн төлөө мөн тэрхүү адил анхааруулгыг тэмдэглэн үлдээсэн. Амралтын өдрийг сахигчид хотуудаас гарч, хөдөөд амьдрах тухай анхааруулга 1888 онд—Ням гаргийг Үндэсний Амралтын Өдөр болгон тогтоох анхны оролдлого болсон Блэйрийн хуулийн төслийн жилд—ирсэн юм. Блэйрийн хуулийн төсөл нь Христийн Даниелын сүйрлийн жигшүүрт юмын тухай эшлэлийг биелүүлсэн зугтах анхааруулга байсан юм.</w:t>
      </w:r>
    </w:p>
    <w:p>
      <w:pPr>
        <w:pStyle w:val="ArticleBody"/>
        <w:jc w:val="left"/>
      </w:pPr>
      <w:r>
        <w:rPr>
          <w:rFonts w:ascii="Times New Roman" w:hAnsi="Times New Roman" w:eastAsia="Times New Roman" w:cs="Times New Roman"/>
        </w:rPr>
        <w:t>МЭ 66 онд Цестийн тухайд байсанчлан, Блэйрийн хуулийн төсөл нь Бурханы удирдлагаар татагдан буцаагдсан юм. 1888 он нь 2001 оны 9 дүгээр сарын 11-нийг дүрслэн төлөөлдөг. Учир нь Уайт эгч Илчлэл номын арван наймдугаар бүлгийн тэнгэрэлчийн бууж ирэлтийг эдгээр хоёр түүхэнд хоёуланд нь тэмдэглэдэг. Эцсийн өдрүүдэд хотуудаас зугтах тухай анхааруулга 2001 оны 9 дүгээр сарын 11-нээс хүчин төгөлдөр болсон. Иймээс 1888 оны Блэйрийн хуулийн төсөл нь 2001 оны Патриот актыг дүрслэн төлөөлсөн юм. 2001 оны 9 дүгээр сарын 11-нд бууж ирсэн тэнгэрэлч Илчлэл номын арван наймдугаар бүлгийн эхний гурван эшлэл дэх эцсийн анхааруулах мэдээг тунхагладаг бөгөөд энэ эцсийн анхааруулах мэдээ нь мөн гурав дахь тэнгэрэлчийн мэдээ мөн. Хэдийгээр арван дөрөвдүгээр бүлэг дэх гурав дахь тэнгэрэлчээр төлөөлөгдсөн мэдээ нь арван наймдугаар бүлэг дэх үнэний илэрхийлэлтэй адилхан үг хэллэгээр өгөгдөөгүй боловч, мөр мөрөөрөө тэд нэгэн ижил анхааруулах мэдээ юм.</w:t>
      </w:r>
    </w:p>
    <w:p>
      <w:pPr>
        <w:pStyle w:val="ArticleBody"/>
        <w:jc w:val="left"/>
      </w:pPr>
      <w:r>
        <w:rPr>
          <w:rFonts w:ascii="Times New Roman" w:hAnsi="Times New Roman" w:eastAsia="Times New Roman" w:cs="Times New Roman"/>
        </w:rPr>
        <w:t>Эш үзүүлэгч жигшүүрт зүйл хэмээх, эш үзүүлэгч Даниелаар дамжин хэлэгдсэн нь, Өөрийн ард түмэн хамгааллынхаа төлөө хэзээ зугтах ёстойг танин мэдүүлэхээр Христийн өгсөн тэмдэг байв. Энэ нь анхааруулах мэдээ мөн; тиймээс Илчлэлт номын арван дөрөвдүгээр бүлэгт, түүнчлэн арван наймдугаар бүлэгт дүрслэгдсэн мэдээнээс өөр үг хэллэгээр илэрхийлэгдсэн боловч, эцсийн анхааруулах мэдээ мөн байх ёстой. Иеремиа арван тавдугаар бүлгийн арван зургаадугаар ишлэлээс эхэлдэг түүх нь анхааруулгын шалгах мэдээний мөнөөх эш үзүүллийн үе мөн. Энэ нь Иеремиа Бурханы Үгийг идэх үед эхэлдэг бөгөөд энэ нь тэнгэрэлч бууж ирэх үед тохиолддог; яг л Нью-Йорк хотын асар том барилгууд нуран унахад Тэр бууж ирсэн шиг.</w:t>
      </w:r>
    </w:p>
    <w:p>
      <w:pPr>
        <w:pStyle w:val="ArticleBody"/>
        <w:jc w:val="left"/>
      </w:pPr>
      <w:r>
        <w:rPr>
          <w:rFonts w:ascii="Times New Roman" w:hAnsi="Times New Roman" w:eastAsia="Times New Roman" w:cs="Times New Roman"/>
        </w:rPr>
        <w:t>Иеремиа: “Таны үгс олдсон тул би тэднийг идсэн; Таны үг миний зүрхний баяр хөөр, баясгалан болсон” хэмээн тунхаглахдаа, тэрээр нэгдүгээр бүлэг дэх Даниелын хоолны талаарх анхны сорилтыг, мөн Илчлэлт номын аравдугаар бүлэгт Иохан тэнгэрэлчийн гараас номыг авч идэж буй явдлыг төлөөлдөг. Захиасыг идэх үйл тэнгэрэлч ирэх үед эхэлдэг бөгөөд тэнгэрэлч ирэхэд лац нь тайлагдсан сорилтын эш үзүүллэг байдаг. Тэнгэрэлч ирэхэд эхний сорилтын үе эхэлж, хоёр дахь сорилтын үе эхлэхэд тэр нь дуусдаг; харин Михаил босож ирэхэд хоёр дахь сорилтын үе дуусдаг.</w:t>
      </w:r>
    </w:p>
    <w:p>
      <w:pPr>
        <w:pStyle w:val="ArticleBody"/>
        <w:jc w:val="left"/>
      </w:pPr>
      <w:r>
        <w:rPr>
          <w:rFonts w:ascii="Times New Roman" w:hAnsi="Times New Roman" w:eastAsia="Times New Roman" w:cs="Times New Roman"/>
        </w:rPr>
        <w:t>Тэнгэрэлч ирэхэд хожуугийн бороо орж эхэлдэг.</w:t>
      </w:r>
    </w:p>
    <w:p>
      <w:pPr>
        <w:pStyle w:val="ArticleScripture"/>
        <w:jc w:val="left"/>
      </w:pPr>
      <w:r>
        <w:rPr>
          <w:rFonts w:ascii="Times New Roman" w:hAnsi="Times New Roman" w:eastAsia="Times New Roman" w:cs="Times New Roman"/>
        </w:rPr>
        <w:t>“Хожуугийн бороо Бурханы ард түмэн дээр асгарах ёстой. Хүчирхэг нэгэн тэнгэрэлч тэнгэрээс бууж ирэх бөгөөд бүх дэлхий түүний алдраар гэрэлтэх болно.” Review and Herald, 1891 оны 4 дүгээр сарын 21.</w:t>
      </w:r>
    </w:p>
    <w:p>
      <w:pPr>
        <w:pStyle w:val="ArticleBody"/>
        <w:jc w:val="left"/>
      </w:pPr>
      <w:r>
        <w:rPr>
          <w:rFonts w:ascii="Times New Roman" w:hAnsi="Times New Roman" w:eastAsia="Times New Roman" w:cs="Times New Roman"/>
        </w:rPr>
        <w:t>Сүүлчийн бороо нь Иеремиагийн эртний жимээр явдаг хүмүүсийн хүлээн авдаг зүйл мөн.</w:t>
      </w:r>
    </w:p>
    <w:p>
      <w:pPr>
        <w:pStyle w:val="ArticleScripture"/>
        <w:jc w:val="left"/>
      </w:pPr>
      <w:r>
        <w:rPr>
          <w:rFonts w:ascii="Times New Roman" w:hAnsi="Times New Roman" w:eastAsia="Times New Roman" w:cs="Times New Roman"/>
        </w:rPr>
        <w:t>Ийнхүү ЭЗЭН айлдаж байна: Замуудын уулзвар дээр зогсож, хар, эртний жимүүдийг асуу; сайн зам нь хаана байгааг асууж, түүгээр алхагтун, тэгвэл та нар сэтгэлүүддээ амгаланг олох болно. Гэвч тэд, Бид түүгээр алхахгүй, гэв. Мөн Би та нарын дээр харуулуудыг томилж, Бүрээн дууг сонсогтун, гэж хэлсэн. Гэвч тэд, Бид сонсохгүй, гэв. Иеремиа 6:16, 17.</w:t>
      </w:r>
    </w:p>
    <w:p>
      <w:pPr>
        <w:pStyle w:val="ArticleBody"/>
        <w:jc w:val="left"/>
      </w:pPr>
      <w:r>
        <w:rPr>
          <w:rFonts w:ascii="Times New Roman" w:hAnsi="Times New Roman" w:eastAsia="Times New Roman" w:cs="Times New Roman"/>
        </w:rPr>
        <w:t>“Харуулуудын” үлээж буй “бүрээ” нь 1888 онд Жонс, Ваггонер нарын тунхагласан Лаодикийн захиа мөн.</w:t>
      </w:r>
    </w:p>
    <w:p>
      <w:pPr>
        <w:pStyle w:val="ArticleScripture"/>
        <w:jc w:val="left"/>
      </w:pPr>
      <w:r>
        <w:rPr>
          <w:rFonts w:ascii="Times New Roman" w:hAnsi="Times New Roman" w:eastAsia="Times New Roman" w:cs="Times New Roman"/>
        </w:rPr>
        <w:t>Чангаар хашхир, бүү өршөө; дуу хоолойгоо бүрээ мэт өргөж, Миний ард түмэнд тэдний гэм бурууг, Иаковын гэрт тэдний нүглийг тунхагла. Исаиа 58:1.</w:t>
      </w:r>
    </w:p>
    <w:p>
      <w:pPr>
        <w:pStyle w:val="ArticleBody"/>
        <w:jc w:val="left"/>
      </w:pPr>
      <w:r>
        <w:rPr>
          <w:rFonts w:ascii="Times New Roman" w:hAnsi="Times New Roman" w:eastAsia="Times New Roman" w:cs="Times New Roman"/>
        </w:rPr>
        <w:t>2001 оны 9 дүгээр сарын 11-нд нэг зуун дөчин дөрвөн мянган хүний лацдалт эхэлсэн. Лаодикид хандсан сэрэмжлүүлгийн мэдээ тунхаглагдсан.</w:t>
      </w:r>
    </w:p>
    <w:p>
      <w:pPr>
        <w:pStyle w:val="ArticleScripture"/>
        <w:jc w:val="left"/>
      </w:pPr>
      <w:r>
        <w:rPr>
          <w:rFonts w:ascii="Times New Roman" w:hAnsi="Times New Roman" w:eastAsia="Times New Roman" w:cs="Times New Roman"/>
        </w:rPr>
        <w:t>“A. T. Jones болон E. J. Waggoner нараар дамжуулан бидэнд өгөгдсөн мэдээ нь Лаодикийн сүмд хандсан Бурханы мэдээ мөн бөгөөд, үнэнийг итгэдэг хэмээн өөрийгөө тунхаглачихаад Бурханаас өгөгдсөн туяаг бусдад тусган харуулдаггүй хэнд боловч гай ирнэ.” The 1888 Materials, 1053.</w:t>
      </w:r>
    </w:p>
    <w:p>
      <w:pPr>
        <w:pStyle w:val="ArticleBody"/>
        <w:jc w:val="left"/>
      </w:pPr>
      <w:r>
        <w:rPr>
          <w:rFonts w:ascii="Times New Roman" w:hAnsi="Times New Roman" w:eastAsia="Times New Roman" w:cs="Times New Roman"/>
        </w:rPr>
        <w:t>Лаодикид өгсөн энэхүү анхааруулга нь Лаодикийн Долоо дахь өдрийн Адвентист сүмийн сонсохоос татгалздаг Иеремиагийн харуулуудын бүрээний дуу юм. Энэ нь удахгүй гарах ням гаргийн хуулиас өмнө хотуудаас хөдөөний өмч газар уруу зугтах тухай анхааруулга мөн.</w:t>
      </w:r>
    </w:p>
    <w:p>
      <w:pPr>
        <w:pStyle w:val="ArticleBody"/>
        <w:jc w:val="left"/>
      </w:pPr>
      <w:r>
        <w:rPr>
          <w:rFonts w:ascii="Times New Roman" w:hAnsi="Times New Roman" w:eastAsia="Times New Roman" w:cs="Times New Roman"/>
        </w:rPr>
        <w:t>Эдгээр янз бүрийн эш үзүүллэгийн шугамуудын талаар миний сая хэлсэн зүйл нь, миний одоо бичих гэж буй зүйлийг та нар үнэхээр сорин шалгахыг урамшуулахын тулд, танай ялган таних чадварыг сэргээх гэсэн оролдлого байсан юм. Магадгүй араатны дүрд болон араатанд хамаарах хамгийн чухал шинж нь, эцсийн өдрүүдэд араатны дүрийн болон араатанд зориулсан дүрийн хоёр бүрэлдэл бий болдог явдал юм. Эхнийх нь Америкийн Нэгдсэн Улсад, түүнээс хойш дэлхийн үндэстнүүдийн дунд болно.</w:t>
      </w:r>
    </w:p>
    <w:p>
      <w:pPr>
        <w:pStyle w:val="ArticleBody"/>
        <w:jc w:val="left"/>
      </w:pPr>
      <w:r>
        <w:rPr>
          <w:rFonts w:ascii="Times New Roman" w:hAnsi="Times New Roman" w:eastAsia="Times New Roman" w:cs="Times New Roman"/>
        </w:rPr>
        <w:t>Араатны дүрд болон дүрээс хамаарах тодорхой эш үзүүллэгийн шинжүүд байдаг бөгөөд Ромын энэ дүрийн эш үзүүллэгийн сорилтын үйл явцыг зөвөөр даван туулахын тулд тэдгээрийг зөв хэрэглэх шаардлагатай. Араатны дүрийн сорилтын үеийн хоёр дахь чухал бүрэлдэхүүн нь (үүнийг хэд хэдэн гэрчээр харуулж болно) нэг зуун дөчин дөрвөн мянгыг тамгалах цаг хугацаа нь Америкийн Нэгдсэн Улс дахь араатны дүрийн сорилтын үеэр тохиолддог бөгөөд дэлхийн улс үндэстнүүд дэх араатны дүрийн сорилтын үе нь тэр Ням гаргийн хуулийн үед (321-ээр төлөөлөгдсөн) Вавилонд байсаар байгаа Бурханы бусад хүүхдүүдийг хашаанд цуглуулах цаг үе болдог явдал юм.</w:t>
      </w:r>
    </w:p>
    <w:p>
      <w:pPr>
        <w:pStyle w:val="ArticleBody"/>
        <w:jc w:val="left"/>
      </w:pPr>
      <w:r>
        <w:rPr>
          <w:rFonts w:ascii="Times New Roman" w:hAnsi="Times New Roman" w:eastAsia="Times New Roman" w:cs="Times New Roman"/>
        </w:rPr>
        <w:t>Араатны дүр нь хоорондоо уялдаа холбоотой сорилтын цагийн хоёр тодорхой үеийг төлөөлдөг бөгөөд тэдгээр хоёр сорилтын цаг нь мөн Илчлэлт номын долдугаар бүлэгт өгүүлэгдсэн нэг зуун дөчин дөрвөн мянган хүний эцсийн цугларалтыг, түүнчлэн яг тэрхүү бүлэгт гардаг агуу олон түмнийг даган төлөөлдөг.</w:t>
      </w:r>
    </w:p>
    <w:p>
      <w:pPr>
        <w:pStyle w:val="ArticleBody"/>
        <w:jc w:val="left"/>
      </w:pPr>
      <w:r>
        <w:rPr>
          <w:rFonts w:ascii="Times New Roman" w:hAnsi="Times New Roman" w:eastAsia="Times New Roman" w:cs="Times New Roman"/>
        </w:rPr>
        <w:t>Ням гаргийн хуулийн үед АНУ Илчлэлт номын арван гуравдугаар бүлгийн арван нэгдүгээр эшлэлд гардаг луу мэт ярьдаг. Тэгээд тэрээр дэлхийн бүх үндэстнийг мэхлэхээр гарч, АНУ саяхан үйлдсэнчлэн тэд бас араатны дүрийг дэлхий даяар босгох ёстой хэмээн тэдгээр үндэстэнд хэлдэг. 321 оны Константины Ням гаргийн хуулиар төлөөлөгдсөн, Ням гаргийн хуулиар эхэлдэг тэр үе нь эцсийн үндэстэн папын Ромын өмнө өвдөг сөхрөхөд төгсөнө; тэнд 538 оны Ням гаргийн хууль төлөөлөгддөг. Учир нь арван гуравдугаар бүлэгт АНУ араатны дүрийг амилуулж, түүгээр яриулах хүчтэй байдаг. Энэ үе 321 оны Ням гаргийн хуулиар эхэлж, 538 оны Ням гаргийн хуулиар төгсөнө.</w:t>
      </w:r>
    </w:p>
    <w:p>
      <w:pPr>
        <w:pStyle w:val="ArticleBody"/>
        <w:jc w:val="left"/>
      </w:pPr>
      <w:r>
        <w:rPr>
          <w:rFonts w:ascii="Times New Roman" w:hAnsi="Times New Roman" w:eastAsia="Times New Roman" w:cs="Times New Roman"/>
        </w:rPr>
        <w:t>2001 онд Америкийн Нэгдсэн Улсын засгийн газар Патриот хуулийг хууль болгон “айлтгав.”</w:t>
      </w:r>
    </w:p>
    <w:p>
      <w:pPr>
        <w:pStyle w:val="ArticleBody"/>
        <w:jc w:val="left"/>
      </w:pPr>
      <w:r>
        <w:rPr>
          <w:rFonts w:ascii="Times New Roman" w:hAnsi="Times New Roman" w:eastAsia="Times New Roman" w:cs="Times New Roman"/>
        </w:rPr>
        <w:t>Бид энэхүү судалгааг дараагийн өгүүлэлд үргэлжлүүлэх болно.</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Дөчдүгээр ишлэлийн нууцлаг түүх - Нэгдүгээр хэсэг</dc:title>
  <dc:subject>Зөгнөлүүдийн лацыг тайлах нь: Эцсийн өдрүүд, Иудагийн Арслан, ба Илчлэлийн эцсийн хөдөлгөөнүүд</dc:subject>
  <dc:creator>Jeff Pippenger</dc:creator>
  <cp:keywords/>
  <dc:description>Generated by ArticleDigger from hidden_history\01_hidden_history.json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