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Дөчдүгээр эшлэлийн далд түүх - Гуравдугаар хэсэг</w:t>
      </w:r>
    </w:p>
    <w:p>
      <w:pPr>
        <w:pStyle w:val="ArticleSubtitle"/>
        <w:jc w:val="left"/>
      </w:pPr>
      <w:r>
        <w:rPr>
          <w:rFonts w:ascii="Arial" w:hAnsi="Arial" w:eastAsia="Arial" w:cs="Arial"/>
        </w:rPr>
        <w:t>Ням гаргийн хуулийг ба эш үзүүллэгийн аялал: Эх орончийн хуулиас эцсийн сорилт хүртэл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2024-09-22</w:t>
      </w:r>
    </w:p>
    <w:p>
      <w:pPr>
        <w:pStyle w:val="ArticleScripture"/>
        <w:jc w:val="left"/>
      </w:pPr>
      <w:r>
        <w:rPr>
          <w:rFonts w:ascii="Times New Roman" w:hAnsi="Times New Roman" w:eastAsia="Times New Roman" w:cs="Times New Roman"/>
        </w:rPr>
        <w:t>“Бурханы хуулийг зөрчин папын засаглалыг тогтоохыг албадан хэрэгжүүлэх зарлигаар манай үндэстэн зөвт байдлаас өөрийгөө бүрэн таслах болно. Протестантизм Ромын эрх мэдлийн гарыг атгахаар ангал дээгүүр гараа сунгах үед, спиритизмтэй гар барихаар ёроолгүй ангал дээгүүр тэмүүлэх үед, энэхүү гурвалсан холбооны нөлөөн дор манай улс протестант бөгөөд бүгд найрамдах засаглал болох Үндсэн хуулийнхаа аливаа зарчмыг үгүйсгэн няцааж, папын худал сургаал ба мэхлэлтийг түгээн дэлгэрүүлэхэд зориулан арга хэмжээ авах үед, тэгвэл Сатаны гайхамшигт үйл ажиллагааны цаг ирснийг, мөн төгсгөл ойрхон байгааг бид мэдэж болно.”</w:t>
      </w:r>
    </w:p>
    <w:p>
      <w:pPr>
        <w:pStyle w:val="ArticleScripture"/>
        <w:jc w:val="left"/>
      </w:pPr>
      <w:r>
        <w:rPr>
          <w:rFonts w:ascii="Times New Roman" w:hAnsi="Times New Roman" w:eastAsia="Times New Roman" w:cs="Times New Roman"/>
        </w:rPr>
        <w:t>“Ромын цэргүүд ойртон ирсэн нь Иерусалимын удахгүй болох сүйрлийн тэмдэг шавь нарт байсанчлан, энэ тэрслэлт нь мөн Бурханы тэвчээрийн хязгаар хүрснийг, манай үндэстний гэм буруугийн хэмжээ дүүрснийг, мөн нигүүлслийн тэнгэрэлч нисэн одох гэж байгааг, дахин хэзээ ч эргэж ирэхгүйг бидэнд илтгэх тэмдэг байж болох юм. Тэгвэл Бурханы ард түмэн эш үзүүлэгчдийн Иаковын зовлонгийн цаг хэмээн дүрсэлсэн тэрхүү зовлон шаналал, гай гамшгийн үзэгдлүүдэд автагдана. Хавчигдан дарлагдсан итгэмжит хүмүүсийн хашхираан тэнгэр өөд өгсөнө. Абелийн цус газраас хашхирсанчлан, мөн түүнчлэн аллагад өртөгсдийн булшнаас, тэнгисийн булшнуудаас, уулын агуйнуудаас, хийдийн хонгилоос Бурханд хандан хашхирах дуу хоолойнууд байна: ‘Эзэн минь, ариун бөгөөд үнэнч Нэгэн ээ, Та газар дээр оршин суугчдыг шүүж, бидний цусны өшөөг авахаа хэдий болтол хойшлуулах вэ?’”</w:t>
      </w:r>
    </w:p>
    <w:p>
      <w:pPr>
        <w:pStyle w:val="ArticleScripture"/>
        <w:jc w:val="left"/>
      </w:pPr>
      <w:r>
        <w:rPr>
          <w:rFonts w:ascii="Times New Roman" w:hAnsi="Times New Roman" w:eastAsia="Times New Roman" w:cs="Times New Roman"/>
        </w:rPr>
        <w:t>“Эзэн Өөрийн ажлыг үйлдэж байна. Бүх тэнгэр хөдөлгөөнд оржээ. Бүх газрын Шүүгч удахгүй босож, доромжлогдсон Өөрийн эрх мэдлийг өмгөөлөн батлах болно. Бурханы тушаалуудыг сахидаг, Түүний хуулийг хүндэтгэн дээдэлдэг, араатны болон түүний дүрийн тэмдгийг хүлээн авахаас татгалздаг хүмүүсийн дээр авралын тэмдэг тавигдах болно.</w:t>
      </w:r>
    </w:p>
    <w:p>
      <w:pPr>
        <w:pStyle w:val="ArticleScripture"/>
        <w:jc w:val="left"/>
      </w:pPr>
      <w:r>
        <w:rPr>
          <w:rFonts w:ascii="Times New Roman" w:hAnsi="Times New Roman" w:eastAsia="Times New Roman" w:cs="Times New Roman"/>
        </w:rPr>
        <w:t>“Бурхан Өөрийн ард түмнийг эсэргүүцэл ба хилэнгийн шуурганы өмнө бат зогсоход бэлтгэгдэхийн тулд эцсийн өдрүүдэд юу тохиолдохыг илчилсэн билээ. Өмнө нь тэдний өмнө байх үйл явдлуудын талаар анхааруулга авсан хүмүүс ирэх шуургыг тайван хүлээн сууж, зовлонгийн өдөр Эзэн Өөрийн үнэнч хүмүүсийг халхлан хамгаална хэмээн өөрсдийгөө тайтгаруулах ёсгүй. Бид Эзнээ хүлээн буй хүмүүс мэт байх ёстой, гэхдээ хий дэмий хүлээлтээр бус, харин чин сэтгэлийн ажил хөдөлмөрөөр, ганхашгүй итгэлээр. Одоо оюун санаагаа өчүүхэн ач холбогдолтой зүйлсэд автуулах цаг биш. Хүмүүс унтаж байх зуур Сатан Эзэний ард түмэнд өршөөл ч, шударга ёс ч үзүүлэхгүй байхаар хэргийг идэвхтэйгээр зохион байгуулж байна. Ням гаргийн хөдөлгөөн одоо харанхуй дунд замаа гаргаж байна. Удирдагчид жинхэнэ асуудлыг нуун далдалж байгаа бөгөөд энэ хөдөлгөөнд нэгдэж буй олон хүн ч урсгалын доорх чиг хандлага хаашаа тэмүүлж байгааг өөрсдөө хардаггүй. Түүний мэдэгдлүүд нь зөөлөн бөгөөд гаднаа Христийнх мэт боловч, тэр ярьж эхлэхэд луугийн сүнсийг илчлэх болно. Аюул заналхийлж буй энэ аюулаас зайлуулахын тулд бид өөрсдийн хүчин чадлын хүрээнд байгаа бүхнийг хийх нь бидний үүрэг мөн. Бид ард түмний өмнө өөрсдийгөө зохистой байдлаар харуулснаар өрөөсгөл үзлийг зэвсэггүй болгохоор хичээх ёстой. Бид маргааны жинхэнэ асуудлыг тэдний өмнө тавих ёстой; ингэснээр мөс чанарын эрх чөлөөг хязгаарлах арга хэмжээнүүдийн эсрэг хамгийн үр нөлөөтэй эсэргүүцлийг тавих болно. Бид Судруудыг нягтлан шалгаж, өөрсдийн итгэлийн учир шалтгааныг тайлбарлаж чадах ёстой. Эш үзүүлэгч ийнхүү өгүүлжээ: ‘Хорон хүмүүс хорон явдлаа үйлдэх болно; хорон хүмүүсээс хэн нь ч ойлгохгүй; харин мэргэн хүмүүс ойлгоно.’” Testimonies, volume 5, 451, 452.</w:t>
      </w:r>
    </w:p>
    <w:p>
      <w:pPr>
        <w:pStyle w:val="ArticleBody"/>
        <w:jc w:val="left"/>
      </w:pPr>
      <w:r>
        <w:rPr>
          <w:rFonts w:ascii="Times New Roman" w:hAnsi="Times New Roman" w:eastAsia="Times New Roman" w:cs="Times New Roman"/>
        </w:rPr>
        <w:t>“Ням гарагийн хөдөлгөөн” “ярих үедээ луугийн сүнсийг илчлэх болно.” Эдгээр дөрвөн догол мөр нь Ням гарагийн хуулийн үед Америкийн Нэгдсэн Улс “өөрийгөө зөвт байдлаас бүрэн салгана” гэдгийг тодорхойлдог. Ням гарагийн хуулийн үед “Сатаны гайхамшигт ажиллагааны цаг ирсэн” байдаг. Ням гарагийн хуулийн үед гуравласан нэгдэл биеллээ олдог. Ням гарагийн хуулийн үед Америкийн Нэгдсэн Улс “Протестантын бүгд найрамдах засаг төрийн хувьд Үндсэн хуулийнхаа бүх зарчмыг няцаадаг”, мөн түүнчлэн “папын худал хуурмаг ба төөрөгдлийг түгээн дэлгэрүүлэхэд зориулсан нөхцөлийг бүрдүүлдэг.” Тэрхүү Ням гарагийн хууль нь “Бурханы тэвчээрийн хязгаарт хүрсэн, манай үндэстний гэм буруугийн хэмжээ дүүрсэн, мөн энэрлийн тэнгэрэлч эргэн хэзээ ч ирэхгүйгээр нисэн одох гэж буйг бидэнд харуулах тэмдэг” юм. Тэрхүү тэмдгийг эш үзүүлэгч Даниелаар өгүүлэгдсэн хоосролын жигшүүрт зүйлийг тодорхойлон Есүсийн өгсөн сануулгаар бэлгэдэн үзүүлсэн билээ. Тэнд л тав дахь лацын дор буй алагдагсдын өргөсөн, “Эзэн минь, ариун бөгөөд үнэнч Нэгэн, Та газар дээр оршин суугчдыг хэзээ хүртэл шүүхгүй, бидний цусыг тэднээс хэзээ хүртэл өшөө авахгүй байх вэ?” гэсэн залбирал биеллээ олдог. Мөн тэрхүү замын тэмдэг дээр мунхаг ба мэргэн охид өөрсдийн зан чанарыг илэрхийлдэг.</w:t>
      </w:r>
    </w:p>
    <w:p>
      <w:pPr>
        <w:pStyle w:val="ArticleBody"/>
        <w:jc w:val="left"/>
      </w:pPr>
      <w:r>
        <w:rPr>
          <w:rFonts w:ascii="Times New Roman" w:hAnsi="Times New Roman" w:eastAsia="Times New Roman" w:cs="Times New Roman"/>
        </w:rPr>
        <w:t>Ням гаргийн хуулийн үед Америкийн Нэгдсэн Улс “Үндсэн хуулийнхаа зарчим бүрийг няцаадаг.” Энэ ажил гүйцэлдсэн цаг хугацааны үе нь 2001 онд батлагдсан Patriot Act-оос эхэлсэн. 2001 оноос Ням гаргийн хууль хүртэлх хугацаа нь Үндсэн хуулийг аажмаар няцаах үйл явцыг илэрхийлдэг. Энэхүү аажим үйл явц нь араатны хөргийн бүрэлдэн тогтох нь гүйцэлддэг эш үзүүллэгийн шугамтай тохирч байдаг. Араатны хөргийн шугам нь арай илүү төвөгтэй мэт санагдаж болох ч, тэрхүү төвөгтэй байдлыг ойлгох нь үнэ цэнтэй юм. Араатны хөргийн шугамыг төвөгтэй болгодог зүйл нь энэ нь хоёр шугамыг төлөөлдөгт оршино.</w:t>
      </w:r>
    </w:p>
    <w:p>
      <w:pPr>
        <w:pStyle w:val="ArticleBody"/>
        <w:jc w:val="left"/>
      </w:pPr>
      <w:r>
        <w:rPr>
          <w:rFonts w:ascii="Times New Roman" w:hAnsi="Times New Roman" w:eastAsia="Times New Roman" w:cs="Times New Roman"/>
        </w:rPr>
        <w:t>Газрын араатны хувьд тэр хоёр шугам нь Бүгд найрамдах үзэл ба Протестантизмын эвэрнүүд юм. Тэр хоёр эвэр сүм-улсын харилцаанд нэгдэн орж, ийнхүү араатны дүрийн бүрэлдэн тогтохыг гүйцэлдүүлдэг. Иймээс араатны дүрийн бүрэлдэх шугам нь нэг шугамын дотор хоёр шугам агуулдаг. Учир нь Бүгд найрамдах ба Протестант эвэрнүүд түүхийн туршид хоорондоо зэрэгцэн явдаг боловч, тэдгээрийн тус тусын шугам мөн өөр өөрсдийн үүрэх эш үзүүллэгийн гэрчлэлтэй байдаг. Зэрэгцээ хоёр сэдэв бүхий нэг эш үзүүллэгийн шугам нь Үндсэн хуультай холбоотой ярих үйлдлийг төлөөлөх улс төрийн үйлдлүүдийн тэмдэгт үе шатуудыг зүгээр л тэмдэглэхээс хавьгүй илүү төвөгтэй юм.</w:t>
      </w:r>
    </w:p>
    <w:p>
      <w:pPr>
        <w:pStyle w:val="ArticleBody"/>
        <w:jc w:val="left"/>
      </w:pPr>
      <w:r>
        <w:rPr>
          <w:rFonts w:ascii="Times New Roman" w:hAnsi="Times New Roman" w:eastAsia="Times New Roman" w:cs="Times New Roman"/>
        </w:rPr>
        <w:t>Бүгд Найрамдах болон Протестант хоёр эвэрний хоёр шугам нь эш үзүүллэгийн нэгэн баримтаар улам бүр төвөгждөг. Үүнд, Бүгд Найрамдах эвэр дотор боолчлолыг дэмжигч Ардчилсан намынхан ба боолчлолын эсрэг Бүгд Найрамдахчуудын хоорондын тэмцлийн түүх агуулагддаг; мөн цаашлаад, Протестант эвэр дотор ухаалаг ба мунхаг онгон бүсгүйчүүдийг дагалддаг тасралтгүй шалгалтын үйл явц Протестант эвэрний түүхийн хүрээнд өрнөдөг. Гэсэн ч эдгээр үнэнд баттай суурьших нь нэн чухал юм.</w:t>
      </w:r>
    </w:p>
    <w:p>
      <w:pPr>
        <w:pStyle w:val="ArticleBody"/>
        <w:jc w:val="left"/>
      </w:pPr>
      <w:r>
        <w:rPr>
          <w:rFonts w:ascii="Times New Roman" w:hAnsi="Times New Roman" w:eastAsia="Times New Roman" w:cs="Times New Roman"/>
        </w:rPr>
        <w:t>Газрын араатны хоёр эвэрээр дүрслэгдсэн шугамын дотор Христийн зан чанарыг бүрэлдүүлэх эсвэл Сатаны зан чанарыг бүрэлдүүлэх гэсэн зэрэгцээ жишээ агуулагддаг бөгөөд энэ нь Христийн дүрийг бий болгох эсвэл араатны дүрийг бий болгохтой адил утгатай юм. Учир нь энэ нөхцөлд “араатан” нь Бүтээгчийн эсрэгцэлд бүтээгдсэн оршихуйг төлөөлдөг. Эдгээр шинж чанарын бүрэлдэл нь бүх хүмүүсийн дотор дотоод байдлаар хэрэгждэг, учир нь сорилтын хугацаа хаагдахад зөвхөн хоёр ангилал л үлддэг. Мөн энэхүү бүрэлдэл нь папын эрх мэдэл ба Нэгдсэн Үндэстний Байгууллагын хоорондын холбоогоор гадаад байдлаар ч хэрэгждэг.</w:t>
      </w:r>
    </w:p>
    <w:p>
      <w:pPr>
        <w:pStyle w:val="ArticleBody"/>
        <w:jc w:val="left"/>
      </w:pPr>
      <w:r>
        <w:rPr>
          <w:rFonts w:ascii="Times New Roman" w:hAnsi="Times New Roman" w:eastAsia="Times New Roman" w:cs="Times New Roman"/>
        </w:rPr>
        <w:t>Тиймээс араатны дүр төрх бүрэлдэх сорилтын үе 2001 онд эхэлсэн бөгөөд энэ нь Америкийн Нэгдсэн Улсад Ням гаргийн хууль тогтоогдох үед төгсөнө. Тэр хугацаанд газрын араатны хоёр эврийн эш үзүүллэгийн түүх нь өөр өөрийн эвэр доторх дотоод ба гадаад маргааныг—энэ нь шашны ч бай, улс төрийн ч бай—мөн түүнчлэн хоёр эврийн хоорондох тэмцлийг дүрслэн харуулдаг.</w:t>
      </w:r>
    </w:p>
    <w:p>
      <w:pPr>
        <w:pStyle w:val="ArticleBody"/>
        <w:jc w:val="left"/>
      </w:pPr>
      <w:r>
        <w:rPr>
          <w:rFonts w:ascii="Times New Roman" w:hAnsi="Times New Roman" w:eastAsia="Times New Roman" w:cs="Times New Roman"/>
        </w:rPr>
        <w:t>АНУ дахь Ням гаргийн хууль нь Есүсийн “сүйрлийн жигшүүрт юм” хэмээн тодорхойлсон, зугтан зайлах тухай сануулгыг төлөөлдөг. АНУ дахь Ням гаргийн хууль нь 2001 онд эхэлсэн үеийн төгсгөл мөн. Патриотын тухай хууль нь “Даниелаар айлдагдсан сүйрлийн жигшүүрт юм” байсан бөгөөд Есүс үүнийг ирэх сүйрлээс зугтан зайлах тэмдэг хэмээн тодорхойлсон юм.</w:t>
      </w:r>
    </w:p>
    <w:p>
      <w:pPr>
        <w:pStyle w:val="ArticleBody"/>
        <w:jc w:val="left"/>
      </w:pPr>
      <w:r>
        <w:rPr>
          <w:rFonts w:ascii="Times New Roman" w:hAnsi="Times New Roman" w:eastAsia="Times New Roman" w:cs="Times New Roman"/>
        </w:rPr>
        <w:t>Патриот акт нь 1888 оны эш үзүүллэгийн гэрэл болон Блэйрийн хуулийн төслийг агуулдаг. Тиймээс Патриот акт нь мөн эш үзүүллэгийн хувьд Ням гаргийн хуулийн хэв шинжийг өөртөө багтаадаг бөгөөд иймээс 2001 оноос эхлэх энэ үе нь Ням гаргийн хуулиар эхэлдэг. Энэ нь 1888 он—Блэйрийн хуулийн төсөл, 2001 он—Патриот акт гэсэн хэв шинжээр илэрхийлэгддэг бөгөөд эцэст нь Ням гаргийн хуулиар төгсөнө.</w:t>
      </w:r>
    </w:p>
    <w:p>
      <w:pPr>
        <w:pStyle w:val="ArticleBody"/>
        <w:jc w:val="left"/>
      </w:pPr>
      <w:r>
        <w:rPr>
          <w:rFonts w:ascii="Times New Roman" w:hAnsi="Times New Roman" w:eastAsia="Times New Roman" w:cs="Times New Roman"/>
        </w:rPr>
        <w:t>2001 онд хотуудаас дүрвэх тухай өгөгдсөн сэрэмжлүүлэг нь Ням гаригийн хуулийн үед Вавилоноос зугтан гарах тухай сэрэмжлүүлгийн хэв шинж болдог. Ням гаригийн хуулийн үед Америкийн Нэгдсэн Улсад буулгах шүүлт нь Михаел босож, хүний сорилтын хугацаа хаагдах үед бүх дэлхий дээр буух шүүлтийн хэв шинж болдог. Альфа ба Омега хэмээх Христийн гарын үсэг нь 1888 оны Блэйрийн хуулийн төслөөр төлөөлөгдсөн үнэнүүдийн дотор, мөн 1888 он төлөөлдөг бүхний дотор, 2001 онд дахин давтагдан, олонтаа дүрслэгддэг.</w:t>
      </w:r>
    </w:p>
    <w:p>
      <w:pPr>
        <w:pStyle w:val="ArticleBody"/>
        <w:jc w:val="left"/>
      </w:pPr>
      <w:r>
        <w:rPr>
          <w:rFonts w:ascii="Times New Roman" w:hAnsi="Times New Roman" w:eastAsia="Times New Roman" w:cs="Times New Roman"/>
        </w:rPr>
        <w:t>1888 оноор хэвшүүлэн бэлгэдэгдсэн 2001 он нь зөвхөн эзгүйрлийн жигшүүрт юмсаар төлөөлөгдсөн зугтах тэмдэг төдийгүй, мөн МЭ 66 он болон Цестийн бүслэлтээр ч төлөөлөгджээ. МЭ 70 онд Титийн хийсэн бүслэлт нь Америкийн Нэгдсэн Улс дахь Ням гаргийн хуулийг төлөөлдөг. Америкийн Нэгдсэн Улс дахь Ням гаргийн хууль нь 321 он болон Константины анхны Ням гаргийн хуулиар төлөөлөгдөх бөгөөд, 538 он нь дэлхийн хамгийн сүүлчийн үндэстэн араатны тамгад бууж өгөх үеийг төлөөлдөг.</w:t>
      </w:r>
    </w:p>
    <w:p>
      <w:pPr>
        <w:pStyle w:val="ArticleBody"/>
        <w:jc w:val="left"/>
      </w:pPr>
      <w:r>
        <w:rPr>
          <w:rFonts w:ascii="Times New Roman" w:hAnsi="Times New Roman" w:eastAsia="Times New Roman" w:cs="Times New Roman"/>
        </w:rPr>
        <w:t>2001 он бол 1888 он, Цестий болон МЭ 66 он мөн. Ням гаргийн хууль бол Тит болон 70, 321 онууд мөн. 2001 он нь мөн Есүсийн баптисм, түүнчлэн Илчлэл номын аравдугаар бүлэгт дүрслэгдсэн Түүний 1840 оны 8 дугаар сарын 11-ний буулт мөн. Эдгээр бүх бэлгэдэл Үндсэн хуулийн шугамд хувь нэмрээ оруулдаг.</w:t>
      </w:r>
    </w:p>
    <w:p>
      <w:pPr>
        <w:pStyle w:val="ArticleBody"/>
        <w:jc w:val="left"/>
      </w:pPr>
      <w:r>
        <w:rPr>
          <w:rFonts w:ascii="Times New Roman" w:hAnsi="Times New Roman" w:eastAsia="Times New Roman" w:cs="Times New Roman"/>
        </w:rPr>
        <w:t>Америкийн Нэгдсэн Улсын эш үзүүллэгийн түүх нь Адвентизмын түүхтэй зэрэгцэн үргэлжилдэг. 1798 онд папын засаг үхлийн шархаа авсан бөгөөд 1798 он нь Илчлэлт арван дөрөвдүгээр бүлгийн эхний болон хоёр дахь тэнгэрэлчийн түүхтэй холбогдох Даниелын эш үзүүллэгүүдийн хэсэг лац нь тайлагдсан төгсгөлийн цаг байсан юм. Тэнд, 1798 онд, Адвентизмын эш үзүүллэгийн эхлэл тэмдэглэгдсэн бөгөөд 1798 онд хурганы адил эвэртэй газрын араатан Библийн эш үзүүллэгийн зургаа дахь хаанчлал болсон юм.</w:t>
      </w:r>
    </w:p>
    <w:p>
      <w:pPr>
        <w:pStyle w:val="ArticleBody"/>
        <w:jc w:val="left"/>
      </w:pPr>
      <w:r>
        <w:rPr>
          <w:rFonts w:ascii="Times New Roman" w:hAnsi="Times New Roman" w:eastAsia="Times New Roman" w:cs="Times New Roman"/>
        </w:rPr>
        <w:t>1798 оны өмнө газрын араатны шугамтай, тиймээс Америкийн Нэгдсэн Улсын ярихуйтай болон Америкийн Нэгдсэн Улсын Үндсэн хуультай холбоотой эш үзүүллэгийн гурван тэмдэгт үе байсан. Эдгээр гурван тэмдэгт үе нь 1776 онд тунхаглагдсан Тусгаар тогтнолын тунхаглал, дараа нь 1789 оны Үндсэн хууль, улмаар 1798 оны Гадаадын иргэд ба Өдөөн турхиралтын тухай хуулиуд байв.</w:t>
      </w:r>
    </w:p>
    <w:p>
      <w:pPr>
        <w:pStyle w:val="ArticleBody"/>
        <w:jc w:val="left"/>
      </w:pPr>
      <w:r>
        <w:rPr>
          <w:rFonts w:ascii="Times New Roman" w:hAnsi="Times New Roman" w:eastAsia="Times New Roman" w:cs="Times New Roman"/>
        </w:rPr>
        <w:t>Тэр гурван тэмдэглэгээ нь Үндсэн хуулийн эш үзүүлгийн шугамыг зааж, Библийн эш үзүүлгийн зургаа дахь хаанчлалын эхлэлийг тэмдэглэдэг. Ням гаргийн хууль нь Библийн эш үзүүлгийн зургаа дахь хаанчлалын ноёрхлын төгсгөл мөн бөгөөд иймээс эхлэлийг нь урьтаж байсан гурван тэмдэглэгээгээр хэв шинжлэгдсэний адил, төгсгөлийг нь урьтах гурван тэмдэглэгээ эш үзүүлгийн зайлшгүй шаардлагаар байх ёстой.</w:t>
      </w:r>
    </w:p>
    <w:p>
      <w:pPr>
        <w:pStyle w:val="ArticleBody"/>
        <w:jc w:val="left"/>
      </w:pPr>
      <w:r>
        <w:rPr>
          <w:rFonts w:ascii="Times New Roman" w:hAnsi="Times New Roman" w:eastAsia="Times New Roman" w:cs="Times New Roman"/>
        </w:rPr>
        <w:t>2001 онд, цамхгуудын уналтын үед гарсан Patriot Act нь 1888 оны Blair Bill-тэй хамт, мөн Миннеаполисын Ерөнхий Чуулган дээрх Адвентизмын удирдлагын илэрхий бослогоор хэв шинжлэгддэг. Тэнгэрэлч эгч Уайтад хэлэхдээ Мосегийн эсрэг Корах, Датан, Абирамаар үйлдэгдсэн бослогоор хэв шинжлэгддэг хэмээсэн тэр бослого нь мөн МЭ 27 онд Христийн баптисм, 1840 оны 8-р сарын 11-нд Исламын хязгаарлалт, 1776 оны Тусгаар тогтнолын Тунхаглал, түүнчлэн ирэх уур хилэнгээс зугтах тэмдэг болгон “эш үзүүлэгч Даниелын хэлсэн жигшүүрт хоосрол” буюу Цестий болон МЭ 66 оноор төлөөлөгдсөн үйл явдлаар ч мөн хэв шинжлэгддэг.</w:t>
      </w:r>
    </w:p>
    <w:p>
      <w:pPr>
        <w:pStyle w:val="ArticleBody"/>
        <w:jc w:val="left"/>
      </w:pPr>
      <w:r>
        <w:rPr>
          <w:rFonts w:ascii="Times New Roman" w:hAnsi="Times New Roman" w:eastAsia="Times New Roman" w:cs="Times New Roman"/>
        </w:rPr>
        <w:t>Хэрэв та бидний одоо авч үзэж буй эш үзүүллэгийн шугам нь Америкийн Нэгдсэн Улсын Үндсэн хуулийн шугам гэдгийг одоо хүртэл санаж байгаа бол, дээр дурдсан бүх эш үзүүллэгийн шугамууд нь Үндсэн хуулийн шугамаар төлөөлөгдсөн эш үзүүллэгийн сэдэвт хувь нэмэр оруулж, түүнийг тогтоон баталгаажуулдаг. Гэвч хамгийн их харилцан уялдаа холбоотой мэт харагддаг шугам нь араатны дүрс бүрэлдэх шугам юм. Араатны дүрс нь папын араатны дүр бөгөөд, тэрхүү араатан нь араатан дээр ноёрхож буй эмэгтэйтэй араатан хэмээн дүрслэгддэг; энэ нь төр ба сүмийн нэгдэл бөгөөд уг харилцаанд сүм нь хяналтыг гартаа авсан байдаг. Америкийн Нэгдсэн Улс араатанд зориулсан дүрсийг байгуулахын тулд, урвасан протестантизм засгийн газрыг тийм хэмжээнд хүртэл захирч байх ёстой бөгөөд ингэснээр засгийн газар шашны хууль тогтоомжуудыг баталж, хэрэгжүүлэх бөгөөд эцэст нь Ням гаргийн хуулийг батлан мөрдүүлэх болно.</w:t>
      </w:r>
    </w:p>
    <w:p>
      <w:pPr>
        <w:pStyle w:val="ArticleBody"/>
        <w:jc w:val="left"/>
      </w:pPr>
      <w:r>
        <w:rPr>
          <w:rFonts w:ascii="Times New Roman" w:hAnsi="Times New Roman" w:eastAsia="Times New Roman" w:cs="Times New Roman"/>
        </w:rPr>
        <w:t>Араатны дүрийг бүрэлдүүлэх үйл явц гүйцэлдэхийн хирээр Томас Жефферсоны “сүм ба төрийг тусгаарлах” хэмээн томьёолсон тэргүүлэх зарчим дээр бичигдсэн Үндсэн хууль хүчингүй болох ёстой. Протестант эвэр Бүгд Найрамдах эвэрт шашны шаардлагуудыг албадан хэрэгжүүлэхийг чиглүүлэх эрх мэдэлтэй болох үед Үндсэн хуулийн хамгийн гол цөм урагдан сүйдэнэ; иймээс та Үндсэн хуулийн шугам ба араатны дүрийн шугам хоорондын эш үзүүллэгийн харилцааг харж байна.</w:t>
      </w:r>
    </w:p>
    <w:p>
      <w:pPr>
        <w:pStyle w:val="ArticleBody"/>
        <w:jc w:val="left"/>
      </w:pPr>
      <w:r>
        <w:rPr>
          <w:rFonts w:ascii="Times New Roman" w:hAnsi="Times New Roman" w:eastAsia="Times New Roman" w:cs="Times New Roman"/>
        </w:rPr>
        <w:t>Араатны дүр төрх бүрэлдэн тогтдог үе 2001 онд Патриот актаар эхэлсэн бөгөөд энэ нь Ням гаргийн хууль тогтоогдож, араатны тэмдгийг албадан мөрдүүлэх үед төгсөнө. Тэр хугацаанд хожмын бороо цацагддаг, учир нь Илчлэлт арван наймын хүчирхэг тэнгэрэлч бууж ирэн, Өөрийн алдар суугаар дэлхийг гэрэлтүүлэх үед хожмын бороо асгарч эхэлдэг; Элэн Уайтын хэлснээр, энэ нь Эзэний нэгэн хүрэлтээр Нью-Йорк хотын агуу барилгууд нураагдах үед тохиох ёстой байв.</w:t>
      </w:r>
    </w:p>
    <w:p>
      <w:pPr>
        <w:pStyle w:val="ArticleScripture"/>
        <w:jc w:val="left"/>
      </w:pPr>
      <w:r>
        <w:rPr>
          <w:rFonts w:ascii="Times New Roman" w:hAnsi="Times New Roman" w:eastAsia="Times New Roman" w:cs="Times New Roman"/>
        </w:rPr>
        <w:t>“Хожмын бороо Бурханы ард түмэн дээр буух ёстой. Хүчирхэг нэгэн тэнгэрэлч тэнгэрээс бууж ирэх бөгөөд бүх дэлхий түүний алдраар гэрэлтэх болно.” Review and Herald, 1891 оны 4 дүгээр сарын 21.</w:t>
      </w:r>
    </w:p>
    <w:p>
      <w:pPr>
        <w:pStyle w:val="ArticleBody"/>
        <w:jc w:val="left"/>
      </w:pPr>
      <w:r>
        <w:rPr>
          <w:rFonts w:ascii="Times New Roman" w:hAnsi="Times New Roman" w:eastAsia="Times New Roman" w:cs="Times New Roman"/>
        </w:rPr>
        <w:t>Сүүлчийн борооны шүршилтийн үе нь Адвентизмын эцсийн үеийн улаан буудай ба хогийн ургамал шиг хүмүүс шигшигдэж, цэвэршигдэж буй цаг хугацааны үеийг төлөөлдөг. Тэрхүү шигшилт ба цэвэршүүлэлт нь Ням гаргийн хуулиар төгсдөг бөгөөд Ням гаргийн хуулийн хямрал ирэх үед тосоо эзэмшсэн ухаалаг охид лацдагдан, дараа нь Михаил босож, хүний авралын боломж хаагдах хүртэл Ариун Сүнс хэмжээлшгүйгээр асгаруулагдана.</w:t>
      </w:r>
    </w:p>
    <w:p>
      <w:pPr>
        <w:pStyle w:val="ArticleBody"/>
        <w:jc w:val="left"/>
      </w:pPr>
      <w:r>
        <w:rPr>
          <w:rFonts w:ascii="Times New Roman" w:hAnsi="Times New Roman" w:eastAsia="Times New Roman" w:cs="Times New Roman"/>
        </w:rPr>
        <w:t>Америкийн Нэгдсэн Улсад араатны дүрс бүрэлдэн тогтох үеэр хожмын бороо шиврэн орох бөгөөд, дэлхий даяар араатны дүрс бүрэлдэн тогтох үеэр хожмын бороо хэмжээлшгүйгээр асгаруулагдах болно.</w:t>
      </w:r>
    </w:p>
    <w:p>
      <w:pPr>
        <w:pStyle w:val="ArticleBody"/>
        <w:jc w:val="left"/>
      </w:pPr>
      <w:r>
        <w:rPr>
          <w:rFonts w:ascii="Times New Roman" w:hAnsi="Times New Roman" w:eastAsia="Times New Roman" w:cs="Times New Roman"/>
        </w:rPr>
        <w:t>2001 онд Лаодикийн Долоо дахь өдрийн Адвентист сүмийн шалгалт эхэлсэн бөгөөд энэ нь 1840 оны 8 дугаар сарын 11-ний өдрийн протестантуудаар, мөн Христ баптисм хүртэх үед эртний Израилаар бэлгэдэгдсэн юм.</w:t>
      </w:r>
    </w:p>
    <w:p>
      <w:pPr>
        <w:pStyle w:val="ArticleScripture"/>
        <w:jc w:val="left"/>
      </w:pPr>
      <w:r>
        <w:rPr>
          <w:rFonts w:ascii="Times New Roman" w:hAnsi="Times New Roman" w:eastAsia="Times New Roman" w:cs="Times New Roman"/>
        </w:rPr>
        <w:t>“Сорилтын цаг яг бидний дээр ирээд байна. Учир нь гурав дахь тэнгэрэлчийн чанга хашхираан аль хэдийн Христийн зөвт байдлын илчлэлд, нүглийг уучлагч Аврагчийн илчлэлд эхэлчихээд байна. Энэ нь алдар нь бүх дэлхийг дүүргэх тэр тэнгэрэлчийн гэрлийн эхлэл мөн.” Selected Messages, book 1, 362.</w:t>
      </w:r>
    </w:p>
    <w:p>
      <w:pPr>
        <w:pStyle w:val="ArticleBody"/>
        <w:jc w:val="left"/>
      </w:pPr>
      <w:r>
        <w:rPr>
          <w:rFonts w:ascii="Times New Roman" w:hAnsi="Times New Roman" w:eastAsia="Times New Roman" w:cs="Times New Roman"/>
        </w:rPr>
        <w:t>Хуучин гэрээний ард түмний эцсийн шалгалтын үйл явц Илчлэлт номын арван наймдугаар бүлгийн тэнгэрэлчийн гэрэл Түүний мэдээг тунхаглаж эхлэх үед эхэлдэг. Түүний мэдээ нь мөн Илчлэлт номын арван наймдугаар бүлгийн эхний гурван ишлэлд дүрслэгдсэн байдаг бөгөөд Эгч Уайтын хэлснээр, Нью-Йорк хотын агуу барилгууд нуран унах үед тэрхүү гурван ишлэл биелсэн юм.</w:t>
      </w:r>
    </w:p>
    <w:p>
      <w:pPr>
        <w:pStyle w:val="ArticleBody"/>
        <w:jc w:val="left"/>
      </w:pPr>
      <w:r>
        <w:rPr>
          <w:rFonts w:ascii="Times New Roman" w:hAnsi="Times New Roman" w:eastAsia="Times New Roman" w:cs="Times New Roman"/>
        </w:rPr>
        <w:t>Дараа нь Илчлэлт номын аравдугаар бүлэгт Иоханоор дүрслэгдсэнчлэн шалгалтын үйл явц эхэлсэн. Шалгалт нь тэнгэрэлчийн гарт байсан бяцхан номыг авч, дараа нь түүнийг идэх эсэхэд оршиж байв. Энэ шалгалтын хугацаанд, хожмын бороо шиврэн бууж байх зуур, тэр нь зөвхөн бяцхан номыг авч идэхээр сонгосон хүмүүсийн дээр л бууж байв.</w:t>
      </w:r>
    </w:p>
    <w:p>
      <w:pPr>
        <w:pStyle w:val="ArticleScripture"/>
        <w:jc w:val="left"/>
      </w:pPr>
      <w:r>
        <w:rPr>
          <w:rFonts w:ascii="Times New Roman" w:hAnsi="Times New Roman" w:eastAsia="Times New Roman" w:cs="Times New Roman"/>
        </w:rPr>
        <w:t>“Олон хүн эртхийн бороог үлэмж хэмжээгээр хүлээн авч чадалгүй хоцорсон. Бурхан тэдний төлөө ийнхүү ханган өгсөн бүх ашиг тусыг тэд олж аваагүй. Тэд энэ дутууг хожмын бороо нөхөнө гэж найдаж байна. Нигүүлслийн хамгийн арвин бялхам байдал хүртээгдэн өгөх үед тэд түүнийг хүлээн авахаар зүрх сэтгэлээ нээхээр санаархаж байна. Тэд аймшигт алдаа гаргаж байна. Бурхан Өөрийн гэрэл ба мэдлэгийг өгч хүний зүрхэнд эхлүүлсэн ажил тасралтгүй урагшлан үргэлжлэх ёстой. Хүн бүр өөрийн хэрэгцээ шаардлагыг өөрөө ухаарах ёстой. Зүрх сэтгэл нь аливаа бузраас хоослогдож, Сүнс оршин суухын тулд цэвэрлэгдэх ёстой. Эртний шавь нар Пентекостын өдөр Ариун Сүнс асгарахын төлөө нүглээ наминчлан, түүнээсээ няцаж, чин үнэнч залбирал болон өөрсдийгөө Бурханд ариусган зориулснаар бэлтгэгдсэн юм. Одоо мөн тэр л ажил, харин илүү их хэмжээгээр, хийгдэх ёстой. Тэгэхэд хүний талын ажилтан ердөө ерөөлийг гуйн, Эзэн өөрийнх нь талаар эхэлсэн ажлыг төгс болгохыг хүлээх л хэрэгтэй байсан. Ажлыг эхлүүлсэн Нэгэн нь Бурхан бөгөөд Тэр Өөрийн ажлыг төгсгөж, хүнийг Есүс Христ дотор бүрэн төгс болгоно. Гэвч эртхийн бороогоор төлөөлүүлсэн нигүүлслийг үл хайхрах ёсгүй. Зөвхөн өөрсдөдөө өгөгдсөн гэрлийн дагуу амьдарч буй хүмүүс л илүү агуу гэрлийг хүлээн авна. Хэрэв бид өдөр бүр идэвхтэй Христийн зан чанарын ариун чанаруудыг амьдралдаа хэрэгжүүлэн урагшлахгүй бол хожмын бороон дахь Ариун Сүнсний илрэлүүдийг танин мэдэхгүй. Тэр нь бидний эргэн тойрон дахь зүрх сэтгэлүүд дээр бууж байж болох ч, бид түүнийг ялган мэдэхгүй, бас хүлээн авахгүй.” Testimonies to Ministers, 506, 507.</w:t>
      </w:r>
    </w:p>
    <w:p>
      <w:pPr>
        <w:pStyle w:val="ArticleBody"/>
        <w:jc w:val="left"/>
      </w:pPr>
      <w:r>
        <w:rPr>
          <w:rFonts w:ascii="Times New Roman" w:hAnsi="Times New Roman" w:eastAsia="Times New Roman" w:cs="Times New Roman"/>
        </w:rPr>
        <w:t>2001 оны мэдээг идсэн хүмүүс тэр үеийн байдалд тохирсон нэгэн мэдээг хүлээн авч байсан боловч, тэд Бурханы тамганд бэлтгэгдсэн туршлагад уг мэдээг үнэхээр дотооддоо шингээсэн эсэхээ илрүүлэхийн тулд шалгагдах ёстой байсан. Иймээс тэр үед хожмын бороо шиврээ байдлаар төлөөлөгддөг, учир нь буудай ба зэрлэг өвс одоо ч хамт байна. Тиймээс Уайт эгч, “Энэ нь бидний эргэн тойрны зүрх сэтгэлүүд дээр бууж байж болох боловч, бид үүнийг ялган мэдэх ч үгүй, хүлээн авах ч үгүй байх болно” гэж хэлжээ. Ухаантай нь мунхагуудаас тусгаарлагдах үед хожмын бороо Пентекостын үед байсанчлан хэмжээлшгүйгээр асгардаг бөгөөд тэр нь Ням гарагийн хуулийг бэлгэддэг.</w:t>
      </w:r>
    </w:p>
    <w:p>
      <w:pPr>
        <w:pStyle w:val="ArticleScripture"/>
        <w:jc w:val="left"/>
      </w:pPr>
      <w:r>
        <w:rPr>
          <w:rFonts w:ascii="Times New Roman" w:hAnsi="Times New Roman" w:eastAsia="Times New Roman" w:cs="Times New Roman"/>
        </w:rPr>
        <w:t>“Дахин хэлэхэд, эдгээр сургаалт зүйрлэлүүд шүүлтийн дараа нигүүлслийн хугацаа байхгүйг заадаг. Сайн мэдээний ажил дуусмагц сайн ба муугийн хоорондын ялгалт тэр даруй явагдаж, бүлэг тус бүрийн хувь заяа үүрд тогтоогдоно.” Христийн сургаалт зүйрлэлүүд, 123.</w:t>
      </w:r>
    </w:p>
    <w:p>
      <w:pPr>
        <w:pStyle w:val="ArticleBody"/>
        <w:jc w:val="left"/>
      </w:pPr>
      <w:r>
        <w:rPr>
          <w:rFonts w:ascii="Times New Roman" w:hAnsi="Times New Roman" w:eastAsia="Times New Roman" w:cs="Times New Roman"/>
        </w:rPr>
        <w:t>Хожмын борооны шүршигдэн буух үе, түүний дараа хожмын бороо хэмжээлшгүйгээр асгаруулан буудаг үе нь мөн Бурханы ард түмэн дээр шүүлт гүйцэлддэг хоёр үе хэмээн дүрслэгдсэн байдаг. Бурханы ард түмэн дээрх шүүлтийн эхний үе нь 2001 оны 9 дүгээр сарын 11-нд Бурханы өргөөнөөс эхэлсэн бөгөөд Ням гаргийн хууль тогтоогдох үед, Америкийн Нэгдсэн Улсад Ням гаргийн хуулиас эхэлдэг гурав дахь тэнгэрэлчийн чанга хашхираанд хариу өгч буй эсвэл түүнийг няцааж буй Бурханы бусад сүргийн хувьд шүүлт тийнхүү гүйцэлдэнэ; энэ нь Михаел босон зогсох хүртэл, хүний шалгалтын хугацаа хаагдах хүртэл үргэлжилнэ.</w:t>
      </w:r>
    </w:p>
    <w:p>
      <w:pPr>
        <w:pStyle w:val="ArticleBody"/>
        <w:jc w:val="left"/>
      </w:pPr>
      <w:r>
        <w:rPr>
          <w:rFonts w:ascii="Times New Roman" w:hAnsi="Times New Roman" w:eastAsia="Times New Roman" w:cs="Times New Roman"/>
        </w:rPr>
        <w:t>Хожмын борооны хоёр үе нь, мөн Бурханы өргөөнөөс эхэлж, дараа нь Бурханы өөр сүрэг рүү шилжин өрнөдөг шүүлтийн хоёр үе мөн бөгөөд, түүнчлэн араатны дүрс бүрэлдэн тогтох хоёр үе ч мөн юм.</w:t>
      </w:r>
    </w:p>
    <w:p>
      <w:pPr>
        <w:pStyle w:val="ArticleBody"/>
        <w:jc w:val="left"/>
      </w:pPr>
      <w:r>
        <w:rPr>
          <w:rFonts w:ascii="Times New Roman" w:hAnsi="Times New Roman" w:eastAsia="Times New Roman" w:cs="Times New Roman"/>
        </w:rPr>
        <w:t>Тэдгээр хоёр эш үзүүллэгийн хугацааны эхнийх дотор, Бурханы сүмд болон мөн Америкийн Нэгдсэн Улсад шүүлт ирэх үед, Бүгд Найрамдах эвэр болон Протестант эвэр хоёул шүүгддэг яг тэрхүү түүх мөн байдаг. Эзэний амнаас Лаодикеан Адвентизм бөөлжигдөн гардаг яг тэр газарт Америкийн Нэгдсэн Улс сорилтын аягаа дүүргэж, үндэстний сүйрэл тэр улс дээр ирдэг бөгөөд дараа нь Сатан үзэгдэн гарч, гайхамшигт ажлаа эхлүүлдэг. Нэг зуун дөчин дөрвөн мянга нь Ням гаргийн хуулийн үед лацдагдаж, туг тэмдэг болгон өргөгдөнө.</w:t>
      </w:r>
    </w:p>
    <w:p>
      <w:pPr>
        <w:pStyle w:val="ArticleBody"/>
        <w:jc w:val="left"/>
      </w:pPr>
      <w:r>
        <w:rPr>
          <w:rFonts w:ascii="Times New Roman" w:hAnsi="Times New Roman" w:eastAsia="Times New Roman" w:cs="Times New Roman"/>
        </w:rPr>
        <w:t>Тэнгэрлэг алдрын илрэл болон өнгөрсөн үеийн хавчлагуудын давталт нэгэн зэрэг нийлэн тохиох үед газар дэлхий дээр амьд байх Бурханы ард түмний “туршлагын талаар” ямар ч төсөөлөл өгөх нь боломжгүй хэмээн бидэнд мэдэгдсэн байдаг.</w:t>
      </w:r>
    </w:p>
    <w:p>
      <w:pPr>
        <w:pStyle w:val="ArticleScripture"/>
        <w:jc w:val="left"/>
      </w:pPr>
      <w:r>
        <w:rPr>
          <w:rFonts w:ascii="Times New Roman" w:hAnsi="Times New Roman" w:eastAsia="Times New Roman" w:cs="Times New Roman"/>
        </w:rPr>
        <w:t>“Сатан бол Библийг хичээнгүйлэн судалдаг нэгэн юм. Тэр өөрийн цаг хугацаа богино гэдгийг мэддэг бөгөөд энэ дэлхий дээрх Эзэний ажлыг цэг бүрт нь саатуулан эсэргүүцэхийг эрмэлздэг. Тэнгэрлэг алдрын гэрэл ба өнгөрсөн үеийн хавчлагуудын давталт хоорондоо нийлэн холилдох тэр үед газар дэлхий дээр амьд байх Бурханы ард түмний туулгыг ямар нэг хэмжээгээр ч бүрэн дүрслэн өгнө гэдэг боломжгүй. Тэд Бурханы сэнтийнээс гарч буй гэрэлд алхах болно. Тэнгэр элч нарын тусламжаар тэнгэр ба газрын хооронд тасралтгүй харилцаа байх болно. Харин Сатан, муу тэнгэр элч нараар хүрээлүүлж, өөрийгөө Бурхан хэмээн мэдэгдсээр, боломжтой бол бүр сонгогдогсдыг ч мэхлэхийн тулд төрөл бүрийн гайхамшгийг үйлдэх болно. Бурханы ард түмэн гайхамшиг үйлдэх явдал дотроос аюулгүй байдлаа олохгүй; учир нь Сатан үйлдэгдэх гайхамшгуудыг хуурамчаар дуурайлгана. Бурханаар соригдож шалгагдсан ард түмэн өөрсдийн хүч чадлыг Египетээс гарсан нь 31:12–18-д өгүүлсэн тэмдэг дотор олох болно. Тэд амьд Үгэн дээр байр сууриа эзлэх ёстой: ‘Ийнхүү бичигдсэн байдаг.’ Энэ бол тэдний баттай зогсож чадах цорын ганц суурь мөн. Бурхантай байгуулсан гэрээгээ зөрчсөн хүмүүс тэр өдөр Бурхангүй бөгөөд найдваргүй байх болно.” Testimonies, volume 9, 16.</w:t>
      </w:r>
    </w:p>
    <w:p>
      <w:pPr>
        <w:pStyle w:val="ArticleBody"/>
        <w:jc w:val="left"/>
      </w:pPr>
      <w:r>
        <w:rPr>
          <w:rFonts w:ascii="Times New Roman" w:hAnsi="Times New Roman" w:eastAsia="Times New Roman" w:cs="Times New Roman"/>
        </w:rPr>
        <w:t>Өнгөрсөн үеийн хавчлагуудын давталт нь Америкийн Нэгдсэн Улсад Ням гаргийн хуулиас эхэлдэг. Учир нь Сатан тэр үед өөрийн гайхамшигт ажлыг эхлүүлдэг бөгөөд аль хэдийн “шалгагдан соригдсон” ухаалаг охид тэр цагт “Бурханы сэнтийгээс гарах гэрэлд алхах” болно. Энэ нь тэнгэрэлч нарын үйлчлэлээр хэрэгжих бөгөөд, учир нь “тэнгэрэлч нараар дамжин тэнгэр ба газар хооронд тасралтгүй харилцаа байх болно.”</w:t>
      </w:r>
    </w:p>
    <w:p>
      <w:pPr>
        <w:pStyle w:val="ArticleScripture"/>
        <w:jc w:val="left"/>
      </w:pPr>
      <w:r>
        <w:rPr>
          <w:rFonts w:ascii="Times New Roman" w:hAnsi="Times New Roman" w:eastAsia="Times New Roman" w:cs="Times New Roman"/>
        </w:rPr>
        <w:t>“Бүх газрын Эзэний дэргэд зогсогч тослогдсон хүмүүс нь нэгэн цагт халхлагч херуб байсан Сатанд өгөгдсөн байр суурийг эзэмшдэг. Өөрийн сэнтийг хүрээлэн буй ариун оршигчдоор дамжуулан Эзэн газрын оршин суугчидтай тасралтгүй харилцаа холбоог хадгалдаг. Алтан тос нь Бурхан итгэгчдийн дэнгүүдийг анивчин унтрахгүй байлгахын тулд тасралтгүй тэтгэн хангадаг нигүүлслийг төлөөлдөг. Хэрэв энэхүү ариун тос Бурханы Сүнсний мэдээнүүдээр дамжин тэнгэрээс юүлэгддэггүйсэн бол, бузар муугийн хүчинс хүмүүсийг бүхэлд нь захирах байсан.”</w:t>
      </w:r>
    </w:p>
    <w:p>
      <w:pPr>
        <w:pStyle w:val="ArticleScripture"/>
        <w:jc w:val="left"/>
      </w:pPr>
      <w:r>
        <w:rPr>
          <w:rFonts w:ascii="Times New Roman" w:hAnsi="Times New Roman" w:eastAsia="Times New Roman" w:cs="Times New Roman"/>
        </w:rPr>
        <w:t>Бурхан бидэнд илгээдэг мэдээг нь бид хүлээн авдаггүй үед Түүнд хүндэтгэл үл үзүүлдэг. Ийнхүү бид Түүний харанхуйд буй хүмүүст дамжуулагдахаар бидний сүнсэнд юүлэхийг хүсдэг алтан тосыг няцаадаг. “Харагтун, хүргэн ирж байна; Түүнийг угтан авахаар гарцгаа” гэсэн дуудлага ирэх үед ариун тосыг хүлээн аваагүй, Христийн нигүүлслийг зүрхэндээ нандигнаагүй хүмүүс мунхаг охидын адил Эзэнтэйгээ уулзахад бэлэн биш байгаагаа мэдэх болно. Тэдэнд тэр тосыг олж авах хүч өөрсдөд нь байхгүй бөгөөд тэдний амьдрал сүйрэлд орно. Харин Бурханы Ариун Сүнсийг гуйж, Мосегийн адил “Надад Өөрийн алдрыг үзүүлээч” хэмээн гуйн залбирвал Бурханы хайр бидний зүрхэнд асгарна. Алтан хоолойгоор дамжин алтан тос бидэнд дамжуулагдана. “Хүчлээр ч биш, чадлаар ч биш, харин Миний Сүнсээр байна гэж Түмэн цэргийн ЭЗЭН айлдаж байна.” Зөвт байдлын Нарны тод туяаг хүлээн авснаар Бурханы хүүхдүүд дэлхийд гэрлүүд мэт гэрэлтдэг. Review and Herald, July 20, 1897.</w:t>
      </w:r>
    </w:p>
    <w:p>
      <w:pPr>
        <w:pStyle w:val="ArticleBody"/>
        <w:jc w:val="left"/>
      </w:pPr>
      <w:r>
        <w:rPr>
          <w:rFonts w:ascii="Times New Roman" w:hAnsi="Times New Roman" w:eastAsia="Times New Roman" w:cs="Times New Roman"/>
        </w:rPr>
        <w:t>Мэргэн хүмүүс гэдэг нь Илчлэлт номын долдугаар бүлэг болон Езекиелийн есдүгээр бүлэгт тамгалагдсан хүмүүс бөгөөд, Эзэний илгээдэг “харилцаа, мэдээ”-г хүлээн авахаас татгалзсанаар Эзэнийг үл хүндэтгэдэг мунхагуудаас ялгагдан харагддаг хүмүүс юм. Мунхагууд гэдэг нь “Бурхантай байгуулсан гэрээгээ зөрчсөн, тэр өдөр Бурхангүй бөгөөд найдваргүй байх хүмүүс” юм. Эдгээр хоёр бүлэг шалгагдан, тухайн цаг үеийн мэдээг хүлээн авсан эсэх, эсвэл няцаасан эсэхдээ үндэслэн өөрсдийн зан чанарыг илэрхийлэх цэгт хүргэгдсэн. 2001 оны 9 дүгээр сарын 11-нээс хойших тухайн цаг үеийн мэдээ нь хожмын борооны мэдээ байсаар ирсэн.</w:t>
      </w:r>
    </w:p>
    <w:p>
      <w:pPr>
        <w:pStyle w:val="ArticleBody"/>
        <w:jc w:val="left"/>
      </w:pPr>
      <w:r>
        <w:rPr>
          <w:rFonts w:ascii="Times New Roman" w:hAnsi="Times New Roman" w:eastAsia="Times New Roman" w:cs="Times New Roman"/>
        </w:rPr>
        <w:t>Сүүлчийн борооны мэдээ нь Исаиа номын хорин наймдугаар бүлэгт өгүүлэгдсэнчлэн мөрийн дээр мөр тавих аргачлалаар танигддаг. Мөрийн дээр мөр тавих аргачлал нь Библийг судлахад Бурханаас тогтоосон арга мөн; тиймээс тэрхүү аргачлалыг үгүйсгэнэ гэдэг нь эндээс жаахан, тэндээс жаахныг авч, мөрийн дээр мөр тавих зарчмыг хэрэглэн илэрхийлэгддэг мэдээг үгүйсгэх явдал төдийгүй, мөн тэрхүү аргачлалыг Өгөгчийг ч үгүйсгэх явдал юм.</w:t>
      </w:r>
    </w:p>
    <w:p>
      <w:pPr>
        <w:pStyle w:val="ArticleBody"/>
        <w:jc w:val="left"/>
      </w:pPr>
      <w:r>
        <w:rPr>
          <w:rFonts w:ascii="Times New Roman" w:hAnsi="Times New Roman" w:eastAsia="Times New Roman" w:cs="Times New Roman"/>
        </w:rPr>
        <w:t>Нэг зуун дөчин дөрвөн мянгыг тамгалах үйлд хүргэдэг сорилтын үйл явцад илчлэгдсэн онгодоор өгөгдсөн хэмжүүрүүдийн улмаас, “тэнгэрлэг алдар суу ба өнгөрсөн үеийн хавчлагын давталт хоорондоо холилдсон” түүхийн дундуур Бурханы хүүхэд замнан өнгөрч чадах цорын ганц арга нь Бурханы сэнтийнээс ирэх гэрлийг таньж мэдэх туршлагад байх явдал нь илэрхий байна. Тэрхүү гэрлийг таньж мэдэх ёстой; эс тэгвээс энэ нь ямар ч ашиггүй бөгөөд бид мөхнө.</w:t>
      </w:r>
    </w:p>
    <w:p>
      <w:pPr>
        <w:pStyle w:val="ArticleScripture"/>
        <w:jc w:val="left"/>
      </w:pPr>
      <w:r>
        <w:rPr>
          <w:rFonts w:ascii="Times New Roman" w:hAnsi="Times New Roman" w:eastAsia="Times New Roman" w:cs="Times New Roman"/>
        </w:rPr>
        <w:t>“Бид хожмын бороог хүлээн сууж болохгүй. Энэ нь бидний дээр бууж буй нигүүлслийн шүүдэр ба аадар бороог таньж, өөрийн болгох бүхний дээр ирэх болно. Бид гэрлийн хэлтэрхийг цуглуулж, Өөрт нь бид итгэхийг хүсдэг Бурханы лавтай энэрлүүдийг үнэлэн эрхэмлэх үед амлалт бүхэн биелэгдэх болно. [Исаиа 61:11 эш татав.] Бүх дэлхий Бурханы алдраар дүүрэх ёстой.” Seventh-day Adventist Bible Commentary, 7-р боть, 984.</w:t>
      </w:r>
    </w:p>
    <w:p>
      <w:pPr>
        <w:pStyle w:val="ArticleBody"/>
        <w:jc w:val="left"/>
      </w:pPr>
      <w:r>
        <w:rPr>
          <w:rFonts w:ascii="Times New Roman" w:hAnsi="Times New Roman" w:eastAsia="Times New Roman" w:cs="Times New Roman"/>
        </w:rPr>
        <w:t>Илчлэлт арван наймын тэнгэрэлч Өөрийн алдраар бүх дэлхийг гэрэлтүүлж эхэлсэн, 2001 оны есдүгээр сарын 11-нээс эхэлсэн тэр үед сүүлчийн бороо нь зөвхөн бидний дээр “асгарч буй нигүүлслийн шүүдэр ба аадар”-ыг “танин мэдэж, өөртөө эзэмшин авсан” тэр “хүмүүсийн дээр” л ирсэн юм. Уайт эгчийн өмнө нь заасан “агуу алдаа” нь, ухаангүй охид сүүлчийн бороо хэмжээлшгүйгээр асгагдах хүртэл хүлээж байгаад, тэр үедээ гүйцэж чадна гэж бодсон явдал байв. Тийм биш; зөвхөн Бурханы эш үзүүллэгийн Үгийг ойлгох ойлголтдоо өсөн нэмэгдэж буй хүмүүс л илүү их гэрэл хүлээн авдаг.</w:t>
      </w:r>
    </w:p>
    <w:p>
      <w:pPr>
        <w:pStyle w:val="ArticleBody"/>
        <w:jc w:val="left"/>
      </w:pPr>
      <w:r>
        <w:rPr>
          <w:rFonts w:ascii="Times New Roman" w:hAnsi="Times New Roman" w:eastAsia="Times New Roman" w:cs="Times New Roman"/>
        </w:rPr>
        <w:t>Энэ өгүүллийг өндөрлөхдөө, миний онцлон тэмдэглэхийг хүсэж буй зүйл нь бидний одоо оршиж буй шалгалтын цагийн зорилготой холбоотой юм. Өнгөрсөн үеийн хавчлагууд дахин давтагдах тэр үед, хэрэв бид “Бурханы сэнтийнээс гарч буй гэрэл дотор явах” ёстой бол, хямрал ирэхээс өмнө эш үзүүллэгийн Үгийг бүрэн эзэмших хэрэгтэй болно.</w:t>
      </w:r>
    </w:p>
    <w:p>
      <w:pPr>
        <w:pStyle w:val="ArticleBody"/>
        <w:jc w:val="left"/>
      </w:pPr>
      <w:r>
        <w:rPr>
          <w:rFonts w:ascii="Times New Roman" w:hAnsi="Times New Roman" w:eastAsia="Times New Roman" w:cs="Times New Roman"/>
        </w:rPr>
        <w:t>Нэгдүгээр бүлэгт, Даниел болон гурван үнэнч эр Небухаднезарын өмнө шалгуулахаар орохоосоо өмнө боловсролоо аль хэдийн төгөлдөржүүлсэн байв. Христ дөчин өдрийн турш, шавь нар арван өдрийн хугацаанд эв нэгдлээ төгөлдөржүүлэхээс өмнө, тэдний ойлголтод эш үзүүллэгийн Үгийг нээж өгсөн. Дараа нь Ням гаргийн хуульг бэлгэддэг Пентекост ирсэн.</w:t>
      </w:r>
    </w:p>
    <w:p>
      <w:pPr>
        <w:pStyle w:val="ArticleBody"/>
        <w:jc w:val="left"/>
      </w:pPr>
      <w:r>
        <w:rPr>
          <w:rFonts w:ascii="Times New Roman" w:hAnsi="Times New Roman" w:eastAsia="Times New Roman" w:cs="Times New Roman"/>
        </w:rPr>
        <w:t>Даниелын номын гуравдугаар бүлэгт Шадрах, Мешах, Абеднего нар Небухаднезарт өөрсдөд нь нэмэлт хугацаа хэрэггүйг мэдэгдсэн бөгөөд учир нь Ням гаргийн хуулийн шалгалтын үед юу хийх ёстой талаараа тэд аль хэдийн шийдсэн байсан юм. Тэд Христтэй хамт галын зуухан дотор алхах үед тэдний үнэнч байдал улам тодрон илэрч, мөн шалгалтаас өмнө аль хэдийнээ бат тогтсон байсан тэрхүү мэдээ нь зуухан доторх гайхамшгийг гэрчилсэн айлчлан ирсэн бүх дээдсээр дамжин тухайн үед мэдэгдэж байсан бүх дэлхийд түгээгдсэн юм.</w:t>
      </w:r>
    </w:p>
    <w:p>
      <w:pPr>
        <w:pStyle w:val="ArticleBody"/>
        <w:jc w:val="left"/>
      </w:pPr>
      <w:r>
        <w:rPr>
          <w:rFonts w:ascii="Times New Roman" w:hAnsi="Times New Roman" w:eastAsia="Times New Roman" w:cs="Times New Roman"/>
        </w:rPr>
        <w:t>Бид эдгээр бодлыг дараагийн өгүүлэлд үргэлжлүүлэн авч үзэх болно.</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Дөчдүгээр эшлэлийн далд түүх - Гуравдугаар хэсэг</dc:title>
  <dc:subject>Ням гаргийн хуулийг ба эш үзүүллэгийн аялал: Эх орончийн хуулиас эцсийн сорилт хүртэл</dc:subject>
  <dc:creator>Jeff Pippenger</dc:creator>
  <cp:keywords/>
  <dc:description>Generated by ArticleDigger from hidden_history\03_hidden_history.json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