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нууцлаг түүх — Дөрөвдүгээр дугаар</w:t>
      </w:r>
    </w:p>
    <w:p>
      <w:pPr>
        <w:pStyle w:val="ArticleSubtitle"/>
        <w:jc w:val="left"/>
      </w:pPr>
      <w:r>
        <w:rPr>
          <w:rFonts w:ascii="Arial" w:hAnsi="Arial" w:eastAsia="Arial" w:cs="Arial"/>
        </w:rPr>
        <w:t>Сорилт ба ялалт: Араатны дүрийн бүрэлдэн тогтохуй ба мэргэн хүмүүсийн тамгалагдах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АНУ-д араатны дүрийн бүрэлдэлтээр төлөөлөгдөх сорилтыг дүрслэн үзүүлдэг эш үзүүллэгийн шугам нь Үндсэн хуулийн шугамыг төлөөлөх гурван замын тэмдэгтэй зэрэгцэн явдаг. Тэд бие биеийнхээ зэрэгцээ оршиж, нөгөө шугамд хамаарах тодорхой мэдээллийг тус тус өгдөг. АНУ-д Ням гаргийн хуулиар эхлэх хавчлагын үед Бурханы сэнтийн өрөөнөөс гарах гэрэлд алхахад араатны дүрийн сорилтыг даван гарсан хүмүүс хэрхэн бэлтгэгдэх юм бэ? Үндэсний урвалтын араас үндэсний сүйрэл дагаж, Сатан өөрийн гайхамшигт үйлсийг эхлүүлэх тэр цагт, Ням гаргийн хуулиар эхлэх хавчлагын хугацааг туулах боломжийг олгох тийм туршлагад мэргэн онгон бүсгүйчүүдийг лацдан оруулдаг зүйл нь араатны дүрийн бүрэлдэлтийн сорилтын юунд оршиж байна вэ?</w:t>
      </w:r>
    </w:p>
    <w:p>
      <w:pPr>
        <w:pStyle w:val="ArticleScripture"/>
        <w:jc w:val="left"/>
      </w:pPr>
      <w:r>
        <w:rPr>
          <w:rFonts w:ascii="Times New Roman" w:hAnsi="Times New Roman" w:eastAsia="Times New Roman" w:cs="Times New Roman"/>
        </w:rPr>
        <w:t>“Тэнгэрлэг сүр жавхлан ба өнгөрсөн үеийн хавчлагуудын дахин давталт нэгэн зэрэг холилдох үед газар дэлхий дээр амьд байх Бурханы ард түмний туулж өнгөрүүлэх туршлагын талаар ямар нэгэн ойлголт бүрэн өгнө гэдэг боломжгүй. Тэд Бурханы сэнтийгээс цацран гарах гэрэл дотор алхах болно. Тэнгэрэлч нарын тусламжаар тэнгэр ба газрын хооронд тасралтгүй харилцаа байх болно. Харин Сатан, муу тэнгэрэлч нараар хүрээлүүлэн, өөрийгөө Бурхан хэмээн мэдэгдэж, боломжтой бол бүр сонгогдсон хүмүүсийг ч мэхлэхийн тулд элдэв төрлийн гайхамшгуудыг үйлдэх болно.” Testimonies, volume 9, 16.</w:t>
      </w:r>
    </w:p>
    <w:p>
      <w:pPr>
        <w:pStyle w:val="ArticleBody"/>
        <w:jc w:val="left"/>
      </w:pPr>
      <w:r>
        <w:rPr>
          <w:rFonts w:ascii="Times New Roman" w:hAnsi="Times New Roman" w:eastAsia="Times New Roman" w:cs="Times New Roman"/>
        </w:rPr>
        <w:t>Цагаан эгч Иохан номын зургаадугаар бүлэгт тэмдэглэгдсэн Капернаумын синагогт Христийн айлдсан мэдээний талаар тайлбарласан байдаг. Түүний тайлбар «Үе үеийн хүсэл» номын «Галил дахь хямрал» хэмээх бүлэгт бий. Тэнд тэрээр, Христ Иохан 6-д гарсан тэрхүү тэрслэлээс сэргийлэхийн тулд ямар ч оролдлого хийгээгүйг онцлон тэмдэглэдэг; хэдийгээр Тэр хүмүүст үйлчилсэн Өөрийн үйлчлэлийн аль ч өөр үеэс илүү олон шавиа тэр үед алдах болно гэдгээ бүрэн мэдэж байсан билээ.</w:t>
      </w:r>
    </w:p>
    <w:p>
      <w:pPr>
        <w:pStyle w:val="ArticleScripture"/>
        <w:jc w:val="left"/>
      </w:pPr>
      <w:r>
        <w:rPr>
          <w:rFonts w:ascii="Times New Roman" w:hAnsi="Times New Roman" w:eastAsia="Times New Roman" w:cs="Times New Roman"/>
        </w:rPr>
        <w:t>“Есүс Өөрийн олон дагалдагчдыг буцан эргэхэд хүргэсэн тэр шалгах үнэнийг толилуулахдаа, Өөрийн үгсийн үр дүн юу болохыг мэдэж байсан; гэвч Түүнд биелүүлэх нигүүлслийн зорилго байв. Сорилтын цагт Өөрийн хайртай дагалдагч бүр хатуу ширүүнээр шалгагдана гэдгийг Тэр урьдчилан харсан. Гетсеманид амссан Түүний шаналал, Түүний урвалт болон цовдлолт нь тэдний хувьд туйлын хүнд сорилт болох байлаа. Хэрэв урьд өмнө нь ямар ч шалгалт өгөгдөөгүйсэн бол, зөвхөн амин хувийн ашиг сонирхлоор хөдөлдөг олон хүн тэдэнтэй нэгдсэн байх байсан. Тэдний Эзэн шүүлтийн танхимд яллагдах үед; Түүнийг өөрсдийн хаан хэмээн магтан угтаж байсан олон түмэн Түүн рүү исгэрч, доромжлох үед; элэг доог болсон бөөгнөрөл ‘Түүнийг цовдол!’ хэмээн хашхирах үед; тэдний ертөнцийн хүсэл тэмүүлэл талаар болох үед, өөрсдийн эрх ашгийг эрэлхийлэгч эдгээр хүмүүс Есүст үнэнч байхаасаа татгалзсанаар, дагалдагчдын дээр өөрсдийн хамгийн нандин найдвар нуран унаснаас үүдсэн уй гашуу, урам хугарлын дээр нь нэмээд, гашуун, зүрхийг дарамталсан уйтгар шаналлыг авчрах байсан. Тэр харанхуйн цагт Түүнээс нүүр буруулсан хүмүүсийн жишээ бусдыг ч дагуулан одож болох байв. Гэвч Есүс Өөрийн жинхэнэ дагалдагчдын итгэлийг Өөрийн биеэр оршин байж бэхжүүлж чадах үедээ энэ хямралыг бий болгосон юм.”</w:t>
      </w:r>
    </w:p>
    <w:p>
      <w:pPr>
        <w:pStyle w:val="ArticleScripture"/>
        <w:jc w:val="left"/>
      </w:pPr>
      <w:r>
        <w:rPr>
          <w:rFonts w:ascii="Times New Roman" w:hAnsi="Times New Roman" w:eastAsia="Times New Roman" w:cs="Times New Roman"/>
        </w:rPr>
        <w:t>“Өөрийг нь хүлээж байсан хувь тавиланг бүрэн мэдэж атлаа шавь нарынхаа замыг энэрэн зөөлрүүлж, тэднийг оргил сорилтод нь урьдчилан бэлтгэн, эцсийн шалгалтад нь хүчирхэгжүүлсэн нигүүлсэнгүй Аврагч!” The Desire of Ages, 394.</w:t>
      </w:r>
    </w:p>
    <w:p>
      <w:pPr>
        <w:pStyle w:val="ArticleBody"/>
        <w:jc w:val="left"/>
      </w:pPr>
      <w:r>
        <w:rPr>
          <w:rFonts w:ascii="Times New Roman" w:hAnsi="Times New Roman" w:eastAsia="Times New Roman" w:cs="Times New Roman"/>
        </w:rPr>
        <w:t>Ням гарагийн хууль бол зан чанар илчлэгддэг эцсийн сорилт мөн. Эцсийн сорилтоос өмнө хэзээ ч өөрчлөгддөггүй Христ Өөрийн ард түмний мөнхийн хувь заяа шийдэгдэх нэгэн сорилтыг зөвшөөрдөг. Энэ нь тэд лацлагдахаасаа өмнө, мөн Ням гарагийн хуулийн үеэр тэдний ивээлийн хугацаа хаагдахаас өмнө заавал даван туулах ёстой сорилт юм. Энэ нь мэргэн охидыг “тэдний титэмлэх сорилтод бэлтгэж, тэднийг эцсийн сорилтод хүчирхэгжүүлдэг” эш үзүүллэгийн сорилт юм! Эцсийн сорилт нь тэдний титэмлэх сорилт бөгөөд тэрхүү сорилтын цаг үед мэргэн охид “Бурханы сэнтийнээс гарч буй гэрэлд алхах болно”. “араатны дүрийн бүрэлдэн тогтох” хэмээн дүрслэгдсэн шалгалтын үйл явцын доторх юу нь мэргэн охидыг титэмлэх сорилтод бэлтгэж, тэдэнд Бурханы сэнтийнээс гарч буй гэрэлд алхах боломж олгодог вэ? Бурханы сэнтийнээс гарч буй тэр гэрэл юу вэ?</w:t>
      </w:r>
    </w:p>
    <w:p>
      <w:pPr>
        <w:pStyle w:val="ArticleScripture"/>
        <w:jc w:val="left"/>
      </w:pPr>
      <w:r>
        <w:rPr>
          <w:rFonts w:ascii="Times New Roman" w:hAnsi="Times New Roman" w:eastAsia="Times New Roman" w:cs="Times New Roman"/>
        </w:rPr>
        <w:t>Тэр долоо дахь лацыг нээхэд, тэнгэрт хагас цаг орчим нам гүм болов. Тэгээд би Бурханы өмнө зогсдог долоон тэнгэрэлчийг харсан бөгөөд тэдэнд долоон бүрээ өгөгдөв. Өөр нэгэн тэнгэрэлч ирж, алтан утлагатайгаар тахилын ширээний дэргэд зогсов; мөн түүнд маш их хүж өгөгдсөн нь, тэрээр сэнтийн өмнөх алтан тахилын ширээн дээр бүх ариун хүмүүсийн залбиралтай хамт түүнийг өргөх ёстой байв. Ариун хүмүүсийн залбиралтай хамт өгссөн хүжний утаа тэнгэрэлчийн гараас Бурханы өмнө дээш гарчээ. Тэгээд тэнгэрэлч утлагыг авч, тахилын ширээний галаар дүүргээд, газар луу шидэв. Тэгэхэд дуу чимээнүүд, аянган дуу, цахилгаан цахилт, газар хөдлөлт болов. Илчлэлт 8:1–5.</w:t>
      </w:r>
    </w:p>
    <w:p>
      <w:pPr>
        <w:pStyle w:val="ArticleBody"/>
        <w:jc w:val="left"/>
      </w:pPr>
      <w:r>
        <w:rPr>
          <w:rFonts w:ascii="Times New Roman" w:hAnsi="Times New Roman" w:eastAsia="Times New Roman" w:cs="Times New Roman"/>
        </w:rPr>
        <w:t>Эцсийн өдрүүдэд, арван онгон бүсгүйн тухай сургаалт зүйрлэл биелж, нэг зуун дөчин дөрвөн мянгыг тамгалж буй тэр үед, долоо дахь лац нээгдэж, ариун хүмүүсийн залбиралд өгсөн хариу болгон газар дэлхийд гал хаягдаж байгааг илчилдэг. Арван онгон бүсгүйн тухай сургаалт зүйрлэлийн эцсийн бөгөөд төгс биелэлд доош хаягдах тэрхүү гал нь, Эксетерийн цуглааны үед Ариун Сүнс асгарснаар, мөн Пентекостын өдөр Ариун Сүнс асгарснаар үлгэрлэн үзүүлэгдсэн, тэнд галаар төлөөлүүлэгдсэн шөнө дундын хашхирааны мэдээ мөн. Шөнө дундын хашхирааны мэдээний талаар Систер Уайтын тайлбарыг анхаар.</w:t>
      </w:r>
    </w:p>
    <w:p>
      <w:pPr>
        <w:pStyle w:val="ArticleScripture"/>
        <w:jc w:val="left"/>
      </w:pPr>
      <w:r>
        <w:rPr>
          <w:rFonts w:ascii="Times New Roman" w:hAnsi="Times New Roman" w:eastAsia="Times New Roman" w:cs="Times New Roman"/>
        </w:rPr>
        <w:t>“Эхний мэдээг няцаасан хүмүүс хоёр дахь мэдээнээс ашиг хүртэж чадаагүй; мөн тэднийг тэнгэрийн ариун сүмийн Хамгийн Ариун газарт Есүстэй итгэлээр хамт ороход бэлтгэх ёстой байсан шөнө дундын хашхираанаас ч тэд ашиг хүртээгүй. Урьдах энэ хоёр мэдээг няцааснаараа тэд өөрсдийн ойлголтыг тийнхүү харанхуйруулсан тул Хамгийн Ариун газарт хүрэх замыг үзүүлдэг гурав дахь тэнгэрэлчийн мэдээнд ямар ч гэрэл олж харж чадахгүй болсон. Иудейчүүд Есүсийг цовдолсонтой адил нэр төдий сүмүүд эдгээр мэдээг цовдолсныг би харсан; тиймээс тэд Хамгийн Ариун газар хүрэх замын талаар ямар ч мэдлэггүй бөгөөд тэнд Есүсийн зуучлалаас ашиг хүртэж чадахгүй. Ашиггүй тахилуудаа өргөж байсан иудейчүүдийн адил тэд Есүсийн орхин гарсан тасалгаанд өөрсдийн ашиггүй залбирлуудыг өргөдөг; мөн энэ мэхлэлтэд баяссан Сатан шашинлаг дүр төрхийг өөртөө авч, Христэд итгэдэг хэмээн өөрсдийгөө нэрлэдэг эдгээр хүмүүсийн оюун санааг өөр лүүгээ хөтлөн, өөрийн хүч чадал, өөрийн тэмдэгүүд, худал гайхамшгуудаар үйлдэж, тэднийг өөрийн урхинд бат барьдаг.” Early Writings, 259.</w:t>
      </w:r>
    </w:p>
    <w:p>
      <w:pPr>
        <w:pStyle w:val="ArticleBody"/>
        <w:jc w:val="left"/>
      </w:pPr>
      <w:r>
        <w:rPr>
          <w:rFonts w:ascii="Times New Roman" w:hAnsi="Times New Roman" w:eastAsia="Times New Roman" w:cs="Times New Roman"/>
        </w:rPr>
        <w:t>Миллеритүүдийн түүхэнд шөнө дундын хашхирааны мэдээний шалгалт нь “тэднийг итгэлээр Есүстэй хамт тэнгэрийн ариун сүмийн Хамгийн Ариун газарт ороход бэлтгэх” явдал байсан. Одоо хөгжиж буй шөнө дундын хашхирааны мэдээ мөн араатны дүр төрхийн бүрэлдэлтийн шалгалт хэмээн дүрслэгддэг. Эдгээр нь хоёулаа зан чанар илэрхийлэгдэх үед туршилтын хугацаа хаагдахад хүргэдэг шалгалт мөн. Миллеритүүд итгэлээр Хамгийн Ариун газарт орсны дараа тэдний итгэл дахин нэгэнтээ шалгагдсан. Нэг зуун дөчин дөрвөн мянгын итгэл Ням гаргийн хуулийн үед шалгагдах боловч тэд аюулгүй байх нь амлагдсан; учир нь тэд 2023 оны долдугаар сард шөнө дундын хашхирааны мэдээний лац тайлагдаж эхлэх үед нээгдсэн долоо дахь лацаас “гарч буй гэрэлд” алхах болно.</w:t>
      </w:r>
    </w:p>
    <w:p>
      <w:pPr>
        <w:pStyle w:val="ArticleBody"/>
        <w:jc w:val="left"/>
      </w:pPr>
      <w:r>
        <w:rPr>
          <w:rFonts w:ascii="Times New Roman" w:hAnsi="Times New Roman" w:eastAsia="Times New Roman" w:cs="Times New Roman"/>
        </w:rPr>
        <w:t>Тэр үед лац нь тайлагдсан мэдээ нь дараа дараагийн мөрөөр тогтоогддог аргачлалаар баталгааждаг бөгөөд энэ нь хожмын борооны аргачлал мөн. Хожмын бороо 2001 онд шивэрч эхэлсэн бөгөөд Адвентизмийн эцсийн шалгалт эхэлсэн. 2023 оны долоодугаар сард Ням гаргийн хуулиар төгсөх шалгалтын үйл явцын эцсийн үе эхэлсэн бөгөөд тэр үед шөнийн дунд хашхирааны мэдээ ирсэн; энэ нь мөн хожмын бороо, мөн долоо дахь лац хуулагдах үед бий болдог мэдлэгийн нэмэгдэл, мөн долоон аянгын лац тайлагдахтай адил Есүс Христийн Илчлэл мөн юм. Зөгнөлийн гэрлийн лац тайлагдсаныг илэрхийлдэг бүх шугамууд Даниелын арван нэгдүгээр бүлгийн дөчдүгээр эшлэлийн далд түүхэнд лац нь тайлагдсан гэж тодорхойлогддог.</w:t>
      </w:r>
    </w:p>
    <w:p>
      <w:pPr>
        <w:pStyle w:val="ArticleBody"/>
        <w:jc w:val="left"/>
      </w:pPr>
      <w:r>
        <w:rPr>
          <w:rFonts w:ascii="Times New Roman" w:hAnsi="Times New Roman" w:eastAsia="Times New Roman" w:cs="Times New Roman"/>
        </w:rPr>
        <w:t>Тэр нууцлаг түүхэнд Үндсэн хуулийн гурван үндсэн замын тэмдгийн шугам дүрслэгдсэн байдаг. Энэ нь сүм ба төр нэгдэн араатны дүрийг бүрдүүлдэг үеийн шугам юм. Үүнд Америкийн Нэгдсэн Улсын ерөнхийлөгчдөд хандсан эш үзүүллэгийн шугам агуулагддаг бөгөөд энэ нь газрын араатны Бүгд Найрамдах эвэрний түүхэнд өрнөдөг улс төрийн тэмцлийн динамикийг дүрслэн харуулдаг. Тэр шугамд Америкийн Нэгдсэн Улсын улс төрийн хоёр гол намын зэрэгцээ түүхүүд багтдаг. Тэр шугам нь тэрслүү Протестантизмын эвэртэй 1844 онд эхэлснээсээ Ням гаргийн хуулийн үед иргэний засгийн газрын хяналтыг булаан авах хүртэл нягт холбоотой юм.</w:t>
      </w:r>
    </w:p>
    <w:p>
      <w:pPr>
        <w:pStyle w:val="ArticleBody"/>
        <w:jc w:val="left"/>
      </w:pPr>
      <w:r>
        <w:rPr>
          <w:rFonts w:ascii="Times New Roman" w:hAnsi="Times New Roman" w:eastAsia="Times New Roman" w:cs="Times New Roman"/>
        </w:rPr>
        <w:t>Урвагч Протестантизмын эш үзүүллэгийн үүрэгт Урвагч Протестантизмын бэлгэдэл болох Хасмонейн угсаат төрийн гэрчлэл багтана. Урвагч Протестантизмын эвэрний шугамын дэвсгэр дээр мөн Лаодикийн Долоо дахь өдрийн Адвентист сүмийн шугам бий. Лаодикийн Адвентизмын шугамаас нэг зуун дөчин дөрвөн мянгын шугам гарч ирдэг. Тэрхүү далд түүхэнд мөн гурав дахь гай зовлонгийн Исламын шугам бий. Орост нэг шугам бий, Нэгдсэн Үндэстний Байгууллагад нэг шугам бий, мөн мэдээж папын засаглалд ч нэг шугам бий.</w:t>
      </w:r>
    </w:p>
    <w:p>
      <w:pPr>
        <w:pStyle w:val="ArticleBody"/>
        <w:jc w:val="left"/>
      </w:pPr>
      <w:r>
        <w:rPr>
          <w:rFonts w:ascii="Times New Roman" w:hAnsi="Times New Roman" w:eastAsia="Times New Roman" w:cs="Times New Roman"/>
        </w:rPr>
        <w:t>Хэрэв эш үзүүллэгийг судлагч хүн эцсийн өдрүүдэд амьдарч буй Береач хүний адил өөрийгөө зориулбал, тэрээр дөчдүгээр эшлэлийн нуугдмал түүхэнд тодорхойлогдсон мөрүүдээр хооллох болно. Эш үзүүллэгийг судлагч нь тэрхүү номыг тэнгэрэлчийн гараас авч идэх болно. Тэгээд Ням гаргийн хуулийн эцсийн шалгалт ирэхэд, тэрээр лац нь тайлагдсан шөнийн дунд хашхирааны мэдээг ойлгосон байгаад зогсохгүй, харин АНУ-д араатны дүр хэрхэн бүрэлдэн тогтсоныг бүрэн ойлгосон байх болно.</w:t>
      </w:r>
    </w:p>
    <w:p>
      <w:pPr>
        <w:pStyle w:val="ArticleBody"/>
        <w:jc w:val="left"/>
      </w:pPr>
      <w:r>
        <w:rPr>
          <w:rFonts w:ascii="Times New Roman" w:hAnsi="Times New Roman" w:eastAsia="Times New Roman" w:cs="Times New Roman"/>
        </w:rPr>
        <w:t>Долоо дахь лацын гэрэл хаан ширээнээс гарч ирдэг бөгөөд арван онгон охины тухай сургаалт зүйрлэлийн хүрээнд энэ нь шөнө дундын хашхирааны мэдээ мөн. Шөнө дундын хашхирааны мэдээ нь өнгөрсөн үеийн хавчлагууд дахин давтагдах цаг үеийн төлөө мэргэн онгон охидыг бэлтгэдэг зүйл мөн.</w:t>
      </w:r>
    </w:p>
    <w:p>
      <w:pPr>
        <w:pStyle w:val="ArticleScripture"/>
        <w:jc w:val="left"/>
      </w:pPr>
      <w:r>
        <w:rPr>
          <w:rFonts w:ascii="Times New Roman" w:hAnsi="Times New Roman" w:eastAsia="Times New Roman" w:cs="Times New Roman"/>
        </w:rPr>
        <w:t>“Өнгөрсөн түүхээ эргэн харахдаа, өнөөгийн байр сууриндаа хүрэх хүртэлх урагшлалын алхам бүрээр дамжин өнгөрснөө санахад, би: Бурханыг магтагтун! гэж хэлж чадна. Бурхан юу үйлдсэнийг харах бүрд би гайхшралаар дүүрч, Удирдагч болох Христэд итгэх итгэлээр бэхэждэг. Эзэн биднийг хэрхэн удирдан авчирсан зам, мөн өнгөрсөн түүхэнд маань өгсөн Түүний сургаалыг бид мартсанаас бусдаар бол, ирээдүйгээс айх юу ч бидэнд үгүй.” Testimonies to Ministers, 31.</w:t>
      </w:r>
    </w:p>
    <w:p>
      <w:pPr>
        <w:pStyle w:val="ArticleBody"/>
        <w:jc w:val="left"/>
      </w:pPr>
      <w:r>
        <w:rPr>
          <w:rFonts w:ascii="Times New Roman" w:hAnsi="Times New Roman" w:eastAsia="Times New Roman" w:cs="Times New Roman"/>
        </w:rPr>
        <w:t>Эзэн Өөрийн ард түмнийг 2023 оны 7-р сард эхэлсэн шалгалтын үйл явцад удирдан дагуулж байна. Түүний удирдамжид дөчдүгээр эшлэлийн далд түүхтэй холбоотой эш үзүүллэгийн Үгийг нээж өгсөн нь багтсан. Тэрхүү түүх нь араатны хөрөг АНУ-д хэрхэн бүрэлдэн тогтдогийг тодорхойлдог бөгөөд мэдээж төгсгөлийн цаг үеийн үйл явдлын зөвхөн тэр нэгэн хэсгээс хавьгүй илүүг хамардаг. Бид Ням гаргийн хуулийн үед титэмлэсэн сорилттой нүүр тулж, өнгөрсөн үеийн хавчлагууд дахин давтагдаж эхлэх тэр үед, “Эзэн биднийг хэрхэн удирдан дагуулж ирснийг болон бидний өнгөрсөн түүхэн дэх Түүний сургаалыг мартахгүй байхаас өөрөөр ирээдүйн талаар айх юм бидэнд юу ч үгүй.”</w:t>
      </w:r>
    </w:p>
    <w:p>
      <w:pPr>
        <w:pStyle w:val="ArticleBody"/>
        <w:jc w:val="left"/>
      </w:pPr>
      <w:r>
        <w:rPr>
          <w:rFonts w:ascii="Times New Roman" w:hAnsi="Times New Roman" w:eastAsia="Times New Roman" w:cs="Times New Roman"/>
        </w:rPr>
        <w:t>Ням гаргийн хуулийн үед, Америкийн Нэгдсэн Улсад араатны дүр бүрэлдэх үеэр “өнгөрсөн түүх” дахин давтагдах болно. Иудагийн овгийн Арслан эцсийн мэдээгийн лацыг нээж, Өөрийн ард түмнийг дөчдүгээр эшлэлийн нуугдмал түүх рүү удирдсан. Тэнд Тэр Өөрийн ард түмэнд зөвхөн Өөрийн эш үзүүллэгийн Үгийг ойлгох төдийгүй, эцсийн хямралын үед Өөрийн төлөөлөгчид байх ёстой байсан Өөрийн ард түмний доторх тэрхүү хүмүүсийн тоонд багтахуйц туршлагад хүрэх эрх ба хариуцлагыг ч заасан.</w:t>
      </w:r>
    </w:p>
    <w:p>
      <w:pPr>
        <w:pStyle w:val="ArticleBody"/>
        <w:jc w:val="left"/>
      </w:pPr>
      <w:r>
        <w:rPr>
          <w:rFonts w:ascii="Times New Roman" w:hAnsi="Times New Roman" w:eastAsia="Times New Roman" w:cs="Times New Roman"/>
        </w:rPr>
        <w:t>Тэрхүү хүмүүсийн эш үзүүллэгийн шинж чанаруудын нэг нь тэд сэнтийнээс гарч буй гэрлээр хэрхэн явахаа мэддэгт оршино. Тэрхүү гэрэл нь дөчдүгээр эшлэлийн нуугдмал түүхийн гэрэл бөгөөд энэ нь Америкийн Нэгдсэн Улсад араатны дүрийг босгон байгуулахад оролцдог шашны, улс төрийн, нийгмийн болон эдийн засгийн үйл явцын харилцан хамаарлыг өчүүхэн нарийн хүртэл дүрслэн өгүүлдэг. Энэхүү ариун түүхийн талаар хүлээн зөвшөөрөгдсөн гэрэл нь эндээс жаахан, тэндээс жаахан, мөр дээр мөр тавих зарчмыг хэрэглэх замаар бий болдог бөгөөд өнгөрсөн үеийн хавчлага дахин эхлүүлэх үед илрэх түүхийг дүрслэн өгүүлдэг гэрэл мөн.</w:t>
      </w:r>
    </w:p>
    <w:p>
      <w:pPr>
        <w:pStyle w:val="ArticleBody"/>
        <w:jc w:val="left"/>
      </w:pPr>
      <w:r>
        <w:rPr>
          <w:rFonts w:ascii="Times New Roman" w:hAnsi="Times New Roman" w:eastAsia="Times New Roman" w:cs="Times New Roman"/>
        </w:rPr>
        <w:t>Мэдлэгийн өсөлтийг ойлгодог хүмүүс нь мэргэн хүмүүс бөгөөд мэдлэгийн өсөлт нь араатны хөрөг бүрэлдэн тогтохтой холбоотой; тиймээс мэргэн хүмүүс дэлхий дээр араатны хөрөг бүрэлдэн тогтох түүх ирэхээс өмнө тэрхүү бүрэлдэн тогтох түүхийг урьдаас ойлгох болно. Есүс Альфа ба Омега болохын хувьд аливаа зүйлийн төгсгөлийг тэрхүү зүйлийн эхлэлээр үргэлж дүрслэн харуулдаг.</w:t>
      </w:r>
    </w:p>
    <w:p>
      <w:pPr>
        <w:pStyle w:val="ArticleBody"/>
        <w:jc w:val="left"/>
      </w:pPr>
      <w:r>
        <w:rPr>
          <w:rFonts w:ascii="Times New Roman" w:hAnsi="Times New Roman" w:eastAsia="Times New Roman" w:cs="Times New Roman"/>
        </w:rPr>
        <w:t>Эгч Уайт Бурханы ард түмэн сэнтийнээс гарах гэрэлд алхах болно хэмээн тодорхойлсон тэрхүү хэсэг нь Testimonies, есдүгээр ботийн нэгдүгээр бүлгийн төгсгөл болохыг тэмдэглэх нь зүйтэй. Тэр бүлэг арван нэгдүгээр хуудсаас эхэлдэг; тиймээс уг бүлэг ес-арван нэгдүгээр дээр эхэлж, Ням гаргийн хуулийг дүрслэн төгсөнө. Энэ нь араатны дүрс байгуулагдах үеийг, мөн нэг зуун дөчин дөрвөн мянга илрэн гарч ирэхийг дүрслэн өгүүлдэг, гэвч та тэр бүлгийг тийм маягаар харах итгэлтэй байж гэмээнэ тийнхүү ойлгоно.</w:t>
      </w:r>
    </w:p>
    <w:p>
      <w:pPr>
        <w:pStyle w:val="ArticleBody"/>
        <w:jc w:val="left"/>
      </w:pPr>
      <w:r>
        <w:rPr>
          <w:rFonts w:ascii="Times New Roman" w:hAnsi="Times New Roman" w:eastAsia="Times New Roman" w:cs="Times New Roman"/>
        </w:rPr>
        <w:t>Есдүгээр ботийн эхний хэсэг болохын хувьд, энэ нь тийм тодорхойлолтоор эхэлж, «Хааны ирэлтэд зориулан» гэсэн гарчгийг хэрэглэдэг. Энэ нь зөвхөн Христийн Хоёр дахь ирэлтийг төдийгүй, мөн арван онгон охины тухай сургаалт зүйрлэлийг ч тодорхой эш татаж байгаа нь илэрхий бөгөөд, учир нь уг хэсгийн гарчиг цааш Паулын үгийг иш татдаг.</w:t>
      </w:r>
    </w:p>
    <w:p>
      <w:pPr>
        <w:pStyle w:val="ArticleScripture"/>
        <w:jc w:val="left"/>
      </w:pPr>
      <w:r>
        <w:rPr>
          <w:rFonts w:ascii="Times New Roman" w:hAnsi="Times New Roman" w:eastAsia="Times New Roman" w:cs="Times New Roman"/>
        </w:rPr>
        <w:t>“1-р хэсэг—Хааны ирэлтэд зориулан</w:t>
      </w:r>
    </w:p>
    <w:p>
      <w:pPr>
        <w:pStyle w:val="ArticleScripture"/>
        <w:jc w:val="left"/>
      </w:pPr>
      <w:r>
        <w:rPr>
          <w:rFonts w:ascii="Times New Roman" w:hAnsi="Times New Roman" w:eastAsia="Times New Roman" w:cs="Times New Roman"/>
        </w:rPr>
        <w:t>“‘Удахгүй, тун удахгүй, ирэх Нэгэн ирнэ, саатахгүй.’ Еврей 10:37.”</w:t>
      </w:r>
    </w:p>
    <w:p>
      <w:pPr>
        <w:pStyle w:val="ArticleBody"/>
        <w:jc w:val="left"/>
      </w:pPr>
      <w:r>
        <w:rPr>
          <w:rFonts w:ascii="Times New Roman" w:hAnsi="Times New Roman" w:eastAsia="Times New Roman" w:cs="Times New Roman"/>
        </w:rPr>
        <w:t>Дараах хоёр эшлэлийг орхигдуулсан боловч тэдгээр нь уг хэсгийн гэрэлд хувь нэмэр оруулдаг.</w:t>
      </w:r>
    </w:p>
    <w:p>
      <w:pPr>
        <w:pStyle w:val="ArticleScripture"/>
        <w:jc w:val="left"/>
      </w:pPr>
      <w:r>
        <w:rPr>
          <w:rFonts w:ascii="Times New Roman" w:hAnsi="Times New Roman" w:eastAsia="Times New Roman" w:cs="Times New Roman"/>
        </w:rPr>
        <w:t>Учир нь тун удахгүй, ирэх Нэгэн ирнэ, саатахгүй. Харин зөвт хүн итгэлээр амьдарна; гэвч хэрэв хэн нэгэн ухарвал, Миний сэтгэл түүнд таашаал үл олно. Харин бид бол сүйрэл уруу ухардаг хүмүүсийнх бус, харин сүнсээ авралд хүргэхийн тулд итгэдэг хүмүүсийнх мөн. Еврей 10:37–39.</w:t>
      </w:r>
    </w:p>
    <w:p>
      <w:pPr>
        <w:pStyle w:val="ArticleBody"/>
        <w:jc w:val="left"/>
      </w:pPr>
      <w:r>
        <w:rPr>
          <w:rFonts w:ascii="Times New Roman" w:hAnsi="Times New Roman" w:eastAsia="Times New Roman" w:cs="Times New Roman"/>
        </w:rPr>
        <w:t>Паул “мөхөл уруугаа ухардаг” хэмээн хэлсэн хүмүүсийн эсрэгээр итгэлтэй, мэргэн онгон охидыг эш татан Хабаккукыг дурдсан билээ. Хабаккук үүнийг ийнхүү хэлсэн юм:</w:t>
      </w:r>
    </w:p>
    <w:p>
      <w:pPr>
        <w:pStyle w:val="ArticleScripture"/>
        <w:jc w:val="left"/>
      </w:pPr>
      <w:r>
        <w:rPr>
          <w:rFonts w:ascii="Times New Roman" w:hAnsi="Times New Roman" w:eastAsia="Times New Roman" w:cs="Times New Roman"/>
        </w:rPr>
        <w:t>Харагтун, бардамнан өргөгдсөн түүний сэтгэл дотороо зөв шулуун бус; харин зөвт хүн итгэлээрээ амьдарна. Хабаккук 2:4.</w:t>
      </w:r>
    </w:p>
    <w:p>
      <w:pPr>
        <w:pStyle w:val="ArticleBody"/>
        <w:jc w:val="left"/>
      </w:pPr>
      <w:r>
        <w:rPr>
          <w:rFonts w:ascii="Times New Roman" w:hAnsi="Times New Roman" w:eastAsia="Times New Roman" w:cs="Times New Roman"/>
        </w:rPr>
        <w:t>Хабакукийн саатлын цаг нь арван охины саатлын цаг мөн бөгөөд, Еврей номоос авсан Паулын үгстэй холбоотойгоор ирэх Хааны тухай энэ бүлэг нь нэг зуун дөчин дөрвөн мянгын тамгалагдах үеийн туршид энэхүү бүлгийн төгс биелэл ба хэрэглээг тодорхойлдог. Тэр үе 2001 оны 9 дүгээр сарын 11-нд эхэлж, Ням гаргийн хууль дээр төгсөнө; энэ нь Лаодикеийн Адвентизмийн сүүлчийн хямрал бөгөөд арван охины тухай сургаалт зүйрлэлд Ням гаргийн хуулийн үед зан чанарын илрэл юм. Бүлгийн сүүлчийн догол мөрүүд Ням гаргийн хуулийг хөндөн өгүүлдэг бөгөөд бүлэг 2001 оны 9 дүгээр сарын 11-нийг хөндөн эхэлдэг.</w:t>
      </w:r>
    </w:p>
    <w:p>
      <w:pPr>
        <w:pStyle w:val="ArticleScripture"/>
        <w:jc w:val="left"/>
      </w:pPr>
      <w:r>
        <w:rPr>
          <w:rFonts w:ascii="Times New Roman" w:hAnsi="Times New Roman" w:eastAsia="Times New Roman" w:cs="Times New Roman"/>
        </w:rPr>
        <w:t>“Эцсийн хямрал”</w:t>
      </w:r>
    </w:p>
    <w:p>
      <w:pPr>
        <w:pStyle w:val="ArticleScripture"/>
        <w:jc w:val="left"/>
      </w:pPr>
      <w:r>
        <w:rPr>
          <w:rFonts w:ascii="Times New Roman" w:hAnsi="Times New Roman" w:eastAsia="Times New Roman" w:cs="Times New Roman"/>
        </w:rPr>
        <w:t>“Бид төгсгөлийн үед амьдарч байна. Түргэн биелж буй цаг үеийн тэмдгүүд Христийн ирэлт тун ойрхон байгааг тунхаглаж байна. Бидний амьдарч буй өдрүүд ноцтой бөгөөд чухал юм. Бурханы Сүнс газар дэлхийгээс аажмаар боловч гарцаагүйгээр татагдан буй. Бурханы нигүүлслийг үл тоомсорлогчдын дээр гай гамшиг ба шүүлтүүд хэдийнээ бууж байна. Газар дээрх болон тэнгис дэх гамшгууд, нийгмийн тогтворгүй байдал, дайны түгшүүрт дохио нь ёр бэлгэдэлтэй юм. Эдгээр нь асар их цар хүрээтэй ойртон ирж буй үйл явдлуудыг зөгнөн харуулж байна.”</w:t>
      </w:r>
    </w:p>
    <w:p>
      <w:pPr>
        <w:pStyle w:val="ArticleScripture"/>
        <w:jc w:val="left"/>
      </w:pPr>
      <w:r>
        <w:rPr>
          <w:rFonts w:ascii="Times New Roman" w:hAnsi="Times New Roman" w:eastAsia="Times New Roman" w:cs="Times New Roman"/>
        </w:rPr>
        <w:t>“Муугийн хүчнүүд хүчээ нэгтгэн, нягтран зохион байгуулж байна. Тэд эцсийн агуу хямралын төлөө хүчээ зузаатгаж байна. Манай дэлхийд удахгүй асар их өөрчлөлтүүд өрнөнө, эцсийн хөдөлгөөнүүд нь түргэн шуурхай байх болно.</w:t>
      </w:r>
    </w:p>
    <w:p>
      <w:pPr>
        <w:pStyle w:val="ArticleScripture"/>
        <w:jc w:val="left"/>
      </w:pPr>
      <w:r>
        <w:rPr>
          <w:rFonts w:ascii="Times New Roman" w:hAnsi="Times New Roman" w:eastAsia="Times New Roman" w:cs="Times New Roman"/>
        </w:rPr>
        <w:t>“Дэлхий дахины байдал нь хүнд хэцүү цаг үе яг бидний дээр ирээд буйг харуулж байна. Өдөр тутмын сонинууд ойрын ирээдүйд болох аймшигт мөргөлдөөний шинж тэмдгүүдээр дүүрэн байна. Зоримог дээрмүүд байнга гарч байна. Ажил хаялтууд нийтлэг үзэгдэл болжээ. Хулгай ба аллага хаа сайгүй үйлдэгдэж байна. Чөтгөрт эзэмдүүлсэн хүмүүс эрэгтэйчүүд, эмэгтэйчүүд, бага насны хүүхдүүдийн амийг авч байна. Хүмүүс бузар мууд ухаан алдартлаа автсан бөгөөд аливаа төрлийн хилэнц ноёрхож байна.</w:t>
      </w:r>
    </w:p>
    <w:p>
      <w:pPr>
        <w:pStyle w:val="ArticleScripture"/>
        <w:jc w:val="left"/>
      </w:pPr>
      <w:r>
        <w:rPr>
          <w:rFonts w:ascii="Times New Roman" w:hAnsi="Times New Roman" w:eastAsia="Times New Roman" w:cs="Times New Roman"/>
        </w:rPr>
        <w:t>“Дайсан нь шударга ёсыг гажуудуулж, хүмүүсийн зүрх сэтгэлийг хувиа хичээсэн ашиг хонжоо олох хүслээр дүүргэхдээ амжилтад хүрчээ. ‘Шударга ёс холдож зогсоно. Учир нь үнэн гудамжинд унасан бөгөөд шулуун ёс орж чадахгүй байна.’ Исаиа 59:14. Их хотуудад ядуурал, гачигдал дунд амьдарч, хоол хүнс, орон байр, хувцас хунарт бараг үгүй болсон үй олон хүн байхад, мөнөөх хотуудад зүрхний хүсэхээс ч илүүг эзэмшдэг, тансаглан амьдардаг, мөнгөө тансгаар тохижуулсан байшин сав, биеэ чимэхэд, эсвэл бүр ч дороор, махан биеийн тачаалт хүслийг хангахад, архи, тамхи болон тархины чадлыг сүйтгэж, оюун ухааныг тэнцвэргүй болгож, сэтгэлийг доройтуулдаг бусад зүйлд үрэн таран хийдэг хүмүүс ч байна. Өлсөж туйлдсан хүн төрөлхтний хашхираан Бурханы өмнө хүрч байхад, хүмүүс дарлал мөлжлөг, завшил луйврын элдэв хэлбэрээр асар их хөрөнгө хураасаар байна.”</w:t>
      </w:r>
    </w:p>
    <w:p>
      <w:pPr>
        <w:pStyle w:val="ArticleScripture"/>
        <w:jc w:val="left"/>
      </w:pPr>
      <w:r>
        <w:rPr>
          <w:rFonts w:ascii="Times New Roman" w:hAnsi="Times New Roman" w:eastAsia="Times New Roman" w:cs="Times New Roman"/>
        </w:rPr>
        <w:t>“Нэгэн удаа Нью-Йорк хотод байх үед шөнийн үзэгдэлд би тэнгэр өөд давхар давхараар сүндэрлэн босож буй барилгуудыг харахаар дуудагдав. Эдгээр барилгуудыг галд тэсвэртэй хэмээн баталгаажуулсан байсан бөгөөд эзэд болон барьж байгуулсан хүмүүсийнхээ алдар сууг өргөхийн тулд тэдгээрийг босгосон байв. Эдгээр барилгууд улам өндөр, бүр өндөр болсоор байсан бөгөөд тэдгээрт хамгийн үнэтэй материалыг хэрэглэж байлаа. Эдгээр барилгуудын эзэд өөрсдөөсөө: ‘Бид хэрхэн Бурханыг хамгийн сайн алдаршуулах вэ?’ хэмээн асууж байсангүй. Эзэн тэдний бодол санаанд байгаагүй.”</w:t>
      </w:r>
    </w:p>
    <w:p>
      <w:pPr>
        <w:pStyle w:val="ArticleScripture"/>
        <w:jc w:val="left"/>
      </w:pPr>
      <w:r>
        <w:rPr>
          <w:rFonts w:ascii="Times New Roman" w:hAnsi="Times New Roman" w:eastAsia="Times New Roman" w:cs="Times New Roman"/>
        </w:rPr>
        <w:t>“Би бодсон нь: ‘Ийнхүү өөрсдийн хөрөнгийг зарцуулж буй хүмүүс үйл хэргийг нь Бурхан хэрхэн хардаг тэрчлэн харж чаддаг ч болоосой! Тэд сүр жавхлант барилгуудыг овоолон босгож байна, гэвч орчлон ертөнцийн Захирагчийн мэлмийд тэдний төлөвлөж, сэдэж буй бүхэн нь ямар мунхаг ажээ. Тэд Бурханыг хэрхэн алдаршуулах вэ гэдгийг зүрх сэтгэл, оюун ухааныхаа бүх чадлаар судлан эрэлхийлэхгүй байна. Хүний эн тэргүүний үүрэг болох энэ зүйлийг тэд хараанаасаа алдсан байна.’”</w:t>
      </w:r>
    </w:p>
    <w:p>
      <w:pPr>
        <w:pStyle w:val="ArticleScripture"/>
        <w:jc w:val="left"/>
      </w:pPr>
      <w:r>
        <w:rPr>
          <w:rFonts w:ascii="Times New Roman" w:hAnsi="Times New Roman" w:eastAsia="Times New Roman" w:cs="Times New Roman"/>
        </w:rPr>
        <w:t>“Эдгээр сүрлэг өндөр барилгууд сүндэрлэн босохын хэрээр, эзэд нь өөрсдийн хүслийг хангаж, хөршүүдийнхээ атаархлыг хөдөлгөхөд ашиглах мөнгөтэйдээ омгорхол, ихэрхэл дүүрэн баярлаж байв. Тийнхүү тэдний оруулсан мөнгөний ихэнх нь шахалт мөлжлөгөөр, ядуусыг дарлан зовоох замаар олдсон байлаа. Тэд тэнгэрт бизнесийн гүйлгээ бүрийн тооцоо хөтлөгдөж байдаг; шударга бус наймаа бүр, залилан мэхлэлтийн үйлдэл бүр тэнд тэмдэглэгдэн үлддэг гэдгийг мартжээ. Тэдний залилан ба дээрэнгүй байдалд хүмүүс Эзэний цааш нь тэвчихгүй тэр хилд хүрэх цаг ирж байна, тэгээд тэд Иеховагийн тэвчээрт ч хязгаар байдаг гэдгийг мэдэх болно.”</w:t>
      </w:r>
    </w:p>
    <w:p>
      <w:pPr>
        <w:pStyle w:val="ArticleScripture"/>
        <w:jc w:val="left"/>
      </w:pPr>
      <w:r>
        <w:rPr>
          <w:rFonts w:ascii="Times New Roman" w:hAnsi="Times New Roman" w:eastAsia="Times New Roman" w:cs="Times New Roman"/>
        </w:rPr>
        <w:t>“Дараа нь миний өмнө өнгөрөн үзэгдсэн зүйл бол галын түгшүүр байлаа. Хүмүүс өндөр сүрлэг, галд шатахгүй хэмээн үздэг барилгуудыг хараад: ‘Эдгээр нь төгс аюулгүй’ гэж хэлэв. Гэвч эдгээр барилгууд давирхайгаар хийсэн мэт шатаж үгүй болов. Гал унтраах машинууд сүйрлийг тогтоон барихын тулд юу ч хийж чадсангүй. Гал сөнөөгчид машинуудаа ажиллуулж чадсангүй.</w:t>
      </w:r>
    </w:p>
    <w:p>
      <w:pPr>
        <w:pStyle w:val="ArticleScripture"/>
        <w:jc w:val="left"/>
      </w:pPr>
      <w:r>
        <w:rPr>
          <w:rFonts w:ascii="Times New Roman" w:hAnsi="Times New Roman" w:eastAsia="Times New Roman" w:cs="Times New Roman"/>
        </w:rPr>
        <w:t>“Эзэний цаг ирэхэд, бардам, шуналт хүний зүрх сэтгэлд ямар ч өөрчлөлт гараагүй хэвээр байвал, аврахад хүчирхэг байсан тэр гар устгахад ч мөн хүчирхэг байхыг хүмүүс ухаарах болно гэж надад заасан. Бурханы гарыг ямар ч газрын хүч тогтоон барьж үл чадна. Бурхан Өөрийн хуулийг үл ойшоосны болон хувиа хичээсэн шунахай хүсэл тэмүүллийнх нь төлөө хүмүүст хариу шийтгэл илгээхээр тогтоосон цаг ирэхэд, барилга байгууламжийг сүйрлээс нь хамгаалах ямар ч материалыг барихад ашиглаж үл болно.”</w:t>
      </w:r>
    </w:p>
    <w:p>
      <w:pPr>
        <w:pStyle w:val="ArticleScripture"/>
        <w:jc w:val="left"/>
      </w:pPr>
      <w:r>
        <w:rPr>
          <w:rFonts w:ascii="Times New Roman" w:hAnsi="Times New Roman" w:eastAsia="Times New Roman" w:cs="Times New Roman"/>
        </w:rPr>
        <w:t>Нийгмийн өнөөгийн байдлын үндэс сууринд оршиж буй шалтгаануудыг, боловсролын зүтгэлтнүүд болон төрийн зүтгэлтнүүдийн дунд хүртэл, ойлгодог хүн олон биш юм. Төрийн жолоог атгаж буй хүмүүс ёс суртахууны завхрал, ядуурал, гуйлгачлал, өсөн нэмэгдэж буй гэмт хэргийн асуудлыг шийдвэрлэж чаддаггүй. Тэд аж ахуйн үйл ажиллагааг илүү найдвартай үндсэн дээр тогтоохын төлөө хий дэмий тэмцэж байна. Хэрэв хүмүүс Бурханы Үгийн сургаалд илүү анхаарал хандуулдаг байсан бол, тэд өөрсдийг нь мэгдүүлж буй асуудлуудын шийдлийг олох байсан юм.</w:t>
      </w:r>
    </w:p>
    <w:p>
      <w:pPr>
        <w:pStyle w:val="ArticleScripture"/>
        <w:jc w:val="left"/>
      </w:pPr>
      <w:r>
        <w:rPr>
          <w:rFonts w:ascii="Times New Roman" w:hAnsi="Times New Roman" w:eastAsia="Times New Roman" w:cs="Times New Roman"/>
        </w:rPr>
        <w:t>“Судрууд Христийн хоёр дахь ирэлтийн яг өмнөхөн дэлхийн байдал ямар байхыг дүрслэн өгүүлдэг. Дээрэм тонуул ба мөлжлөгөөр асар их эд баялаг хураан цуглуулж буй хүмүүсийн тухай: ‘Та нар эцсийн өдрүүдэд зориулан эрдэнэс хураажээ. Харагтун, танай талбайг хадаж хураасан ажилчдын хөлсийг та нар луйвраар саатуулсан нь хашхирч байна; хураагчдын хашхираан түмэн цэргийн Эзэний чихэнд хүрчээ. Та нар газар дэлхий дээр цэнгэл жаргалд умбан, таашаалд автан амьдарсан; нядалгааны өдөр мэт зүрхээ таргалуулжээ. Та нар зөвт хүнийг яллаж, алсан; харин тэр та нарыг эсэргүүцдэггүй.’ Иаков 5:3–6.”</w:t>
      </w:r>
    </w:p>
    <w:p>
      <w:pPr>
        <w:pStyle w:val="ArticleScripture"/>
        <w:jc w:val="left"/>
      </w:pPr>
      <w:r>
        <w:rPr>
          <w:rFonts w:ascii="Times New Roman" w:hAnsi="Times New Roman" w:eastAsia="Times New Roman" w:cs="Times New Roman"/>
        </w:rPr>
        <w:t>“Харин цаг үеийн хурдан биелж буй тэмдгүүдээр өгөгдсөн сэрэмжлүүлгүүдийг хэн уншиж байна вэ? Ертөнцөд хамаарагч хүмүүст энэ нь ямар сэтгэгдэл төрүүлж байна вэ? Тэдний хандлагад ямар өөрчлөлт харагдаж байна вэ? Ноагийн үеийн ертөнцийн оршин суугчдын хандлагад харагдаж байсан хэмжээнээс илүүгүй. Үерийн өмнөх үеийн хүмүүс ертөнцийн ажил хэрэг, цэнгэлд автан, ‘Үер ирж, тэднийг бүгдийг нь авч одно гэж мэдсэнгүй.’ Матай 24:39. Тэдэнд тэнгэрээс илгээгдсэн сэрэмжлүүлгүүд байсан боловч тэд сонсохоос татгалзсан. Өнөөдөр ч мөн адил, Бурханы анхааруулах дуу хоолойд огтхон ч хайхрамжгүй хандсан энэ ертөнц мөнхийн сүйрэл өөд яаран давхиж байна.</w:t>
      </w:r>
    </w:p>
    <w:p>
      <w:pPr>
        <w:pStyle w:val="ArticleScripture"/>
        <w:jc w:val="left"/>
      </w:pPr>
      <w:r>
        <w:rPr>
          <w:rFonts w:ascii="Times New Roman" w:hAnsi="Times New Roman" w:eastAsia="Times New Roman" w:cs="Times New Roman"/>
        </w:rPr>
        <w:t>“Дэлхий ертөнц дайны сүнсээр хөдөлгөөнд орж байна. Даниелын арван нэгдүгээр бүлгийн эш үзүүллэг бараг бүрэн биеллээ олжээ. Удахгүй эш үзүүллэгүүдэд өгүүлсэн гай зовлонгийн үзэгдлүүд биелэн тохиолдох болно.</w:t>
      </w:r>
    </w:p>
    <w:p>
      <w:pPr>
        <w:pStyle w:val="ArticleScripture"/>
        <w:jc w:val="left"/>
      </w:pPr>
      <w:r>
        <w:rPr>
          <w:rFonts w:ascii="Times New Roman" w:hAnsi="Times New Roman" w:eastAsia="Times New Roman" w:cs="Times New Roman"/>
        </w:rPr>
        <w:t>“‘“Харагтун, ЭЗЭН газрыг хоосруулж, эзгүйрүүлэн, түүнийг орвонгоор нь эргүүлж, оршин суугчдыг нь тараан бутраана…. Учир нь тэд хуулиудыг зөрчиж, тогтоолыг өөрчилж, мөнхийн гэрээг зөрчсөн билээ. Тиймээс хараал газрыг залгин идэж, тэнд оршин суугчид сүйрэн хоосорно…. Бөмбөрийн цэнгэл зогсож, баясагчдын дуу намдаж, ятгын баяр хөөр тасарна.’ Исаиа 24:1–8.</w:t>
      </w:r>
    </w:p>
    <w:p>
      <w:pPr>
        <w:pStyle w:val="ArticleScripture"/>
        <w:jc w:val="left"/>
      </w:pPr>
      <w:r>
        <w:rPr>
          <w:rFonts w:ascii="Times New Roman" w:hAnsi="Times New Roman" w:eastAsia="Times New Roman" w:cs="Times New Roman"/>
        </w:rPr>
        <w:t>“‘Өө, энэ өдрөөс болж гашууд! Учир нь ЭЗЭНий өдөр ойрхон байна, Төгс Хүчит Нэгэнээс ирэх сүйрэл мэтээр тэр ирнэ…. Үр нь шороон бөөнцгүүдийнхээ дор өмхөрчээ, агуулахууд эзгүйрэн хоосорчээ, амбаарууд нуржээ, учир нь тариа хатжээ. Адгуус амьтад хичнээн ёолно вэ! Үхэр сүргүүд бэлчээргүй тул мэгдэн будилж байна; тийм ээ, хонин сүргүүд ч мөн сүйрэн эзгүйрчээ.’ ‘Усан үзмийн мод хатаж, инжрийн мод гандаж байна; анар мод, далдуу мод, алимны мод, тэр бүү хэл талын бүх модод хүртэл хатжээ; учир нь хүний хөвгүүдээс баяр хөөр хатан оджээ.” Иоел 1:15–18, 12.</w:t>
      </w:r>
    </w:p>
    <w:p>
      <w:pPr>
        <w:pStyle w:val="ArticleScripture"/>
        <w:jc w:val="left"/>
      </w:pPr>
      <w:r>
        <w:rPr>
          <w:rFonts w:ascii="Times New Roman" w:hAnsi="Times New Roman" w:eastAsia="Times New Roman" w:cs="Times New Roman"/>
        </w:rPr>
        <w:t>“‘Зүрхнийхээ гүнд би шаналж байна; … Би дуугүй байж үл чадна. Учир нь, ай сэтгэл минь, чи бүрээний дуу, дайны түгшүүрийн дохионуудыг сонслоо. Сүйрэл дээр сүйрэл хашхирагдана; учир нь бүх газар нутаг сүйрч хоосорлоо.’ Иеремиа 4:19, 20.”</w:t>
      </w:r>
    </w:p>
    <w:p>
      <w:pPr>
        <w:pStyle w:val="ArticleScripture"/>
        <w:jc w:val="left"/>
      </w:pPr>
      <w:r>
        <w:rPr>
          <w:rFonts w:ascii="Times New Roman" w:hAnsi="Times New Roman" w:eastAsia="Times New Roman" w:cs="Times New Roman"/>
        </w:rPr>
        <w:t>“‘Би газрыг харахад, үзэгтүн, тэр нь хэлбэр дүрсгүй, хоосон байв; мөн тэнгэрийг харахад, тэнд гэрэл байсангүй. Би уулсыг харахад, үзэгтүн, тэд чичирч байв, бүх толгод ганхлан хөдөлж байлаа. Би харахад, үзэгтүн, нэг ч хүн байсангүй, мөн тэнгэрийн бүх шувууд дүрвэн одсон байв. Би харахад, үзэгтүн, үр жимстэй нутаг цөл болсон байв, мөн түүний бүх хотууд нурж сүйдсэн байлаа.’ 23–26-р ишлэлүүд.</w:t>
      </w:r>
    </w:p>
    <w:p>
      <w:pPr>
        <w:pStyle w:val="ArticleScripture"/>
        <w:jc w:val="left"/>
      </w:pPr>
      <w:r>
        <w:rPr>
          <w:rFonts w:ascii="Times New Roman" w:hAnsi="Times New Roman" w:eastAsia="Times New Roman" w:cs="Times New Roman"/>
        </w:rPr>
        <w:t>“‘“Халаг! Учир нь тэр өдөр агуу бөлгөө, түүнтэй адил нь үгүй: энэ нь Иаковын зовлонгийн цаг мөн; харин тэр үүнээс аврагдах болно.” Иеремиа 30:7.</w:t>
      </w:r>
    </w:p>
    <w:p>
      <w:pPr>
        <w:pStyle w:val="ArticleScripture"/>
        <w:jc w:val="left"/>
      </w:pPr>
      <w:r>
        <w:rPr>
          <w:rFonts w:ascii="Times New Roman" w:hAnsi="Times New Roman" w:eastAsia="Times New Roman" w:cs="Times New Roman"/>
        </w:rPr>
        <w:t>“Энэ дэлхий дээрх бүх хүн Бурханы эсрэг дайсантай тал нийлээгүй. Бүгд урвагч болоогүй. Бурханд үнэнч цөөн хэдэн хүн бий; учир нь Иохан: ‘Энд Бурханы тушаалуудыг сахиж, Есүсийн итгэлийг хадгалагчид байна’ гэж бичсэн байдаг.” Илчлэлт 14:12. Удахгүй Бурханд үйлчилдэг хүмүүс болон Түүнд үйлчилдэггүй хүмүүсийн хооронд тэмцэл ширүүнээр өрнөнө. Удахгүй ганхаж болох бүх зүйл ганхагдаж, ингэснээр ганхашгүй зүйлс үлдэн хоцорно.</w:t>
      </w:r>
    </w:p>
    <w:p>
      <w:pPr>
        <w:pStyle w:val="ArticleScripture"/>
        <w:jc w:val="left"/>
      </w:pPr>
      <w:r>
        <w:rPr>
          <w:rFonts w:ascii="Times New Roman" w:hAnsi="Times New Roman" w:eastAsia="Times New Roman" w:cs="Times New Roman"/>
        </w:rPr>
        <w:t>“Сатан Библийг хичээнгүйлэн судалдаг сурагч мөн. Тэр өөрийн цаг богино болсныг мэддэг бөгөөд энэ дэлхий дээрх Эзэний ажлыг алхам тутамд нь саатуулан эсэргүүцэхийг эрмэлздэг. Тэнгэрлэг алдрын гэрэл ба өнгөрсөн үеийн хавчлагуудын дахин давталт хоорондоо сүлэлдэх үед газар дэлхий дээр амьд байх Бурханы ард түмний туулж өнгөрүүлэх туршлагын талаар ямар нэгэн төсөөлөл бүрэн өгөх боломжгүй. Тэд Бурханы сэнтийгээс цацран гарах гэрэл дотор алхах болно. Тэнгэрэлч нарын зуучлалаар тэнгэр ба газрын хооронд тасралтгүй харилцаа байх болно. Харин Сатан, муу тэнгэрэлч нараар хүрээлүүлэн, өөрийгөө Бурхан хэмээн зарлаж, хэрэв боломжтой бол бүр сонгогдогсдыг хүртэл мэхлэхийн тулд элдэв төрлийн гайхамшгийг үйлдэх болно. Бурханы ард түмэн гайхамшиг үйлдэхэд өөрсдийн аюулгүй байдлыг олохгүй; учир нь Сатан үйлдэгдэх гайхамшгуудыг хуурамчаар дууриалгана. Бурханаар соригдож, шалгагдсан ард түмэн өөрсдийн хүч чадлыг Египетээс гарсан нь 31:12–18-д өгүүлсэн тэмдэг дотор олох болно. Тэд амьд Үгэн дээр байр сууриа баттай эзлэх ёстой: ‘Бичигдсэн нь.’ Энэ бол тэдний бат зогсож чадах цорын ганц суурь мөн. Бурхантай байгуулсан гэрээгээ зөрчсөн хүмүүс тэр өдөр Бурхангүй бөгөөд найдваргүй байх болно.”</w:t>
      </w:r>
    </w:p>
    <w:p>
      <w:pPr>
        <w:pStyle w:val="ArticleScripture"/>
        <w:jc w:val="left"/>
      </w:pPr>
      <w:r>
        <w:rPr>
          <w:rFonts w:ascii="Times New Roman" w:hAnsi="Times New Roman" w:eastAsia="Times New Roman" w:cs="Times New Roman"/>
        </w:rPr>
        <w:t>Бурханд мөргөгчид дөрөвдүгээр тушаалыг хүндэтгэн сахидгаараа онцгой ялгаран танигдах болно. Учир нь энэ нь Бурханы бүтээх хүчний тэмдэг бөгөөд хүнд Түүнд хүндлэл, сүсэг бишрэл өргөх ёстой гэсэн Түүний эрхийн гэрч мөн. Харин хорон муу хүмүүс Бүтээгчийн дурсгалыг нураан унагах, Ромын тогтоолыг өргөмжлөх гэсэн оролдлогоороо ялгаран танигдана. Энэхүү тэмцлийн асуудалд бүх Христийн ертөнц Бурханы тушаалуудыг сахиж, Есүсийн итгэлийг хадгалдаг хүмүүс, мөн араатан ба түүний хөрөгт мөргөж, түүний тамгыг хүлээн авдаг хүмүүс гэсэн хоёр их ангид хуваагдана. Хэдийгээр сүм ба төр хүчээ нэгтгэн, “бага, их, баян, ядуу, эрх чөлөөт, боол” бүгдийг араатны тамгыг хүлээн авахад албадана ч гэсэн Бурханы ард түмэн түүнийг хүлээн авахгүй. Илчлэлт 13:16. Патмосын эш үзүүлэгч “араатан, түүний хөрөг, түүний тамга, нэрийнх нь тоо дээр ялалт байгуулсан хүмүүсийг Бурханы ятгуудыг барин, шилэн тэнгисийн дэргэд зогсож буйг” харж, Мосе болон Хурганы дууг дуулж байгааг үздэг. Илчлэлт 15:2.</w:t>
      </w:r>
    </w:p>
    <w:p>
      <w:pPr>
        <w:pStyle w:val="ArticleScripture"/>
        <w:jc w:val="left"/>
      </w:pPr>
      <w:r>
        <w:rPr>
          <w:rFonts w:ascii="Times New Roman" w:hAnsi="Times New Roman" w:eastAsia="Times New Roman" w:cs="Times New Roman"/>
        </w:rPr>
        <w:t>“Аймшигт сорилт, шалгалтууд Бурханы ард түмнийг хүлээж байна. Дайны сүнс газар дэлхийн нэг зах хязгаараас нөгөө зах хязгаар хүртэлх үндэстнүүдийг хөдөлгөж байна. Гэвч ирж буй зовлонгийн цагийн дунд,—үндэстэн бий болсноос хойш огт байгаагүй тийм зовлонгийн цагт,—Бурханы сонгогдсон ард түмэн үл хөдлөн зогсоно. Сатан болон түүний цэрэг тэднийг сүйрүүлж чадахгүй, учир нь хүчин чадлаар үлэмж дээд тэнгэрэлч нар тэднийг хамгаалах болно.” Testimonies, volume 9, 11–17.</w:t>
      </w:r>
    </w:p>
    <w:p>
      <w:pPr>
        <w:pStyle w:val="ArticleBody"/>
        <w:jc w:val="left"/>
      </w:pPr>
      <w:r>
        <w:rPr>
          <w:rFonts w:ascii="Times New Roman" w:hAnsi="Times New Roman" w:eastAsia="Times New Roman" w:cs="Times New Roman"/>
        </w:rPr>
        <w:t>“Бурханы шалгагдаж, соригдсон ард түмэн”, Түүний “сонгогдсон ард түмэн” болох зуун дөчин дөрвөн мянган хүн “өнгөрсөн үеийн хавчлагууд” дахин давтагдах үед “ганхашгүй зогсоно”. Тэдний “алхах” гэрэл нь долоо дахь лацын мэдээний гэрэл бөгөөд, тэр нь шөнө дундын хашхираан мөн, мөн араатны дүр хэрхэн бүрэлдэн тогтож буйг илтгэн таниулах гэрэл юм.</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нууцлаг түүх — Дөрөвдүгээр дугаар</dc:title>
  <dc:subject>Сорилт ба ялалт: Араатны дүрийн бүрэлдэн тогтохуй ба мэргэн хүмүүсийн тамгалагдах нь</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