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Дөчдүгээр зүйлийн нууц түүх - Тавдугаар дугаар</w:t>
      </w:r>
    </w:p>
    <w:p>
      <w:pPr>
        <w:pStyle w:val="ArticleSubtitle"/>
        <w:jc w:val="left"/>
      </w:pPr>
      <w:r>
        <w:rPr>
          <w:rFonts w:ascii="Arial" w:hAnsi="Arial" w:eastAsia="Arial" w:cs="Arial"/>
        </w:rPr>
        <w:t>Эхний Дөрвөн Өгүүллийг Шинэчлэн Сэргээх</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2026-04-01</w:t>
      </w:r>
    </w:p>
    <w:p>
      <w:pPr>
        <w:pStyle w:val="ArticleBody"/>
        <w:jc w:val="left"/>
      </w:pPr>
      <w:r>
        <w:rPr>
          <w:rFonts w:ascii="Times New Roman" w:hAnsi="Times New Roman" w:eastAsia="Times New Roman" w:cs="Times New Roman"/>
        </w:rPr>
        <w:t>Бид дөчдүгээр эшлэлийн нуугдмал түүхийг тодорхойлохоор дахин эргэн ирж буй энэ үед, энэхүү цувралын эхний дөрвөн өгүүллийн үндсэн агуулгыг юуны өмнө эргэн хянах нь зохистой мэт санагдана. Энэхүү цувралын дөрвөн өгүүллийн эхнийх нь эш үзүүллэгийн тайлбарыг толилуулж, Христийг Иуда овгийн Арслан (мөн Альфа ба Омега) хэмээн дүрслэн, Тэрээр чухал мөчүүдэд Даниелын арван нэгдүгээр бүлгийн хэсгүүдийн лацыг нээж, 144,000-ын эцсийн шинэчлэлийн хөдөлгөөнийг удирддаг хэмээн харуулсан. Түүнчлэн эхний ба хоёр дахь тэнгэрэлчийн түүх нь гурав дахь тэнгэрэлчийн мэдээний түүхтэй нийцдэгийг тодорхойлон, ийнхүү 1989 онд (1863 оны Адвентист бослогоос 126 жилийн дараа) Арслан Даниел 11:40–45-ыг лацнаас нь тайлсан болохыг тогтоосон. Лац нь тайлагдсан тэрхүү эшлэлүүд нь папын эрх мэдлийн 1798 оны үхлийн шарх, түүний эдгэрэлтийг—луу, араатан, хуурамч эш үзүүлэгчийн гуравласан холбоогоор дамжин—дөчин тавдугаар эшлэлийн “алдарт ариун уул” дахь Армагеддон руу хөтлөн очихыг мөрдөн үзүүлдэг. Нэг зуун дөчин дөрвөн мянгын хөдөлгөөн АНУ-д тун удахгүй ирэх Ням гаргийн хуулийн зүг ойртож буй энэ үед, дөчдүгээр эшлэлийн нуугдмал түүх (1989 оноос тэрхүү Ням гаргийн хууль хүртэл үргэлжлэх) 2023 оны долоодугаар сард лацнаас тайлагдаж эхэлсэн юм.</w:t>
      </w:r>
    </w:p>
    <w:p>
      <w:pPr>
        <w:pStyle w:val="ArticleBody"/>
        <w:jc w:val="left"/>
      </w:pPr>
      <w:r>
        <w:rPr>
          <w:rFonts w:ascii="Times New Roman" w:hAnsi="Times New Roman" w:eastAsia="Times New Roman" w:cs="Times New Roman"/>
        </w:rPr>
        <w:t>Эллен Уайтын тайлбараас үзвэл, сүүлчийн өдрүүдтэй холбоотой Даниелын лацдаагүй номын хэсэг нь зогсон бат зогсох ардыг бэлтгэдэг “мэдлэгийн өсөлт”-ийг бий болгодог. Арван охины сургаалт зүйрлэл дэх “тос” нь Ариун Сүнс, тэнгэрлэг мэдээнүүд болон зан чанар хэмээн тодорхойлогддог. Лац тайлагдах явдал нь Даниел 12:10-д буй гурвалсан сорилтын үйл явцыг өдөөсөн бөгөөд тэнд олон хүн “ариусгагдаж, цайруулагдаж, шалгагдана.” Энэ түүх нь 1989 он, 2001 оны 9 дүгээр сарын 11, мөн 2023 оны 7 дугаар сараас эхлэн эш үзүүллэгийн лац тайлагдсан хэд хэдэн эш үзүүллэгийн цэгүүдийг төлөөлдөг. Эдгээр янз бүрийн лац тайлагдлууд нь 1989 оноос 9/11 хүртэлх үеийг, 9/11-ээс тун удахгүй гарах Ням гаргийн хуулийг хүртэлх үеийг, мөн 2020 оны 7 дугаар сарын 18-наас 2023 оны 12 дугаар сарын 31 хүртэлх саатлын цагийн үеийг төлөөлөх бөгөөд энэ хугацаанд Шөнө дундын Хашхирааны мэдээ Ням гаргийн хууль хүртэл аажмаар лац тайлагддаг.</w:t>
      </w:r>
    </w:p>
    <w:p>
      <w:pPr>
        <w:pStyle w:val="ArticleBody"/>
        <w:jc w:val="left"/>
      </w:pPr>
      <w:r>
        <w:rPr>
          <w:rFonts w:ascii="Times New Roman" w:hAnsi="Times New Roman" w:eastAsia="Times New Roman" w:cs="Times New Roman"/>
        </w:rPr>
        <w:t>Езекиел 37-ын хуурай яснуудаар, мөн Илчлэл арван нэгдүгээр бүлгийн Сүнсээр дүүргэгдэх үедээ босон зогсдог хоёр гэрчээр дүрслэгдсэн, нэг зуун дөчин дөрвөн мянгад багтах нэр дэвшигчдийн сэргэлт нь лацыг нээх үйлээр биелдэг. Хэрэв Бурханы ард түмэн папын эрх мэдэл ба Ням гаргийн хууль зэрэг аюулуудыг харуулдаг энэ “үнэт гэрэл”-д сэрэхгүй бол, тэрс үзлүүд тэднийг шигшинэ (үр тарианаас хальсыг ялгах адил). 1888 оны Блэйрийн хууль болон Патриот акт зэрэг өмнөх эш үзүүллэгийн тэмдэг-замуудыг эш үзүүллэгийн анхааруулгууд хэмээн тодорхойлсон. Тус өгүүлэлд Даниел арван нэгдүгээр бүлэгт агуулагдсан эш үзүүллэгийн түүхийн өмнөх бүх шугамууд 40–45-р эшлэлүүдэд давтагддаг болохыг тогтоосон. Мөн араатны дүр эхлээд 321 он болон анхны Ням гаргийн хуулиар бэлгэдэгдсэнээр Америкийн Нэгдсэн Улсад, дараа нь дэлхийд байгуулагддаг бөгөөд үүний дараа 538 оноор хэв шинжлэгдсэн дэлхий нийтийн араатны дүр тогтож, Михаел босож, нигүүлслийн хугацаа хаагддаг болохыг тус өгүүлэл тодорхойлсон.</w:t>
      </w:r>
    </w:p>
    <w:p>
      <w:pPr>
        <w:pStyle w:val="ArticleBody"/>
        <w:jc w:val="left"/>
      </w:pPr>
      <w:r>
        <w:rPr>
          <w:rFonts w:ascii="Times New Roman" w:hAnsi="Times New Roman" w:eastAsia="Times New Roman" w:cs="Times New Roman"/>
        </w:rPr>
        <w:t>Дөрвөн өгүүллийн хоёр дахь нь Илчлэлт 13:11-ийн биелэлд Америкийн Нэгдсэн Улс “ярьж” эхэлснийг 2001 оны Патриот хуулиар тодорхойлон, эш үзүүллэгийн хүрээг үргэлжлүүлж байна. Патриот хууль нь Библийн эш үзүүллэг дэх зургаа дахь хаант улсын эхэнд буй гурван тэмдэгт үе шаттай зэрэгцэх Үндсэн хуулийг үгүйсгэсэн гурван үйлдлийн эхнийх нь байв; 1776 оны Тусгаар тогтнолын тунхаглал, 1789 оны Үндсэн хууль, 1798 оны Гадаадынхан ба үймээн самууны тухай хуулиуд. 1888 оны бүтэлгүйтсэн Блэйрийн хуулийн төсөл буюу үндэсний ням гаргийн хууль тогтоох оролдлого нь 66 онд Цестийн бүслэлт буцсан шиг татагдан буусан бөгөөд энэ хоёр нь хоёулаа 2001 оныг хэв шинжлэн заасан юм. Тэр үед Патриот хууль Америкийн Нэгдсэн Улсад араатны дүрийн сорилтын үеийг эхлүүлсэн. Патриот хууль нь 1776 онтой дүйж, англи эрх зүйн “гэм буруугүй нь нотлогдох хүртэл гэм буруугүйд тооцох” нийтлэг эрх зүйг халж, Ромын “гэм буруутай нь нотлогдох хүртэл гэм буруутайд тооцох” иргэний эрх зүйгээр сольсон. 1789 оноор төлөөлөгдөх дундах тэмдэгт үе шат болох 2022 оны нэгдүгээр сард эхэлсэн Пелосигийн шүүлтүүд нь улс төрийн хуулийн дайралт, хуурамч халдлагын ажиллагаа, агентлагуудын завхралаар дамжуулан процессын болон мөн чанарын хууль ёсны журмыг гишгэлэн няцалж, суурь эрхүүдийг ил тод үгүйсгэсэн. 2001 оны Патриот хууль, 2022 оны Пелосигийн шүүлтүүд, мөн ирэх ням гаргийн хууль дахь “ярих” эдгээр гурван тэмдэгт үе шат нь Америкийн Нэгдсэн Улсын Үндсэн хуулийн бүх зарчмыг алхам алхмаар үгүйсгэж байна.</w:t>
      </w:r>
    </w:p>
    <w:p>
      <w:pPr>
        <w:pStyle w:val="ArticleBody"/>
        <w:jc w:val="left"/>
      </w:pPr>
      <w:r>
        <w:rPr>
          <w:rFonts w:ascii="Times New Roman" w:hAnsi="Times New Roman" w:eastAsia="Times New Roman" w:cs="Times New Roman"/>
        </w:rPr>
        <w:t>Дараа нь Протестантизм папизм болон спиритизмтай гуравчилсан нэгдэлд гар нийлэх бөгөөд тэр үед Америкийн Нэгдсэн Улс луу мэт ярьж, араатны дүрийг бүрэн байгуулж, сорилтын аягаа дүүргэн, зургаа дахь хаанчлалын хувьд оршин байхаа болино. Үндэсний тэрс урвалтын дараа үндэсний сүйрэл дагалдана. Ням гаргийн хуулийн үеийн тэрхүү ярих үйл нь 321 онд Константины эхлүүлсэн анхны Ням гаргийн хуулиар бэлгэдэгддэг бөгөөд дараа нь төгсгөлийн, сүүлчийн Ням гаргийн хууль нь 538 оноор төлөөлөгдөнө.</w:t>
      </w:r>
    </w:p>
    <w:p>
      <w:pPr>
        <w:pStyle w:val="ArticleBody"/>
        <w:jc w:val="left"/>
      </w:pPr>
      <w:r>
        <w:rPr>
          <w:rFonts w:ascii="Times New Roman" w:hAnsi="Times New Roman" w:eastAsia="Times New Roman" w:cs="Times New Roman"/>
        </w:rPr>
        <w:t>Эдгээр бүх үйл явдал нь Даниел 11:40-ийн эш үзүүллэгийн түүхэнд далдлагдан оршдог бөгөөд энэ нь Миллеритүүдийн шугамтай, мөн Христээс загалмай хүртэлх шугамтай зэрэгцэн явдаг. Илчлэлт 12:15–16-д Үндсэн хуулийг нэгэн цагт лууны хавчлагын үерийг залгисан “газар” хэмээн дүрсэлдэг бөгөөд эцэст нь удахгүй ирэх Ням гаргийн хуулийн үед луу мэт ярьдаг. Ellen White-ийн Testimonies, volume 5 (pages 711 and 451, 452)-д буй, папад буулт хийсэн аливаа шашны хууль тогтоомж болон Ням гаргийн хууль нь лууны сүнсийг илчлэх болно гэсэн сэрэмжлүүлэг нь 1776, 1789, 1798 гэсэн гурван алхам нь эцсийн сорилтоор төгсөх төгсгөлийн гурван шатат шалгалтын үйл явцыг бэлгэддэг тэмдэглэлт цэгүүд мөн бөгөөд Бурханы ардыг бат зогсоход бэлтгэдэг зүйл нь тэрхүү шалгалтын үйл явц мөн болохыг баталж байна.</w:t>
      </w:r>
    </w:p>
    <w:p>
      <w:pPr>
        <w:pStyle w:val="ArticleBody"/>
        <w:jc w:val="left"/>
      </w:pPr>
      <w:r>
        <w:rPr>
          <w:rFonts w:ascii="Times New Roman" w:hAnsi="Times New Roman" w:eastAsia="Times New Roman" w:cs="Times New Roman"/>
        </w:rPr>
        <w:t>Гурав дахь өгүүлэл нь Ellen White-ийн Testimonies, 5-р боть, 451, 452-р хуудсуудад буй анхааруулгыг цаашид дэлгэрүүлэн тайлбарлаж, АНУ-д удахгүй гарах Ням гаргийн хууль нь тухайн үндэстэн зөвт байдлаас бүрэн тасран салж, гурав дахин холбоог (Протестантизм нь Ромын шашин болон спиритизмтэй гар барихыг) гүйцэлдүүлдэг шийдвэрлэх мөчийг тэмдэглэнэ хэмээн нотолдог. Тэгээд АНУ нь протестант бөгөөд бүгд найрамдах засаглалын хувьд Үндсэн хуулийн бүх зарчмыг няцааж, папын төөрөгдлүүдийг түгээн дэлгэрүүлнэ. Энэ нь Бурханы хүлээцийн хязгаар хүрч, улмаар тэр үндэстний гэмийн аяга дүүрч, энэрлийн тэнгэрэлч одон зайлахад хүргэн, үндэстний сүйрлийг эхлүүлсний дохио мөн. Тэгээд “Хэр удаан?” хэмээх тав дахь лацан доорх алагдагсдын хашхиралтын хариу нь папын нөлөөн дор амиа алдсан алагдагсдын хоёр дахь бүлэг бүрэлдэн гүйцэх үед ирнэ. “Ням гаргийн хөдөлгөөн” дуугарч эхлэхэд луугийн сүнс илчлэгддэг бөгөөд энэ нь сүйрэл ирэхээс өмнө хотоос зугтах тэмдэг болгон өгөгдсөн, Даниелийн хэлж, Христийн эш татсан орчин үеийн “хоосролын жигшүүрт зүйл” болж үйлчилнэ. Ням гаргийн хууль нь 2001 онд Patriot Act-аар эхэлсэн Үндсэн хуулийг үе шаттайгаар няцаах үйл явцын төгсгөл бөгөөд үүний хэв шинж нь 1888 оны Blair Bills, МЭ 66 оны Цестийн бүслэлт, Христийн баптисм, 1840 оны 8-р сарын 11, мөн The Declaration of Independence-д тус тус үзэгдсэн юм.</w:t>
      </w:r>
    </w:p>
    <w:p>
      <w:pPr>
        <w:pStyle w:val="ArticleBody"/>
        <w:jc w:val="left"/>
      </w:pPr>
      <w:r>
        <w:rPr>
          <w:rFonts w:ascii="Times New Roman" w:hAnsi="Times New Roman" w:eastAsia="Times New Roman" w:cs="Times New Roman"/>
        </w:rPr>
        <w:t>АНУ-д араатны дүр төрх бүрэлдэх үе нь нарийн төвөгтэй хоёрдмол шугамыг агуулдаг бөгөөд үүнд Бүгд Найрамдах (улс төрийн) болон Протестант (шашны) зэрэгцээ “эвэр”-үүд оролцож, эцэстээ Ням гаргийн хуулийг сүм-улсын хамтарсан хэрэгжилтээр нэгтгэн тогтоодог. Энэхүү харилцаа нь папын араатныг эмэгтэй нь захирч буй байдлыг тусган дуурайдаг бөгөөд сүм ба төрийг тусгаарлах тухай Үндсэн хуулийн үндсэн зарчим няцаагдах үед бүрэн илэрхийлэгддэг.</w:t>
      </w:r>
    </w:p>
    <w:p>
      <w:pPr>
        <w:pStyle w:val="ArticleBody"/>
        <w:jc w:val="left"/>
      </w:pPr>
      <w:r>
        <w:rPr>
          <w:rFonts w:ascii="Times New Roman" w:hAnsi="Times New Roman" w:eastAsia="Times New Roman" w:cs="Times New Roman"/>
        </w:rPr>
        <w:t>Дотоод утгаараа, араатны дүрсний сорилтын үе нь бүх хүмүүсийн дунд зан чанар төлөвшсөнийг (Христийн дүрс эсрэгээр Сатаны араатны дүрс) шалгаж, мэргэн ба мунхаг онгон бүсгүйчүүдийг ялган салгадаг; харин гадаад утгаараа эцсийн өдрүүдийн улс төрийн тэмцэл, холбоотнууд болон эвдэгдсэн гэрээнүүдийг тодорхойлдог. 2001 оноос Ням гаргийн хууль хүртэлх үе нь хожмын борооны шүршилтийг эхлүүлдэг (энэ нь Илчлэл 18-ын тэнгэрэлч 2001 оны 9 дүгээр сарын 11-нд бууж ирж, Нью-Йоркийн аугаа барилгуудын уналтаар дамжуулан дэлхийг гэрэлтүүлсэн үед эхэлсэн). 9/11 нь Илчлэл 10-д өгүүлсэнчлэн “бяцхан ном”-ын мэдээг идэж хүлээн авах эсвэл няцаахаар Лаодикийн Долоо дахь өдрийн Адвентизмыг шигшин ялгах ажлыг эхлүүлдэг. Улаан буудай ба зэрлэг өвс нь Ням гаргийн хууль дээр салгагдах хүртэл хамт байдаг бөгөөд тэр үед нэг зуун дөчин дөрвөн мянга нь туг тэмдэг болгон өргөгдөж, 321-ээс 538 он хүртэлх үеэр бэлгэдэгдсэнчлэн, дэлхий даяарх араатны дүрсний бүрэлдэх явцын үеэр хожмын борооны бүрэн асгаралт ирдэг. Дараа нь Вавилоноос агуу олныг цуглуулах ажил Михаел босож, нигүүлслийн хугацаа хаагдах хүртэл эхэлнэ. Энэ нь шүүлт 9/11-ээс эхлэн эхлээд Бурханы гэрээс эхэлж, дараа нь Ням гаргийн хуулийн дараах арван нэгдүгээр цагийн ажилчдад хүрдэгтэй нийцдэг.</w:t>
      </w:r>
    </w:p>
    <w:p>
      <w:pPr>
        <w:pStyle w:val="ArticleBody"/>
        <w:jc w:val="left"/>
      </w:pPr>
      <w:r>
        <w:rPr>
          <w:rFonts w:ascii="Times New Roman" w:hAnsi="Times New Roman" w:eastAsia="Times New Roman" w:cs="Times New Roman"/>
        </w:rPr>
        <w:t>Гурав дахь өгүүлэл нь тэнгэрлэг алдрын үе болон өнгөрсөн хавчлагууд хоорондоо холилдон дахин давтагдах тэр цагийг даван туулахын тулд Исаиа 28-ын мөр дээр мөр нэмэх аргачлалаар эш үзүүллэгийг урьдчилан эзэмшсэн байхыг шаардлагатай хэмээн онцолдог. Энэхүү аргачлал нь Даниелын үнэнч хүмүүсээр, Пентекостын өмнөх Христийн шавь нараар, мөн Сатаны гайхамшигт үйлдлүүд ба хуурамч дуурайллуудын дунд “Ийнхүү бичигдсэн байдаг” хэмээх үгэн дээр бат зогсоход бэлтгэгдсэн хүмүүсийн төлөөлөл болгон хэв шинжлэгдсэн зуухан доторх Шадрах, Мешах, Абеднего нараар жишээлэгддэг.</w:t>
      </w:r>
    </w:p>
    <w:p>
      <w:pPr>
        <w:pStyle w:val="ArticleBody"/>
        <w:jc w:val="left"/>
      </w:pPr>
      <w:r>
        <w:rPr>
          <w:rFonts w:ascii="Times New Roman" w:hAnsi="Times New Roman" w:eastAsia="Times New Roman" w:cs="Times New Roman"/>
        </w:rPr>
        <w:t>Дөрөв дэх өгүүлэл нь АНУ-д араатны дүр төрх бүрэлдэхтэй холбоотой эш үзүүллэгийн сорилтын үйл явц Үндсэн хуулийн гурван тэмдэгт үе шаттай (2001 онд эхний “ярих”-ын хувьд Patriot Act, 2022 онд дунд үеийн хувьд Pelosi Trials, эцэст нь Ням гаргийн хууль) зэрэгцэн явагдаж, мөн түүнтэй салшгүй сүлэлдэн өрнөдөгийг тайлбарладаг. Энэхүү сорилтын үйл явц нь мэргэн онгон бүсгүйчүүдийг (144,000) Ням гаргийн хууль эхлэх үед, үндэсний тэрсэлснээс сүйрэл үүдэн гарах тэр мөчид эхэлдэг хавчлагын титэм сорилтыг тэсвэрлэхэд бэлтгэдэг. Дараа нь Сатан гайхамшгууд үйлдэн өөрийгөө Бурхан хэмээн зарлах сүрлэг хуурамч зүйлсийг гарган ирж, тэнгэрлэг алдар суу урьд өнгөрсөн хавчлагуудын давталттай холилдон, Бурханы ард түмэнд Бурханы сэнтийнээс гарах гэрэл дотор үл ганхан алхах боломж олгодог. Энэхүү бэлтгэл нь Иохан зургаад Христийн хэрэглэсэн арга барилыг (The Desire of Ages, 394-т тайлбарласнаар) тусган харуулдаг бөгөөд Тэрээр өөрийн оршихуйгаар жинхэнэ шавь нараа тэдний эцсийн сорилтод (Гетсемани, урвалт, цовдлолт) бэхжүүлэхийн тулд хувийн ашиг хонжоо хайгч дагагчдыг эртхэн шигшин зайлуулах хатуу сорилтыг зөвшөөрсөн юм. Үүнтэй адил, араатны дүр төрхийн сорилт—дотоод зан чанарын төлөвшил (Христийн дүр төрх ба Сатаны араатны дүр төрх) болон сүм ба төрийн тусгаарлалтыг хүчингүй болгох сүм-төрийн гадаад нэгдлийг хамран—Лаодикеийн Адвентизмыг шигшин ялгадаг. Энэхүү сорилт нь Исаиа 28-ын мөр дээр мөр гэсэн аргачлалаар лацдаагүй мэдээг хүлээн авснаар мэргэн хүмүүсийг ариусгадаг.</w:t>
      </w:r>
    </w:p>
    <w:p>
      <w:pPr>
        <w:pStyle w:val="ArticleBody"/>
        <w:jc w:val="left"/>
      </w:pPr>
      <w:r>
        <w:rPr>
          <w:rFonts w:ascii="Times New Roman" w:hAnsi="Times New Roman" w:eastAsia="Times New Roman" w:cs="Times New Roman"/>
        </w:rPr>
        <w:t>Лаадас нь авагдсан гэрэл бол долоо дахь лацын гэрэл мөн (Илчлэл 8:1–5). Энэ нь гэгээнтнүүдийн залбирлын хариуд газарт хаягдсан гал болон илэрхийлэгддэг бөгөөд Пентекостын асгаралтын үеийн галан хэлнүүдээр урьдчилан дүрслэгдсэн юм. Лаадас нь авагдсан гэрэл нь мөн Миллерчүүдийн шөнө дундын хашхираагаар төлөөлөгдөж байсан бөгөөд тэр нь итгэлээр Ариун Ариуны газар уруу ороход бэлтгэсэн; мөн энэ нь Даниел 11:40-ийн нууцлаг түүхийн хүрээнд, 2023 оны долоодугаар сард лаадас нь авагдсан орчин үеийн шөнө дундын хашхираанд биеллээ олох болно.</w:t>
      </w:r>
    </w:p>
    <w:p>
      <w:pPr>
        <w:pStyle w:val="ArticleBody"/>
        <w:jc w:val="left"/>
      </w:pPr>
      <w:r>
        <w:rPr>
          <w:rFonts w:ascii="Times New Roman" w:hAnsi="Times New Roman" w:eastAsia="Times New Roman" w:cs="Times New Roman"/>
        </w:rPr>
        <w:t>9/11-өөс хойших үеийн хожмын борооны цацалтын тухай мэдээ, папын засаглал болон Ням гаргийн хуулийн талаарх мэдлэгийн өсөлт, долоон аянгын лац нээгдэх явдал, дөчдүгээр эшлэлийн далд түүх зэрэг нь бүгд Есүс Христийн Илчлэлийн нээгдэлд багтан агуулагддаг. Араатны дүр бүрэлдэхүйн талаарх эш үзүүллэгийн нарийвчилсан гэрэлтүүлэг—үүнд Бүгд Найрамдах болон Протестант эвэрнүүдийн тэмцэл, улс төрийн намууд, Лаодикийн Адвентизм, 144,000-ын гарч ирэлт, Исламын гурав дахь гай, Орос, НҮБ, папын эрх мэдэл, мөн Хасмонейн зэрэгцүүллүүд багтана—мэргэн ухаалтнуудад өнгөрсөн удирдамжийг умарталгүйгээр Бурханы удирдлагыг танин мэдэж, түүнийг өөрсдөд хэрэгжүүлэн хүлээн авах чадвар олгодог (Testimonies to Ministers, 31).</w:t>
      </w:r>
    </w:p>
    <w:p>
      <w:pPr>
        <w:pStyle w:val="ArticleBody"/>
        <w:jc w:val="left"/>
      </w:pPr>
      <w:r>
        <w:rPr>
          <w:rFonts w:ascii="Times New Roman" w:hAnsi="Times New Roman" w:eastAsia="Times New Roman" w:cs="Times New Roman"/>
        </w:rPr>
        <w:t>“Жижиг ном”-ыг (Илчлэлт 10) идэж, Береан маягийн судалгаагаар түүхийг урьдчилан дотроо шингээснээр нэг зуун дөчин дөрвөн мянга нь Сатаны мэхлэлтийн дунд “Ийн бичигдсэн байдаг” хэмээн бат зогсох ялган таних чадварыг олж авдаг. Тэдний бэлтгэл нь тэднийг мөхөл уруугаа ухран буцахаас зайлсхийх боломжтой болгодог (Еврей 10:37–39; Хабаккук 2:4), улмаар тэд Бурханы тушаалуудыг (ялангуяа дөрөв дэхийг) болон Есүсийн итгэлийг сахидаг, шалгагдан туршигдсан ялагчид болох нь илэрхий болдог. Тэд бол зөвт хүмүүс итгэлээр амьдардаг, тэнгэрэлч нараар хамгаалагддаг эцсийн хямралыг туулан гардаг хүмүүс мөн; харин мунхагууд (арга зүй болон мэдээг няцаадаг хүмүүс) хүчтэй төөрөгдөлтэй учран, найдваргүй үлдэнэ. Энэ нь 9/11-ийн бэлгэдэлтэй, Testimonies, volume 9-ийн For the Coming of the King хэмээх бүлэгтэй (11-р хуудаснаас эхлэх) нийцдэг бөгөөд ингэснээр 9/11-ээс Ням гаргийн хууль хүртэлх үеийг, мэргэн хүмүүс Даниел 11-ийн гүйцэлдэлтийг ойлгож, өнгөрсөн ариун түүхүүдэд Бурханы удирдлагыг мартах-аас өөр юунаас ч эмээлгүй байдаг лацдах хугацаа хэмээн тодорхойлж байна.</w:t>
      </w:r>
    </w:p>
    <w:p>
      <w:pPr>
        <w:pStyle w:val="ArticleBody"/>
        <w:jc w:val="left"/>
      </w:pPr>
      <w:r>
        <w:rPr>
          <w:rFonts w:ascii="Times New Roman" w:hAnsi="Times New Roman" w:eastAsia="Times New Roman" w:cs="Times New Roman"/>
        </w:rPr>
        <w:t>Дөрвөн өгүүлэл нь нийлбэрээрээ Христийг Иудагийн овгийн Арслан мөн Альфа ба Омега хэмээн үзүүлсэн эш үзүүллэгийн тайлбарыг толилуулж, Тэрээр зуун дөчин дөрвөн мянгын эцсийн шинэчлэлийн хөдөлгөөнийг удирдан чиглүүлэхийн тулд шийдвэрлэх мөчүүдэд Даниелын арван нэгдүгээр бүлгийн хэсгүүдийн лацыг тайлдаг хэмээн харуулдаг. 1989 онд, 1863 оны Адвентист “бослого”-оос хойш 126 жилийн дараа, Арслан Даниел 11:40–45-ын лацыг тайлж, дөчдүгээр нэгдүгээр эшлэл дэх гурвалсан нэгдэлд (луу, араатан, хуурамч эш үзүүлэгч) папын засаглалын 1798 оны үхлийн шарх эдгэрснийг илчилсэн бөгөөд Армагеддон руу—дөчин тавдугаар эшлэлд папын засаглал эцсийн шүүлтээ хүлээн авдаг “сүр жавхлант ариун уул” руу—хөтөлдөг. Энэ лац тайлагдалт нь хөдөлгөөний эхлэлийг тавьж, “папын засаглал ба Ням гаргийн хууль”-ийн тухай “мэдлэгийн өсөлт”-ийг (Selected Messages, book 2) бий болгон, Даниел 12:10-д дүрслэгдсэнээр “цэвэршүүлэгдэж, цагаатгагдаж, шалгагдах” гурвалсан сорилтыг өдөөдөг.</w:t>
      </w:r>
    </w:p>
    <w:p>
      <w:pPr>
        <w:pStyle w:val="ArticleBody"/>
        <w:jc w:val="left"/>
      </w:pPr>
      <w:r>
        <w:rPr>
          <w:rFonts w:ascii="Times New Roman" w:hAnsi="Times New Roman" w:eastAsia="Times New Roman" w:cs="Times New Roman"/>
        </w:rPr>
        <w:t>Бид эдгээр бодлыг дараагийн өгүүлэлд үргэлжлүүлэн авч үзэх болно.</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Дөчдүгээр зүйлийн нууц түүх - Тавдугаар дугаар</dc:title>
  <dc:subject>Эхний Дөрвөн Өгүүллийг Шинэчлэн Сэргээх</dc:subject>
  <dc:creator>Jeff Pippenger</dc:creator>
  <cp:keywords/>
  <dc:description>Generated by ArticleDigger from hidden_history\05_hidden_history.json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