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эшлэлийн нуугдмал түүх - Зургаадугаар хэсэг</w:t>
      </w:r>
    </w:p>
    <w:p>
      <w:pPr>
        <w:pStyle w:val="ArticleSubtitle"/>
        <w:jc w:val="left"/>
      </w:pPr>
      <w:r>
        <w:rPr>
          <w:rFonts w:ascii="Arial" w:hAnsi="Arial" w:eastAsia="Arial" w:cs="Arial"/>
        </w:rPr>
        <w:t>Арван нэгэн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Нууц түүхийн судалгааг эхлүүлэхдээ бид одоо эш үзүүлгийн хувьд дөчдүгээр эшлэл дэх эцсийн цаг үеэс дөчин нэгдүгээр эшлэл дэх Ням гаргийн хуулийн үе хүртэлх түүхтэй нийцэж байна хэмээн ойлгогдож буй эш үзүүлгийн дотоод болон гадаад шугамуудыг хоёуланг нь авч үзэх болно. Тэрхүү эш үзүүлгийн түүхийн дотоод шугам Илчлэл номын арван нэгдүгээр бүлгийн арван нэгдүгээр эшлэлээр тэмдэглэгддэг. Гадаад шугам нь Даниел номын арван нэгдүгээр бүлгийн арван нэгдүгээр эшлэлээр тэмдэглэгддэг. Даниел арван нэгийн гадаад шугам—арван нэгдүгээр эшлэл—түүхэнд 2014 онд хүрч ирсэн бөгөөд Илчлэл арван нэгийн дотоод шугам—арван нэгдүгээр эшлэл—2023 оны арванхоёрдугаар сарын 31-нд түүхэнд хүрч ирсэн. Гадаад шугам нь газрын араатны Бүгд найрамдах эвэрийг төлөөлдөг бөгөөд дотоод шугам нь газрын араатны Протестант эвэрийг төлөөлдөг.</w:t>
      </w:r>
    </w:p>
    <w:p>
      <w:pPr>
        <w:pStyle w:val="ArticleHeading"/>
        <w:jc w:val="left"/>
      </w:pPr>
      <w:r>
        <w:rPr>
          <w:rFonts w:ascii="Arial" w:hAnsi="Arial" w:eastAsia="Arial" w:cs="Arial"/>
        </w:rPr>
        <w:t>Америкийн Нэгдсэн Улс</w:t>
      </w:r>
    </w:p>
    <w:p>
      <w:pPr>
        <w:pStyle w:val="ArticleBody"/>
        <w:jc w:val="left"/>
      </w:pPr>
      <w:r>
        <w:rPr>
          <w:rFonts w:ascii="Times New Roman" w:hAnsi="Times New Roman" w:eastAsia="Times New Roman" w:cs="Times New Roman"/>
        </w:rPr>
        <w:t>Илчлэлт ном сүүлчийн өдрүүдийн гол сэдэв болох нэг үндсэн үндэстнийг тодорхойлдог. Тэр үндэстэн бол бүх дэлхийг папын далайн араатанд мөргүүлэхэд албаддаг газрын араатан мөн. Илчлэлт ном нэг үндсэн үндэстэн, арван үндэстний нэг холбоо, мөн нэг хуурамч сүмийг тодорхойлдог. Тэр үндэстэн нь АНУ, өөрөөр хэлбэл арван гуравдугаар бүлгийн газрын араатан; хуурамч сүм нь арван гуравдугаар бүлгийн далайн араатан; Библийн дагуух хорон муугийн арван хааны холбоо нь Нэгдсэн Үндэстний Байгууллага мөн. Илчлэлт арван зургаад луу, араатан, хуурамч эш үзүүлэгч хэмээн дүрслэгдсэн тэр гурван хүч дэлхийг Армагеддон руу хөтөлдөг.</w:t>
      </w:r>
    </w:p>
    <w:p>
      <w:pPr>
        <w:pStyle w:val="ArticleBody"/>
        <w:jc w:val="left"/>
      </w:pPr>
      <w:r>
        <w:rPr>
          <w:rFonts w:ascii="Times New Roman" w:hAnsi="Times New Roman" w:eastAsia="Times New Roman" w:cs="Times New Roman"/>
        </w:rPr>
        <w:t>Тэд тус бүр Даниелын арван нэгдүгээр бүлгийн дөчөөс дөчин тавдугаар эшлэлүүдэд тодорхойлогддог бөгөөд тэнд хуурамч сүм дөчин тавдугаар эшлэлд тэнгисүүдийн хооронд, сүр жавхлант ариун уулын дэргэд төгсгөлдөө хүрдэг нь газар зүйн хувьд Илчлэлийн Армагеддонтой нийцдэг. Дөчдүгээр эшлэл 1798 онд, өөрөөр хэлбэл хуурамч сүм болох тэнгисийн араатан үхлийн шарх авсан үед эхэлдэг бөгөөд уг хэсэг Илчлэл арван долоодугаар бүлгийн янхан болох, амилсан тэрхүү тэнгисийн араатан хоёр дахь удаагаа үхэхээр төгсдөг; ийнхүү уг хэсэг эхэлсэн газартаа л төгсөнө. Илчлэл болон Даниелын номын аль алинд нь гол үндэстэн нь Илчлэл арван гуравдугаар бүлгийн тэрслүү байдлын бүлэг дэх газрын араатан болох Америкийн Нэгдсэн Улс юм. Газрын араатан нь мөн Илчлэлийн арван зургадугаар бүлэг дэх хуурамч эш үзүүлэгч бөгөөд Даниел арван нэгийн дөчдүгээр эшлэлд тэр нь тэрэгнүүд, усан онгоцууд, морьт цэргүүд юм.</w:t>
      </w:r>
    </w:p>
    <w:p>
      <w:pPr>
        <w:pStyle w:val="ArticleHeading"/>
        <w:jc w:val="left"/>
      </w:pPr>
      <w:r>
        <w:rPr>
          <w:rFonts w:ascii="Arial" w:hAnsi="Arial" w:eastAsia="Arial" w:cs="Arial"/>
        </w:rPr>
        <w:t>Хагас үнэн бол огт үнэн биш</w:t>
      </w:r>
    </w:p>
    <w:p>
      <w:pPr>
        <w:pStyle w:val="ArticleBody"/>
        <w:jc w:val="left"/>
      </w:pPr>
      <w:r>
        <w:rPr>
          <w:rFonts w:ascii="Times New Roman" w:hAnsi="Times New Roman" w:eastAsia="Times New Roman" w:cs="Times New Roman"/>
        </w:rPr>
        <w:t>Эцсийн өдрүүдэд Даниел болон Илчлэлт номын аль алинд нь сэдэв болж буй үндэстэн бол Америкийн Нэгдсэн Улс мөн бөгөөд Даниелын арван нэгдүгээр бүлэг тухайн үндэстний эцсийн ерөнхийлөгчийг онцгойлон тодорхойлон эхэлдэг. Энэ үнэн бол Библийн тогтоогдсон баримт мөн бөгөөд Лаодикеийн Долоо дахь өдрийн Адвентистууд үүнийг хагас үнэнээр халхлан няцаадаг. Энэ асуудал дээр тэдний халхлан түшиглэдэг хагас үнэн нь Илчлэлт номын арван гуравдугаар бүлгийн газрын араатан, мөн арван зургадугаар бүлгийн хуурамч эш үзүүлэгч нь Америкийн Нэгдсэн Улс мөн гэдэгт тэд санал нийлдэг явдал юм; гэвч тэд эцсийн өдрүүдэд Дональд Трамп бол библийн эш үзүүлгийн гол сэдвүүдийн нэг мөн гэдгийг харахаас татгалздаг. Бурхан хэзээ ч өөрчлөгддөггүй бөгөөд Тэр Египеттэй харьцаж байхдаа Фараон эш үзүүлгийн түүхийн гол сэдэв байсан, дараа нь Вавилонтой холбоотойгоор Небухаднезар болон Белшазарын нэрсийг нэрлэсэн. Кирийн нэрийг нэрлэсэн. Дариусын нэрийг нэрлэсэн. Библи газрын араатны сүүлчийн захирагчийг тодорхойлон нэрлэдэг бөгөөд энэ нь тохиолдлын төдий нэг дурдалт биш юм. Адвентизм эцсийн үеийн эш үзүүлэг дэх Америкийн Нэгдсэн Улс хэн болохыг мэддэг атлаа, эш үзүүлгийн бүх тохиолдол бүрд Бурхан үндэстэн болон түүний удирдагчийн аль алинд нь ханддаг гэдгийг харж чаддаггүй, мөн өмнөх ариун түүхүүдийн тэр бүхэн эцсийн өдрүүдийг дүрслэн үзүүлдэг юм.</w:t>
      </w:r>
    </w:p>
    <w:p>
      <w:pPr>
        <w:pStyle w:val="ArticleHeading"/>
        <w:jc w:val="left"/>
      </w:pPr>
      <w:r>
        <w:rPr>
          <w:rFonts w:ascii="Arial" w:hAnsi="Arial" w:eastAsia="Arial" w:cs="Arial"/>
        </w:rPr>
        <w:t>Эцсийн үзэгдэл дэх бүрээ</w:t>
      </w:r>
    </w:p>
    <w:p>
      <w:pPr>
        <w:pStyle w:val="ArticleBody"/>
        <w:jc w:val="left"/>
      </w:pPr>
      <w:r>
        <w:rPr>
          <w:rFonts w:ascii="Times New Roman" w:hAnsi="Times New Roman" w:eastAsia="Times New Roman" w:cs="Times New Roman"/>
        </w:rPr>
        <w:t>Дональд Трамп бол Даниелын эцсийн үзэгдэлд гарч буй анхны этгээд бөгөөд энэ нь зөвхөн Даниелын ном дахь төдийгүй бүхэл Библийн эш үзүүллэгийн бүх үзэгдлийн оргил мөн.</w:t>
      </w:r>
    </w:p>
    <w:p>
      <w:pPr>
        <w:pStyle w:val="ArticleBody"/>
        <w:jc w:val="left"/>
      </w:pPr>
      <w:r>
        <w:rPr>
          <w:rFonts w:ascii="Times New Roman" w:hAnsi="Times New Roman" w:eastAsia="Times New Roman" w:cs="Times New Roman"/>
        </w:rPr>
        <w:t>Бурханы Үгэн доторх эш үзүүллэгийн түүхийн сүүлчийн үзэгдлийн сэдэв нь Дональд Трамп мөн. Тэр бол дөчдүгээр эшлэлийн нууцлаг түүхийн гадаад эцсийн өдрүүдийн эш үзүүллэгийн мөрийг танин илтгэх бэлгэ тэмдэг юм. Тэр мөн нэг зуун дөчин дөрвөн мянгын дотоод шугамыг танин илтгэж, тогтоон баталгаажуулдаг холбоос мөн. Нэг зуун дөчин дөрвөн мянга нь Илчлэлт арван гурав дахь газрын араатны дээрх протестант эвэр бөгөөд, Дональд Трамп нь мөнөөх араатны Бүгд Найрамдах намын эвэрийг төлөөлдөг. Тэрхүү араатан нь эхэндээ хоёр эвэрийн хооронд тусгаарлал тогтоосон боловч эцэстээ тэдгээр эвэрийг нэгтгэн папын тэнгисийн араатны дүр төрх болгон хувиргадаг Үндсэн хуулийн бүгд найрамдах засгийн газраар төлөөлөгдсөн Америкийн Нэгдсэн Улсын Үндсэн хууль мөн.</w:t>
      </w:r>
    </w:p>
    <w:p>
      <w:pPr>
        <w:pStyle w:val="ArticleBody"/>
        <w:jc w:val="left"/>
      </w:pPr>
      <w:r>
        <w:rPr>
          <w:rFonts w:ascii="Times New Roman" w:hAnsi="Times New Roman" w:eastAsia="Times New Roman" w:cs="Times New Roman"/>
        </w:rPr>
        <w:t>Эгч Уайт Даниелын гуравдугаар бүлгийн алтан хөргийг эцсийн өдрүүдийн Ням гаргийн хуультай дахин дахин адилтган холбодог; тиймээс Небухаднезар хэнийг төлөөлдөг вэ? Адвентизм танд энэ нь Илчлэл номын арван гуравдугаар бүлгийн газрын араатан болох Америкийн Нэгдсэн Улс мөн гэж хэлэх бөгөөд, энэ нь Шадрах, Мешак, Абеднегог галд хаясан нь Вавилон байсан гэж тодорхойлсонтой адил юм. Библи Ням гаргийн хуулийн үед хариуцлага хүлээсэн этгээд нь Небухаднезар байсан гэж заадаг; тиймээс, удахгүй ирэх Ням гаргийн хууль хэрэгжих үед төрийг барих ерөнхийлөгч биш юм бол Небухаднезар хэн бэ?</w:t>
      </w:r>
    </w:p>
    <w:p>
      <w:pPr>
        <w:pStyle w:val="ArticleHeading"/>
        <w:jc w:val="left"/>
      </w:pPr>
      <w:r>
        <w:rPr>
          <w:rFonts w:ascii="Arial" w:hAnsi="Arial" w:eastAsia="Arial" w:cs="Arial"/>
        </w:rPr>
        <w:t>Гурав</w:t>
      </w:r>
    </w:p>
    <w:p>
      <w:pPr>
        <w:pStyle w:val="ArticleBody"/>
        <w:jc w:val="left"/>
      </w:pPr>
      <w:r>
        <w:rPr>
          <w:rFonts w:ascii="Times New Roman" w:hAnsi="Times New Roman" w:eastAsia="Times New Roman" w:cs="Times New Roman"/>
        </w:rPr>
        <w:t>Даниелын сүүлчийн үзэгдэл болох Хиддекел голын үзэгдэл нь Илчлэлт номын арван дөрөвдүгээр бүлгийн гурван тэнгэрэлчийн онцлогтой тус бүрдээ нийцэх гурван бүлэгт хуваагддаг. Эдгээр гурван бүлэг нь эхний, хоёр дахь, гурав дахь тэнгэрэлчийг төлөөлдөг бөгөөд мөн Даниелын сүүлчийн мэдээг ч төлөөлдөг. Нэгдүгээр бүлэг дэх түүний анхны мэдээ мөн Илчлэлт номын арван дөрөвдүгээр бүлгийн гурван тэнгэрэлчийг төлөөлдөг бөгөөд ингэснээр Альфа ба Омегийн тамга нэгдүгээр бүлэг болон Хиддекел голын үзэгдэл дээр тавигддаг.</w:t>
      </w:r>
    </w:p>
    <w:p>
      <w:pPr>
        <w:pStyle w:val="ArticleBody"/>
        <w:jc w:val="left"/>
      </w:pPr>
      <w:r>
        <w:rPr>
          <w:rFonts w:ascii="Times New Roman" w:hAnsi="Times New Roman" w:eastAsia="Times New Roman" w:cs="Times New Roman"/>
        </w:rPr>
        <w:t>Даниелын сүүлчийн үзэгдэл нь Еврей цагаан толгойн эхний, арван гурав дахь, мөн сүүлчийн буюу хорин хоёр дахь үсгээс бүрдэх “үнэн” хэмээх еврей үгийн хүрээн дээр тогтоогдсон байдаг. Аравдугаар бүлэгт Даниелыг эш үзүүллэгийг судлагч нэгэн хэмээн тодорхойлж, тэрээр хорин хоёр дахь өдөр Лаодики хүнээс Филаделфи хүн болон хувирсан нь харагдана. Дараа нь Даниел арван хоёрдугаар бүлэгт дүрслэгдсэн, лацдаагүй мэдлэгийн өсөн нэмэгдэхийг ойлгох хүч чадлаар хангагдана. Үзэгдлийн эхний болон сүүлчийн бүлгүүд нь Даниелыг эш үзүүллэгийн жинхэнэ судлагчид болох нэг зуун дөчин дөрвөн мянгатын бэлгэдэл болгон тодорхойлдог.</w:t>
      </w:r>
    </w:p>
    <w:p>
      <w:pPr>
        <w:pStyle w:val="ArticleScripture"/>
        <w:jc w:val="left"/>
      </w:pPr>
      <w:r>
        <w:rPr>
          <w:rFonts w:ascii="Times New Roman" w:hAnsi="Times New Roman" w:eastAsia="Times New Roman" w:cs="Times New Roman"/>
        </w:rPr>
        <w:t>“Хүний оюуны хөгжил дэвшил ямар ч байлаа гэсэн, илүү их гэрлийг олохын тулд Судруудыг гүнзгий бөгөөд тасралтгүй шинжлэн судлах шаардлага үгүй гэж тэрээр нэг хором ч бүү бодог. Бид ард түмэн болохынхоо хувьд нэг бүрчлэн эш үзүүллэгийн суралцагчид байхаар дуудагдсан юм.” Testimonies, volume 5, 708.</w:t>
      </w:r>
    </w:p>
    <w:p>
      <w:pPr>
        <w:pStyle w:val="ArticleBody"/>
        <w:jc w:val="left"/>
      </w:pPr>
      <w:r>
        <w:rPr>
          <w:rFonts w:ascii="Times New Roman" w:hAnsi="Times New Roman" w:eastAsia="Times New Roman" w:cs="Times New Roman"/>
        </w:rPr>
        <w:t>Нэгдүгээр бүлэг нь Хиддекел голын үзэгдлийн мөнөөх үнэнүүдийг тодорхойлдог бөгөөд Хиддекел голын үзэгдлийн нэгдүгээр бүлэг нь түүний гуравдугаар бөгөөд сүүлчийн бүлэгтэйгээ адилхан үнэнийг тодорхойлдог. Даниелын ном нь Альфа ба Омегагийн гарын үсгийг агуулдаг. Учир нь нэгдүгээр бүлэг нь мөнхийн сайн мэдээний гурван шаттай сорилтын үйл явцыг тодорхойлдог бөгөөд арван хоёрдугаар бүлэг ч мөн тийнхүү тодорхойлдог. Тэгээд Даниелын эцсийн үзэгдлийг бүрдүүлдэг гурван бүлгийн дотор нэгдүгээр бүлэг нь альфа, гуравдугаар бүлэг нь омега мөн. Энэ нь Даниелын ямар хоол идэх тухай анхны сорилт болон гурван жилийн дараа Небухаднезараар шүүгдэх үед тохиосон түүний гурав дахь бөгөөд эцсийн сорилттой нийцдэг. Даниел 1-ийн альфа сорилт нь Библи судлах арга зүйн тухай байсан бөгөөд энэ нь Вавилоны хоол хүнсийг эсвэл цагаан хоолыг идэхээр төлөөлүүлэгдсэн юм.</w:t>
      </w:r>
    </w:p>
    <w:p>
      <w:pPr>
        <w:pStyle w:val="ArticleBody"/>
        <w:jc w:val="left"/>
      </w:pPr>
      <w:r>
        <w:rPr>
          <w:rFonts w:ascii="Times New Roman" w:hAnsi="Times New Roman" w:eastAsia="Times New Roman" w:cs="Times New Roman"/>
        </w:rPr>
        <w:t>Даниел “мөр дээр мөр” хэмээх аргачлалд үнэнч байсан нь түүнийг “хаан тэднээс асуусан мэргэн ухаан ба ойлголтын бүх асуудалд, өөрийн бүх хаанчлал дахь бүх шидтэн, зурхайчдаас арван дахин дээр болохыг олж мэдэв” хэмээн үнэлэгдэхэд хүргэсэн юм. Омега болох арван хоёрдугаар бүлэгт, эш үзүүллэгийн Үг лацгүй болох үед нэмэгддэг мэргэн ухааны бүх асуудлыг ойлгодог хүмүүс нь мэргэд билээ. Арван хоёрдугаар бүлэг нь нэгдүгээр бүлгийн омега бөгөөд, мөн Хиддекелийн үзэгдлийн альфа болох аравдугаар бүлгийн ч омега мөн. Тэрхүү альфа болох аравдугаар бүлэгт, Даниел арван хоёрдугаар бүлэгт мэргэд оюуны туршлагад тогтворжин суурьшдагтай нийцүүлэн сүнслэг туршлагад тогтворжин ордог. Нэгдүгээр бүлэг нь эш үзүүллэг судлагчийг лацлагдахын тулд үнэнд сүнслэгээр болон оюун санааны хувьд хоёуланд нь тогтворжин суурьших боломж олгодог зүйл нь Библийн судлалын аргачлал мөн болохыг онцлон харуулдаг.</w:t>
      </w:r>
    </w:p>
    <w:p>
      <w:pPr>
        <w:pStyle w:val="ArticleBody"/>
        <w:jc w:val="left"/>
      </w:pPr>
      <w:r>
        <w:rPr>
          <w:rFonts w:ascii="Times New Roman" w:hAnsi="Times New Roman" w:eastAsia="Times New Roman" w:cs="Times New Roman"/>
        </w:rPr>
        <w:t>Эцсийн өдрүүд дэх эш үзүүлгийн жинхэнэ суралцагчдыг төлөөлөн, Даниел болон тэр гурван гавьяатан нь мэргэн хүмүүс мөн; тэд 1989 онд төгсгөлийн цагт лац нь тайлагдан ил болсон мэдлэгийн өсөлтийг ойлгоод зогсохгүй, мөн 9/11 дээрх мэдлэгийн өсөлтийг ч ойлгодог. Эцэст нь, тэд 2023 оны 12 дугаар сарын 31-ний өдөр лац нь тайлагдан ил болсон мэдлэгийн өсөлтийг ойлгодог.</w:t>
      </w:r>
    </w:p>
    <w:p>
      <w:pPr>
        <w:pStyle w:val="ArticleBody"/>
        <w:jc w:val="left"/>
      </w:pPr>
      <w:r>
        <w:rPr>
          <w:rFonts w:ascii="Times New Roman" w:hAnsi="Times New Roman" w:eastAsia="Times New Roman" w:cs="Times New Roman"/>
        </w:rPr>
        <w:t>Бурханы эш үзүүллийн гэрлийг эрэлхийлэх явцдаа тэд нэг зуун дөчин дөрвөн мянгын Лаодикийн Долоо дахь өдрийн Адвентист хөдөлгөөнөөс нэг зуун дөчин дөрвөн мянгын Филадельфийн хөдөлгөөн рүү өөрчлөгдөнө. Энэхүү өөрчлөлт тохиолдоход, тэд толины үзэгдлээс зугтсан хүмүүсээс тусгаарлагдана.</w:t>
      </w:r>
    </w:p>
    <w:p>
      <w:pPr>
        <w:pStyle w:val="ArticleHeading"/>
        <w:jc w:val="left"/>
      </w:pPr>
      <w:r>
        <w:rPr>
          <w:rFonts w:ascii="Arial" w:hAnsi="Arial" w:eastAsia="Arial" w:cs="Arial"/>
        </w:rPr>
        <w:t>Хүний тэрслүү байдлын тухай мэдээ</w:t>
      </w:r>
    </w:p>
    <w:p>
      <w:pPr>
        <w:pStyle w:val="ArticleBody"/>
        <w:jc w:val="left"/>
      </w:pPr>
      <w:r>
        <w:rPr>
          <w:rFonts w:ascii="Times New Roman" w:hAnsi="Times New Roman" w:eastAsia="Times New Roman" w:cs="Times New Roman"/>
        </w:rPr>
        <w:t>Арав ба арван хоёрдугаар бүлгүүд нь нэг зуун дөчин дөрвөн мянгад хамаарна. Учир нь тэдгээр нь үнэний тогтолцоон дахь эхний бөгөөд гурав дахь алхмууд мөн. Аравдугаар бүлгийн тольны үзэгдлийн дотоод туршлагаар хүчирхэгжиж, мөн Даниел 12-ын лац тайлагдсан ойлголтоор гэгээрсний дараа тэд хүний тэрслүү бослогын мэдээг тунхаглах ёстой. Хүний тэрслүү бослогын мэдээг Даниел ба Илчлэлт номууд төлөөлдөг бөгөөд бослогын мэдээ нь Даниелд тавигдсан Библийн эш үзүүллэгийн хаант улсуудын эш үзүүллэгийн хүрээнд байрлуулсан байдаг. Даниел ном дахь хүний тэрслүү бослогын гэрчлэлийн эш үзүүллэгийн бэлгэдэл арван нэгдүгээр бүлэгт бүрэн дүрслэгдсэн байдаг. Арван нэгдүгээр бүлэг нь Вавилоны төгсгөл болон Меде, Персүүдийн эхлэлээс эхлэх түүх юм. Иймээс энэ нь 1798 онд папын засаглалын үхлийн шархыг бэлгэддэг Вавилоны үхлийн шархаас эхэлж байна. Удахгүй ирэх Ням гаргийн хуулиар папын засаглалын үхлийн шарх эдгэрэхэд, тэрээр луу, араатан, хуурамч эш үзүүлэгчийн гурвалсан холбооны тэргүүн болдог. Тэгээд тэр нь Илчлэлт 17 дахь араатан дээр мордсон эмэгтэй бөгөөд тэр эмэгтэйн магнай дээр Агуу Вавилон гэж бичигдсэн байдаг. Удахгүй ирэх Ням гаргийн хуулиар Вавилон болон папын засаглалын аль алиных нь үхлийн шарх эдгэрнэ.</w:t>
      </w:r>
    </w:p>
    <w:p>
      <w:pPr>
        <w:pStyle w:val="ArticleBody"/>
        <w:jc w:val="left"/>
      </w:pPr>
      <w:r>
        <w:rPr>
          <w:rFonts w:ascii="Times New Roman" w:hAnsi="Times New Roman" w:eastAsia="Times New Roman" w:cs="Times New Roman"/>
        </w:rPr>
        <w:t>Вавилоны үеэс дэлхийн төгсгөл хүртэл дүрслэгдсэн хүний бослого нь Даниел номын хүрээ мөн бөгөөд арван нэгдүгээр бүлэг нь эцсийн өдрүүдийн тэр бослогыг өгүүлэн тэмдэглэсэн гаднах эш үзүүллийн мэдээ юм. Арван нэгдүгээр бүлэгт буй тэрхүү бослогын гэрчлэл нь бүлгийн сүүлчийн зургаан эшлэлтэй нийцэж, тэдгээрийн дотор оршино. Сүүлчийн зургаан эшлэл нь хүний бослогын мэдээ мөн бөгөөд тэр сүүлчийн зургаан эшлэл нь дөчдүгээр эшлэлийн нууцлаг түүхээр, түүн дотор төлөөлөгдөнө. Ийнхүү Даниел ном нэг бүлэгт хураагдаж, тэр нь цаашлаад уг бүлгийн ердөө зургаан эшлэлд хураагдан, улмаар нэг эшлэлийн сүүлийн хагасын нууцлаг түүхэд хураагдана.</w:t>
      </w:r>
    </w:p>
    <w:p>
      <w:pPr>
        <w:pStyle w:val="ArticleBody"/>
        <w:jc w:val="left"/>
      </w:pPr>
      <w:r>
        <w:rPr>
          <w:rFonts w:ascii="Times New Roman" w:hAnsi="Times New Roman" w:eastAsia="Times New Roman" w:cs="Times New Roman"/>
        </w:rPr>
        <w:t>Арван нэгдүгээр бүлэг нь Еврей цагаан толгойн эхний үсгээр урьдуулж, сүүлчийн үсгээр дагалдуулсан арван гурав дахь үсгийг төлөөлдөг бөгөөд эхлэл ба төгсгөл нь үргэлж адил байдаг. Нэгдүгээр бүлэгт тольны үзэгдэл дээр мэргэн хүмүүс мунхагуудаас тусгаарлагдаж буйг тодорхойлдог бол сүүлчийн бүлэгт лац тайлагдах үед мэргэн хүмүүс мунхагуудаас тусгаарлагдаж буйг тодорхойлдог. Зуун дөчин дөрвөн мянгын лацлагдалт нь “үнэнд оюуны хувьд ч, сүнслэгийн хувьд ч баттай тогтох явдал” мөн хэмээн онгодоор бидэнд мэдүүлдэг. Аравдугаар бүлэг зуун дөчин дөрвөн мянгын лацлагдлыг сүнслэг талаас нь тодорхойлж, арван хоёрдугаар бүлэг оюуны талыг нь харуулдаг. Аравдугаар бүлэгт гурван хүрэлт болон тэнгэрлэг оршнолуудтай хийсэн гурван харилцлыг тодорхойлдог. Арван хоёрдугаар бүлэгт мэргэн хүмүүсийн гурван шаттай ариусгалыг, “цэвэршүүлэгдэж, цайруулж, шалгагдах” хэмээхээр, оюуны эш үзүүллэгийн үнэний өсөлтөөр гүйцэлдүүлэхийг тодорхойлдог. Аравдугаар бүлэгт гурван хүрэлт ба тэнгэрлэгтэй хийсэн гурван учрал гэсэн гурвын хоёр бэлгэ тэмдэг байдагтай адил, арван хоёрдугаар бүлэгт гурван шаттай сорилтын үйл явц, мөн түүнчлэн цаг хугацааны гурван эш үзүүллэг байдаг.</w:t>
      </w:r>
    </w:p>
    <w:p>
      <w:pPr>
        <w:pStyle w:val="ArticleBody"/>
        <w:jc w:val="left"/>
      </w:pPr>
      <w:r>
        <w:rPr>
          <w:rFonts w:ascii="Times New Roman" w:hAnsi="Times New Roman" w:eastAsia="Times New Roman" w:cs="Times New Roman"/>
        </w:rPr>
        <w:t>Аравдугаар бүлгийн тэнгэрлэг гурван учрал нь үнэний тамгыг агуулж байдаг. Учир нь Даниелтай харилцсан эхний бөгөөд сүүлчийн тэнгэрлэг оршигч нь Габриел тэнгэрэлч байсан бөгөөд дундах нь Михаил байв. Гурван тэнгэрэлч байсан, харин хоёр дахь алхам дахь тэнгэрэлч нь Христ байлаа. Тэрхүү гурван хүрэлт нь Даниелыг аажмаар хүчирхэгжүүлэх гурван шатат үйл явцыг илэрхийлдэг. Энэ хэсгийн дотор Даниел looking glass үзэгдлийг гурван удаа нэрлэн тодорхойлдог бөгөөд ингэснээрээ тэр аравдугаар бүлэг дэх mareh үзэгдлийн долоон эшлэлийн хүрээнд looking glass-ийн гурван үзэгдлийг байршуулж байна. Еврей mareh гэдэг үг хоёр удаа “төрх” гэж, хоёр удаа “үзэгдэл” гэж орчуулагдсан бөгөөд өөр гурван удаад мөн “үзэгдэл” гэж орчуулагдсан. “Өөр гурван удаа” гэдэг нь mareh биш, харин mareh-ийн эм хүйсийн хэлбэр болох marah юм. Аравдугаар бүлэгт аажмаар хүчирхэгжүүлэх гурван хүрэлт, үнэний тамгыг агуулсан тэнгэрлэг гурван учрал, мөн Христийн илрэлтэй холбоотой долоон эшлэлийн нэг хэсэг болох looking glass-ийн гурван үзэгдэл байдаг.</w:t>
      </w:r>
    </w:p>
    <w:p>
      <w:pPr>
        <w:pStyle w:val="ArticleHeading"/>
        <w:jc w:val="left"/>
      </w:pPr>
      <w:r>
        <w:rPr>
          <w:rFonts w:ascii="Arial" w:hAnsi="Arial" w:eastAsia="Arial" w:cs="Arial"/>
        </w:rPr>
        <w:t>Гадаад төрх</w:t>
      </w:r>
    </w:p>
    <w:p>
      <w:pPr>
        <w:pStyle w:val="ArticleBody"/>
        <w:jc w:val="left"/>
      </w:pPr>
      <w:r>
        <w:rPr>
          <w:rFonts w:ascii="Times New Roman" w:hAnsi="Times New Roman" w:eastAsia="Times New Roman" w:cs="Times New Roman"/>
        </w:rPr>
        <w:t>Мархэ хэмээх үгийг “гадаад төрх” гэж орчуулсан хоёр тохиолдол нь түүнийг “үзэгдэл” гэж орчуулсан хоёр тохиолдолтой нийцдэг. Эдгээр нь хамтдаа Христийг эш үзүүллэгийн түүхэнд замын тэмдэг болон илэрдэг бэлгэдэл мөн болохыг тодорхойлдог. Илчлэлт номын аравдугаар бүлэгт нэгэн тэнгэрэлч бууж ирээд нэг хөлөө газар дээр, нөгөөг нь тэнгис дээр тавьдаг. Уайт эгч уг тэнгэрэлч нь “Есүс Христээс өөр хэн ч биш байсан” хэмээн бидэнд мэдүүлдэг. Илчлэлт 10-ын тэнгэрэлч бол эш үзүүллэгийн түүхэн дэх Христийн “гадаад төрх” мөн. Тэрээр Даниел 8-р бүлгийн 13-р зүйлд Палмони болон илэрч, Илчлэлт 5-р бүлгээс цааш Иуда овгийн Арслан болон илэрдэг. Даниел нь сүүлчийн өдрүүдийн, Христийн эш үзүүллэгэн дэх илрэлүүдийг Түүний хаашаа ч явсан даган мөрдөгсдийг төлөөлж байна. Хэрэв тэд үүнд үнэнч байвал, тэд урвагчид зугтан оддог толь мэт үзэгдэл рүү удирдагдана.</w:t>
      </w:r>
    </w:p>
    <w:p>
      <w:pPr>
        <w:pStyle w:val="ArticleBody"/>
        <w:jc w:val="left"/>
      </w:pPr>
      <w:r>
        <w:rPr>
          <w:rFonts w:ascii="Times New Roman" w:hAnsi="Times New Roman" w:eastAsia="Times New Roman" w:cs="Times New Roman"/>
        </w:rPr>
        <w:t>Зөгнөл тайлагдахад нэмэгддэг мэдлэгийг ойлгоход үндэслэсэн арван хоёрдугаар бүлгийн гурван шаттай ариусгал нь гурван “хугацааны зөгнөл”-өөр дагалдагддаг бөгөөд эдгээр нь гурван эшлэлийн тус бүрд гурван тусдаа биеллийг төлөөлдөг. Долоодугаар эшлэлийн нэг мянга хоёр зуун жаран жил, арван нэгдүгээр эшлэлийн нэг мянга хоёр зуун ерэн жил, арван хоёрдугаар эшлэлийн нэг мянга гурван зуун гучин таван жил нь хугацааны зөгнөл агуулсан гурван эшлэлийг заадаг бөгөөд тэдгээр нь түүхэнд биелж, улмаар Миллерчүүдийн тунхагласан мэдээний түүхэн баталгаа хэмээн танигдсан юм. Эшлэл дэх урьдчилан хэлсэн зүйл, түүний түүхэн биелэл, мөн тэрхүү түүхийг Миллерчүүд хэрэглэсэн хэрэглээ нь эдгээр гурван зөгнөлийн эцсийн өдрүүд дэх биеллийн талаар гэрчилдэг. Гэвч Миллерчүүдийн хугацааны хэрэглээ нь цаашид хүчинтэй байхаа больсон тул эшлэлүүд дэх хугацааны заалтуудыг хугацаа хэмээн бус, бэлгэдэл хэмээн хэрэглэх ёстой. Энэхүү бэлгэдэл нь тухайн эшлэлийг, тэр эшлэлийн түүхэн биеллийг, мөн Миллерчүүдийн мэдээний танилцуулгыг хамтатган хэрэглэх замаар эдгээр эшлэлүүдэд тогтоогддог.</w:t>
      </w:r>
    </w:p>
    <w:p>
      <w:pPr>
        <w:pStyle w:val="ArticleBody"/>
        <w:jc w:val="left"/>
      </w:pPr>
      <w:r>
        <w:rPr>
          <w:rFonts w:ascii="Times New Roman" w:hAnsi="Times New Roman" w:eastAsia="Times New Roman" w:cs="Times New Roman"/>
        </w:rPr>
        <w:t>Арван нэгдүгээр бүлгийн хүн төрөлхтний тэрслүү байдлын он цагийн дараалал нь холбоод, гэрээнүүд, хэлэлцээрүүдээр сүлэлдэн тогтжээ. Арван нэгдүгээр бүлгийн түүхэнд дүрслэгдсэн хүний гэрээнүүд нь Тэнгэрлэг Гэрээтэй эсрэгцүүлэн тавигдсан байна.</w:t>
      </w:r>
    </w:p>
    <w:p>
      <w:pPr>
        <w:pStyle w:val="ArticleScripture"/>
        <w:jc w:val="left"/>
      </w:pPr>
      <w:r>
        <w:rPr>
          <w:rFonts w:ascii="Times New Roman" w:hAnsi="Times New Roman" w:eastAsia="Times New Roman" w:cs="Times New Roman"/>
        </w:rPr>
        <w:t>“Энэхүү дэлхийн түүхийн эцсийн өдрүүдэд Бурханы тушаалуудыг сахигч ард түмэнтэйгээ байгуулсан Түүний гэрээ шинэчлэгдэх ёстой.” Review and Herald, 1914 оны 2 дугаар сарын 26.</w:t>
      </w:r>
    </w:p>
    <w:p>
      <w:pPr>
        <w:pStyle w:val="ArticleBody"/>
        <w:jc w:val="left"/>
      </w:pPr>
      <w:r>
        <w:rPr>
          <w:rFonts w:ascii="Times New Roman" w:hAnsi="Times New Roman" w:eastAsia="Times New Roman" w:cs="Times New Roman"/>
        </w:rPr>
        <w:t>Ром бүх үзэгдлийг тогтоон байгуулдаг бөгөөд папын Ромыг арван нэгдүгээр бүлэгт анхлан дурдсан үед түүнийг “ариун гэрээг орхигсод” хэмээн тодорхойлдог. Даниел арван нэгдүгээр бүлэг доторх дотоод шугам нь, мөн дөчдүгээр эшлэлийн нуугдмал түүхэн доторх дотоод шугам ч гэсэн, эцсийн өдрүүдэд Бурхантай гэрээ байгуулан орогсдыг төлөөлдөг; харин гаднах шугам нь яг тэрхүү гэрээг орхигсдыг заан таниулдаг. Эцсийн өдрүүдэд мэдлэгийн өсөлтөөс ашиг хүртэхгүй бүлгийг дүрслэн үзүүлэхдээ, тэдний гаднах түүх нь эвдэрч сарнисан хүний гэрээнүүдийн эш үзүүллэгийн утсанд сүлэгдэн тавигдсан байдаг.</w:t>
      </w:r>
    </w:p>
    <w:p>
      <w:pPr>
        <w:pStyle w:val="ArticleBody"/>
        <w:jc w:val="left"/>
      </w:pPr>
      <w:r>
        <w:rPr>
          <w:rFonts w:ascii="Times New Roman" w:hAnsi="Times New Roman" w:eastAsia="Times New Roman" w:cs="Times New Roman"/>
        </w:rPr>
        <w:t>Нэг зуун дөчин дөрвөн мянгын дотоод шугамд Бурханы Өөрийнхөө эцсийн өдрүүдийн үлдэгдэл ард түмэнтэй байгуулсан гэрээт харилцааны олон бэлгэдэл, дүрслэл нэхэгдэн шингэсэн байдаг. “Арван нэг” тооны бэлгэдэл нь тэдгээр үнэний нэг мөн бөгөөд арван нэгдүгээр бүлгийн арван нэгдүгээр эшлэлд эцсийн өдрүүдийн гадаад ба дотоод үзэгдлийг тодорхойлдгийг, мөн Исаиа арван нэгдүгээр бүлэг, арван нэгдүгээр эшлэлд Бурханы эцсийн өдрүүдийн гэрээт ард түмний зорилго ба ажлыг тодорхойлдгоор онцлон тэмдэглэсэн байдаг.</w:t>
      </w:r>
    </w:p>
    <w:p>
      <w:pPr>
        <w:pStyle w:val="ArticleScripture"/>
        <w:jc w:val="left"/>
      </w:pPr>
      <w:r>
        <w:rPr>
          <w:rFonts w:ascii="Times New Roman" w:hAnsi="Times New Roman" w:eastAsia="Times New Roman" w:cs="Times New Roman"/>
        </w:rPr>
        <w:t>Тэр өдөр тохиох бөгөөд ЭЗЭН Өөрийн ард түмний үлдэгдлийг дахин, хоёр дахь удаагаа эргүүлэн авахын тулд мутраа сунгана; тэд Ассираас, Египетээс, Патросоос, Кушаас, Еламаас, Шинараас, Хаматаас, мөн тэнгисийн арлуудаас үлдэн хоцорсон байх болно. Исаиа 11:11.</w:t>
      </w:r>
    </w:p>
    <w:p>
      <w:pPr>
        <w:pStyle w:val="ArticleHeading"/>
        <w:jc w:val="left"/>
      </w:pPr>
      <w:r>
        <w:rPr>
          <w:rFonts w:ascii="Arial" w:hAnsi="Arial" w:eastAsia="Arial" w:cs="Arial"/>
        </w:rPr>
        <w:t>Тараалт</w:t>
      </w:r>
    </w:p>
    <w:p>
      <w:pPr>
        <w:pStyle w:val="ArticleBody"/>
        <w:jc w:val="left"/>
      </w:pPr>
      <w:r>
        <w:rPr>
          <w:rFonts w:ascii="Times New Roman" w:hAnsi="Times New Roman" w:eastAsia="Times New Roman" w:cs="Times New Roman"/>
        </w:rPr>
        <w:t>Эцсийн өдрүүдэд Бурханы үлдэгдэл ард түмэн хоёр удаа тараагдсан байх бөгөөд тэднийг цуглуулах шаардлагатай болно. Даниел 12-ын долоо дахь эшлэл нь эцсийн өдрүүдэд Бурханы ард түмэн тараагдахыг заадаг бөгөөд иймээс нэг мянга хоёр зуун жаран өдрийг тараагдлын бэлгэдэл болгон дүрслэн үзүүлдэг.</w:t>
      </w:r>
    </w:p>
    <w:p>
      <w:pPr>
        <w:pStyle w:val="ArticleScripture"/>
        <w:jc w:val="left"/>
      </w:pPr>
      <w:r>
        <w:rPr>
          <w:rFonts w:ascii="Times New Roman" w:hAnsi="Times New Roman" w:eastAsia="Times New Roman" w:cs="Times New Roman"/>
        </w:rPr>
        <w:t>Тэгээд би голын усан дээр зогсож байсан маалинган хувцаст хүнийг баруун гараа болон зүүн гараа тэнгэр өөд өргөн, мөнхөд амьдрагч Түүгээр тангараглахыг сонсов. Тэрээр, энэ нь нэг хугацаа, хэдэн хугацаа, мөн хагас хугацааны турш үргэлжилнэ; мөн ариун ардын хүчийг тараан бутрааж дуусахад энэ бүх юмс төгсөх болно, гэв. Даниел 12:7.</w:t>
      </w:r>
    </w:p>
    <w:p>
      <w:pPr>
        <w:pStyle w:val="ArticleBody"/>
        <w:jc w:val="left"/>
      </w:pPr>
      <w:r>
        <w:rPr>
          <w:rFonts w:ascii="Times New Roman" w:hAnsi="Times New Roman" w:eastAsia="Times New Roman" w:cs="Times New Roman"/>
        </w:rPr>
        <w:t>Илчлэлт номын арван нэгдүгээр бүлэгт хоёр гэрч өөрсдийн гэрчлэлийг өгснийхөө дараа сарнин бутарсан байв.</w:t>
      </w:r>
    </w:p>
    <w:p>
      <w:pPr>
        <w:pStyle w:val="ArticleScripture"/>
        <w:jc w:val="left"/>
      </w:pPr>
      <w:r>
        <w:rPr>
          <w:rFonts w:ascii="Times New Roman" w:hAnsi="Times New Roman" w:eastAsia="Times New Roman" w:cs="Times New Roman"/>
        </w:rPr>
        <w:t>Тэд гэрчлэлээ дуусгах үед ёроолгүй ангалын гүнээс гарч ирдэг араатан тэдний эсрэг дайн хийж, тэднийг дийлэн ялж, ална. Тэдний цогцос агуу хотын гудамжинд хэвтэнэ. Тэр хотыг сүнслэг утгаар Содом, Египет гэж нэрлэдэг бөгөөд тэнд мөн бидний Эзэн цовдлогдсон билээ. Овог аймаг, төрөл садан, хэлтэн, үндэстнүүдээс хүмүүс тэдний цогцсыг гурав хагас хоногийн турш харж, тэдний цогцсыг булшинд тавихыг зөвшөөрөхгүй. Газар дэлхий дээр оршин суугчид тэдний дээр баярлан хөөрч, найрлан цэнгэж, бие биедээ бэлэг илгээнэ. Учир нь эдгээр хоёр эш үзүүлэгч газар дэлхий дээр оршин суугчдыг зовоож байсан юм. Илчлэл 11:7–10.</w:t>
      </w:r>
    </w:p>
    <w:p>
      <w:pPr>
        <w:pStyle w:val="ArticleBody"/>
        <w:jc w:val="left"/>
      </w:pPr>
      <w:r>
        <w:rPr>
          <w:rFonts w:ascii="Times New Roman" w:hAnsi="Times New Roman" w:eastAsia="Times New Roman" w:cs="Times New Roman"/>
        </w:rPr>
        <w:t>Дараагийн буюу арван нэгдүгээр зүйлд, хоёр гэрч Содом ба Египетийн гудамжинд тохиолдсон үхлээсээ амилуулагддаг. Тэрхүү адил үхлийг Езекиел энд тэндгүй тарсан, үхсэн, хатсан ясны хөндий хэмээн дүрсэлдэг. Хоёр гэрч нь 2020 онд хөнөөгдсөн Бүгд Найрамдах ба Протестантын хоёр эврийг төлөөлдөг. Протестант эвэр 2020 оны 7-р сарын 18-ны тухай худал эш үзүүллэгээрээ үхсэн бөгөөд Бүгд Найрамдах эвэр 2020 оны хулгайлагдсан сонгуулиар үхсэн. Исаиа гэрч нар амилуулагдах үедээ, үүнийг тэрээр хоёр дахь удаагаа цуглуулагдах явдал хэмээн тодорхойлдог бөгөөд, тэд арван нэгдүгээр цагийн ажилчдыг цуглуулдаг туг тэмдэг болдог гэж заан хэлдэг.</w:t>
      </w:r>
    </w:p>
    <w:p>
      <w:pPr>
        <w:pStyle w:val="ArticleScripture"/>
        <w:jc w:val="left"/>
      </w:pPr>
      <w:r>
        <w:rPr>
          <w:rFonts w:ascii="Times New Roman" w:hAnsi="Times New Roman" w:eastAsia="Times New Roman" w:cs="Times New Roman"/>
        </w:rPr>
        <w:t>Тэр өдөр Иессийн үндэс ард түмнүүдэд зориулсан туг тэмдэг болон босно; харь үндэстнүүд түүн уруу эрэн ирнэ; түүний амгалан суудал алдар суугаар дүүрэн байх болно. Тэр өдөр Эзэн Өөрийн ард түмний үлдэгдлийг, өөрөөр хэлбэл Ассириас, Египетээс, Патросоос, Кушаас, Еламаас, Шинараас, Хаматаас, мөн тэнгисийн арлуудаас үлдэн хоцорсныг буцаан олж авахын тулд мутраа дахин, хоёр дахь удаагаа сунгах болно. Тэрээр үндэстнүүдэд зориулан туг тэмдэг босгож, Израилийн хөөгдөгсдийг цуглуулж, Иудагийн сарнигдагсдыг газрын дөрвөн зүгээс хамтатган хураах болно. Исаиа 11:10–12.</w:t>
      </w:r>
    </w:p>
    <w:p>
      <w:pPr>
        <w:pStyle w:val="ArticleBody"/>
        <w:jc w:val="left"/>
      </w:pPr>
      <w:r>
        <w:rPr>
          <w:rFonts w:ascii="Times New Roman" w:hAnsi="Times New Roman" w:eastAsia="Times New Roman" w:cs="Times New Roman"/>
        </w:rPr>
        <w:t>Эзэн цуглуулахаар мутраа хоёр дахь удаагаа сунгах үедээ Тэр “Израилийн хөөгдөгсдийг” нэгтгэнэ. “Израилийн хөөгдөгсөд” нь харь үндэстнүүдэд зориулсан туг тэмдэг болдог бөгөөд иймээс тэд цуглуулагдахаасаа өмнө заавал хөөгдөн гарсан байх ёстой. Тэд Езекиелийн үхмэл ясны хөндий рүү хөөгдөн гаргагдсан бөгөөд нэгэнт алагдсаны дараа, өөр бүлэг нь баярлан хөөрч байх зуур, манай Эзэн ч мөн цовдлогдсон тэр гудамжинд хэвтэж байв.</w:t>
      </w:r>
    </w:p>
    <w:p>
      <w:pPr>
        <w:pStyle w:val="ArticleScripture"/>
        <w:jc w:val="left"/>
      </w:pPr>
      <w:r>
        <w:rPr>
          <w:rFonts w:ascii="Times New Roman" w:hAnsi="Times New Roman" w:eastAsia="Times New Roman" w:cs="Times New Roman"/>
        </w:rPr>
        <w:t>ЭЗЭНИЙ үгэнд чичирдэг та нар, ЭЗЭНИЙ үгийг сонсогтун. Миний нэрийн төлөө та нарыг үзэн ядаж, та нарыг хөөн гаргасан ах дүүс чинь, “ЭЗЭН алдаршиг” гэж хэлсэн. Гэвч Тэр та нарын баярын төлөө үзэгдэж, харин тэд ичгүүрт орох болно. Исаиа 66:5.</w:t>
      </w:r>
    </w:p>
    <w:p>
      <w:pPr>
        <w:pStyle w:val="ArticleBody"/>
        <w:jc w:val="left"/>
      </w:pPr>
      <w:r>
        <w:rPr>
          <w:rFonts w:ascii="Times New Roman" w:hAnsi="Times New Roman" w:eastAsia="Times New Roman" w:cs="Times New Roman"/>
        </w:rPr>
        <w:t>Бурханы Үгэнд чичрэн эмээгчид өөрсдийг нь үзэн ядсан ах дүүсээрээ хөөгдөн гардаг. Иеремиа тугийг үзэн ядсан ах дүүст юу тохиолдохыг тодорхойлдог.</w:t>
      </w:r>
    </w:p>
    <w:p>
      <w:pPr>
        <w:pStyle w:val="ArticleScripture"/>
        <w:jc w:val="left"/>
      </w:pPr>
      <w:r>
        <w:rPr>
          <w:rFonts w:ascii="Times New Roman" w:hAnsi="Times New Roman" w:eastAsia="Times New Roman" w:cs="Times New Roman"/>
        </w:rPr>
        <w:t>Иймээс ЭЗЭН ийнхүү айлдаж байна: Болгоогтун, Би тэдний зугтан мултарч үл чадах гай гамшгийг тэдний дээр авчирна; тэд Над уруу хашхиран дуудах боловч Би тэднийг сонсохгүй. Иеремиа 11:11.</w:t>
      </w:r>
    </w:p>
    <w:p>
      <w:pPr>
        <w:pStyle w:val="ArticleBody"/>
        <w:jc w:val="left"/>
      </w:pPr>
      <w:r>
        <w:rPr>
          <w:rFonts w:ascii="Times New Roman" w:hAnsi="Times New Roman" w:eastAsia="Times New Roman" w:cs="Times New Roman"/>
        </w:rPr>
        <w:t>Арван нэгдүгээр эшлэлийн утга агуулга нь Бурханы гэрээ бөгөөд бүх эш үзүүлэгчид эцсийн өдрүүдийг хөнддөг тул энд өгүүлж буй гэрээ нь нэг зуун дөчин дөрвөн мянгатай байгуулах гэрээг шинэчлэн сэргээх явдал мөн.</w:t>
      </w:r>
    </w:p>
    <w:p>
      <w:pPr>
        <w:pStyle w:val="ArticleScripture"/>
        <w:jc w:val="left"/>
      </w:pPr>
      <w:r>
        <w:rPr>
          <w:rFonts w:ascii="Times New Roman" w:hAnsi="Times New Roman" w:eastAsia="Times New Roman" w:cs="Times New Roman"/>
        </w:rPr>
        <w:t>ЭЗЭНээс Иеремиад ирсэн үг ийнхүү айлдав: “Энэ гэрээний үгсийг сонсогтун, тэгээд Иудагийн эрчүүдэд болон Иерусалимын оршин суугчдад айлд. Тэдэнд ийнхүү хэлэгтүн: ‘Израилийн Бурхан ЭЗЭН ийнхүү айлдаж байна: Энэ гэрээний үгсэд дуулгавартай байдаггүй хүн хараагдаг. Би та нарын эцэг өвгөдийг Египетийн нутгаас, төмөр зуухнаас гарган ирүүлсэн тэр өдөр тэдэнд тушаан, “Миний дуу хоолойд дуулгавартай байж, Миний та нарт тушаасан бүхний дагуу тэдгээрийг үйлдэгтүн. Тэгвэл та нар Миний ард түмэн болж, Би та нарын Бурхан байх болно. Ингэснээр Би та нарын эцэг өвгөдөд сүү, балаар бялхсан нутгийг өгнө хэмээн тангарагласан тангаргаа, энэ өдрийн адил, биелүүлэх болно” гэж хэлсэн билээ.’” Тэгэхэд би хариулан, “Тийм болог, өө ЭЗЭН” гэв.</w:t>
      </w:r>
    </w:p>
    <w:p>
      <w:pPr>
        <w:pStyle w:val="ArticleScripture"/>
        <w:jc w:val="left"/>
      </w:pPr>
      <w:r>
        <w:rPr>
          <w:rFonts w:ascii="Times New Roman" w:hAnsi="Times New Roman" w:eastAsia="Times New Roman" w:cs="Times New Roman"/>
        </w:rPr>
        <w:t>Тэгээд ЭЗЭН надад айлдсан нь, Иудагийн хотуудаар болон Иерусалимын гудамжуудаар энэ бүх үгийг тунхаглан, “Энэ гэрээний үгсийг сонсогтун, мөн тэдгээрийг үйлдэгтун” гэж хэл. Учир нь Би та нарын эцэг өвгөдийг Египетийн нутгаас гаргаж ирсэн тэр өдрөөс эхлэн өнөөдрийг хүртэл эртлэн босож, тэдэнд нухацтайгаар анхааруулан, “Миний дуу хоолойд дуулгавартай байгтун” хэмээн айлдаж ирсэн. Гэвч тэд дуулгавартай байсангүй, чихээ ч тавьсангүй, харин хүн бүр өөрийн муу зүрхний бодлын дагуу явсан. Иймээс Би тэдэнд үйлдэхийг тушаасан боловч тэдгээрийг үйлдээгүй энэ гэрээний бүх үгийг тэдэн дээр буулгах болно.</w:t>
      </w:r>
    </w:p>
    <w:p>
      <w:pPr>
        <w:pStyle w:val="ArticleScripture"/>
        <w:jc w:val="left"/>
      </w:pPr>
      <w:r>
        <w:rPr>
          <w:rFonts w:ascii="Times New Roman" w:hAnsi="Times New Roman" w:eastAsia="Times New Roman" w:cs="Times New Roman"/>
        </w:rPr>
        <w:t>ЭЗЭН надад хандан, “Иудагийн эрчүүдийн дунд болон Иерусалимын оршин суугчдын дунд хуйвалдаан илэрлээ. Тэд Миний үгсийг сонсохоос татгалзсан өвөг дээдсийнхээ гэм бурууд буцан эргэж, өөр бурхдын араас явж, тэдэнд үйлчилсэн. Израилийн гэр болон Иудагийн гэр Би тэдний эцэг өвгөдтэй байгуулсан Миний гэрээг зөрчжээ. Иймийн тул ЭЗЭН ийнхүү айлдаж байна: Болгоогтун, Би тэдний дээр гай гамшиг авчирна; тэд түүнээс зугтан гарч чадахгүй. Тэд Над уруу хашхиран дуудсан ч Би тэднийг сонсохгүй” гэв. Иеремиа 11:1–11.</w:t>
      </w:r>
    </w:p>
    <w:p>
      <w:pPr>
        <w:pStyle w:val="ArticleBody"/>
        <w:jc w:val="left"/>
      </w:pPr>
      <w:r>
        <w:rPr>
          <w:rFonts w:ascii="Times New Roman" w:hAnsi="Times New Roman" w:eastAsia="Times New Roman" w:cs="Times New Roman"/>
        </w:rPr>
        <w:t>Иеремиа тодорхойлсон Лаодикийн Долоо дахь өдрийн Адвентизмийн шүүлтийн сэдвийг Езекиел арван нэгдүгээр бүлгийн арван нэгдүгээр зүйлд давтан өгүүлдэг.</w:t>
      </w:r>
    </w:p>
    <w:p>
      <w:pPr>
        <w:pStyle w:val="ArticleScripture"/>
        <w:jc w:val="left"/>
      </w:pPr>
      <w:r>
        <w:rPr>
          <w:rFonts w:ascii="Times New Roman" w:hAnsi="Times New Roman" w:eastAsia="Times New Roman" w:cs="Times New Roman"/>
        </w:rPr>
        <w:t>Энэ хот та нарын тогоо болохгүй, мөн та нар түүний дундах мах ч болохгүй; харин Би та нарыг Израилийн хил дээр шүүнэ. Езекиел 11:11.</w:t>
      </w:r>
    </w:p>
    <w:p>
      <w:pPr>
        <w:pStyle w:val="ArticleBody"/>
        <w:jc w:val="left"/>
      </w:pPr>
      <w:r>
        <w:rPr>
          <w:rFonts w:ascii="Times New Roman" w:hAnsi="Times New Roman" w:eastAsia="Times New Roman" w:cs="Times New Roman"/>
        </w:rPr>
        <w:t>Илчлэлт нь Езекиелийн есдүгээр бүлэгт гардаг тамгалах үйл явцыг Илчлэл номын долоодугаар бүлэгт гардаг нэг зуун дөчин дөрвөн мянгыг тамгалахтай яг адилхан болохыг шууд тодорхойлон заадаг. Арван нэгдүгээр бүлгийн арван нэгдүгээр эшлэл нь ердөө л Езекиелийн Долоо дахь өдрийн Адвентист сүмд буусан шүүлтийн тухай үргэлжилсэн хүүрнэлийн үргэлжлэл бөгөөд Систер Уайт үүнийг Езекиелийн есдүгээр бүлгийн Иерусалим хэмээн тодорхойлдог. Тамгыг хүлээн аваагүй хүмүүс есөөс арван нэгэн бүлэг хүртэлх үзэгдэлд шүүгдэж, устгагддаг.</w:t>
      </w:r>
    </w:p>
    <w:p>
      <w:pPr>
        <w:pStyle w:val="ArticleBody"/>
        <w:jc w:val="left"/>
      </w:pPr>
      <w:r>
        <w:rPr>
          <w:rFonts w:ascii="Times New Roman" w:hAnsi="Times New Roman" w:eastAsia="Times New Roman" w:cs="Times New Roman"/>
        </w:rPr>
        <w:t>Езекиел дэх 9/11-ийн үзэгдэл нь итгэлгүйчүүдийг шүүлтэд оруулахаар Иерусалимын гадна авч гарч байгаагаар дүрслэн харуулдаг бөгөөд ингэснээр Илчлэл номонд дүрслэгдсэн эцсийн сүм хэмээн өөрсдийгөө тунхаглагчдын эцсийн тусгаарлалтыг тодорхойлдог. “Арван нэг, арван нэг” хэмээх бэлгэдэл нь нэг зуун дөчин дөрвөн мянган хүн Бурхантай байгуулах гэрээний бэлгэдэл мөн. Эдгээр тоог хооронд нь нэмбэл хорин хоёр болж, энэ нь Тэнгэрлэг чанар хүн төрөлхтөнтэй нэгдсэний бэлгэдлүүдийн нэг болох хоёр зуун хорийн аравны нэг юм.</w:t>
      </w:r>
    </w:p>
    <w:p>
      <w:pPr>
        <w:pStyle w:val="ArticleBody"/>
        <w:jc w:val="left"/>
      </w:pPr>
      <w:r>
        <w:rPr>
          <w:rFonts w:ascii="Times New Roman" w:hAnsi="Times New Roman" w:eastAsia="Times New Roman" w:cs="Times New Roman"/>
        </w:rPr>
        <w:t>МЭӨ 677 ба 457 оны хоорондох хоёр зуун хорин жил нь Даниелын хоёр мянга гурван зуун өдрийн эш үзүүллэгийг Мосегийн долоон цагийн тухай эш үзүүллэгтэй холбодог. 1844 онд эдгээр хоёр эш үзүүллэг хамтдаа биелэлдээ хүрэх үед эхэлсэн эвлэрүүллийн ажлын бэлгэдэл болохын хувьд тэрхүү хоёр зуун хорин жилийн талаар олон зүйлийг танин тодорхойлж болно. Арван нэгэн тооны нэгэн адил, хоёр зуун хорийн аравны нэг болох хорин хоёр тоогоор бэлгэдэн төлөөлүүлсэн зүйлийн талаар ч мөн олон зүйлийг тайлбарлан өгүүлж болно. Энд миний тодорхойлохыг хүсэж буй зүйл бол арван нэгэн ба хорин хоёрын хоорондын холбоо мөн.</w:t>
      </w:r>
    </w:p>
    <w:p>
      <w:pPr>
        <w:pStyle w:val="ArticleBody"/>
        <w:jc w:val="left"/>
      </w:pPr>
      <w:r>
        <w:rPr>
          <w:rFonts w:ascii="Times New Roman" w:hAnsi="Times New Roman" w:eastAsia="Times New Roman" w:cs="Times New Roman"/>
        </w:rPr>
        <w:t>Бид эдгээр бодлыг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эшлэлийн нуугдмал түүх - Зургаадугаар хэсэг</dc:title>
  <dc:subject>Арван нэгэн</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