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Наймын тоо</w:t>
      </w:r>
    </w:p>
    <w:p>
      <w:pPr>
        <w:pStyle w:val="ArticleSubtitle"/>
        <w:jc w:val="left"/>
      </w:pPr>
      <w:r>
        <w:rPr>
          <w:rFonts w:ascii="Arial" w:hAnsi="Arial" w:eastAsia="Arial" w:cs="Arial"/>
        </w:rPr>
        <w:t>Уул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Петрийн хувьд Өөрчлөгдөн гэрэлтсэн уул нь Паниум ба загалмайн хооронд тохиосон бөгөөд, өөр нэг шугам дээр Петр нь Христийн үйлчлэлийн эхэнд болсон Түүний баптисм болон үйлчлэлийнх нь төгсгөлд, ялалтын байдалтайгаар Иерусалимд орсны дараахан оршиж байна. Баптисм, уул, мөн ялалтын байдалтайгаар орсны төгсгөлийн эдгээр гурван замын тэмдэг нь Тэнгэрлэг Эцэгийн дуугарсан гурван удаагаар тэмдэглэгдсэн байдаг. Иохан 12 дахь гурав дахь удаа нь Грекчүүд Есүсийг эрж хайж байх үед юм. Баптисм нь 9/11, уул нь Паниумаас эхлэн арван зургаадугаар эшлэлийн Ням гаргийн хууль хүртэлх түүхэнд байна. Петрийн хувьд энэ нь Паниум, дараа нь уул, улмаар ялалтын байдалтайгаар орсны төгсгөл хүртэл байсан бөгөөд энэ нь Христ хоёр дахь удаагаа алдаршуулагдахын яг өмнөх үе байсан юм.</w:t>
      </w:r>
    </w:p>
    <w:p>
      <w:pPr>
        <w:pStyle w:val="ArticleScripture"/>
        <w:jc w:val="left"/>
      </w:pPr>
      <w:r>
        <w:rPr>
          <w:rFonts w:ascii="Times New Roman" w:hAnsi="Times New Roman" w:eastAsia="Times New Roman" w:cs="Times New Roman"/>
        </w:rPr>
        <w:t>Эдүгээ Миний сэтгэл түгшиж байна; тэгээд Би юу гэх вэ? Эцэг ээ, Намайг энэ цагаас авраач гэж үү? Харин энэ л учрын төлөө Би энэ цагт ирсэн билээ. Эцэг ээ, Өөрийн нэрийг алдаршуулаач. Тэгэхэд тэнгэрээс нэгэн дуу гарч, “Би түүнийг алдаршуулсан, мөн дахин алдаршуулах болно” гэв. Тэнд зогсож байсан, түүнийг сонссон олон түмэн тэнгэр дуугарлаа гэцгээв; харин бусад нь, “Түүнтэй тэнгэрэлч ярив” гэв. Есүс хариулан, “Энэ дуу Миний төлөө бус, харин та нарын төлөө ирсэн юм. Эдүгээ энэ ертөнцөд шүүлт болж байна; эдүгээ энэ ертөнцийн ноён хөөгдөн гаргагдах болно. Харин Би, хэрэв газраас өргөгдвөл, бүх хүнийг Өөр уруу татах болно” гэв. Тэрээр үүнийг Өөрөө ямар үхлээр үхэхээ заан хэлсэн ажээ. Иохан 12:27–33.</w:t>
      </w:r>
    </w:p>
    <w:p>
      <w:pPr>
        <w:pStyle w:val="ArticleBody"/>
        <w:jc w:val="left"/>
      </w:pPr>
      <w:r>
        <w:rPr>
          <w:rFonts w:ascii="Times New Roman" w:hAnsi="Times New Roman" w:eastAsia="Times New Roman" w:cs="Times New Roman"/>
        </w:rPr>
        <w:t>Левит номын хорин гуравдугаар бүлэг болон Пентекостын улирлаар хүрээлэгдсэн тэр шугам нь гурван алхмаас бүрдэх эхлэх замын тэмдэгтэй бөгөөд түүний дараа таван өдөр үргэлжилдэг; мөн төгсгөлийн замын тэмдэг нь яг ижил шинжүүдтэй байдаг. Эдгээр замын тэмдгүүдийн хоорондох гучин өдөр нь бүрээний баяраар төгсдөг тахилчдын үеийг төлөөлдөг. Бүрээний баяр, амилсныхаа дараа шавь нартаа нүүр тулан дөчин өдөр сургаж байгаад Христийн тэнгэрт хальсан явдал, мөн эвлэрүүллийн өдөр нь Левит номын хорин гуравдугаар бүлэг дэх шугамын төгсгөлийн гурван алхмыг төлөөлдөг. Тэр гурван алхмын дараа Пентекост хүртэл ч, мөн Асруудын баяр хүртэл ч таван өдөр дагалддаг. Тэнгэрлэг Эцэг гурав дахь удаагаа дуугарсан нь Ням гаргийн хуулийн үед Вавилоноос дуудагдан гарч ирэгчдийг төлөөлөх Грекчүүд Есүстэй уулзахыг эрж байхын яг өмнө болсон юм. Ням гаргийн хуулийн яг өмнө Есүс загалмай дээр тугийг өргөгдсөнийг тодорхойлдог. 9/11-д газар дэлхий Түүний алдраар гэрэлтсэн бөгөөд Ням гаргийн хуулийн үед дахин гэрэлтэнэ.</w:t>
      </w:r>
    </w:p>
    <w:p>
      <w:pPr>
        <w:pStyle w:val="ArticleBody"/>
        <w:jc w:val="left"/>
      </w:pPr>
      <w:r>
        <w:rPr>
          <w:rFonts w:ascii="Times New Roman" w:hAnsi="Times New Roman" w:eastAsia="Times New Roman" w:cs="Times New Roman"/>
        </w:rPr>
        <w:t>Паниум гэж буй Кесари Филиппи нь гурав дахь цаг бөгөөд, Вавилоноос гарч ирэх дуудлага дуудагдах үед Кесари Маритима нь загалмайн ес дэх цаг юм. Загалмайгаас өмнө, Паниумын эш үзүүллэгийн түүхийн үед, Петр уулан дээр байгаа боловч ялалтын орох үйл явдлын төгсгөлөөс хараахан өмнө байна. Паниум нь арван зургаадугаар эшлэлийн загалмай хүртэл үргэлжилнэ. Паниум дахь Петр нь Левит хорин гуравын бүрээний баяр, тэнгэр өөд өргөгдөхүй, эвлэрүүллийн гурван шатат түүхийн яг өмнө байна. Петр нь тахилчийн онцгой зааварчилгааны гучин хоногийн дотор байна.</w:t>
      </w:r>
    </w:p>
    <w:p>
      <w:pPr>
        <w:pStyle w:val="ArticleBody"/>
        <w:jc w:val="left"/>
      </w:pPr>
      <w:r>
        <w:rPr>
          <w:rFonts w:ascii="Times New Roman" w:hAnsi="Times New Roman" w:eastAsia="Times New Roman" w:cs="Times New Roman"/>
        </w:rPr>
        <w:t>Симон Паниумд Петр болдог бөгөөд ялалтын ёслолын оролтын өмнө уулан дээр нэг алхамтай байдаг. Ялалтын ёслолын оролт нь арван онгон бүсгүйн тухай сургаалт зүйрлэлийг дүрслэн үзүүлдэг. Зөвхөн тав нь гэрлэлтийн найрт ордог бөгөөд гурвалсан waymark ба Пентекостын хоорондох таван өдөр нь ялалтын ёслолын оролтын эхлэл юм. Энэ нь бүрээний баяраар эхэлдэг, харин тэрхүү waymark нь гурван waymark-ийн хослолоос бүрддэг. Нэгэн waymark-ийн хувьд тэд Нэшвиллд хийсэн довтолгоог бүрээний баяртай холбон тодорхойлдог. Шөнө дундын Хашхирааны мэдээ дөнгөж батлагдсан байх бөгөөд таван ухаалаг онгон бүсгүйн жагсаал нь Ням гаргийн хууль болох загалмайн үхэл, оршуулга, амилалтад хүргэдэг үйл явцыг эхлүүлдэг.</w:t>
      </w:r>
    </w:p>
    <w:p>
      <w:pPr>
        <w:pStyle w:val="ArticleBody"/>
        <w:jc w:val="left"/>
      </w:pPr>
      <w:r>
        <w:rPr>
          <w:rFonts w:ascii="Times New Roman" w:hAnsi="Times New Roman" w:eastAsia="Times New Roman" w:cs="Times New Roman"/>
        </w:rPr>
        <w:t>Петр Нашвиллийн галан бөмбөлгүүдийн тухай зөгнөлийг залруулж байхдаа Паниумд байна, мөн тэрхүү зөгнөлийн биелэл дээр бүрээний баярын дуу эгшиглэхээс өмнө тэнд байна. Зөгнөлийн зайлшгүй шаардлагаар тэр эхлээд ууланд очих ёстой, учир нь ялалтын оролтоос өмнө уул байсан. Абрахам ууланд очихоосоо өмнө нэр нь өөрчлөгдсөн бөгөөд Петрийн нэр ч мөн ууланд очихоос нь өмнө, Паниумд өөрчлөгдсөн. Уул нь Нашвиллийн галан бөмбөлгүүдийн тухай зөгнөл биелэхээс өмнөх Петрийн сорилт мөн. Тэрхүү биелэл нь гурав дахь бөгөөд шинжийг ялган таних сорилт бөгөөд тэнд зан чанар нь баяр эсвэл ичгүүрийн аль нэгээр илэрхийлэгддэг.</w:t>
      </w:r>
    </w:p>
    <w:p>
      <w:pPr>
        <w:pStyle w:val="ArticleBody"/>
        <w:jc w:val="left"/>
      </w:pPr>
      <w:r>
        <w:rPr>
          <w:rFonts w:ascii="Times New Roman" w:hAnsi="Times New Roman" w:eastAsia="Times New Roman" w:cs="Times New Roman"/>
        </w:rPr>
        <w:t>МЭӨ 457 оны шугам Рафиа ба Паниумын хооронд төгсөнө; Эхлэл номын арван долоодугаар бүлгийн гэрээ нь Рафиатай, Матай арван зургаадугаар бүлгийн гэрээ нь Паниумтай тус тус нийцдэг. Паниумаас Петр уул өөд гардаг нь Абрахам Исаакийн тахил өргөхөөр явсантай адил юм. Петрийн шугам дахь уул нь Абрахамын үеийн уултай нийцдэг.</w:t>
      </w:r>
    </w:p>
    <w:p>
      <w:pPr>
        <w:pStyle w:val="ArticleBody"/>
        <w:jc w:val="left"/>
      </w:pPr>
      <w:r>
        <w:rPr>
          <w:rFonts w:ascii="Times New Roman" w:hAnsi="Times New Roman" w:eastAsia="Times New Roman" w:cs="Times New Roman"/>
        </w:rPr>
        <w:t>Абрахамын замын тэмдэг нь гурван өдрөөс бүрдэж байв. Ялалтын оролтын үеэр Христийг унуулан авч явах илжгийг авчрахын тулд хоёр шавийг илгээсэн бөгөөд Абрахамын шугамд түүний гурван өдрийн аялал Исаакийн өргөлийн модыг үүрүүлэх илжиг болон хоёр зарцыг сонгосноор эхэлдэг. Уул өөд өгсөх Петрийн найман эсвэл зургаан өдрийн аялал Абрахамын хувьд гурван өдөр байв. Паниум дахь Петр нь уулын өмнө, мөн Иерусалим руу орох эхлэлийг тавьсан илжгийг суллахын өмнө байдаг бөгөөд тэндээс Абрахамын гурван өдөр эхэлсэн юм. Ялалтын оролтын үеэр Христ Чидун уулан дээр зогсон Иерусалимын төлөө уйлсан бөгөөд ингэснээр Бурхан ба эртний бодит Израилийн хоорондын гэрээний харилцааны төгсгөлийг тэмдэглэсэн. Петрийн уул нь ялалтын оролтын өмнө; Христийн уул нь ялалтын оролтын үеэр; харин Абрахамын уул нь оролтын төгсгөлд байна.</w:t>
      </w:r>
    </w:p>
    <w:p>
      <w:pPr>
        <w:pStyle w:val="ArticleBody"/>
        <w:jc w:val="left"/>
      </w:pPr>
      <w:r>
        <w:rPr>
          <w:rFonts w:ascii="Times New Roman" w:hAnsi="Times New Roman" w:eastAsia="Times New Roman" w:cs="Times New Roman"/>
        </w:rPr>
        <w:t>2026 он бол Библийн эш үзүүллэгийн зургаа дахь хаанчлалын хоёр зуун тавин дахь жил сүр жавхлант ноёрхлоо тэмдэглэх завсрын сонгуулийн жил мөн. Эш үзүүллэгийн дунд цэг болох тэрхүү тэмдэглэлт мөч нь МЭӨ 207 онд байсан Агуу Антиохтой, өөрөөр хэлбэл МЭӨ 457 оноос тоолсон хоёр зуун тавин жилийн төгсгөлийг тэмдэглэдэг Рафиа ба Паниумын хоорондох дунд цэгтэй давхцан нийцдэг.</w:t>
      </w:r>
    </w:p>
    <w:p>
      <w:pPr>
        <w:pStyle w:val="ArticleBody"/>
        <w:jc w:val="left"/>
      </w:pPr>
      <w:r>
        <w:rPr>
          <w:rFonts w:ascii="Times New Roman" w:hAnsi="Times New Roman" w:eastAsia="Times New Roman" w:cs="Times New Roman"/>
        </w:rPr>
        <w:t>Одоогоор лац нь тайлагдсан арван нэгээс хорин хоёрдугаар бүлэг хүртэлх дөрвөн мөрийг авч үзэхэд (өөр жишээнүүд ч байж болох юм), одоо бид The Desire of Ages дахь эдгээр бүлгүүдийг авч үзье. Арван нэгдүгээр бүлэг нь “Баптисм”, харин хорин хоёрдугаар бүлэг нь “Иоханы хоригдол болсон нь ба үхэл” юм. Иохан эхлэлд ч, төгсгөлд ч байна, харин дундах бүлэг болох арван долдугаар бүлэг нь Никодем юм.</w:t>
      </w:r>
    </w:p>
    <w:p>
      <w:pPr>
        <w:pStyle w:val="ArticleScripture"/>
        <w:jc w:val="left"/>
      </w:pPr>
      <w:r>
        <w:rPr>
          <w:rFonts w:ascii="Times New Roman" w:hAnsi="Times New Roman" w:eastAsia="Times New Roman" w:cs="Times New Roman"/>
        </w:rPr>
        <w:t>“Никодем Эзэн уруу Түүнтэй хэлэлцүүлэг өрнүүлэхээр бодон ирсэн байлаа, харин Есүс үнэний суурь зарчмуудыг ил тод болгосон юм. Тэрээр Никодемд хандан: Чамд хамгийн их хэрэгтэй нь онолын мэдлэг бус, харин сүнслэг дахин төрөх явдал мөн. Чи өөрийн сониуч байдлыг хангуулах бус, харин шинэ зүрхтэй болох хэрэгтэй. Тэнгэрлэг зүйлсийг үнэлэн ойлгож чадахаас өмнө чи дээрээс ирэх шинэ амийг хүлээн авах ёстой. Бүхнийг шинэ болгодог энэ өөрчлөлт явагдах хүртэл Миний эрх мэдэл буюу Миний даалгаврын тухай Надтай хэлэлцэх нь чамд авралын ямар ч ашиг авчрахгүй.”</w:t>
      </w:r>
    </w:p>
    <w:p>
      <w:pPr>
        <w:pStyle w:val="ArticleScripture"/>
        <w:jc w:val="left"/>
      </w:pPr>
      <w:r>
        <w:rPr>
          <w:rFonts w:ascii="Times New Roman" w:hAnsi="Times New Roman" w:eastAsia="Times New Roman" w:cs="Times New Roman"/>
        </w:rPr>
        <w:t>“Никодем Иохан Баптистын наманчлал ба баптисмын тухай, мөн хүмүүсийг Ариун Сүнсээр баптисм хүртээх Нэгэн рүү чиглүүлж буй түүний сургаалыг сонссон байв. Тэр өөрөө иудейчүүдийн дунд сүнслэг байдал дутмаг байгааг, мөн тэд ихээхэн хэмжээгээр явцуу үзэл ба ертөнцийн хүсэл тэмүүллээр захирагдаж байгааг мэдэрч байсан. Тэр Мессиаг ирэхэд юмсын байдал илүү дээр болно гэж найдсан байлаа. Гэвч зүрхийг шинжигч Баптистын мэдээ түүнд нүглийн талаарх яллалт төрүүлж чадсангүй. Тэр хатуу чанд фарисай хүн байсан бөгөөд сайн үйлсээрээ бахархдаг байв. Тэр өгөөмөр зан, сүмийн үйлчлэлийг дэмжихдээ гар татдаггүй байдлаараа олонд өндөр үнэлэгддэг байсан бөгөөд Бурханы таалалд баттай байна гэж өөрийгөө санаж байлаа. Одоогийн байдалдаа өөрийнх нь харж ч үл чадах тийм ариун хаанчлалын тухай бодол түүнийг цочирдуулжээ.” Хүсэл Тэмүүллийн Эрин, 171.</w:t>
      </w:r>
    </w:p>
    <w:p>
      <w:pPr>
        <w:pStyle w:val="ArticleBody"/>
        <w:jc w:val="left"/>
      </w:pPr>
      <w:r>
        <w:rPr>
          <w:rFonts w:ascii="Times New Roman" w:hAnsi="Times New Roman" w:eastAsia="Times New Roman" w:cs="Times New Roman"/>
        </w:rPr>
        <w:t>«Хүслийн Эрин» номын дундаж цэг нь Никодемын шугамд байдаг бөгөөд тэрээр нэг зуун дөчин дөрвөн мянгыг тамгалах шугам дахь Адвентизмд хандсан эцсийн дуудлагыг төлөөлдөг. Тэрээр Христийн урьдалчийн мэдээг сонссон боловч өөрсдийн Лаодикийн байдлыг мэдээгүй байсан нэгэн ангийг төлөөлдөг.</w:t>
      </w:r>
    </w:p>
    <w:p>
      <w:pPr>
        <w:pStyle w:val="ArticleScripture"/>
        <w:jc w:val="left"/>
      </w:pPr>
      <w:r>
        <w:rPr>
          <w:rFonts w:ascii="Times New Roman" w:hAnsi="Times New Roman" w:eastAsia="Times New Roman" w:cs="Times New Roman"/>
        </w:rPr>
        <w:t>“Никодемтэй хийсэн ярилцлагадаа Есүс авралын төлөвлөгөө болон Өөрийнхөө дэлхийд ирсэн эрхэм зорилгыг нээн дэлгэрүүлсэн. Түүнээс хойших Өөрийн айлдваруудын алинд нь ч Тэр тэнгэрийн хаанчлалыг өвлөх бүхний зүрх сэтгэлд хийгдэх ёстой ажлыг ийнхүү алхам алхмаар, тийм бүрэн дүүрнээр тайлбарлаагүй юм. Үйлчлэлийнхээ хамгийн эхэнд Тэр үнэнийг Синедрионы нэг гишүүнд, хамгийн хүлээн авахад бэлэн оюун ухаанд, ард түмний томилогдсон нэгэн багшид нээж өгсөн. Гэвч Израилийн удирдагчид гэрлийг талархан хүлээн аваагүй. Никодем үнэнийг зүрхэндээ нуусан бөгөөд гурван жилийн турш илэрхий харагдах үр жимс бага байв.” The Desire of Ages, 176.</w:t>
      </w:r>
    </w:p>
    <w:p>
      <w:pPr>
        <w:pStyle w:val="ArticleBody"/>
        <w:jc w:val="left"/>
      </w:pPr>
      <w:r>
        <w:rPr>
          <w:rFonts w:ascii="Times New Roman" w:hAnsi="Times New Roman" w:eastAsia="Times New Roman" w:cs="Times New Roman"/>
        </w:rPr>
        <w:t>Иоханы захиас болон түүний Христийг баптисм хүртээсэн үйл явдал нь Бурханаас эмээх тухай нэгдүгээр тэнгэрэлчийн мэдээг төлөөлж байв. Иоханы захиас нь итгэлээр зөвтгөгдөх тухай Лаодикийн захиас байсан бөгөөд тэрхүү захиас Христийн баптисмын үед хүч чадлаар тоноглогдсон юм. Үүнтэй адил Жоунс ба Ваггонерын захиас нь 1888 онд Лаодикид өгөгдсөн захиас байсан билээ. Христийн баптисм болон 1888 он нь 9/11-д Лаодикид ирсэн захиасын ирэлтийг хэв шинжээр үзүүлсэн бөгөөд тэр нь Рафиа ба Паниумын хоорондох дунд цэг дээр төгсөнө.</w:t>
      </w:r>
    </w:p>
    <w:p>
      <w:pPr>
        <w:pStyle w:val="ArticleBody"/>
        <w:jc w:val="left"/>
      </w:pPr>
      <w:r>
        <w:rPr>
          <w:rFonts w:ascii="Times New Roman" w:hAnsi="Times New Roman" w:eastAsia="Times New Roman" w:cs="Times New Roman"/>
        </w:rPr>
        <w:t>Никодем гэдэг нь “ард түмний ялалт” гэсэн утгатай бөгөөд итгэлээр зөвтгөгдөхүй нь Иоханы мэдээтэй хамт ирсэн, баптисмын үед хүчжүүлэгдсэн, мөн Христтэй шөнийн дунд Никодемын хийсэн уулзалтаар тодорхойлогдсон лацлах мэдээ мөн. Хорин хоёрдугаар бүлэгт Иоханы үхэл нь, Тэр Өөртөө бүх хүнийг татахын тулд өргөгдөх тэрхүү тугийг түүний шавь нар танин мэдэхэд хүргэсэн тухай дүрслэн өгүүлдэг. Баптисм нь 9/11 болон 2020 оны 7-р сарын 18-наас 2023 оны 12-р сарын 31 хүртэлх үеийг хоёуланг нь илэрхийлсэн; учир нь баптисм нь үхлийг (2020), оршуулгыг (гурван өдөр хагас), мөн амилалтыг (2023 оны 12-р сарын 31) дүрслэн харуулдаг. Дараа нь шөнийн дунд болсон уулзалт гарч ирэх бөгөөд тэнд ард түмний ялалт нь дахин төрөх явдлаар, Лаодикийн сохролоос Филадельфийнхны хорин-хорин хараа руу шилжин гарах байдлаар дүрслэгддэг. Дараа нь Христийн үйлс нь тугийг өргөх явдал болгон илэрхийлэгддэг.</w:t>
      </w:r>
    </w:p>
    <w:p>
      <w:pPr>
        <w:pStyle w:val="ArticleBody"/>
        <w:jc w:val="left"/>
      </w:pPr>
      <w:r>
        <w:rPr>
          <w:rFonts w:ascii="Times New Roman" w:hAnsi="Times New Roman" w:eastAsia="Times New Roman" w:cs="Times New Roman"/>
        </w:rPr>
        <w:t>Абрахамын хувьд Иоханы шугам дахь Христийн үйлс нь Исаакийн тахилтай нийцдэг. Петрийн хувьд тэр шугам тэнгисийн дэргэдэх Кесарт, есдүгээр цагт, өөрөөр хэлбэл Кесариа Маритимад төгсөнө; тэнд загалмай бүх хүнийг итгэлээр зөвтгөгдөх ялалт руу дууддаг бөгөөд энэ нь гурав дахь тэнгэрэлчийн мэдээ юм. Гурав дахь тэнгэрэлчийн мэдээ нь Исламын гурав дахь гайгийн мэдээ бөгөөд энэ нь 9/11-нд Билеам Исламын илжигтэй анх учрах үед хүрч ирсэн, дараа нь 2023 оны 10-р сарын 7-нд бодит алдарт газрын эсрэг цохилтууд давхарлагдан ирсэн, улмаар Билеам эртний бодит бөгөөд орчин үеийн сүнслэг алдарт газрын усан үзмийн талбайн дундуур Исламын илжгийг жолоодох үед Нэшвилл дахь хоёр дахь цохилт болсон юм. Гурав дахь цохилт нь тун удахгүй ирэх Ням гаргийн хуулийн газар хөдлөлт мөн. Тэнд Исаак өргөгдсөн, тэнд алагдлын цагаан нөмрөгийг хүртсэн агуу олон түмний бэлгэ тэмдэг болох Иоханы шавь нар тугийн үйлсийг сонсож, харсан. Эхлэл, Матай, The Desire of Ages номын дунд цэгүүд нь нэг зуун дөчин дөрвөн мянгын тамгалагдал болон харь үндэстнүүдийн дуудагдлыг тодорхойлдог.</w:t>
      </w:r>
    </w:p>
    <w:p>
      <w:pPr>
        <w:pStyle w:val="ArticleBody"/>
        <w:jc w:val="left"/>
      </w:pPr>
      <w:r>
        <w:rPr>
          <w:rFonts w:ascii="Times New Roman" w:hAnsi="Times New Roman" w:eastAsia="Times New Roman" w:cs="Times New Roman"/>
        </w:rPr>
        <w:t>Христийн Никодемд өгсөн тайлбар нь салхины үйлчлэлтэй адил байсан бөгөөд түүний үйлчлэл нь харагддаггүй.</w:t>
      </w:r>
    </w:p>
    <w:p>
      <w:pPr>
        <w:pStyle w:val="ArticleScripture"/>
        <w:jc w:val="left"/>
      </w:pPr>
      <w:r>
        <w:rPr>
          <w:rFonts w:ascii="Times New Roman" w:hAnsi="Times New Roman" w:eastAsia="Times New Roman" w:cs="Times New Roman"/>
        </w:rPr>
        <w:t>“Никодем одоо ч мэгдэн будилсан хэвээр байсан бөгөөд Есүс Өөрийнхөө утгыг тайлбарлахын тулд салхийг жишээ болгон хэрэглэв: ‘Салхи хүссэн газраа үлээнэ, чи түүний дууг сонсовч хаанаас ирдгийг нь, хаашаа явдгийг нь мэдэхгүй: Сүнснээс төрсөн хүн бүр тийм байдаг.’”</w:t>
      </w:r>
    </w:p>
    <w:p>
      <w:pPr>
        <w:pStyle w:val="ArticleScripture"/>
        <w:jc w:val="left"/>
      </w:pPr>
      <w:r>
        <w:rPr>
          <w:rFonts w:ascii="Times New Roman" w:hAnsi="Times New Roman" w:eastAsia="Times New Roman" w:cs="Times New Roman"/>
        </w:rPr>
        <w:t>“Салхи моддын мөчир дунд сонсогдон, навч цэцгийг сэрчигнүүлдэг; гэвч тэр үл үзэгдэм бөгөөд хаанаас ирдгийг нь, хаашаа оддгийг нь хэн ч мэддэггүй. Ариун Сүнсний зүрх сэтгэл дээр үйлдэх ажил ч мөн адил. Түүнийг салхины хөдөлгөөнийг тайлбарлаж чаддагийн адил тайлбарлах боломжгүй. Хүн хөрвөлтийн үйл явц дахь бүх нөхцөл байдлыг нэг бүрчлэн мөрдөн тогтоох ч үгүй, яг тийнхүү болсон цаг мөч, газрыг ч тодорхой хэлж чадахгүй байж болно; гэвч энэ нь түүнийг хөрвөөгүй гэдгийг батлахгүй. Салхи мэт үл үзэгдэм үйлчлэлээр Христ зүрх сэтгэл дээр тасралтгүй ажиллаж байдаг. Аажмаар, хүлээн авагч өөрөө ч анзааралгүй байж болохоор, сэтгэлийг Христ рүү татах хандлагатай сэтгэгдлүүд төрүүлэгддэг. Эдгээр нь Түүний тухай бясалгах замаар, Судрыг унших замаар, эсвэл амьд номлогчийн амнаас үгийг сонсох замаар хүлээн авагдаж болно. Гэнэт, Сүнс илүү шууд дуудлагаар ирэхэд, сэтгэл өөрийгөө баяртайгаар Есүст бууж өгдөг. Үүнийг олон хүн гэнэтийн хөрвөлт гэж нэрлэдэг; гэвч энэ нь Бурханы Сүнсний удаан хугацааны ятгалгын үр дүн, тэвчээртэй, удаан үргэлжилсэн үйл явц мөн.”</w:t>
      </w:r>
    </w:p>
    <w:p>
      <w:pPr>
        <w:pStyle w:val="ArticleScripture"/>
        <w:jc w:val="left"/>
      </w:pPr>
      <w:r>
        <w:rPr>
          <w:rFonts w:ascii="Times New Roman" w:hAnsi="Times New Roman" w:eastAsia="Times New Roman" w:cs="Times New Roman"/>
        </w:rPr>
        <w:t>“Салхи өөрөө үл үзэгдэх боловч, харагдаж мэдрэгддэг нөлөөг бий болгодог. Үүнчлэн Сүнсний сэтгэлд үйлдэх ажил нь Түүний аврах хүчийг мэдэрсэн хүний үйлдэл бүрээр өөрийгөө илчилнэ. Бурханы Сүнс зүрх сэтгэлийг эзэмшихэд амьдралыг өөрчилдөг. Нүгэлт бодлууд зайлуулагдаж, бузар үйлсээс татгалздаг; хайр, даруу байдал, амар тайван нь уур хилэн, атаа жөтөө, тэмцэл маргааны оронд ирдэг. Баяр хөөр нь уйтгар гунигийн оронд ирж, царай төрх нь тэнгэрийн гэрлийг тусгана. Ачааг өргөж буй гарыг хэн ч хардаггүй, дээрхийн ордноос бууж ирэх гэрлийг ч хэн ч үздэггүй. Сэтгэл нь итгэлээр өөрийгөө Бурханд буулгаж өгөхөд ерөөл ирдэг. Тэгээд хүний нүдэнд үл үзэгдэх тэр хүч Бурханы дүр төрхөөр шинэ оршихуйг бүтээдэг.” The Desire of Ages, 172, 173.</w:t>
      </w:r>
    </w:p>
    <w:p>
      <w:pPr>
        <w:pStyle w:val="ArticleBody"/>
        <w:jc w:val="left"/>
      </w:pPr>
      <w:r>
        <w:rPr>
          <w:rFonts w:ascii="Times New Roman" w:hAnsi="Times New Roman" w:eastAsia="Times New Roman" w:cs="Times New Roman"/>
        </w:rPr>
        <w:t>9/11-нд хожмын бороо шивэрч эхэлсэн. 9/11-нд Библийн эш үзүүлэгт “зүүн салхи” хэмээн дүрслэгдсэн Ислам ирсэн бөгөөд энэ нь нэг зуун дөчин дөрвөн мянгыг тамгалах үйл эхэлж байсан үе юм. Зехариагийн хоёр алтан хоолойноос бууж ирдэг “алтан тос”-оор дүрслэгдсэн мэдээ болох хожмын бороо нь Лаодикийн Долоо дахь өдрийн Адвентистуудыг гэмшилд дуудах ажлыг эхлүүлсэн. Ариун Сүнсний салхи бичигдсэн бүхнийг заах ажлаа эхлүүлж, Иеремиагийн эртний замуудын мэдээг ашиглан сохор Лаодикчуудын зүрх сэтгэлд хандан ярьж эхэлсэн. Никодемд дүрслэн үзүүлэгдсэн Ариун Сүнсний ажлыг илүү бүрэн тайлбарлавал, энэ нь “тэнгэрийн хаанчлалыг өвлөхийг хүсэгч бүхний зүрх сэтгэлд хийгдэх шаардлагатай” “алхам алхмаар” явагдах ажил мөн. Христ энэ үйл явцыг салхины ажилтай зүйрлэсэн бөгөөд уг үйл явц нь 9/11-нд ирсэн “зүүн салхи”-ны үеэр өрнөдөг. Исаиа мөн энэ л үеийг ширүүн салхины үүднээс авч үзэн өгүүлдэг.</w:t>
      </w:r>
    </w:p>
    <w:p>
      <w:pPr>
        <w:pStyle w:val="ArticleScripture"/>
        <w:jc w:val="left"/>
      </w:pPr>
      <w:r>
        <w:rPr>
          <w:rFonts w:ascii="Times New Roman" w:hAnsi="Times New Roman" w:eastAsia="Times New Roman" w:cs="Times New Roman"/>
        </w:rPr>
        <w:t>Та түүнийг цэцэглэн гарч ирэхэд нь хэмжээгээр шүүнэ; зүүн салхины өдөр Тэр Өөрийн ширүүн салхийг тогтоон барина. Тиймээс Иаковын гэм буруу үүгээр ариусгагдана; мөн түүний нүглийг зайлуулах бүх үр жимс нь энэ юм: тэрээр тахилын ширээний бүх чулуунуудыг бут цохигдсон шохой чулуунууд мэт болгох үед төглүүд ба хөргүүд дахин босон үл тогтоно. Исаиа 27:8, 9.</w:t>
      </w:r>
    </w:p>
    <w:p>
      <w:pPr>
        <w:pStyle w:val="ArticleBody"/>
        <w:jc w:val="left"/>
      </w:pPr>
      <w:r>
        <w:rPr>
          <w:rFonts w:ascii="Times New Roman" w:hAnsi="Times New Roman" w:eastAsia="Times New Roman" w:cs="Times New Roman"/>
        </w:rPr>
        <w:t>Сүүлчийн өдрүүдэд бүх эш үзүүлэгчид хоорондоо нийцдэг бөгөөд Исаиагийн “ширүүн салхи” нь зуун дөчин дөрвөн мянгыг лацдах үеэр тогтоон баригддаг Иоханы тэмцэл, зөрчлийн салхинууд мөн. Исаиагийн ширүүн салхи нь Исаиагийн гэрчлэлд “тогтоогдсон” гэж буй зүүн салхи бөгөөд Иоханы гэрчлэлд ч тогтоон баригддаг. Иоханы тэмцэл, зөрчлийн салхинууд Бурханы ард түмэн лацдагдах хүртэл баригддаг бөгөөд Исаиагийн зүүн салхи нь “Иаковын гэм буруу” “цэвэрлэгдэх” үе хэмээн тодорхойлогддог. Еврей хэлний “цэвэрлэгдэх” гэсэн үг нь эвлэрүүлэгдэх, нүгэл нь цагаатгагдах гэсэн утгатай. Иоханы лацдалт нь Езекиелийн есдүгээр бүлэгтэй адил бөгөөд Иаковын гэм бурууг цэвэрлэхтэй мөн адил юм. Иерусалимаар дамжин өнгөрч, санаа алдан гашууддаг хүмүүсийн духан дээр тэмдэг тавьдаг тэнгэрэлч нь “зүүн”-ээс өгсөн гарч ирдэг тэнгэрэлч мөн.</w:t>
      </w:r>
    </w:p>
    <w:p>
      <w:pPr>
        <w:pStyle w:val="ArticleScripture"/>
        <w:jc w:val="left"/>
      </w:pPr>
      <w:r>
        <w:rPr>
          <w:rFonts w:ascii="Times New Roman" w:hAnsi="Times New Roman" w:eastAsia="Times New Roman" w:cs="Times New Roman"/>
        </w:rPr>
        <w:t>Үүний дараа би дэлхийн дөрвөн өнцөгт зогсож, дэлхийн дөрвөн салхийг барин, салхи нь газар дээр ч, тэнгис дээр ч, ямар ч модон дээр ч үлээхгүй байлгаж буй дөрвөн тэнгэрэлчийг харлаа. Мөн би дорно зүгээс өгсөн гарч ирж буй өөр нэгэн тэнгэрэлчийг харсан бөгөөд тэрээр амьд Бурханы тамгатай байв. Тэрээр газар болон тэнгист хор хүргэх эрх өгөгдсөн дөрвөн тэнгэрэлчид чанга дуугаар хандан, “Бид өөрсдийн Бурханы зарц нарыг духан дээр нь тамгалж дуустал газар ч, тэнгис ч, модод ч бүү хорлогдогтун” хэмээн айлдав. Илчлэлт 7:1–3.</w:t>
      </w:r>
    </w:p>
    <w:p>
      <w:pPr>
        <w:pStyle w:val="ArticleBody"/>
        <w:jc w:val="left"/>
      </w:pPr>
      <w:r>
        <w:rPr>
          <w:rFonts w:ascii="Times New Roman" w:hAnsi="Times New Roman" w:eastAsia="Times New Roman" w:cs="Times New Roman"/>
        </w:rPr>
        <w:t>Тэр тэнгэрэлч нь Христ мөн бөгөөд Тэрээр Пентекостын улиралд шавь нартай нүүр тулан дөчин хоног сургаж дууссаны эцэст дээш одсон; мөн тэрхүү гучин гэсэн тоогоор төлөөлөгддөг тахилч нартай нүүр тулан гучин хоног сургаж дууссаны эцэст, Левит хорин гурав дахь бүрээний баяраар Тэр дахин дээш оддог.</w:t>
      </w:r>
    </w:p>
    <w:p>
      <w:pPr>
        <w:pStyle w:val="ArticleBody"/>
        <w:jc w:val="left"/>
      </w:pPr>
      <w:r>
        <w:rPr>
          <w:rFonts w:ascii="Times New Roman" w:hAnsi="Times New Roman" w:eastAsia="Times New Roman" w:cs="Times New Roman"/>
        </w:rPr>
        <w:t>2026 он бол завсрын сонгуулийн жил бөгөөд эдгээр сонгуулиуд аль хэдийн эш үзүүллэгийн тэмдэгт үеүүд мөн болох нь батлагдсан. Ардчилсан нам 2020 оны сонгуулийг хулгайлаагүйсэн бол Трамп Ромын оньсогыг биелүүлэхгүй байх байсан. Ромын оньсого гэдэг нь тэрээр найм дахь нь атлаа долоон дотроос гарсан байдагт оршино. Энэ оньсого нь Трампыг араатны дүрийн төлөөлөгч мөн гэдгийг тодорхойлдог бөгөөд тэр үргэлж найм дахь нь болон гарч ирдэг атлаа долоон дотроос гарсан байдаг. Даниелын долоодугаар бүлэгт, папын жижиг эвэр дээш гарахын тулд харь Ромын арван эврээс гурав нь зайлуулагдах шаардлагатай байсан. Тэнд папын Ром бусад долоон эвэр дунд найм дахь нь болон гарч ирсэн боловч харь Ромоос гарч ирсэн, учир нь тэр долоон дотроос байх ёстой байсан. Даниелын наймдугаар бүлэгт Мидо-Персийн эзэнт гүрэн хоёр эвэрээр төлөөлөгдсөн бөгөөд дараа нь Грек нэг эвэр байсан, тэр нь хугарахад дөрвөн эвэр гарч ирсэн, тийнхүү Ром ирэхээс өмнө долоон эвэр байсан бөгөөд Ромын жижиг эвэр нь найм дахь нь юм. Ром үргэлж найм дахь нь болон гарч ирдэг бөгөөд долоон дотроос байдаг гэсэн баримтад өөр гэрчлэлүүд бий, гэвч энэхүү оньсогын үндсэн эшлэл нь Илчлэлт номын арван долоодугаар бүлэг мөн.</w:t>
      </w:r>
    </w:p>
    <w:p>
      <w:pPr>
        <w:pStyle w:val="ArticleScripture"/>
        <w:jc w:val="left"/>
      </w:pPr>
      <w:r>
        <w:rPr>
          <w:rFonts w:ascii="Times New Roman" w:hAnsi="Times New Roman" w:eastAsia="Times New Roman" w:cs="Times New Roman"/>
        </w:rPr>
        <w:t>Мөн энд мэргэн ухаантай оюун ухаан байна. Тэр долоон толгой бол эмэгтэй сууж буй долоон уул мөн. Мөн долоон хаан байна: тав нь унасан, нэг нь одоо байна, нөгөө нь хараахан ирээгүй; харин тэр ирэхдээ богино хугацаанд оршин тогтнох ёстой. Мөн байсан бөгөөд одоо байхгүй араатан, тэр өөрөө найм дахь нь бөгөөд долоогийн нэг мөн, сүйрэл уруугаа оддог. Илчлэл 17:9–11.</w:t>
      </w:r>
    </w:p>
    <w:p>
      <w:pPr>
        <w:pStyle w:val="ArticleBody"/>
        <w:jc w:val="left"/>
      </w:pPr>
      <w:r>
        <w:rPr>
          <w:rFonts w:ascii="Times New Roman" w:hAnsi="Times New Roman" w:eastAsia="Times New Roman" w:cs="Times New Roman"/>
        </w:rPr>
        <w:t>2020 онд хулгайлагдсан сонгууль нь сонгуулийг эш үзүүллэгийн тэмдэгт үе шат мөн болохыг илтгэн харуулсан. Энэ баримтын хоёр дахь гэрч нь Ерөнхийлөгч Картертай холбоотой. Рейган бол Ромын дүрийг бүтээхдээ долоон хаадын дундаас гарсан найм дахь нь болох Трамп руу хүргэдэг ерөнхийлөгчдийн эхнийх нь байв. Рейган бол төгсгөлийн цаг 1989 оноос хойших найман ерөнхийлөгчийн эгнээний эхнийх нь байсан. 1989 он Даниел арван нэгдүгээр бүлгийн нэгээс дөрөвдүгээр эшлэлүүдэд биелсэн бөгөөд энэ нь хамгийн баян ерөнхийлөгчийн гэрчлэлийг тогтоон харуулдаг. Рейганаас өмнө тухайн үе хүртэлх түүхэн дэх хамгийн муу ерөнхийлөгч байсан. Картер Исламын хямралыг шийдвэрлэлгүйгээр албан тушаалаа орхисон. Дөчин долоон жилийн дараа Трамп одоо Ардчилсан намаас гарсан Картерын Рейганд үлдээсэн асуудлыг шийдвэрлэж байна. Эхний бөгөөд альфа болох Рейган нь төгсгөл буюу омегад байх Бүгд Найрамдах намаас гарах нэгнийг төлөөлсөн Бүгд Найрамдах намын хүн байсан тул Трамп мөн өмнөх Ардчилсан ерөнхийлөгчийн бий болгосон Исламын хямралыг өвлөн авах шаардлагатай байсан бөгөөд тэр ерөнхийлөгч нь эш үзүүллэгийн зайлшгүй шаардлагаар тухайн үе хүртэлх түүхэн дэх хамгийн муу ерөнхийлөгч байх ёстой байв. Обама, мэдээж, эдгээр эш үзүүллэгийн бүх шинжийг биелүүлсэн, мөн Байден ч тэгсэн. Рейган сүүлчийнхийг төлөөлөхийн тулд тэр зөвхөн найм дахьг төдийгүй зургаа дахьг ч төлөөлөх ёстой байв. Ингэхдээ Иуда овгийн Арслан хоёр тохиолдлын аль алинд нь Трампаас өмнө орших бүтэлгүй ерөнхийлөгчдийн дарааллыг баталгаажуулахын тулд сонгуулиудыг захирах ёстой байсан. Сонгуулиуд бол эш үзүүллэгийн тэмдэгт үе шат мөн бөгөөд 2026 он бол долоон хаадын дундаас гарсан найм дахь нь болох ерөнхийлөгчийн дундын сонгууль юм.</w:t>
      </w:r>
    </w:p>
    <w:p>
      <w:pPr>
        <w:pStyle w:val="ArticleBody"/>
        <w:jc w:val="left"/>
      </w:pPr>
      <w:r>
        <w:rPr>
          <w:rFonts w:ascii="Times New Roman" w:hAnsi="Times New Roman" w:eastAsia="Times New Roman" w:cs="Times New Roman"/>
        </w:rPr>
        <w:t>Америкийн Нэгдсэн Улсын хоёр зуун тавин жилийн шугам 1776 онд эхэлж, 2026 онд төгсөнө. МЭӨ 457 оны хоёр зуун тавин жилийн шугам МЭӨ 207 онд, арван нэгээс арван тавдугаар ишлэлийн хооронд, Рафиа ба Паниумын тулалдаануудын завсар төгссөн. Рафиа нь эш үзүүллэгийн хувьд Эхлэл арван долоод гардаг хөвч хөндөх гэрээтэй нийцдэг бөгөөд Паниум нь эш үзүүллэгийн хувьд Матай арван зургаад гардаг нэг зуун дөчин дөрвөн мянгын гэрээтэй нийцдэг. 2026 он нь МЭӨ 207 онтой, арван нэгээс арван тавдугаар ишлэлийн хооронд—Рафиа ба Паниумын хооронд, өөрөөр хэлбэл Бурханы сонгогдсон ард түмэнтэй байгуулсан анхны гэрээ болон Бурханы сонгогдсон ард түмэнтэй байгуулсан сүүлчийн гэрээний хооронд—нийцдэг.</w:t>
      </w:r>
    </w:p>
    <w:p>
      <w:pPr>
        <w:pStyle w:val="ArticleBody"/>
        <w:jc w:val="left"/>
      </w:pPr>
      <w:r>
        <w:rPr>
          <w:rFonts w:ascii="Times New Roman" w:hAnsi="Times New Roman" w:eastAsia="Times New Roman" w:cs="Times New Roman"/>
        </w:rPr>
        <w:t>МЭӨ 207 оны дунд цэг болон 2026 онд төгсөх хоёр зуун тавин жилийн шугамууд нь МЭ 64 онд Ром хот шатах үед эхэлсэн хавчлагын хоёр зуун тавин жилийн шугамтай нийцдэг. Тэндээс эхлэн, хачин нэгэн хүний амаар ирэх сүйрлийн тухай долоон жилийн анхааруулга Иерусалимын оршин суугчдад тунхаглагдсан. Далдугаар он ирж, Иерусалим сүйрэхэд Бурханы чуулган тараагдан, тэд сайн мэдээг бүх дэлхийд түгээв. Ефесийн чуулган амилалтын Пентекостын мэдээг тунхаглаж байсан тэр л цаг үед, Смирнагийн чуулганаар төлөөлөгдсөн хавчлага эхэлсэн; учир нь эш үзүүллэгийн зайлшгүй шаардлагаар тэр хоёр чуулганы түүх тодорхой хугацаанд зэрэгцэн үргэлжлэх ёстой байв. Паул эш үзүүллэгийн Ефесийн чуулганы удирдагч байсан атлаа, энэ хоёр түүхийн аль алийг нь бичиж үлдээсэн юм.</w:t>
      </w:r>
    </w:p>
    <w:p>
      <w:pPr>
        <w:pStyle w:val="ArticleScripture"/>
        <w:jc w:val="left"/>
      </w:pPr>
      <w:r>
        <w:rPr>
          <w:rFonts w:ascii="Times New Roman" w:hAnsi="Times New Roman" w:eastAsia="Times New Roman" w:cs="Times New Roman"/>
        </w:rPr>
        <w:t>Антиохт, Иконид, Листрт надад тохиолдсон хавчлагууд, зовлонгуудыг чи мэднэ; би ямар их хавчлагыг тэвчсэн билээ. Гэвч Эзэн тэр бүхнээс намайг аварсан юм. Тийм ээ, Христ Есүс дотор ариун журмаар амьдрахыг хүсэгчид бүгд хавчлагад өртөх болно. 2 Тимот 3:11, 12.</w:t>
      </w:r>
    </w:p>
    <w:p>
      <w:pPr>
        <w:pStyle w:val="ArticleBody"/>
        <w:jc w:val="left"/>
      </w:pPr>
      <w:r>
        <w:rPr>
          <w:rFonts w:ascii="Times New Roman" w:hAnsi="Times New Roman" w:eastAsia="Times New Roman" w:cs="Times New Roman"/>
        </w:rPr>
        <w:t>А.Т. Жонс 64 онд эхэлж, 313 онд гарсан Миланы зарлигаар төгсөх хоёр зуун тавин жилийн хугацааг тодорхойлдог. Тэр он жилүүдэд Бурханы ард түмний эсрэг хавчлага мөрдлөгийг харь Ром явуулж байсан боловч Смирн дэх чуулганд хандсан захиасанд тэр хугацааны хамгийн аймшигт хавчлагыг төлөөлөх арван өдрийг онцлон заасан байдаг.</w:t>
      </w:r>
    </w:p>
    <w:p>
      <w:pPr>
        <w:pStyle w:val="ArticleScripture"/>
        <w:jc w:val="left"/>
      </w:pPr>
      <w:r>
        <w:rPr>
          <w:rFonts w:ascii="Times New Roman" w:hAnsi="Times New Roman" w:eastAsia="Times New Roman" w:cs="Times New Roman"/>
        </w:rPr>
        <w:t>Чи зовох тэр зүйлсээс юунаас ч бүү эмээ. Харагтун, та нарыг соригдуулахын тулд диавол та нарын заримыг шоронд хаях болно; мөн та нар арван өдөр зовлон амсах болно. Үхэл хүртэл итгэлтэй бай, тэгвэл Би чамд амийн титэм өгнө. Илчлэлт 2:10.</w:t>
      </w:r>
    </w:p>
    <w:p>
      <w:pPr>
        <w:pStyle w:val="ArticleBody"/>
        <w:jc w:val="left"/>
      </w:pPr>
      <w:r>
        <w:rPr>
          <w:rFonts w:ascii="Times New Roman" w:hAnsi="Times New Roman" w:eastAsia="Times New Roman" w:cs="Times New Roman"/>
        </w:rPr>
        <w:t>Эзэн хаан Диоклетианы төлөөлөн харуулсан тэрхүү хавчлагын үе нь арван жил үргэлжилсэн бөгөөд 303 онд эхэлж, Агуу Эзэн хаан Константины ноёрхож байсан 313 онд төгссөн юм. Тэрээр мөн 321 оны анхны Ням гаргийн хуулийн үед эрх барьж байсан бөгөөд 330 онд Ромыг дорнод ба өрнөд гэж хуваасан билээ. 313 он нь эш үзүүллэгийн утгаар Миланд болсон дипломат гэрлэлтээр тэмдэглэгдсэн бөгөөд тэр үед Эзэн хаан Константин (Өрнөдийг захирагч) өөрийн эцэг нэгт төрсөн дүү Флавиа Юлия Константиаг Ромын эзэнт гүрний дорнодын (эсвэл удалгүй дорнод болох) хэсгийг хянаж байсан эзэн хаан Лицинийтэй гэрлүүлсэн юм. Константин 330 онд хаант улсыг дорнод ба өрнөд гэж хуваахад уг гэрлэлт бэлгэдлийн хувьд төгсгөл болсон юм.</w:t>
      </w:r>
    </w:p>
    <w:p>
      <w:pPr>
        <w:pStyle w:val="ArticleBody"/>
        <w:jc w:val="left"/>
      </w:pPr>
      <w:r>
        <w:rPr>
          <w:rFonts w:ascii="Times New Roman" w:hAnsi="Times New Roman" w:eastAsia="Times New Roman" w:cs="Times New Roman"/>
        </w:rPr>
        <w:t>Нерогийн 250 жилийн үе нь ертөнцийн төгсгөлийг бэлгэдэн үзүүлдэг бүслэлтээр эхэлж, мөн бүслэлтээр төгсдөг долоон жилийн хугацаагаар эхэлдэг. Тэр үеийн төгсгөлд ялгарахуйц арван жилийн хавчлага байсан. Энэ үе Ефесийн цаг үед эхэлж, дараа нь Смирнагийн түүхийг хамран үргэлжилсээр, эцэст нь 313 онд Пергамын сүм гарч ирэхэд Константины буулт хийсэн сүмд хүрсэн.</w:t>
      </w:r>
    </w:p>
    <w:p>
      <w:pPr>
        <w:pStyle w:val="ArticleBody"/>
        <w:jc w:val="left"/>
      </w:pPr>
      <w:r>
        <w:rPr>
          <w:rFonts w:ascii="Times New Roman" w:hAnsi="Times New Roman" w:eastAsia="Times New Roman" w:cs="Times New Roman"/>
        </w:rPr>
        <w:t>313-аас 330 он хүртэлх тэр арван долоон жил нь Рафиа ба Паниумын түүхэнд өөрийн харгалзах дүйцлийг олдог бөгөөд тэнд МЭӨ 217 оны тулаан ба МЭӨ 200 оны тулааныг арван долоон жил тусгаарладаг. Рафиагийн тулалдаанд Птолемей ялсан боловч Паниумын тулалдаан болохоос өмнө тэр аль хэдийн нас барж, үгүй болсон байв. Гэсэн ч тэрээр МЭӨ 221 оноос МЭӨ 204 он хүртэл арван долоон жил хаанчилсан. Арван долоогоор хоорондоо холбогдсон 250 жилийн гурван шугам нь 313 он 2026 онтой дүйж буйг авч үзэхийг зайлшгүй шаарддаг.</w:t>
      </w:r>
    </w:p>
    <w:p>
      <w:pPr>
        <w:pStyle w:val="ArticleBody"/>
        <w:jc w:val="left"/>
      </w:pPr>
      <w:r>
        <w:rPr>
          <w:rFonts w:ascii="Times New Roman" w:hAnsi="Times New Roman" w:eastAsia="Times New Roman" w:cs="Times New Roman"/>
        </w:rPr>
        <w:t>313 он бол хавчлагаас буулт хийх байдал руу шилжсэн тодорхой өөрчлөлт байсан бөгөөд ийнхүү 313-ыг Смирнагаас Пергам руу шилжсэн өөрчлөлтөөр дүрслэгдсэн эш үзүүллэгийн шинжтэй нэгэн өөрчлөлтийн бэлгэ тэмдэг болгон тэмдэглэж байна. Эхний алхам нь арван долоон жилийн дараа салалтаар төгссөн дипломат гэрлэлтээр төлөөлөгдсөн. Хоёр дахь алхам нь Ням гаргийн тухай анхны хууль байв. Онгодоор өгөгдсөн илчлэл бидэнд Ням гаргийн хууль нь алхам алхмаар урагшлах дэвшилтэт үйл явцаар урьдачлагддаг бөгөөд тэрхүү үйл явцад Ням гаргийн хууль гэгддэг—өөрөөр хэлбэл таныг Ням гаргийг сахихад албадах, мөн Бурханы долоо дахь өдрийн Амралтын өдрийг сахисныхаа төлөө хавчих—тэр хуулиас өмнөх Ням гаргийн тухай хуулиуд багтдаг хэмээн мэдүүлдэг.</w:t>
      </w:r>
    </w:p>
    <w:p>
      <w:pPr>
        <w:pStyle w:val="ArticleScripture"/>
        <w:jc w:val="left"/>
      </w:pPr>
      <w:r>
        <w:rPr>
          <w:rFonts w:ascii="Times New Roman" w:hAnsi="Times New Roman" w:eastAsia="Times New Roman" w:cs="Times New Roman"/>
        </w:rPr>
        <w:t>“Уншигч удахгүй болох тэмцэлд хэрэглэгдэх хүчнүүдийг ойлгохыг хүсвэл, өнгөрсөн эрин үед Ром мөнөөх зорилгын төлөө ямар арга хэрэгсэл хэрэглэснийг тэмдэглэсэн түүхэн баримтыг л мөрдөн үзэх хэрэгтэй. Хэрэв тэр папистууд ба протестантууд нэгдэн, өөрсдийн сургаалын тогтолцоог няцаагчидтай хэрхэн харьцахыг мэдэхийг хүсвэл, Ром Амралтын өдөр болон түүнийг хамгаалагчдын эсрэг ямар сүнсийг илэрхийлж байсныг хараг.”</w:t>
      </w:r>
    </w:p>
    <w:p>
      <w:pPr>
        <w:pStyle w:val="ArticleScripture"/>
        <w:jc w:val="left"/>
      </w:pPr>
      <w:r>
        <w:rPr>
          <w:rFonts w:ascii="Times New Roman" w:hAnsi="Times New Roman" w:eastAsia="Times New Roman" w:cs="Times New Roman"/>
        </w:rPr>
        <w:t>“Хааны зарлиг, бүх нийтийн чуулганууд, мөн иргэний эрх мэдлээр дэмжигдсэн сүмийн тогтоолууд нь харь шашны баяр Христийн ертөнцөд хүндэт байр суурь эзлэхэд хүргэсэн үе шатнууд байв. Ням гаргийг сахихыг албадан мөрдүүлсэн анхны нийтийн арга хэмжээ нь Константины батлан гаргасан хууль байлаа. (МЭ 321 он.) Энэхүү зарлиг нь хотын оршин суугчдыг ‘нарны эрхэмсэг өдөр’ амрахыг шаардсан боловч, хөдөөний хүмүүсийг хөдөө аж ахуйн ажлаа үргэлжлүүлэхийг зөвшөөрсөн. Хэдийгээр угтаа харь шашны шинжтэй хууль байсан ч, Христийн шашныг нэр төдий хүлээн зөвшөөрснийхөө дараа эзэн хаан үүнийг хэрэгжүүлсэн юм.” Агуу тэмцэл, 573, 574.</w:t>
      </w:r>
    </w:p>
    <w:p>
      <w:pPr>
        <w:pStyle w:val="ArticleBody"/>
        <w:jc w:val="left"/>
      </w:pPr>
      <w:r>
        <w:rPr>
          <w:rFonts w:ascii="Times New Roman" w:hAnsi="Times New Roman" w:eastAsia="Times New Roman" w:cs="Times New Roman"/>
        </w:rPr>
        <w:t>МЭ 313 оны Миланы зарлиг нь “хааны зарлиг” байсан бөгөөд түүний дараа “төрийн эрх мэдлээр дэмжигдсэн ерөнхий зөвлөлүүд болон сүмийн тогтоолууд нь алхмууд байв.” Эдгээр нь 321 онд гарсан анхны Ням гаргийн хуулинд хүргэсэн үе шаттай алхмууд байлаа. Тэдгээр алхмуудын нэг нь Ням гаргийг сахих зэрэг “сүмийн тогтоолууд” бөгөөд эдгээр нь “төрийн эрх мэдлээр дэмжигдсэн” байв. 1888 оны үе нь сенатор Блэйрийн Сенатад оруулсан боловч огт хэрэгжээгүй хэд хэдэн Ням гаргийн хуулийг заадаг, харин мөн тэрхүү түүхэн хугацаанд хэд хэдэн муж улс мужаас хэрэгжүүлдэг Ням гаргийн хуулиудыг баталж байв. Эдгээр хоёр гэрч нь 313 оныг “хааны зарлигууд” буюу гүйцэтгэх захирамж мэт зүйлс нь луу мэт ярихаар тавилантай газрын араатны түүхэнд шилжилтийг тэмдэглэх замын тэмдэг болгон тодорхойлдог.</w:t>
      </w:r>
    </w:p>
    <w:p>
      <w:pPr>
        <w:pStyle w:val="ArticleBody"/>
        <w:jc w:val="left"/>
      </w:pPr>
      <w:r>
        <w:rPr>
          <w:rFonts w:ascii="Times New Roman" w:hAnsi="Times New Roman" w:eastAsia="Times New Roman" w:cs="Times New Roman"/>
        </w:rPr>
        <w:t>Америкийн Нэгдсэн Улс луу шиг өгүүлэх үедээ Библийн эш үзүүллэгийн зургаа дахь хаант улсын хувиар төгсдөг бөгөөд зургаа дахь хаант улсын хувиар ноёрхлынхоо эхэнд өгүүлж байсан тэр л байдлаараа өгүүлэх замаар тэгж төгсдөг. 1798 онд Америкийн Нэгдсэн Улс Ням гаргийн хуулийг бэлгэдсэн Гадаадынхны болон Өдөөн хатгалгын тухай хуулиудыг баталсан. 1798 оны Гадаадынхны болон Өдөөн хатгалгын тухай хуулиуд нь 1776 онд Тусгаар тогтнолын тунхаглалаар эхэлж, үүний дараа 1789 оны Үндсэн хуулиар үргэлжилсэн гурван алхмын гурав дахь нь байв. Тэрхүү гурван алхам нь 313, 321, 330 онуудтай дүйцдэг.</w:t>
      </w:r>
    </w:p>
    <w:p>
      <w:pPr>
        <w:pStyle w:val="ArticleBody"/>
        <w:jc w:val="left"/>
      </w:pPr>
      <w:r>
        <w:rPr>
          <w:rFonts w:ascii="Times New Roman" w:hAnsi="Times New Roman" w:eastAsia="Times New Roman" w:cs="Times New Roman"/>
        </w:rPr>
        <w:t>1776, 1789, 1798 онууд нь бүгд “ярих” хэмээн тодорхойлогдох үйлдлүүд байсан; учир нь эш үзүүлсэн сургаал бидэнд “үндэстний яриа гэдэг нь түүний хууль тогтоох болон шүүх эрх мэдлийн үйл ажиллагаа юм” хэмээн мэдүүлдэг. 313, 321, 330 нь бүгд Агуу Константинтай холбоотой замын тэмдгүүд мөн. Эртний бодит Израилийн төгсгөл, хойд ба өмнөд хоёр хаант улсын аль алиных нь төгсгөл, салалтаар бэлгэдэгддэг бөгөөд үүнийг 330 он төлөөлдөг. Миланы зарлигийн гэрлэлтээр арван долоон жилийн өмнө эхэлсэн гэрлэлтийн хүрээнд дорнод ба өрнийн хоорондын салалт юм. Ням гаргийн хууль тогтоогдох үед Америкийн Нэгдсэн Улс туршилтын хугацааныхаа аягыг дүүргэсэн байх бөгөөд эш үзүүллэгийн зорилгынхоо хувьд Бурханаас салгагдах болно; энэ нь эртний Израилийн хувьд сүү ба балаар урсах нутаг газраар хэв шинжлэгдсэн билээ. Эш үзүүлсэн сургаал үндэсний урвалтын араас үндэсний сүйрэл ирдэг хэмээн хэлдэг. Бурхан алдарт газраас салалт хийдэг үед, 330 он төлөөлдөг шиг, энэ нь тохиолддог. 313 оны гэрлэлтээс 321 онд эхэлсэн, шатлан хүчжих Ням гаргийн хуулиудын цувралын эхний хууль хүртэл, тэндээс 330 оны салалт хүртэл. 1776 он 313 онтой нийцдэг, 1789 он 321 онтой нийцдэг, харин 1798 он 330 онтой нийцдэг.</w:t>
      </w:r>
    </w:p>
    <w:p>
      <w:pPr>
        <w:pStyle w:val="ArticleBody"/>
        <w:jc w:val="left"/>
      </w:pPr>
      <w:r>
        <w:rPr>
          <w:rFonts w:ascii="Times New Roman" w:hAnsi="Times New Roman" w:eastAsia="Times New Roman" w:cs="Times New Roman"/>
        </w:rPr>
        <w:t>330 нь мөн МЭӨ 31 онд болсон Акциумын тулалдаанаас хойших 360 жилийн биелэл юм. Акциум нь Ромын гурав дахь саад байсан бөгөөд иймээс орчин үеийн Ром өөрийн хоёр дахь болон гурав дахь саадыг даран эзлэх Ням гарагийн хуулийг төлөөлөн хэв шинжлэгддэг. 330 гэсэн замын тэмдэг дээр Паниумын тулалдаан Акциумын тулалдаантай нэгддэг. МЭӨ 217 оны Рафиагийн тулалдаан 2014 оны Украйны дайнтай дүйж, дараа нь 2015 онд Трамп ерөнхийлөгчийн сонгуулийн анхны кампанит ажлаа эхлүүлсэн; 2020 онд газрын араатны хоёр эвэр хоёулаа алагдсан, 2023 онд хоёулаа амилуулагдсан. 2024 онд суурь үндсүүдийн сорилт эхэлсэн бөгөөд 2025 онд найм дахь ерөнхийлөгч болон түүнтэй тохирох папын түншийн эш үзүүллэгийн холбоо нь тэдний харилцан тангараг өргөснөөр тэмдэглэгдсэн юм.</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Наймын тоо</dc:title>
  <dc:subject>Уул</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