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 — Есийн нуугдмал түүх</w:t>
      </w:r>
    </w:p>
    <w:p>
      <w:pPr>
        <w:pStyle w:val="ArticleSubtitle"/>
        <w:jc w:val="left"/>
      </w:pPr>
      <w:r>
        <w:rPr>
          <w:rFonts w:ascii="Arial" w:hAnsi="Arial" w:eastAsia="Arial" w:cs="Arial"/>
        </w:rPr>
        <w:t>Хүч, Алдар Сүр, ба Зовлон шаналал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Петр Паниумд (Кесари Филиппид) байна; энэ нь Петр, Иохан, Иаков гурав Есүстэй ганцаараа явсан тэр гурван удаагийн дундах үеэс ердөө зургаа эсвэл найман хоногийн өмнөх явдал юм. Эхнийх нь Иайрын арван хоёр настай охины амилуулалтаар Түүний хүч чадлыг харуулсан илрэл байсан; хоёр дахь нь хувиралтын уулан дээр Түүний алдрыг харуулсан илрэл байсан; гурав дахь нь Гетсеманид Түүний зовлон шаналлыг харуулсан илрэл байв. Арван нэгдүгээр бүлэг дэх Петр Паниумд байхдаа арван зургадугаар эшлэлийн загалмайн яг өмнөх байрлалд байна. Уул нь гурван шавийн хамрагдсан онцгой гурван аяллын дундах цэг байсан. Уулан дээр тэнгэрлэг Эцэг мөн гурван удаагийнхаа хоёр дахь удаад айлдсан; Эцэг баптисм дээр, уулан дээр, дараа нь загалмайн яг өмнө айлдсан билээ. Петр тодорхой гурван үйл явдлын дундах цэг дээр хоёртаа байна. Тэрээр мөн Матайн арван нэгдүгээр бүлгээс хорин хоёрдугаар бүлэг хүртэлх хэсгийн дундах цэг юм.</w:t>
      </w:r>
    </w:p>
    <w:p>
      <w:pPr>
        <w:pStyle w:val="ArticleHeading"/>
        <w:jc w:val="left"/>
      </w:pPr>
      <w:r>
        <w:rPr>
          <w:rFonts w:ascii="Arial" w:hAnsi="Arial" w:eastAsia="Arial" w:cs="Arial"/>
        </w:rPr>
        <w:t>Ассири хүн</w:t>
      </w:r>
    </w:p>
    <w:p>
      <w:pPr>
        <w:pStyle w:val="ArticleBody"/>
        <w:jc w:val="left"/>
      </w:pPr>
      <w:r>
        <w:rPr>
          <w:rFonts w:ascii="Times New Roman" w:hAnsi="Times New Roman" w:eastAsia="Times New Roman" w:cs="Times New Roman"/>
        </w:rPr>
        <w:t>Морины уналга нь ялалтын ёслолт оролтын өмнө болсон бөгөөд тэрхүү оролт нь өргөлийг Иерусалим уруу авч явахын тулд илжгийг сулласнаар эхэлсэн юм. Энэ нь Иерусалим дахь сүмийн эртний байр болох Мориа дээр өргөлд зориулах модыг Абрахамын илжиг авч явсантай адил байв. Левит хорин гуравын дараалал дахь бүрээн баяр нь илжгийг суллахыг тэмдэглэдэг; иймээс хувиралтын уулын туршлага нь ялалтын ёслолт оролтоос өмнө болсон бөгөөд ингэснээр Петрийг Левит хорин гуравын Пентекостын улиралтай нийцсэн гучин өдрийн түүхэнд байрлуулж байна. Тэрхүү гучин өдрийн дотор сүм (дунд сорил) нь наян зоригт тахилчийн дунд багтах нэр дэвшигчдийн дээр ирдэг. Хаан Уззиагийн ариун газарт үйлдсэн тэрслүү явдлын гэрчлэлд тэр наян тахилч зоригт хэмээн тодорхойлогддог бөгөөд үүгээр оролцоогүй тахилч нар байсан гэдгийг илтгэж байна.</w:t>
      </w:r>
    </w:p>
    <w:p>
      <w:pPr>
        <w:pStyle w:val="ArticleScripture"/>
        <w:jc w:val="left"/>
      </w:pPr>
      <w:r>
        <w:rPr>
          <w:rFonts w:ascii="Times New Roman" w:hAnsi="Times New Roman" w:eastAsia="Times New Roman" w:cs="Times New Roman"/>
        </w:rPr>
        <w:t>Тахилч Азариа түүний хойноос орж, түүнтэй хамт ЭЗЭНий зоригт наян тахилч байв. Тэд Уззиа хааныг эсэргүүцэн зогсоод түүнд: «Уззиа аа, ЭЗЭНд утлага уугиулах нь чамд хамаарахгүй, харин утлага уугиулахаар ариусгагдсан Аароны хөвгүүд болох тахилч нарт хамаарна. Ариун газраас гар; учир нь чи зөрчил үйлдсэн. Энэ нь чамд Эзэн Бурханаас хүндэтгэл болохгүй» гэж хэлэв. Шастирын дэд 26:17, 18.</w:t>
      </w:r>
    </w:p>
    <w:p>
      <w:pPr>
        <w:pStyle w:val="ArticleBody"/>
        <w:jc w:val="left"/>
      </w:pPr>
      <w:r>
        <w:rPr>
          <w:rFonts w:ascii="Times New Roman" w:hAnsi="Times New Roman" w:eastAsia="Times New Roman" w:cs="Times New Roman"/>
        </w:rPr>
        <w:t>Эрэлхэг санваартнууд бол Хургыг Түүний хаашаа ч явсан дагагчид мөн.</w:t>
      </w:r>
    </w:p>
    <w:p>
      <w:pPr>
        <w:pStyle w:val="ArticleScripture"/>
        <w:jc w:val="left"/>
      </w:pPr>
      <w:r>
        <w:rPr>
          <w:rFonts w:ascii="Times New Roman" w:hAnsi="Times New Roman" w:eastAsia="Times New Roman" w:cs="Times New Roman"/>
        </w:rPr>
        <w:t>Эдгээр нь эмэгтэйчүүдтэйгээр бузарлагдаагүй хүмүүс мөн; учир нь тэд онгон билээ. Эдгээр нь Хургыг хаашаа ч явсан даган явагчид мөн. Эдгээр нь хүмүүсийн дундаас золин аврагдсан бөгөөд Бурхан ба Хурганд өргөгдөх анхны үр жимс нь мөн. Илчлэлт 14:4.</w:t>
      </w:r>
    </w:p>
    <w:p>
      <w:pPr>
        <w:pStyle w:val="ArticleBody"/>
        <w:jc w:val="left"/>
      </w:pPr>
      <w:r>
        <w:rPr>
          <w:rFonts w:ascii="Times New Roman" w:hAnsi="Times New Roman" w:eastAsia="Times New Roman" w:cs="Times New Roman"/>
        </w:rPr>
        <w:t>Иуда овгийн Арслан Өөрийн ард түмнийг Ариунаас Ариуны газарт удирдан оруулж, тэднийг гэрээний авдрыг ширтэн харахад хүргэж, мөн тэнд нүглийг арилган устгах Өөрийн эцсийн ажлыг үйлдэн үйлчилж буй Тэргүүн Тахилчийг эргэцүүлэн бодоход хүргэдэг. Петр 2023 оны 12-р сарын 31-нд амилуулагдсан бөгөөд дараа нь эш үзүүллэгийн гадаад үзэгдлийг тогтооход Ромын гүйцэтгэсэн үүргийн талаар суурийн шалгалттай тулгарсан. Дараа нь сүмийн хоёр дахь шалгалт Петрт ирсэн бөгөөд тэнд дотоод шугамын үзэгдэл нь Даниелын аравдугаар бүлгийн толины үзэгдэлд дүрслэгддэг.</w:t>
      </w:r>
    </w:p>
    <w:p>
      <w:pPr>
        <w:pStyle w:val="ArticleBody"/>
        <w:jc w:val="left"/>
      </w:pPr>
      <w:r>
        <w:rPr>
          <w:rFonts w:ascii="Times New Roman" w:hAnsi="Times New Roman" w:eastAsia="Times New Roman" w:cs="Times New Roman"/>
        </w:rPr>
        <w:t>Петр 2020 оны 7 дугаар сарын 18-нд Эзэнээ үгүйсгэсэн бөгөөд тэр үүнийгээ гурван удаа үйлдсэн юм.</w:t>
      </w:r>
    </w:p>
    <w:p>
      <w:pPr>
        <w:pStyle w:val="ArticleScripture"/>
        <w:jc w:val="left"/>
      </w:pPr>
      <w:r>
        <w:rPr>
          <w:rFonts w:ascii="Times New Roman" w:hAnsi="Times New Roman" w:eastAsia="Times New Roman" w:cs="Times New Roman"/>
        </w:rPr>
        <w:t>“Петр Эзэнээ гурвантаа ил тодхон үгүйсгэсэн билээ. Тэгээд Есүс түүнээс хайр ба үнэнч байдлынх нь баталгааг гурвантаа гаргуулан авч, тэрхүү оновчтой асуултыг өргөст сум адил шархалсан зүрхэнд нь гүн шингэтэл тулгасан юм. Цугларсан шавь нарын өмнө Есүс Петрийн гэмшлийн гүнийг илчилж, нэгэн цагт өөрөөрөө сайрхаж байсан тэр шавь хэчнээн бүрэн даруулагдсаныг харуулсан.” The Desire of Ages, 812.</w:t>
      </w:r>
    </w:p>
    <w:p>
      <w:pPr>
        <w:pStyle w:val="ArticleBody"/>
        <w:jc w:val="left"/>
      </w:pPr>
      <w:r>
        <w:rPr>
          <w:rFonts w:ascii="Times New Roman" w:hAnsi="Times New Roman" w:eastAsia="Times New Roman" w:cs="Times New Roman"/>
        </w:rPr>
        <w:t>Петр мөргөгчдийн хоёр ангийг төлөөлж байв.</w:t>
      </w:r>
    </w:p>
    <w:p>
      <w:pPr>
        <w:pStyle w:val="ArticleScripture"/>
        <w:jc w:val="left"/>
      </w:pPr>
      <w:r>
        <w:rPr>
          <w:rFonts w:ascii="Times New Roman" w:hAnsi="Times New Roman" w:eastAsia="Times New Roman" w:cs="Times New Roman"/>
        </w:rPr>
        <w:t>“Фарисай болон татвар хураагчаар төлөөлүүлэгдсэн анги тус бүрийн хувьд элч Петрийн түүхэнд нэгэн сургамж бий. Шавь болсон эхэн үедээ Петр өөрийгөө хүчтэй гэж боддог байв. Фарисайн адил тэрээр өөрийн үнэлэмжээр ‘бусад хүмүүс шиг биш’ байлаа. Христ Өөрийг нь баривчлуулахаас өмнөх шөнө шавь нартаа, ‘Та нар энэ шөнө бүгдээрээ Надаас болж бүдэрнэ’ хэмээн урьдчилан анхааруулахад Петр итгэл төгсөөр, ‘Бүгд бүдэрсэн ч би лав бүдрэхгүй’ гэж тунхагласан. Марк 14:27, 29. Петр өөрийнхөө аюулыг мэддэггүй байв. Өөртөө итгэх итгэл нь түүнийг төөрөгдүүлжээ. Тэрээр өөрийгөө сорилтыг тэсвэрлэж чадна гэж бодсон; гэвч хэдхэн богинохон цагийн дараа шалгалт ирж, тэрээр харааж, тангараглан Эзэнээ үгүйсгэсэн юм.” Христийн сургамжит үлгэрүүд, 152.</w:t>
      </w:r>
    </w:p>
    <w:p>
      <w:pPr>
        <w:pStyle w:val="ArticleBody"/>
        <w:jc w:val="left"/>
      </w:pPr>
      <w:r>
        <w:rPr>
          <w:rFonts w:ascii="Times New Roman" w:hAnsi="Times New Roman" w:eastAsia="Times New Roman" w:cs="Times New Roman"/>
        </w:rPr>
        <w:t>Татвар хураагч зөвтгөгдсөнөөр гэртээ харив.</w:t>
      </w:r>
    </w:p>
    <w:p>
      <w:pPr>
        <w:pStyle w:val="ArticleScripture"/>
        <w:jc w:val="left"/>
      </w:pPr>
      <w:r>
        <w:rPr>
          <w:rFonts w:ascii="Times New Roman" w:hAnsi="Times New Roman" w:eastAsia="Times New Roman" w:cs="Times New Roman"/>
        </w:rPr>
        <w:t>“Фарисай ба татвар хураагч нь Бурханд мөргөхөөр ирдэг хүмүүсийн хуваагддаг хоёр агуу ангийг төлөөлдөг. Тэдний эхний хоёр төлөөлөгч нь дэлхийд төрсөн анхны хоёр хүүхдээс харагддаг.” Christ’s Object Lessons, 152.</w:t>
      </w:r>
    </w:p>
    <w:p>
      <w:pPr>
        <w:pStyle w:val="ArticleBody"/>
        <w:jc w:val="left"/>
      </w:pPr>
      <w:r>
        <w:rPr>
          <w:rFonts w:ascii="Times New Roman" w:hAnsi="Times New Roman" w:eastAsia="Times New Roman" w:cs="Times New Roman"/>
        </w:rPr>
        <w:t>Абел болон татвар хураагч нь итгэлээр зөвтгөгдөхийн бэлгэдэл мөн.</w:t>
      </w:r>
    </w:p>
    <w:p>
      <w:pPr>
        <w:pStyle w:val="ArticleScripture"/>
        <w:jc w:val="left"/>
      </w:pPr>
      <w:r>
        <w:rPr>
          <w:rFonts w:ascii="Times New Roman" w:hAnsi="Times New Roman" w:eastAsia="Times New Roman" w:cs="Times New Roman"/>
        </w:rPr>
        <w:t>Харин татвар хураагч хол зогсон, нүдээ ч тэнгэр өөд өргөхийг хүссэнгүй, харин цээжээ дэлдэн, —Бурхан минь, нүгэлт надад өршөөл үзүүлээч гэж хэлэв. Би та нарт хэлье, энэ хүн нөгөөгөөсөө илүү зөвтгөгдсөнөөр гэртээ буцсан юм. Учир нь өөрийгөө өргөмжилдөг бүхэн доромжлогдох бөгөөд өөрийгөө даруу болгодог нь өргөмжлөгдөнө. Лук 18:13, 14.</w:t>
      </w:r>
    </w:p>
    <w:p>
      <w:pPr>
        <w:pStyle w:val="ArticleBody"/>
        <w:jc w:val="left"/>
      </w:pPr>
      <w:r>
        <w:rPr>
          <w:rFonts w:ascii="Times New Roman" w:hAnsi="Times New Roman" w:eastAsia="Times New Roman" w:cs="Times New Roman"/>
        </w:rPr>
        <w:t>1888 оны мэдээ нь Илчлэлт арван наймдугаар бүлгийн тэнгэрэлчийн буулттай хамт тохиосон юм.</w:t>
      </w:r>
    </w:p>
    <w:p>
      <w:pPr>
        <w:pStyle w:val="ArticleScripture"/>
        <w:jc w:val="left"/>
      </w:pPr>
      <w:r>
        <w:rPr>
          <w:rFonts w:ascii="Times New Roman" w:hAnsi="Times New Roman" w:eastAsia="Times New Roman" w:cs="Times New Roman"/>
        </w:rPr>
        <w:t>“Эзэн Өөрийн агуу өршөөлөөр дамжуулан ахлагч Уаггонер, Жоунс нараар Өөрийн ард түмэнд нэн үнэтэй нэгэн мэдээг илгээсэн билээ. Энэ мэдээ нь дэлхийн өмнө өргөмжлөгдсөн Аврагчийг, бүх дэлхийн нүглийн төлөөх тахилыг илүү тод томруунаар авчрах учиртай байсан. Энэ нь Батлан Даагчаар дамжих итгэлээр зөвтгөгдөхийг танилцуулсан; мөн Бурханы бүх тушаалд дуулгавартай байхуйд илэрхий болдог Христийн зөвт байдлыг хүлээн авахыг хүмүүст уриалсан. Олон хүн Есүсийг хараанаасаа алдсан байв. Тэд Түүний бурханлаг бие хүн, Түүний гавьяа, мөн хүн төрөлхтөнд хандсан Түүний хувиршгүй хайранд нүдээ чиглүүлэх шаардлагатай байсан. Бүх эрх мэдэл Түүний гарт өгөгдсөн бөгөөд ингэснээр Тэр хүмүүст арвин бэлгүүдийг хүртээж, тусламжгүй хүний зүтгэгчид Өөрийн зөвт байдлын үнэлж баршгүй бэлгийг хүртээх юм. Энэ бол Бурхан дэлхийд өгөхөөр тушаасан мэдээ мөн. Энэ нь чанга дуугаар тунхаглагдах, мөн Түүний Сүнсний элбэг ихээр асгаралтаар дагалдагдах ёстой гурав дахь тэнгэрэлчийн мэдээ юм.” Testimonies to Ministers, 91.</w:t>
      </w:r>
    </w:p>
    <w:p>
      <w:pPr>
        <w:pStyle w:val="ArticleHeading"/>
        <w:jc w:val="left"/>
      </w:pPr>
      <w:r>
        <w:rPr>
          <w:rFonts w:ascii="Arial" w:hAnsi="Arial" w:eastAsia="Arial" w:cs="Arial"/>
        </w:rPr>
        <w:t>Лаодикеагийн Мэдээ</w:t>
      </w:r>
    </w:p>
    <w:p>
      <w:pPr>
        <w:pStyle w:val="ArticleScripture"/>
        <w:jc w:val="left"/>
      </w:pPr>
      <w:r>
        <w:rPr>
          <w:rFonts w:ascii="Times New Roman" w:hAnsi="Times New Roman" w:eastAsia="Times New Roman" w:cs="Times New Roman"/>
        </w:rPr>
        <w:t>“А. Т. Жоунз, Э. Ж. Ваггонер нараар дамжуулан бидэнд өгөгдсөн мэдээ бол Лаодикийн чуулганд хандсан Бурханы мэдээ мөн бөгөөд үнэнийг итгэдгээ хүлээн зөвшөөрдөг атлаа Бурханаас өгөгдсөн туяаг бусдад тусгадаггүй хэн бүхэнд золгүй еэ.” The 1888 Materials, 1053.</w:t>
      </w:r>
    </w:p>
    <w:p>
      <w:pPr>
        <w:pStyle w:val="ArticleHeading"/>
        <w:jc w:val="left"/>
      </w:pPr>
      <w:r>
        <w:rPr>
          <w:rFonts w:ascii="Arial" w:hAnsi="Arial" w:eastAsia="Arial" w:cs="Arial"/>
        </w:rPr>
        <w:t>Сүүлчийн Бороо Хүрээний Мэдээ</w:t>
      </w:r>
    </w:p>
    <w:p>
      <w:pPr>
        <w:pStyle w:val="ArticleScripture"/>
        <w:jc w:val="left"/>
      </w:pPr>
      <w:r>
        <w:rPr>
          <w:rFonts w:ascii="Times New Roman" w:hAnsi="Times New Roman" w:eastAsia="Times New Roman" w:cs="Times New Roman"/>
        </w:rPr>
        <w:t>“Хожмын бороо нь Бурханы ард түмэн дээр буух ёстой. Хүчирхэг нэгэн тэнгэрэлч тэнгэрээс бууж ирэх бөгөөд бүх дэлхий түүний алдраар гэрэлтэх болно.” Review and Herald, 1891 оны 4 дүгээр сарын 21.</w:t>
      </w:r>
    </w:p>
    <w:p>
      <w:pPr>
        <w:pStyle w:val="ArticleHeading"/>
        <w:jc w:val="left"/>
      </w:pPr>
      <w:r>
        <w:rPr>
          <w:rFonts w:ascii="Arial" w:hAnsi="Arial" w:eastAsia="Arial" w:cs="Arial"/>
        </w:rPr>
        <w:t>Нью-Йорк хот ба 9/11</w:t>
      </w:r>
    </w:p>
    <w:p>
      <w:pPr>
        <w:pStyle w:val="ArticleScripture"/>
        <w:jc w:val="left"/>
      </w:pPr>
      <w:r>
        <w:rPr>
          <w:rFonts w:ascii="Times New Roman" w:hAnsi="Times New Roman" w:eastAsia="Times New Roman" w:cs="Times New Roman"/>
        </w:rPr>
        <w:t>“Би Нью-Йорк далайн түрлэгийн аварга давалгаанд хамагдчихна гэж тунхагласан гэсэн үг одоо гарч байна уу? Би иймийг хэзээ ч хэлж байгаагүй. Харин би тэнд давхар давхараараа сүндэрлэн босож буй агуу барилгуудыг харахдаа: ‘Эзэн газар дэлхийг аймшигтайгаар сэгсрэхээр босох үед ямар аймшигт үзэгдлүүд тохиолдох бол оо! Тэгвэл Илчлэлт 18:1–3-ын үгс биелнэ’ гэж хэлсэн. Илчлэлт номын арван наймдугаар бүлэг бүхэлдээ газар дэлхий дээр ирэх зүйлийн талаар өгсөн анхааруулга мөн. Гэвч Нью-Йоркт юу тохиолдох талаар надад онцгойлон өгөгдсөн гэрэл байхгүй; зөвхөн нэгэн өдөр тэндэх агуу барилгууд Бурханы хүчний эргүүлэн, хөмрөн үйлдэх үйлчлэлээр нураан хаягдана гэдгийг би мэднэ. Надад өгөгдсөн гэрлээс би сүйрэл дэлхийд байгааг мэднэ. Эзэнээс ирэх ганц үг, Түүний хүчин чадлын ганц хүрэлтээр л эдгээр аварга байгууламжууд нурна. Бидний төсөөлж ч үл чадах аймшигт үзэгдлүүд тохиолдоно.” Review and Herald, July 5, 1906.</w:t>
      </w:r>
    </w:p>
    <w:p>
      <w:pPr>
        <w:pStyle w:val="ArticleBody"/>
        <w:jc w:val="left"/>
      </w:pPr>
      <w:r>
        <w:rPr>
          <w:rFonts w:ascii="Times New Roman" w:hAnsi="Times New Roman" w:eastAsia="Times New Roman" w:cs="Times New Roman"/>
        </w:rPr>
        <w:t>Петр татвар хураагч нь итгэлээр зөвтгөгдсөн нэгэн сэтгэлийг төлөөлдөг бөгөөд итгэлээр зөвтгөгдөх нь гурав дахь тэнгэрэлчийн мэдээ мөн, энэ нь 9/11-нд ирсэн Лаодикейн мэдээ юм. Тэр үед Нью-Йоркийн агуу барилгууд нуран унаж, Илчлэл 18:1–3 биелсэн. Дараа нь хожмын бороо шивэрч эхэлж, нэг зуун дөчин дөрвөн мянгын лацдах ажил эхэлсэн. Нэг зуун дөчин дөрвөн мянгын лацдах цагийн төгсгөлд Илчлэл арван наймдугаар бүлгийн тэнгэрэлч тэргүүн тэнгэрэлч Михаил болон бууж ирж, Петрийг гурван шалгалтаар амилуулсан. Эхний шалгалт 2023 оны 12 дугаар сарын 31-нд эхэлсэн бөгөөд Даниел арван нэгдүгээр бүлгийн арван дөрөвдүгээр эшлэл дэх үзэгдлийг тогтоодог хүч нь Ром мөн гэсэн суурь үнэнийг төлөөлсөн. Тэрхүү үзэгдэл нь хазон үзэгдэл бөгөөд энэ нь эш үзүүллэгийн гаднах шугамыг төлөөлдөг гэж, Соломон үүнийг амь эсвэл үхэл гэж хэлдэг.</w:t>
      </w:r>
    </w:p>
    <w:p>
      <w:pPr>
        <w:pStyle w:val="ArticleScripture"/>
        <w:jc w:val="left"/>
      </w:pPr>
      <w:r>
        <w:rPr>
          <w:rFonts w:ascii="Times New Roman" w:hAnsi="Times New Roman" w:eastAsia="Times New Roman" w:cs="Times New Roman"/>
        </w:rPr>
        <w:t>[chazon] үзэгдэл үгүй газар ард түмэн сүйрдэг; харин хуулийг сахигч нь ерөөлтэй. Сургаалт үгс 29:18.</w:t>
      </w:r>
    </w:p>
    <w:p>
      <w:pPr>
        <w:pStyle w:val="ArticleBody"/>
        <w:jc w:val="left"/>
      </w:pPr>
      <w:r>
        <w:rPr>
          <w:rFonts w:ascii="Times New Roman" w:hAnsi="Times New Roman" w:eastAsia="Times New Roman" w:cs="Times New Roman"/>
        </w:rPr>
        <w:t>Петрийн хоёр дахь шалгалт нь Эгч Уайт анхны үзэгдлүүддээ дүрслэн харуулсанчлан, итгэлээр Хамгийн Ариун Газар уруу орохыг шаарддаг ариун сүмийн шалгалт юм. Тэнд тэрээр долоо дахь өдрийн Амралтын өдрийн тушаал бусад есөн тушаалаас дээгүүр гэрэлтэн буйг харсан. Шүүлтийн эхлэл дээрх тэр сургаал нь, шүүлтийн төгсгөл явагдаж буй эцсийн өдрүүдэд, бусад эш үзүүллэгийн сургаалуудын дээрээс гэрэлтдэг бие махбодтой болсон тухай сургаалыг төлөөлдөг. Тэнгэрлэг Христ, нүгэл огт мэдээгүй атлаа, Өөр дээрээ унасан нүгэлт махан биеийг авсан Түүний бие махбодтой болсон явдал нь олон янзын дүрслэлээр төлөөлөгддөг. Тэдгээрийн дотроос хамгийн чухал нь долоон цагийн сургаал юм. Долоон цагийн сургаал нь Миллерийн эш үзүүллэгийн нээлтүүдийн альфа байсан бөгөөд 1856 онд энэ нь Миллерит Филаделфи Адвентизм долоон жилийн турш тэрсэлж, 1863 онд Лаодикейн Долоо дахь өдрийн Адвентист сүм болсон Миллерит түүхийн омега сургаалыг төлөөлж байсан сургаал байв.</w:t>
      </w:r>
    </w:p>
    <w:p>
      <w:pPr>
        <w:pStyle w:val="ArticleBody"/>
        <w:jc w:val="left"/>
      </w:pPr>
      <w:r>
        <w:rPr>
          <w:rFonts w:ascii="Times New Roman" w:hAnsi="Times New Roman" w:eastAsia="Times New Roman" w:cs="Times New Roman"/>
        </w:rPr>
        <w:t>Езекиелийн гучин долоодугаар бүлгийн хоёр саваа нь хойд ба өмнөд хаанчлалуудын эсрэг тогтоогдсон 2,520 жилийн хоёр шүүлтийг төлөөлдөг. Хойд хаанчлал нь хүний махбодыг төлөөлдөг бөгөөд өмнөд хаанчлал нь Христийн оюунтай нэгдмэл байхаар зориулагдсан оюуныг төлөөлдөг; иймээс Бурханлаг чанар хүн төрөлхтөнтэй нэгдэх байв. Энэ нь махбодлолын сургаалын хялбаршуулсан дүрслэл мөн. Долоон цаг нь Миллерийн хөдөлгөөний түүхийн альфа ба омега байсан бөгөөд энэ нь махбодлолыг төлөөлдөг тул 1844 оны альфа Амралтын өдрийн сургаалтай холбогдох Долоо дахь өдрийн Адвентистуудын түүхийн омега мөн юм. Нэг нь долоо дахь өдрийн Амралтын өдрийн тэмдэг бөгөөд нөгөө нь долоо дахь жилийн Амралтын өдрийн тэмдэг юм.</w:t>
      </w:r>
    </w:p>
    <w:p>
      <w:pPr>
        <w:pStyle w:val="ArticleBody"/>
        <w:jc w:val="left"/>
      </w:pPr>
      <w:r>
        <w:rPr>
          <w:rFonts w:ascii="Times New Roman" w:hAnsi="Times New Roman" w:eastAsia="Times New Roman" w:cs="Times New Roman"/>
        </w:rPr>
        <w:t>Петрийн нэр Панид өөрчлөгдсөн бөгөөд энэ нь сонгогдсон ард түмэнтэй байгуулсан эхний гэрээний Абрахамын төлөөллийн хоёр дахь алхам байсан; мөн Петр өөрийн хоёр дахь алхам дээр сонгогдсон ард түмэнтэй байгуулсан сүүлчийн гэрээний төлөөлөгч болдог. Энэ нь арван нэгдүгээр бүлгээс хорин хоёрдугаар бүлэг хүртэлх бүлгүүдийн шугам дахь хоёр дахь алхам бөгөөд Петр, Иаков, Иохан нар Есүстэй хамт бусад шавь нараас тусгаарлан явсан гурван удаагийн хоёр дахь нь, мөн тэнгэрлэг Эцэг дуугарсан гурван удаагийн хоёр дахь нь юм. Нерогийн шугам Рафиа ба Паниумын тулалдаануудын хоорондох дундад цэг дээр төгсдөг, учир нь энэ нь МЭӨ 457 он болон 1776 онд эхэлсэн 250 жилийн бусад хоёр үетэй зэрэгцэн нийцдэг. МЭӨ 457 он МЭӨ 207 онд төгссөн бөгөөд 1776 он 2026 онд төгсөнө. Петр нь МЭӨ 207 он, 2026 он, 313 он болон бүрээгийн баяраар төлөөлөгдсөн илжгийг суллахын гурав дахь бөгөөд шалгуур сорилын өмнө орших ариун сүмийн сорил дээр байна.</w:t>
      </w:r>
    </w:p>
    <w:p>
      <w:pPr>
        <w:pStyle w:val="ArticleBody"/>
        <w:jc w:val="left"/>
      </w:pPr>
      <w:r>
        <w:rPr>
          <w:rFonts w:ascii="Times New Roman" w:hAnsi="Times New Roman" w:eastAsia="Times New Roman" w:cs="Times New Roman"/>
        </w:rPr>
        <w:t>Петрийн сорилт нь Христийг даган Хамгийн Ариун Газарт ороход оршдог бөгөөд түүний ажил нь Нэшвиллийн галан бөмбөлгүүдийн тухай мэдээг залруулж, дараа нь тэрхүү залруулсан мэдээг тунхаглах явдал юм. Петрийн Нэшвиллийн галан бөмбөлгүүдийн тухай мэдээ нь эхлээд дээд өргөөнд, түүнээс хойш сүмд танилцуулагдсан Пентекостын мэдээ мөн. Тэрээр Нэшвиллийн галан бөмбөлгүүдийг болон Рафиагийн тулалдааны биелэлтийг, арван зургаадугаар эшлэлийн Ням гаргийн хуулийн үед Акциумын тулалдаан болдог Паниумын тулалдаантай уялдуулан, өөрийн мэдээг толилуулдаг. Арван зургаадугаар эшлэлийн Ням гаргийн хууль нь мөн дөчин нэг дүгээр эшлэлийн болон хорин хоёрдугаар эшлэлийн Ням гаргийн хууль мөн. Эдгээр гурван эшлэл нь мөн гучин нэг дүгээр эшлэлтэй давхцан нийцдэг бөгөөд тэнд папын засаглал 538 онд эрх мэдлийг гартаа авч, Орлеаны гуравдугаар зөвлөлөөр Ням гаргийн хууль баталсан. Гучин нэг дүгээр эшлэлд хүргэдэг эшлэлүүд нь 538 оны Ням гаргийн хуульд хүргэсэн замын тэмдгүүдийг тодорхойлж, удахгүй ирэх Ням гаргийн хуулиас өмнөх түүхийн хэв шинж болдог.</w:t>
      </w:r>
    </w:p>
    <w:p>
      <w:pPr>
        <w:pStyle w:val="ArticleScripture"/>
        <w:jc w:val="left"/>
      </w:pPr>
      <w:r>
        <w:rPr>
          <w:rFonts w:ascii="Times New Roman" w:hAnsi="Times New Roman" w:eastAsia="Times New Roman" w:cs="Times New Roman"/>
        </w:rPr>
        <w:t>Учир нь Киттимийн усан онгоцууд түүний эсрэг ирэх тул тэрээр эмгэнэн шаналж, буцаж, ариун гэрээний эсрэг хилэгнэх болно. Тийнхүү тэр үйлдэх бөгөөд, бүр буцаж, ариун гэрээг орхигсодтой нийлэн зөвшилцөх болно. Мөн түүний талд цэргүүд босож, хүч чадлын ариун газрыг бузарлаж, өдөр тутмын тахилыг зайлуулан, хоосролыг бий болгодог жигшүүрт зүйлийг тэнд байрлуулах болно. Даниел 11:30, 31.</w:t>
      </w:r>
    </w:p>
    <w:p>
      <w:pPr>
        <w:pStyle w:val="ArticleBody"/>
        <w:jc w:val="left"/>
      </w:pPr>
      <w:r>
        <w:rPr>
          <w:rFonts w:ascii="Times New Roman" w:hAnsi="Times New Roman" w:eastAsia="Times New Roman" w:cs="Times New Roman"/>
        </w:rPr>
        <w:t>“Киттимийн усан онгоцууд” нь Вандалуудыг төлөөлж байсан бөгөөд тэд мөн Илчлэлт номын наймдугаар бүлгийн хоёр дахь бүрээгээр төлөөлөгддөг. Ромын аажим доройтол 330 онд Константин хаант улсыг зүүн ба баруун гэж хувааснаар эхэлсэн. Үүний дараа тэр үүнийг гурван хүүдээ хуваан өгсөн. Акциумын тулалдаанаас хойш ялагдашгүй байсан Ромын эзэнт гүрэн тэр үед хоёр хэсэгт, дараа нь гурван хэсэгт хуваагдсан бөгөөд улмаар Илчлэлт 8-ын эхний дөрвөн бүрээ нь 476 онд Баруун Ромыг төгсгөлд нь хүргэсэн дайснуудын довтолгоог төлөөлсөн. Константинополь дахь Дорнод Ром тав дахь бүрээний төгсгөл, зургаа дахь бүрээний эхлэл хүртэл үргэлжилсэн бөгөөд эдгээр нь мөн эхний ба хоёр дахь гай юм. Эхний гайгийн нэг зуун тавин жилийн хугацааны эш үзүүллэг хоёр дахь гайгийн хугацааны эш үзүүллэг эхэлсэн өдөр дууссан. Тэр өдөр нь 1453 онд Константинополь Османы туркуудад унасан явдал байв.</w:t>
      </w:r>
    </w:p>
    <w:p>
      <w:pPr>
        <w:pStyle w:val="ArticleBody"/>
        <w:jc w:val="left"/>
      </w:pPr>
      <w:r>
        <w:rPr>
          <w:rFonts w:ascii="Times New Roman" w:hAnsi="Times New Roman" w:eastAsia="Times New Roman" w:cs="Times New Roman"/>
        </w:rPr>
        <w:t>Вавилон нэгэн шөнө нуран унасан. Магадгүй та Кир эхлээд голын урсгалыг өөрчилсөн бөгөөд үүнд тодорхой хугацаа орсон гэж маргаж болох авч, Вавилоны уналт нэгэн шөнийн дотор болсон; харин Ромын уналт 1123 жилийг хамарсан юм. Тэр жилүүдэд Эзэнт гүрний Ромын аажим мөхлийг дүрслэн үзүүлдэг эш үзүүллэгийн тодорхой тэмдэгт үе шатууд агуулагдаж байсан бөгөөд эзэнт гүрний, харь шашинт Ром нь 538 онд Библийн эш үзүүллэгийн тав дахь хаанчлал болгон папыг сэнтийд залруулах үйлсдээ Америкийн Нэгдсэн Улсыг төлөөлөн жишээлдэг. Даниел арван нэгдүгээр бүлгийн арван зургаадугаар эшлэлийн Ням гаргийн хууль дээр папыг сэнтийд залруулдаг. Америкийн Нэгдсэн Улсын үйл ажлыг төлөөлөн жишээлдэг тэрхүү тэмдэгт үе шатууд нь харь шашинт Ромын аажим мөхлийн тэмдэгт үе шатуудад илэрхийлэгдсэн байдаг.</w:t>
      </w:r>
    </w:p>
    <w:p>
      <w:pPr>
        <w:pStyle w:val="ArticleBody"/>
        <w:jc w:val="left"/>
      </w:pPr>
      <w:r>
        <w:rPr>
          <w:rFonts w:ascii="Times New Roman" w:hAnsi="Times New Roman" w:eastAsia="Times New Roman" w:cs="Times New Roman"/>
        </w:rPr>
        <w:t>Киттимийн усан онгоцууд Ромын хувьд санхүүгийн сүйрлийг төлөөлж байсан бөгөөд учир нь Вандалчуудын тэнгисийн цэрэг Газар дундын тэнгисийн усан тээврийн замуудад сүйрэл авчирсан юм. Эцсийн өдрүүдэд Ислам нь газрын хаадын хувьд санхүүгийн сүйрэл болгон дүрслэгддэг. Вандалчууд болон тэдний усан онгоцууд нь хоёр дахь бүрээний хүч байсан бөгөөд гурван гай нь Исламын бүрээний хүчнүүд юм. Эхнийх нь Араб, хоёр дахь нь Турк, харин гурав дахь нь дэлхий даяарх юм.</w:t>
      </w:r>
    </w:p>
    <w:p>
      <w:pPr>
        <w:pStyle w:val="ArticleBody"/>
        <w:jc w:val="left"/>
      </w:pPr>
      <w:r>
        <w:rPr>
          <w:rFonts w:ascii="Times New Roman" w:hAnsi="Times New Roman" w:eastAsia="Times New Roman" w:cs="Times New Roman"/>
        </w:rPr>
        <w:t>Усан онгоцнууд нь эдийн засгийн хүч чадлын бэлгэдэл бөгөөд Судруудад Хиттимийн усан онгоцнууд эдийн засгийн хүч чадлын хамгийн гол бэлгэдлүүд мөн. Тэдгээр усан онгоцнууд тэнгисүүдийн дунд хилэнт дорнод салхинд живүүлэгддэг бөгөөд Судруудад Ислам нь дорнодын хөвгүүд мөн. Зөгнөлийн үйл явдлын дараалалд Ислам тэмдэглэгдэх үед энэ нь эдийн засгийн хямралыг бий болгодог. Ислам нь Балаамтай холбоотойгоор илжигээр төлөөлөгддөг бөгөөд энэ нь Судруудад Ишмаелийн тухай анх танилцуулахдаа “зэрлэг хүн” хэмээн орчуулагдсан еврей үг мөн. Ишмаел нь зөгнөлийн түвшинд Исламын эцэг бөгөөд энэ нь Ишмаелын эцэг нь Абрахам гэдгийг үгүйсгэж буй хэрэг биш, харин Ишмаелын арван хоёр овог Судруудад дорнодын хөвгүүд хэмээн танигддаг.</w:t>
      </w:r>
    </w:p>
    <w:p>
      <w:pPr>
        <w:pStyle w:val="ArticleBody"/>
        <w:jc w:val="left"/>
      </w:pPr>
      <w:r>
        <w:rPr>
          <w:rFonts w:ascii="Times New Roman" w:hAnsi="Times New Roman" w:eastAsia="Times New Roman" w:cs="Times New Roman"/>
        </w:rPr>
        <w:t>Эцсийн өдрүүдэд хуурамч эш үзүүлэгч болохын хувьд Америкийн Нэгдсэн Улсыг бэлгэддэг Балаам илжгээ гурвантаа цохидог бөгөөд энэ нь Исламын гурван цохилтыг төлөөлдөг. 9/11 нь тэдгээр цохилтын эхнийх нь байсан бөгөөд тэмцэл мөргөлдөөний ширүүн зүүн салхины үеэр зүүнээс өгсдөг лацдах тэнгэрэлчийн ирэлтийг тэмдэглэсэн юм. Исламын хоёр дахь цохилт нь хоёр талтай, учир нь хоёр дахь алхам нь давхардлыг илэрхийлдэг. 2023 оны 10 дугаар сарын 7-нд Ислам бодит Израилийг санаандгүйгээр цохисон бөгөөд Теннесси мужийн Нэшвилл хот Исламд санаандгүйгээр цохигдох үед сүнслэг Израиль цохигдсон байх болно. Балаамын түүхэнд хоёр дахь тэмдэглэгээ нь хоёр усан үзмийн талбайн хооронд тохиосон бөгөөд Цэргийн ЭЗЭНий хоёр усан үзмийн талбай нь эртний бодит Израиль болон орчин үеийн сүнслэг Израиль болох Америкийн Нэгдсэн Улс байв. Балаамын гурав дахь тэмдэглэгээ нь илжиг ярьсан үе байсан; мөн 9/11-ээр эхэлсэн нэг зуун дөчин дөрвөн мянгын лацлагдах цагийн төгсгөлийг тэмдэглэдэг ярих бэлгэдэл нь Америкийн Нэгдсэн Улс луу мэт ярьдаг Ням гаргийн хууль мөн. Илчлэл арван нэгдүгээр бүлгийн агуу газар хөдлөлт нь тэрхүү Ням гаргийн хууль бөгөөд тэнд гурав дахь гай зовлон түргэн ирдэг, тэнд Америкийн Нэгдсэн Улс, илжиг, мөн Зехариа ярьдаг.</w:t>
      </w:r>
    </w:p>
    <w:p>
      <w:pPr>
        <w:pStyle w:val="ArticleBody"/>
        <w:jc w:val="left"/>
      </w:pPr>
      <w:r>
        <w:rPr>
          <w:rFonts w:ascii="Times New Roman" w:hAnsi="Times New Roman" w:eastAsia="Times New Roman" w:cs="Times New Roman"/>
        </w:rPr>
        <w:t>Баптисм хүртээгч Иоханы эцэг нь Давидын сүмд үйлчлэхээр тогтоосон тахилчдын хорин дөрвөн ээлжийн найм дахь ээлжийн хүн байв. Тахилч Зехариа нь үл итгэлийн улмаас өөрийн хүү Иоханы төрөх хүртэл хэлгүй болсон бөгөөд наймын тооны (тахилчлалын бэлгэдэл) билэгдэл мөн. Ням гаргийн хуулийн үед Баптисм хүртээгч Иоханоор төлөөлөгдсөн тахилчдын эцсийн үеийнхэн түүний эцэг Зехариагаар төлөөлөгдсөнчлөн ярих болно. Христ Иоханыг Елиа хэмээн тодорхойлсон бөгөөд эцсийн өдрүүдийн Елиагийн захиас нь Зехариа ба Иохан шиг эцэг, хүүхдийн харилцаагаар төлөөлөгддөг. Иоханы хэв шинж нь Иеремиагийн дүрээр үзүүлэгдсэн бөгөөд түүнд, хэрэв тэр эргэн ирвэл Бурханы ам болох болно гэж айлдсан байв.</w:t>
      </w:r>
    </w:p>
    <w:p>
      <w:pPr>
        <w:pStyle w:val="ArticleBody"/>
        <w:jc w:val="left"/>
      </w:pPr>
      <w:r>
        <w:rPr>
          <w:rFonts w:ascii="Times New Roman" w:hAnsi="Times New Roman" w:eastAsia="Times New Roman" w:cs="Times New Roman"/>
        </w:rPr>
        <w:t>Иеремиа 2020 оны 7 дугаар сарын 18-ны анхны урам хугарлыг гашуудан байв. Хэрэв тэр эргэн ирвэл, Хабаккукийн эш үзүүллэгийн мессежийг танилцуулах Ням гаргийн хуулийн үед тэр Бурханы ам болох байлаа. Тэрхүү мессеж нь саатсан боловч эцэстээ “ярих” ёстой байсан. Иеремиа, тиймээс Иохан, тиймээс Петр нь Исламын илжиг ярьдаг тэр мөчид, мөн АНУ луу мэт ярьдаг үед Хабаккукийн мессежийг тунхаглах ёстой байсан.</w:t>
      </w:r>
    </w:p>
    <w:p>
      <w:pPr>
        <w:pStyle w:val="ArticleBody"/>
        <w:jc w:val="left"/>
      </w:pPr>
      <w:r>
        <w:rPr>
          <w:rFonts w:ascii="Times New Roman" w:hAnsi="Times New Roman" w:eastAsia="Times New Roman" w:cs="Times New Roman"/>
        </w:rPr>
        <w:t>Петр Кесари Филиппид, өөрөөр хэлбэл Паниумд байх үе нь, загалмай буюу Ням гаргийн хуулинд хүргэсэн сүр жавхлант орох үйл явдлаар дагалдагдах ёстой байсан “уул”-ын замын тэмдгээс өмнөх цаг хугацааны үед хамаарна. Энэ цаг хугацааны үеийг Паниумын тулалдаан төлөөлдөг бөгөөд тэр нь пап болон түүний төлөөлөгч хүч болох Америкийн Нэгдсэн Улсын ялалтаар төгсөнө. Паниум нь гурван төлөөллийн дайны гурав дахь нь бөгөөд тэдгээрийн эхнийх нь 1989 онд Берлиний ханан дээр төгссөн, харин сүүлчийн буюу гурав дахь төлөөллийн дайн нь сүм ба төрийн тусгаарлалтын “хана”-г нураах үед төгсөнө. 1989 он нь Дэлхийн хоёрдугаар дайны төгсгөлд эхэлсэн “хүйтэн дайн” хэмээх төлөөллийн дайны оргил үеийг тэмдэглэсэн бөгөөд Паниум нь Актиумын тулалдаанаар дүрслэгдсэн Дэлхийн гуравдугаар дайнд төгсөх хүйтэн дайныг төлөөлдөг. Гурван төлөөллийн дайны эхний болон гурав дахь замын тэмдгийн дунд, арван нэг, арван хоёрдугаар эшлэлд Рафийн тулалдаанаар төлөөлөгдсөн Украин дахь бодит дайн байна.</w:t>
      </w:r>
    </w:p>
    <w:p>
      <w:pPr>
        <w:pStyle w:val="ArticleBody"/>
        <w:jc w:val="left"/>
      </w:pPr>
      <w:r>
        <w:rPr>
          <w:rFonts w:ascii="Times New Roman" w:hAnsi="Times New Roman" w:eastAsia="Times New Roman" w:cs="Times New Roman"/>
        </w:rPr>
        <w:t>Паниум бол төгсгөлийн цагт 1989 онд өндөрлөсөн, мөн дэлхийн хоёрдугаар дайны төгсгөлд эхэлсэн хүйтэн дайнаар төлөөлөгдөхүйц, дэлхийн гуравдугаар дайнд хүргэдэг хүйтэн дайн юм. Аравдугаар эшлэл ба 1989 оноор төлөөлөгдөх үеийн тэмдгүүдэд, арван нэгдүгээр ба арван хоёрдугаар эшлэлүүд болон 2014 онд эхэлсэн Украины дайн, мөн арван гуравдугаараас арван тавдугаар эшлэлүүд болон MAGA-изм ба глобализмын хоорондох өнөөгийн хүйтэн дайнд папын засаглал ба Америкийн Нэгдсэн Улсын хоорондын холбоодыг тэмдэглэсэн гурван ерөнхийлөгч байсан.</w:t>
      </w:r>
    </w:p>
    <w:p>
      <w:pPr>
        <w:pStyle w:val="ArticleBody"/>
        <w:jc w:val="left"/>
      </w:pPr>
      <w:r>
        <w:rPr>
          <w:rFonts w:ascii="Times New Roman" w:hAnsi="Times New Roman" w:eastAsia="Times New Roman" w:cs="Times New Roman"/>
        </w:rPr>
        <w:t>Роналд Рейган нь Сатаны Фатимагийн эш үзүүллэгүүдийн хүрээнд үзэхэд хуучинсаг чиглэлийн пап Иоанн Павел II-той нууц холбоотон байсан бөгөөд арвандугаар эшлэлийн эш үзүүллэгийн түүхтэй холбогддог. Обамагийн ерөнхийлөгчийн алба хашсан үе нь арван нэгдүгээр болон арван хоёрдугаар эшлэл дэх Рафиагийн тулалдааны түүхтэй нийцдэг. Түүний ерөнхийлөгчлөлийн үед бэлгэдлийн утгатай хоёр пап байсан, учир нь хоёр дахь замын тэмдэг нь давхардлыг заадаг. Арван гуравдугаар эшлэлээс арван тавдугаар эшлэл хүртэлх гурав дахь замын тэмдэгт гарч буй пап нь АНУ-аас төрсөн анхны пап юм. Эхэндээ бид Пап Левийг Иоанн Павел II-оор дүрслэгдсэнтэй адил хуучинсаг пап гэж таамагласан, гэвч гурав дахин хэрэглэх эш үзүүллэгийн хэрэглээний дор авч үзэхэд гурав дахь замын тэмдэг нь эхний хоёр биеллийн шинжүүдийг агуулдаг тул Лев нь хуучинсаг Иоанн Павел II мөн бөгөөд тэрээр Обамагийн үед огцорч, сэрүүн үзэлтэй пап Францискт зам тавьж өгсөн Инквизицийн газрын өмнөх тэргүүн Бенедикт XVI мөн юм.</w:t>
      </w:r>
    </w:p>
    <w:p>
      <w:pPr>
        <w:pStyle w:val="ArticleBody"/>
        <w:jc w:val="left"/>
      </w:pPr>
      <w:r>
        <w:rPr>
          <w:rFonts w:ascii="Times New Roman" w:hAnsi="Times New Roman" w:eastAsia="Times New Roman" w:cs="Times New Roman"/>
        </w:rPr>
        <w:t>Эхний төлөөллийн дайн нэг эшлэлээр, хоёр дахь нь хоёр эшлэлээр, гурав дахь нь гурван эшлэлээр дүрслэгддэг. 1989 онд төгссөн хүйтэн дайн нь Дэлхийн хоёрдугаар дайны төгсгөлд эхэлсэн бөгөөд Акциумын тулалдаанаар төлөөлөгдөх Дэлхийн гуравдугаар дайн нь Паниумын тулалдаанаар төлөөлөгдсөн хүйтэн дайны төгсгөлд эхэлдэг. Гурван дэлхийн дайн нь, гурван төлөөллийн дайны адил, эш үзүүллэгийн гурвалсан хэрэглээтэй холбоотой зарчмуудаар захирагддаг. Дэлхийн хоёрдугаар дайны төгсгөл нь 1945 онд Рузвельтээс хойших найм дахь ерөнхийлөгч болох Рейганаар төгссөн хүйтэн дайныг эхлүүлсэн. 1989 оны төгсгөлийн цаг үед Рейган долоон хүний нэг болох Трамп руу хүргэх найман ерөнхийлөгчийн дарааллыг эхлүүлсэн. Трампын хүйтэн дайн 2015 онд, тэр ерөнхийлөгчид нэр дэвшихээ зарлаж, глобалистуудыг хөдөлгөөнд оруулсан үед, Даниел арван нэг хоёрын биелэл болгон эхэлсэн. Тэрхүү хүйтэн дайн нь Ням гаргийн хуулиар төгсөнө; энэ нь Акциумын тулалдаан бөгөөд Ром дээд эрх мэдлээр ноёрхохоосоо өмнөх гурав дахь саад мөн.</w:t>
      </w:r>
    </w:p>
    <w:p>
      <w:pPr>
        <w:pStyle w:val="ArticleBody"/>
        <w:jc w:val="left"/>
      </w:pPr>
      <w:r>
        <w:rPr>
          <w:rFonts w:ascii="Times New Roman" w:hAnsi="Times New Roman" w:eastAsia="Times New Roman" w:cs="Times New Roman"/>
        </w:rPr>
        <w:t>Рузвельтээс эхэлсэн найман ерөнхийлөгч Рейганд хүрч, Рейганаас эхэлсэн найман ерөнхийлөгч Трампд хүрдэг. Рузвельт нь Дэлхийн хоёрдугаар дайныг тэмдэглэдэг бөгөөд тэрээр 1945 оны 4 дүгээр сарын 12-нд нас барсан; дараа нь Европ дахь дайн 5 дугаар сарын 8-нд дуусахад, мөн Номхон далайн дайн 9 дүгээр сарын 2-нд дуусахад Трумэн ерөнхийлөгч байсан. Европ дахь дайн үндсэндээ хуурай газрын тулалдаан байсан бөгөөд Номхон далайн дайн тэнгисийн тулалдаан байсан нь, Паниум хуурай газрын тулалдааныг, Актиум тэнгисийн тулалдааныг төлөөлдөгтэй адил юм. Эхнийх нь эцсийнхийг дүрслэн үзүүлдэг бөгөөд найман ерөнхийлөгчийн дараалал нь Даниел арван нэг, хоёр ба гуравдугаар эшлэлүүдийн гэрчлэл дээр, мөн найм дахь нь долооны нэг байх оньсого дээр тогтоогддог. Илчлэлт арван гурав дахь газрын араатны түүхийн эхэнд болсон эхний хоёр Тивийн Конгрессын үед ерөнхийлөгчдийн долоон хугацаат алба байсан. Тэрхүү түүхэнд Жорж Вашингтон Ерөнхий командлагчаар томилогдсон. Анхны албан ёсны ерөнхийлөгчийн хувьд, Вашингтоны Хоёрдугаар Тивийн Конгресс дахь томилолт нь хамгийн эхэнд Вашингтоныг долоон ерөнхийлөгчийн найм дахь нь болгон бэлгэддэг.</w:t>
      </w:r>
    </w:p>
    <w:p>
      <w:pPr>
        <w:pStyle w:val="ArticleBody"/>
        <w:jc w:val="left"/>
      </w:pPr>
      <w:r>
        <w:rPr>
          <w:rFonts w:ascii="Times New Roman" w:hAnsi="Times New Roman" w:eastAsia="Times New Roman" w:cs="Times New Roman"/>
        </w:rPr>
        <w:t>Анхны ерөнхийлөгч нь эхний долоон ерөнхийлөгчийн найм дахь нь байсан бөгөөд сүүлчийн ерөнхийлөгч нь долоогоос гарсан найм дахь нь юм. Тахилч Зехариа Иоханы төрөх үед, илжиг ярих үед, мөн газрын араатан ярих үед өгүүлдэг. Хабакукийн үзэгдэл ч мөн энд өгүүлдэг. Ням гаргийн хуулийн үеийн нэг зуун дөчин дөрвөн мянгын тугийг бэлгэдэн илэрхийлдэг Иоханы төрөлт нь тахилч Зехариагийн сүүлчийн үе юм. Зехариа тахилчдын хорин дөрвөн ээлжийн найм дахьд байсан. Ням гаргийн хуулийн үед Ислам (илжиг) ярьж, АНУ луу адил ярьдаг тэр үед Зехариа (тахилчид) өгүүлдэг. Тэрхүү замын тэмдэг дээр папын үхлийн шарх эдгэрч, тэр долоогоос гарсан найм дахь нь болдог. Трамп мөн долоогоос гарсан найм дахь нь бөгөөд Ням гаргийн хуулиар эцэслэн тогтоогдох араатны дүрийг байгуулагч нь мөн тэр юм. Дараа нь нэг зуун дөчин дөрвөн мянгын санваар нь Бурханы ам болж, гурав дахь тэнгэрэлчийн чанга хашхираанд мэдээг тунхаглан ярьдаг. Тэрхүү санваар нь долоогоос гарсан найм дахь сүм юм.</w:t>
      </w:r>
    </w:p>
    <w:p>
      <w:pPr>
        <w:pStyle w:val="ArticleBody"/>
        <w:jc w:val="left"/>
      </w:pPr>
      <w:r>
        <w:rPr>
          <w:rFonts w:ascii="Times New Roman" w:hAnsi="Times New Roman" w:eastAsia="Times New Roman" w:cs="Times New Roman"/>
        </w:rPr>
        <w:t>Рузвельт 1989 онд төгсгөлийн цагт хүргэх найман ерөнхийлөгчийн эхлэлийг тавьж, 1989 онд төгссөн хүйтэн дайнд шилжих шилжилтийг, өөрөөр хэлбэл Дэлхийн хоёрдугаар дайнаас хүйтэн дайн руу шилжих үеийг тэмдэглэдэг. Ерөнхийлөгч Трумэн Рузвельтийн дараа гарч, Дэлхийн хоёрдугаар дайныг бүрдүүлж байсан газар ба тэнгисийн тулаанууд төгсөх үед төр барьж байв. Ерөнхийлөгчийн хувиар Трумэн 1945 оны 10 дугаар сарын 24-нд Нэгдсэн Үндэстний Байгууллага эхэлсэн үед төр барьж байв. Рузвельт ба Трумэний хоорондын холбоо 1945 он гэх жилээр тогтоогддог. Тэр жил хоёулаа ерөнхийлөгчид байсан бөгөөд мөн тэр жил Дэлхийн хоёрдугаар дайн байсан хоёр талт дайн төгсөж, Нэгдсэн Үндэстний Байгууллага байгуулагдаж, хүйтэн дайн эхэлсэн юм.</w:t>
      </w:r>
    </w:p>
    <w:p>
      <w:pPr>
        <w:pStyle w:val="ArticleBody"/>
        <w:jc w:val="left"/>
      </w:pPr>
      <w:r>
        <w:rPr>
          <w:rFonts w:ascii="Times New Roman" w:hAnsi="Times New Roman" w:eastAsia="Times New Roman" w:cs="Times New Roman"/>
        </w:rPr>
        <w:t>1989 онд мөн 1945 оныхтой адил хоёр ерөнхийлөгч байсан; Рональд Рейган болон эхний Жорж Буш. Рейган хүйтэн дайныг төгсгөсөн бөгөөд эхний Жорж Буш 1990 оны 10 дугаар сарын 1-нд НҮБ-ын “дөчин тавдугаар” Ерөнхий Ассамблейд үг хэлэхдээ өөрийгөө юуны өмнө даяарчлалыг баримтлагч нэгэн гэдгээ зарлан тунхаглаж, “шинэ дэлхийн дэг журам”-ыг байгуулах тухай ярьсан. Тэр илтгэлдээ: “Эдгээр харанхуй машиныг харьяалагдах ёстой Харанхуй эрин үед нь үлдээн орхиж, шинэ дэлхийн дэг журам болон энх тайвны урт эрин үе рүү чиглэсэн түүхэн хөдөлгөөнийг оргилд нь хүргэхийн тулд урагш тэмүүлэх нь бидний гарт байна” хэмээн мэдэгдсэн.</w:t>
      </w:r>
    </w:p>
    <w:p>
      <w:pPr>
        <w:pStyle w:val="ArticleBody"/>
        <w:jc w:val="left"/>
      </w:pPr>
      <w:r>
        <w:rPr>
          <w:rFonts w:ascii="Times New Roman" w:hAnsi="Times New Roman" w:eastAsia="Times New Roman" w:cs="Times New Roman"/>
        </w:rPr>
        <w:t>Энэхүү үгэндээ Буш уг үзэл баримтлалыг Хүйтэн дайны дараах хамтын ажиллагаа, Персийн булангийн хямрал (Ирак Кувейтэд халдан довтолсон явдал), НҮБ-ыг бэхжүүлэх, мөн хууль дээдлэх зарчимд суурилсан үндэстнүүдийн шинэ түншлэлтэй холбон тайлбарласан. Буш “шинэ дэлхийн дэг журам” гэх хэллэгийг түүнээс хэдхэн долоо хоногийн өмнө, 1990 оны 9 дүгээр сарын 11-нд Конгрессын хамтарсан чуулганд хэлсэн илтгэлдээ анх олонд түгээмэл болгосон.</w:t>
      </w:r>
    </w:p>
    <w:p>
      <w:pPr>
        <w:pStyle w:val="ArticleBody"/>
        <w:jc w:val="left"/>
      </w:pPr>
      <w:r>
        <w:rPr>
          <w:rFonts w:ascii="Times New Roman" w:hAnsi="Times New Roman" w:eastAsia="Times New Roman" w:cs="Times New Roman"/>
        </w:rPr>
        <w:t>Буш НҮБ-д хэлсэн үгээ “Харанхуй үе” хэмээх ойлголтоор саяхан төгссөн хүйтэн дайныг тодорхойлсон нөхцөл байдалд байрлуулсныг анхаар. Харанхуй үе 1798 онд, төгсгөлийн цагт төгссөн бөгөөд Буш 1989 оны төгсгөлийн цагт байсан. Тэрээр “шинэ дэлхийн дэг журам” хэмээх хэллэгийг анх хэрэглэсэн үед Ислам үндэстнүүдийг уурлуулж байсан бөгөөд тэрхүү үг хэллэг 9/11-нд хэлэгдсэн байсныг анхаар. Рузвельтээс Картер хүртэл найман ерөнхийлөгч байсан бөгөөд Рейганаас Трамп хүртэл мөн найман ерөнхийлөгч байв. Трамп бол сүүлчийн ерөнхийлөгч бөгөөд эхний ерөнхийлөгчөөр хэв шинжлэгдсэн, тэрхүү эхний ерөнхийлөгч нь эхний долоон ерөнхийлөгчийн найм дахь нь байсан юм.</w:t>
      </w:r>
    </w:p>
    <w:p>
      <w:pPr>
        <w:pStyle w:val="ArticleBody"/>
        <w:jc w:val="left"/>
      </w:pPr>
      <w:r>
        <w:rPr>
          <w:rFonts w:ascii="Times New Roman" w:hAnsi="Times New Roman" w:eastAsia="Times New Roman" w:cs="Times New Roman"/>
        </w:rPr>
        <w:t>1798 оны төгсгөлийн цаг нь папын засаглалын үхлийн шархыг тодорхойлдог бөгөөд Харанхуй зууны үед Европын хаадын дээр ноёрхож байсан хүч нь папын засаглал байв. Илчлэлт арван долоодугаар бүлэгт энэ харилцааг араатныг унан, түүний дээр ноёрхож буй янхан эмээр дүрсэлсэн байдаг. 1798 онд Европын хаадын дэмжлэг зайлуулагдаж, араатан үхмэл болсон. 1799 онд пап цөллөгт нас барсан. 1798, 1799 онууд нь төгсгөлийн цагийг хамгийн бүрэн утгаар нь илэрхийлдэг; яг л Христийн үед төгсгөлийн цаг нь Иохан Баптистын төрөлтөөр, дараа нь зургаан сарын хойно Христийн төрөлтөөр тэмдэглэгддэгтэй адил юм. 1990 онд Бушийн хэлсэн үгс нь Бушийг төгсгөлийн цагийг тэмдэглэдэг хоёр ерөнхийлөгчийн хоёр дахь нь болгон, мөн луугийн хүч болох даяарчлал руу чиглэсэн хөдөлгөөнийг тэмдэглэдэг. Бушийн бэлгэдэл нь Америкийн Нэгдсэн Улс Библийн эш үзүүллэгийн зургаа дахь хаанчлалын хувьд луу мэт ярьснаар төгсөх үед Ням гаргийн хуулийн зүг хийсэн нэг алхмыг тэмдэглэдэг. Ням гаргийн хуулийн үед Америкийн Нэгдсэн Улс Нэгдсэн Үндэстний Байгууллагын дуу хоолой болдог. Яг тэрхүү нөхцөлд Ислам үндэстнүүдийг хилэгнүүлж байгаа бөгөөд 9/11 тэмдэглэгддэг. 1990 оны есдүгээр сарын 11-нд анхны Буш өөрийн даяарчлалын мөрийн хөтөлбөрийн талаар Конгресст ярьсан нь 2001 оны 9/11-д Ислам дахин үндэстнүүдийг хилэгнүүлэх үеийг хэв шинжээр илэрхийлж байсан боловч тэр үед ерөнхийлөгч нь сүүлчийн Буш байх байв.</w:t>
      </w:r>
    </w:p>
    <w:p>
      <w:pPr>
        <w:pStyle w:val="ArticleBody"/>
        <w:jc w:val="left"/>
      </w:pPr>
      <w:r>
        <w:rPr>
          <w:rFonts w:ascii="Times New Roman" w:hAnsi="Times New Roman" w:eastAsia="Times New Roman" w:cs="Times New Roman"/>
        </w:rPr>
        <w:t>Найман ерөнхийлөгчийн эхнийх болох Рузвельт 1945 онд Дэлхийн хоёрдугаар дайны төгсгөлийг тэмдэглэсэн бөгөөд түүний дараах ерөнхийлөгч Нэгдсэн Үндэстний Байгууллагыг бий болгох үеийг нээсэн юм. Найман ерөнхийлөгчийн эхнийх болох Рейган 1989 онд хүйтэн дайны төгсгөлийг тэмдэглэсэн бөгөөд түүний дараах ерөнхийлөгч Нэгдсэн Үндэстний Байгууллагыг дэмжин урагшлуулсан юм. Найман ерөнхийлөгчийн сүүлчийнх нь 2015 онд нэр дэвших санаархлаа зарлах үедээ эхлүүлсэн хүйтэн дайныг төгсгөж, Дэлхийн гуравдугаар дайныг эхлүүлнэ. Тэрээр Библийн эш үзүүллэг дэх зургаа дахь хаант улсыг Библийн эш үзүүллэг дэх долоо дахь хаант улсын тэргүүнд (НҮБ) шилжүүлж, дараа нь Ням гаргийн хуулийн үед тэр хаант улсыг араатанд өгөхөөр зөвшөөрнө.</w:t>
      </w:r>
    </w:p>
    <w:p>
      <w:pPr>
        <w:pStyle w:val="ArticleBody"/>
        <w:jc w:val="left"/>
      </w:pPr>
      <w:r>
        <w:rPr>
          <w:rFonts w:ascii="Times New Roman" w:hAnsi="Times New Roman" w:eastAsia="Times New Roman" w:cs="Times New Roman"/>
        </w:rPr>
        <w:t>Дэлхийн хоёрдугаар дайн хуурай газрын болон тэнгисийн дайнаас бүрдэж байсанчлан, сүүлчийн ерөнхийлөгчид Панийн хуурай газрын тулалдаанаар дүрслэгдэн Актиумын тэнгисийн тулалдаанд хүргэдэг хүйтэн дайн байх болно. Ням гаргийн хууль дээр 2015 онд Трамп глобалистуудыг өдөөн хөдөлгөснөөр эхэлсэн хүйтэн дайн Дэлхийн хоёрдугаар дайны хуурай газрын болон тэнгисийн тулалдаануудаар төлөөлөгдсөн Дэлхийн гуравдугаар дайн болж хувирна. Дэлхийн хоёрдугаар дайны төгсгөлд дараагийн алхам нь Нэгдсэн Үндэстний Байгууллагын глобализм байсан бөгөөд энэ нь Рейган, Буш нарын үеийн хүйтэн дайны төгсгөлд мөн адил байсан юм. Эхлээд АНУ Ням гаргийн хууль дээр төгсөнө, дараа нь Бушийн “шинэ дэлхийн дэг журам” долоо дахь хаант улсыг нэвтрүүлж, тэр нь нэн даруй найм дахь хаант улсад эрх мэдлээ өгөхөөр зөвшөөрдөг.</w:t>
      </w:r>
    </w:p>
    <w:p>
      <w:pPr>
        <w:pStyle w:val="ArticleBody"/>
        <w:jc w:val="left"/>
      </w:pPr>
      <w:r>
        <w:rPr>
          <w:rFonts w:ascii="Times New Roman" w:hAnsi="Times New Roman" w:eastAsia="Times New Roman" w:cs="Times New Roman"/>
        </w:rPr>
        <w:t>Эхний Буш болон сүүлчийн Буш нь эхнийх нь Конгресст 9/11-ий үеэр “шинэ дэлхийн дэг журам”-ыг тунхагласнаар, харин сүүлчийнх нь 2001 оны Эх орончийн хуулиар хоорондоо холбогддог. Эдгээр хоёр тэмдэглэгээ нь аль аль нь Ислам үндэстнүүдийг уурлуулж буй нөхцөл байдлын хүрээнд байрлуулсан байдаг.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 — Есийн нуугдмал түүх</dc:title>
  <dc:subject>Хүч, Алдар Сүр, ба Зовлон шаналал</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