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нуугдмал түүх - Арван нэгэн дугаар</w:t>
      </w:r>
    </w:p>
    <w:p>
      <w:pPr>
        <w:pStyle w:val="ArticleSubtitle"/>
        <w:jc w:val="left"/>
      </w:pPr>
      <w:r>
        <w:rPr>
          <w:rFonts w:ascii="Arial" w:hAnsi="Arial" w:eastAsia="Arial" w:cs="Arial"/>
        </w:rPr>
        <w:t>Арван нэгэн тоо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Иоелын ном нь Бичээс доторх хожмын борооны тухай хамгийн шууд илчлэл байж болох бөгөөд Иоел эхлээд Лаодикийн Долоо дахь өдрийн Адвентист сүмийн хэрэгжүүлсэн тэрслүүгийн дөрвөн үеийг дурдсанаар нээлтээ хийдэг. Иоелын эхний эшлэлүүдэд дүрслэгдсэн, сүйрэл улам даамжирсан тэр дөрвөн үе нь Езекиелийн наймдугаар бүлэгт гардаг улам даамжирсан дөрвөн жигшүүрт үйлийн дараалалтай нийцдэг. 1863-аас 1888 он хүртэлх хугацаа нь эхний үеийг төлөөлөх бөгөөд энэ нь 1843 ба 1850 оны анхдагчдын хүснэгтүүд дээр дүрслэгдсэн, Хабаккукын хоёрдугаар бүлэгт илэрхийлэгдсэн Миллерчүүдийн суурь мэдээг няцаасныг төлөөлдөг бөгөөд энэ нь Арван Тушаалын хоёр чулуун хавтангаар дүрслэгдсэн гэрээг бэлгэддэг.</w:t>
      </w:r>
    </w:p>
    <w:p>
      <w:pPr>
        <w:pStyle w:val="ArticleBody"/>
        <w:jc w:val="left"/>
      </w:pPr>
      <w:r>
        <w:rPr>
          <w:rFonts w:ascii="Times New Roman" w:hAnsi="Times New Roman" w:eastAsia="Times New Roman" w:cs="Times New Roman"/>
        </w:rPr>
        <w:t>1888 оноос 1919 он хүртэлх үе нь итгэлээр зөвтгөгдөх туршлагыг няцаасан үеийг төлөөлдөг бөгөөд тэр нь Филаделфи сүмээр дүрслэгдсэн туршлагыг бий болгодог. Эхний үед тэрслүү байдал нь Уильям Миллерээр төлөөлөгдсөн удирдлагын ажлын эсрэг төвлөрч байсан бол, 1888 оны хоёр дахь үед Зөгнөлийн Сүнсний удирдлагын эсрэг тэрслэл гарсан юм. 1919 оны гурав дахь үе нь Уильям Уоррен Прескоттын The Doctrine of Christ хэмээх номоор эхэлж, 1957 онд хэвлэгдсэн Questions on Doctrine хэмээх номоор төгссөн. Тэр гурав дахь үе нь Адвентизм Америкийн Анагаах Ухааны Холбооны эмнэлгийн практикуудын магадлан итгэмжлэлийг, мөн урвасан протестантизм болон Ромын католицизмын эрдэм шинжилгээний хүрээний эрдэмтдээр өөрсдийн коллежуудаа магадлан итгэмжлүүлэхийг эрэлхийлэхдээ ертөнцтэй буулт хийсэн үе байсан юм.</w:t>
      </w:r>
    </w:p>
    <w:p>
      <w:pPr>
        <w:pStyle w:val="ArticleBody"/>
        <w:jc w:val="left"/>
      </w:pPr>
      <w:r>
        <w:rPr>
          <w:rFonts w:ascii="Times New Roman" w:hAnsi="Times New Roman" w:eastAsia="Times New Roman" w:cs="Times New Roman"/>
        </w:rPr>
        <w:t>Гурав дахь үеийн үед Эллен Уайтын үзгээр өгөгдсөн боловсролын зөвлөгөө няцаагдан, түүний оронд Грекийн боловсролын философиор төлөөлөгдсөн, ертөнцийн хуурамч боловсролын арга барилуудыг тавьжээ. Грекийн боловсролыг Теннессийн Нэшвилл дэх Парфенон сүмийн хуулбар байгууламжид тахин шүтээнд заларсан Афина дарь эхээр төлөөлүүлдэг.</w:t>
      </w:r>
    </w:p>
    <w:p>
      <w:pPr>
        <w:pStyle w:val="ArticleBody"/>
        <w:jc w:val="left"/>
      </w:pPr>
      <w:r>
        <w:rPr>
          <w:rFonts w:ascii="Times New Roman" w:hAnsi="Times New Roman" w:eastAsia="Times New Roman" w:cs="Times New Roman"/>
        </w:rPr>
        <w:t>Жинхэнэ боловсролын жишээ Библид, эш үзүүлэгч Елисатай холбоотой эш үзүүлэгчдийн сургуулиудаар илэрхийлэгдсэн байдаг. МЭӨ 167 оны Маккавейн бослогоос эхлэн МЭ 70 онд Иерусалим сүйрэх хүртэлх хугацаа нь, эртний бодит алдарт газрын соёл ба үндэстэнд Грекийн боловсрол нэвтэрч орсны эсрэг чиглэсэн эсэргүүцлийн ихээхэн хэсэг байсан юм. Маккабейнхны эсэргүүцэл нь бүх түвшинд Грекийн нөлөөний эсрэг гарсан бослого байсан боловч, Грекийн боловсролын нөлөө Маккавейн хэт итгэлтнүүдийн түүх болон сэдэлд тийм өргөн тархсан байсан тул, Грекийн боловсрол нь Есүс Христийг өөрсдийн Мессиа хэмээн иудейчүүд үгүйсгэсэнтэй холбоотой хамгийн том хүчин зүйл байж магадгүй байсан бодит байдлаас үүнийг салган үзэх боломжгүй юм. Иудейчүүдэд Грекийн боловсролын үзүүлсэн сөрөг нөлөө, мөн хуурамч боловсрол Христийг иудейчүүд үгүйсгэж, цовдолсон явдалд оруулсан хувь нэмрийг тодорхойлон харуулсан номууд бичигдсэн байдаг.</w:t>
      </w:r>
    </w:p>
    <w:p>
      <w:pPr>
        <w:pStyle w:val="ArticleBody"/>
        <w:jc w:val="left"/>
      </w:pPr>
      <w:r>
        <w:rPr>
          <w:rFonts w:ascii="Times New Roman" w:hAnsi="Times New Roman" w:eastAsia="Times New Roman" w:cs="Times New Roman"/>
        </w:rPr>
        <w:t>Маккавейн бослого нь орчин үеийн сүнслэг алдарт нутаг дахь 1776 оны хувьсгалтай дүйцнэ. Одоогийн байдлаар Америкийн Нэгдсэн Улсад Грекийн болон Иезуитын боловсролын арга барилын философи дээр байгуулагдсан, албан ёсоор бүртгэлтэй 4,000 гаруй их сургууль байна. Сүүлийн арваас дээш жилийн турш үргэлжилсэн эмх замбараагүй байдал, хуульгүйтлийг Америкийн Нэгдсэн Улс дахь “боловсролын төвүүд” хэмээн нэрлэгддэг байгууллагуудтай шууд холбон үзэж болно. Учир нь эдгээр байгууллага нь Францын хувьсгалын үеийн сатанлаг философиос улбаалсан глобалист үзэл суртлыг хүлээн зөвшөөрөхөөр хэвлэл мэдээлэл, зугаа цэнгэлийн эх сурвалжуудаар аль хэдийн төлөвшүүлэгдсэн оюутнуудад олон арван жилийн турш үзэл суртлын нөлөө үзүүлсээр ирсэн юм. Өнөөгийн их сургуулийн оюутнууд цагаан арьст хүмүүс, Христэд итгэгчид болон Америкийн жинхэнэ түүхэнд халдах зорилготойгоор бүтээгдсэн боловсролын төвүүдэд орохоосоо өмнө Содом, Гоморрагаар төлөөлөгдөх амьдралын хэв маягийг хүлээн зөвшөөрөхөд аль хэдийн дасган төлөвшүүлэгдсэн байсан. Өнөөдөр Америкийн Нэгдсэн Улсын, Библи болон Зөгнөлийн Сүнсэнд тодорхойлогдсончлон, шударга ёс болон үнэн гудамжинд хаягдаж буйг биелүүлж буй шударга ёсны байнгын хоёр шатлалт тогтолцоог ойлгохыг хүсэж буй иргэн, өнөөгийн нөхцөл байдал нь хүн төрөлхтнийг элит глобалистуудын — луугийн хүчний — хяналтад оруулах зорилготойгоор бүтээгдсэн боловсролын тогтолцоогоор амьдралын хамгийн эхний жилүүдээс нь эхлэн суулгаж буй санаатайгаар төлөвлөсөн довтолгооны үр дүн гэдгийг ойлгох ёстой!</w:t>
      </w:r>
    </w:p>
    <w:p>
      <w:pPr>
        <w:pStyle w:val="ArticleBody"/>
        <w:jc w:val="left"/>
      </w:pPr>
      <w:r>
        <w:rPr>
          <w:rFonts w:ascii="Times New Roman" w:hAnsi="Times New Roman" w:eastAsia="Times New Roman" w:cs="Times New Roman"/>
        </w:rPr>
        <w:t>Эллен Уайтын бичээсүүдэд таван гол сэдэв байдаг: боловсрол, эрүүл мэндийн шинэчлэл, Христэд итгэгч амьдрал, Агуу тэмцлийн сэдэв, мөн амьдрал дээр хэрэгждэг бурханлаг байдал. Боловсрол нь Эш Үзүүллэгийн таван гол сэдвийн нэг бөгөөд Эллен Уайт нь Бурханы Үгэнд тэмдэглэгдсэн аливаа эш үзүүлэгчийн адил библийн эш үзүүлэгч байсан. Бусад зүйлсийн зэрэгцээ энэ нь түүний амьдрал нэг зуун дөчин дөрвөн мянгатын жишээ бөгөөд тэдний төлөөх жишээ мөн гэсэн утгатай. Хэн нэгэн Христ л ганцаараа бидний жишээ байх ёстой гэж бодохоос өмнө Паул ийнхүү хэлсэн:</w:t>
      </w:r>
    </w:p>
    <w:p>
      <w:pPr>
        <w:pStyle w:val="ArticleScripture"/>
        <w:jc w:val="left"/>
      </w:pPr>
      <w:r>
        <w:rPr>
          <w:rFonts w:ascii="Times New Roman" w:hAnsi="Times New Roman" w:eastAsia="Times New Roman" w:cs="Times New Roman"/>
        </w:rPr>
        <w:t>Учир нь та нар Христ дотор түмэн багштай байж болох боловч олон эцэггүй билээ. Яагаад гэвэл Христ Есүс дотор би та нарыг сайн мэдээгээр төрүүлсэн юм. Иймээс би та нараас гуйя: намайг дуурайгчид байгтун. 1 Коринт 4:15, 16.</w:t>
      </w:r>
    </w:p>
    <w:p>
      <w:pPr>
        <w:pStyle w:val="ArticleBody"/>
        <w:jc w:val="left"/>
      </w:pPr>
      <w:r>
        <w:rPr>
          <w:rFonts w:ascii="Times New Roman" w:hAnsi="Times New Roman" w:eastAsia="Times New Roman" w:cs="Times New Roman"/>
        </w:rPr>
        <w:t>Эллен Уайт эш үзүүлэгчийн хувьд үлгэр жишээ мөн. Эллен Уайт зөвлөлийн гишүүний үүргийг хүлээн зөвшөөрсөн нь ганцхан удаа байсан бөгөөд тэр нь түүний үйлчлэлийн таван том сэдвийн нэг болгон дэвшүүлэн тавьсан жинхэнэ боловсролын зарчмуудыг тэврэн хэрэгжүүлсэн нэгэн коллежийг байгуулах үед байв. Теннесси мужийн Мэдисонд буй тэр коллеж нь Теннесси мужийн Нэшвиллийн их хотын тойрогт оршдог. Тэрээр 1904 оноос эхлэн 1915 онд нас барахаасаа нэг жилийн өмнөх хүртэл Мэдисон коллежийн үүсгэн байгуулах зөвлөлд байхаар зөвшөөрөөд зогсохгүй, коллеж байгуулагдах газрын сонголтод шийдвэрлэх үүрэг гүйцэтгэсэн юм. Нэшвилл нь Маккавейн түүхэнд иудейчүүдийг Өөрсдийн Мессиаг хүлээн авахаас сэргийлэхэд тусалсан Грекийн боловсролын тогтолцооны төв бөгөөд тэрхүү Маккавейчууд нь бидний эдүгээ амьдарч буй цаг үеийн урвагч Протестантизмын дүр төрх болдог. Маккавейн шугам нь дөчдүгээр эшлэлийн далд түүхэнд баттайгаар дүрслэгдсэн бөгөөд энэ нь одоо бүрэн сурталчлагдан шингээгдсэн, Грекийн боловсролын яг тэрхүү (орчин үеийн хувилбар нь боловч) сүйтгэгч үр жимсийг агуулсан урвагч Протестантизмыг төлөөлдөг.</w:t>
      </w:r>
    </w:p>
    <w:p>
      <w:pPr>
        <w:pStyle w:val="ArticleBody"/>
        <w:jc w:val="left"/>
      </w:pPr>
      <w:r>
        <w:rPr>
          <w:rFonts w:ascii="Times New Roman" w:hAnsi="Times New Roman" w:eastAsia="Times New Roman" w:cs="Times New Roman"/>
        </w:rPr>
        <w:t>Адвентизмын гурав дахь үеийн үед, 1888 онд Зөгнөлийн Сүнсийг няцаасан удирдлага боловсролын тогтолцоогоо дэлхийн магадлан итгэмжлэлийн бүтцэд шилжүүлэхийг сонгосон. Нэшвилл нь жинхэнэ болон хуурамч боловсролын аль алиных нь бэлгэдэлт төвийг төлөөлдөг. Грек боловсролыг мөнхжүүлэн дархлахын тулд дэлхий ертөнцийн сонгосон тэр л хотыг эш үзүүлэгч сонгосон бөгөөд учир нь Грек боловсрол нь үнэнийг бүхэл бүтнээр нь устгахын тулд тусгаарлагдсан сэдвүүдэд салган ангилахад үндэслэдэг бол жинхэнэ боловсрол тийм биш юм. Жинхэнэ боловсрол нь Эгч Уайтын бусад дөрвөн үндсэн сэдэв болох эрүүл мэндийн шинэчлэл, практик бурханлаг чанар, Христэд итгэгчийн амьдрал, ялангуяа “Агуу Тэмцэл” хэмээх сэдвийн суурь үндэс мөн.</w:t>
      </w:r>
    </w:p>
    <w:p>
      <w:pPr>
        <w:pStyle w:val="ArticleBody"/>
        <w:jc w:val="left"/>
      </w:pPr>
      <w:r>
        <w:rPr>
          <w:rFonts w:ascii="Times New Roman" w:hAnsi="Times New Roman" w:eastAsia="Times New Roman" w:cs="Times New Roman"/>
        </w:rPr>
        <w:t>Есүс төгсгөлийг үргэлж эхлэлээр нь жишээлэн харуулдаг бөгөөд Еден цэцэрлэг дэх шалгалт нь эдүгээ дэлхий тулгараад буй шалгалтыг дүрслэн харуулдаг. Төгсгөлийн үеийн шалгалт нь Библийн бүх шалгалттай адилхан, учир нь Бурхан хэзээ ч өөрчлөгддөггүй. Библийн шалгалт гэдэг нь гурван үе шаттай сорилтын үйл явц бөгөөд энэ сорилтын төгсгөлд илчлэгдэн гарч ирдэг хоёр ангийг бий болгодог. Эхний тэнгэрэлч энэ гурван үе шатыг Бурханаас эмээх, Түүнд алдрыг өргөх, учир нь шүүлтийн шалгуур сорилтын цаг ирсэн хэмээн илэрхийлдэг. Эхний алхам нь сайн ба мууг мэдүүлэгч модны жимснээс бүү ид гэсэн тушаал байв. Бурханаас эмээх зохих эмээл дутсанаас Ева модны шалгалтад унаж, сайн ба муу аль алийг нь төлөөлсөн жимсийг идсэн. Адамын Бурханаас эмээх эмээл нь түүнийг модтой холбоотой бослогод оролцохоос сэргийлж чадсангүй, тийнхүү тэд хоёуланд нь шүүлт ирсэн бөгөөд Тэнгэрлэг Оршихуйн байнгын оршихуйгүй амьдралыг илэрхийлэн харуулсан юм.</w:t>
      </w:r>
    </w:p>
    <w:p>
      <w:pPr>
        <w:pStyle w:val="ArticleBody"/>
        <w:jc w:val="left"/>
      </w:pPr>
      <w:r>
        <w:rPr>
          <w:rFonts w:ascii="Times New Roman" w:hAnsi="Times New Roman" w:eastAsia="Times New Roman" w:cs="Times New Roman"/>
        </w:rPr>
        <w:t>Эцсийн өдрүүдийн сорил нь хүн төрөлхтний сорилтын хугацаа төгсөхийн яг өмнө Есүс Христийн илчлэл дотор лац нь тайлагдсан мэдлэгийн өсөлтийг идэхийг сануулсан анхааруулгаар эхэлдэг. Адвентизмын дотор ч бай, Адвентизмын гадна ч бай, тэрхүү сорил нь бидний үед лац нь тайлагдсан “мэдлэг”-ийн өсөлтийг хүлээн авах уу, эсвэл няцаах уу гэдэг дээр үндэслэдэг. Мэдлэгийн тэрхүү сорил нь Сайн эсвэл муугийн мэдлэгийг төлөөлдөг сорилтын модоор, өөрөөр хэлбэл Цэцэрлэгийн модоор дүрслэгдсэн байдаг. Жинхэнэ боловсрол 1904 онд Теннесси мужийн Нэшвилл хотод байршуулан бэлгэдэгдсэн бөгөөд хуурамч боловсрол 1897 онд Нэшвиллд байршуулан бэлгэдэгдэж, улмаар 1920 онд байнгын байгууламж болгон дахин баригдсан. Эмэгтэй эш үзүүлэгчийн амьдралд жинхэнэ боловсрол Нэшвиллд залрагдсан байсан бөгөөд хуурамч боловсрол ч мөн залрагдсан байв. Түүнийг 1915 онд нас барсны дараа хуурамч боловсрол Парфенон сүмийн хоёр дахь бөгөөд байнгын барилгын үеэр сэргээгдэж, харин жинхэнэ боловсрол нь Лаодикеагийн Долоо дахь өдрийн Адвентист сүмийн удирдлагын ертөнцтэй хийсэн буултын улмаас няцаагдсан юм.</w:t>
      </w:r>
    </w:p>
    <w:p>
      <w:pPr>
        <w:pStyle w:val="ArticleBody"/>
        <w:jc w:val="left"/>
      </w:pPr>
      <w:r>
        <w:rPr>
          <w:rFonts w:ascii="Times New Roman" w:hAnsi="Times New Roman" w:eastAsia="Times New Roman" w:cs="Times New Roman"/>
        </w:rPr>
        <w:t>Нэшвиллийн “Өмнөдийн Афин” гэх хоч нь 1897 оны Зуун жилийн үзэсгэлэнгийн гол төв байгууламжаар уг барилгыг сонгоход нөлөөлсөн юм. Үзэсгэлэнгийн хэд хэдэн барилга нь эртний эх загваруудад тулгуурлан бүтээсэн байв. Гэвч Парфенон нь тэдгээрийн дундаас яг таг хуулбарлан сэргээгдсэн цорын ганц нь байлаа. Өнөөгийн Теннесси мужийн Нэшвилл хот хөгжимөөрөө алдартай боловч Жонни Кэшийн музей байгуулагдахаас өмнө Нэшвилл нь дуулахаараа бус, боловсролоороо алдартай байв.</w:t>
      </w:r>
    </w:p>
    <w:p>
      <w:pPr>
        <w:pStyle w:val="ArticleBody"/>
        <w:jc w:val="left"/>
      </w:pPr>
      <w:r>
        <w:rPr>
          <w:rFonts w:ascii="Times New Roman" w:hAnsi="Times New Roman" w:eastAsia="Times New Roman" w:cs="Times New Roman"/>
        </w:rPr>
        <w:t>1850-иад он гэхэд Нэшвилл нь дээд боловсролын олон байгууллагыг байгуулснаар аль хэдийн “Өмнөдийн Афин” гэх хочийг хүртсэн байсан; мөн нийтийн сургуулийн тогтолцоог байгуулсан Америкийн өмнөд бүсийн анхны хот болсон байв. Зууны төгсгөл гэхэд Нэшвилл хотод Фиск Их Сургууль, Сэнт Сесилиа Академи, Монтгомери Белл Академи, Мехарри Анагаах Ухааны Коллеж, Белмонт Их Сургууль, Вандербилт Их Сургууль зэрэг нь бүгд үүдээ нээсэн байлаа. Тухайн үед Нэшвилл нь эд баялаг, соёлоор дүүрэн, өмнөд бүсийн хамгийн боловсон, боловсролтой хотуудын нэг хэмээн танигдаж байв.</w:t>
      </w:r>
    </w:p>
    <w:p>
      <w:pPr>
        <w:pStyle w:val="ArticleBody"/>
        <w:jc w:val="left"/>
      </w:pPr>
      <w:r>
        <w:rPr>
          <w:rFonts w:ascii="Times New Roman" w:hAnsi="Times New Roman" w:eastAsia="Times New Roman" w:cs="Times New Roman"/>
        </w:rPr>
        <w:t>Ёс бусын нууц нь онгодоор өгөгдсөн Үгэнд нэр үг ч, үйл үг ч мөн байдаг. Онгод нь Сатан болон Сестра Уайт Сатаны “баруун гарын хүн” хэмээн нэрлэдэг папыг ёс бусын нууц мөн гэж тодорхойлдог. Гэвч “ёс бусын нууц” гэдэг нь мөн үнэний ба төөрөгдлийн нэгдлийг дүрслэн илэрхийлдэг. Иоелын урвалтын дөрвөн үе нь Езекиелийн наймдугаар бүлгийн улам даамжирч буй дөрвөн жигшүүрт явдалтай нийцдэг. Тэдгээр хоёр гэрч Илчлэлийн эхний дөрвөн сүмтэй нийцдэг бөгөөд гурав дахь сүм нь Христийн шашныг харийн шашинтай хослуулсан Константины буултаар төлөөлөгдөнө. Тэр эхний дөрвөн сүм нь эртний Израилийн түүхтэй нийцдэг бөгөөд тэр нь орчин үеийн Израилийн түүхийг бэлгэддэг.</w:t>
      </w:r>
    </w:p>
    <w:p>
      <w:pPr>
        <w:pStyle w:val="ArticleBody"/>
        <w:jc w:val="left"/>
      </w:pPr>
      <w:r>
        <w:rPr>
          <w:rFonts w:ascii="Times New Roman" w:hAnsi="Times New Roman" w:eastAsia="Times New Roman" w:cs="Times New Roman"/>
        </w:rPr>
        <w:t>Эртний Израилийн гурав дахь үед Израилийн хаад Бурханы ард түмэнтэй хэзээ ч холбоотон болгогдох ёсгүй байсан бусад үндэстнүүдтэй холбоо байгуулсан. Илчлэлийн номд тодорхойлон үзүүлсэнчлэн, эртний бодит Израиль ба Христийн сүмийн хоорондох зэрэгцэл нь эш үзүүллэгийн сэдэв бөгөөд энэ нь «Хабаккукийн Хүснэгтүүд» хэмээх судалгаанд тодорхой өгүүлэгдсэн байдаг. Иоел Бурханы сонгогдсон гэрээт ард түмэн байхаас “таслагдсан” дөрөв дэх бөгөөд эцсийн үеийг, Езекиелийн улам бүр нэмэгдэн ноцтойсох дөрвөн жигшүүрт үйлийн дунд наранд мөргөж буй хорин таван ахлагчтай адилтган холбодог. Лаодикийн Долоо дахь өдрийн Адвентизм Ням гаргийн хуулийн үед наранд мөргөн, улмаар таслагдах тэрхүү дөрөв дэх үе нь, 538 он эсвэл удахгүй ирэх Ням гаргийн хуулийн аль алинд нь папын засаглалыг бэлгэддэг Тиатирагийн дөрөв дэх сүмтэй дүйдэг. Пергамын гурав дахь сүм нь эртний Израиль харь үндэстний хаант улсуудтай нэгдсэн явдал ч бай, эсвэл Константин харь шүтлэгийг Христийн шашинтай хослуулсан явдал ч бай, “буулт”-ыг төлөөлдөг бөгөөд тэр хоёр гэрч Илчлэл арван гурав дахь бүлгийн газрын араатны гурав дахь үед ханддаг.</w:t>
      </w:r>
    </w:p>
    <w:p>
      <w:pPr>
        <w:pStyle w:val="ArticleBody"/>
        <w:jc w:val="left"/>
      </w:pPr>
      <w:r>
        <w:rPr>
          <w:rFonts w:ascii="Times New Roman" w:hAnsi="Times New Roman" w:eastAsia="Times New Roman" w:cs="Times New Roman"/>
        </w:rPr>
        <w:t>АНУ-ын дөрвөн үе нь, бусад үнэнүүдийн хамт, 400/430 жилийн боолчлолын үеэр Египетээр бэлгэдэгдсэн бөгөөд тэр үе Фараон Улаан тэнгисийн усанд живснээр төгссөн. Тэр уснууд нь Бурхан эш үзүүлэгч Мосегоор дамжуулан эртний Израилийг чөлөөллийг авчрах үед шүүгдэх ёстой байсан үндэстний төгсгөлийг тэмдэглэсэн юм. Бурханы сүм дээрх шүүлт төгсөх цаг хугацааны үед АНУ шүүгддэг тул, Бурхан Өөрийн сонгосон ардыг чөлөөлж байх зуур усыг тогтоон барьж байсан зүүн салхи тавигдсанаар Фараоны амийг төгсгөсөн тэр ус Фараон дээр ирсэн гэдгийг анхаарах ёстой. Зүүн салхи нь Илчлэлт арван нэгдүгээр бүлгийн газар хөдлөлт ирэх үед Ням гаргийн хуулийг цохидог гурав дахь гай мөн.</w:t>
      </w:r>
    </w:p>
    <w:p>
      <w:pPr>
        <w:pStyle w:val="ArticleBody"/>
        <w:jc w:val="left"/>
      </w:pPr>
      <w:r>
        <w:rPr>
          <w:rFonts w:ascii="Times New Roman" w:hAnsi="Times New Roman" w:eastAsia="Times New Roman" w:cs="Times New Roman"/>
        </w:rPr>
        <w:t>Газрын араатны дөрөв дэх бөгөөд эцсийн үеийн өмнөх үе нь Бүгд Найрамдах болон Протестант хоёр эвэр дээр хоёуланд нь биелдэг. Гурав дахь үедээ хэрэгжсэн Бүгд Найрамдах эвэрний буулт нь Дэлхийн нэгдүгээр дайныг тойрсон хугацаанд болсон бөгөөд энэ нь АНУ эдийн засгийн бүтцээ Холбооны Нөөцөөр дамжуулан дэлхийч үзэлтнүүдэд шилжүүлснийг тэмдэглэсэн юм. Яг тэр үед Лаодикийн Долоо дахь өдрийн Адвентизм өөрийн эмнэлэг, боловсролын ажлыг дэлхийн боловсрол ба анагаах ухааны жишгүүдээр “магадлан итгэмжлүүлэх”-ийг эрэлхийлсэн. Үйл үгийн хувьд “ёс бусын нууц” нь Константин болон эртний Израилийн хаадын дэлхийн хүчнүүдтэй хийсэн буултыг илэрхийлдэг. Энэ буултыг дүрслэхэд онгодоор хэрэглэсэн үг нь “амальгамаци” бөгөөд Эллен Уайтын үеийн толь бичигт үүнийг: "амальгам болгон холих буюу нэгтгэх; уусган нийлэгжүүлэх" хэмээн тодорхойлсон байдаг. Сайн ба муугийн мэдлэгийн мод бол амальгамацийн мод, буултын мод юм. “Сүүлчийн агуу тэмцэл” нь Ням гаргийн хуулийн хямрал бөгөөд тэрхүү хямралд зориулсан Сатаны бэлтгэл нь хүний мэргэн ухааныг Тэнгэрлэг илчлэлтэй хольдог “ёс бусын нууц” юм.</w:t>
      </w:r>
    </w:p>
    <w:p>
      <w:pPr>
        <w:pStyle w:val="ArticleScripture"/>
        <w:jc w:val="left"/>
      </w:pPr>
      <w:r>
        <w:rPr>
          <w:rFonts w:ascii="Times New Roman" w:hAnsi="Times New Roman" w:eastAsia="Times New Roman" w:cs="Times New Roman"/>
        </w:rPr>
        <w:t>“Бүгд талцан зогсох тэр эцсийн агуу мөргөлдөөний төлөө Сатан төлөвлөгөөгөө идэвхтэйгээр боловсруулж байна....”</w:t>
      </w:r>
    </w:p>
    <w:p>
      <w:pPr>
        <w:pStyle w:val="ArticleScripture"/>
        <w:jc w:val="left"/>
      </w:pPr>
      <w:r>
        <w:rPr>
          <w:rFonts w:ascii="Times New Roman" w:hAnsi="Times New Roman" w:eastAsia="Times New Roman" w:cs="Times New Roman"/>
        </w:rPr>
        <w:t>“Дэлхийд ноёрхон дийлж буй дуу хоолойнуудыг сонс, хүчнүүдийг нь анзаар. Залбирлын ямар нэгэн дуу хоолой байна уу? Бурхан хүлээн зөвшөөрөгдөж буй ямар нэгэн шинж тэмдгийг чи харж байна уу? Тахилч нар байна, тэд олон; гэвч тэд Еховагийн хуулийг хөл дороо гишгэлэн байна. Тэдний хувцас сүнснүүдийн цусаар будагдсан байна. Үй олон хүн чөтгөрүүдэд тахил өргөж байна. Та нар, дуулгавартай байдал ба дуулгаваргүй байдлын хооронд тээнэгэлзэж буй хүмүүс ээ, хар. Уудам олон түмэн Сатаны тахилын ширээнд мөргөж буйг төсөөлөн хар. Дуу хөгжмийг, “дээд боловсрол” хэмээн нэрлэгддэг хэл яриаг сонс. Харин Бурхан үүнийг юу гэж тунхагладаг вэ?—Ёс бусын нууц.” Pamphlets, 004, 11.</w:t>
      </w:r>
    </w:p>
    <w:p>
      <w:pPr>
        <w:pStyle w:val="ArticleBody"/>
        <w:jc w:val="left"/>
      </w:pPr>
      <w:r>
        <w:rPr>
          <w:rFonts w:ascii="Times New Roman" w:hAnsi="Times New Roman" w:eastAsia="Times New Roman" w:cs="Times New Roman"/>
        </w:rPr>
        <w:t>Эцсийн мөргөлдөөнд, “бүгд тал талдаа хуваагдах” үед Едений цэцэрлэгийн сорил дахин давтагдана. Эхэндээ цэцэрлэгийн дунд байсан ганц модоор хязгаарлагдаж байсан тэрхүү сорил төгсгөлд бүх дэлхий даяар дахин давтагдана. Эцсийн тулалдааны өмнөхөн Сатаны хийдэг ажил нь “хууль бусын нууц” бөгөөд энэ нь “дээд боловсрол” хэмээн тодорхойлогддог! “Дээд боловсрол”-ын бэлгэдэл нь газрын араатны нутгийн Теннесси мужийн Нэшвилл хотод, өөрөөр хэлбэл Парфенон сүм байрладаг “Өмнөдийн Афин”-д, урьд цагт Нэшвиллд Мэдисон коллежоор төлөөлөгдөж байсан жинхэнэ боловсролтой эсрэгцүүлэн илэрхийлэгддэг. Урам зоригийн дараах мэдэгдлийг энэ өгүүллийн төгсгөлд бүрэн эхээр нь эш татсан боловч, одоохондоо хэдэн зүйлийг авч үзэх хэрэгтэй.</w:t>
      </w:r>
    </w:p>
    <w:p>
      <w:pPr>
        <w:pStyle w:val="ArticleScripture"/>
        <w:jc w:val="left"/>
      </w:pPr>
      <w:r>
        <w:rPr>
          <w:rFonts w:ascii="Times New Roman" w:hAnsi="Times New Roman" w:eastAsia="Times New Roman" w:cs="Times New Roman"/>
        </w:rPr>
        <w:t>“Энэ дэлхийн түүхийн төгсгөлд тун их хэмжээгээр илрэн харагддаг гэм буруугийн нууцыг нягт нямбай судлан олж мэдэхийн тулд хүн бүрт мэргэн ухаан хэрэгтэй....”</w:t>
      </w:r>
    </w:p>
    <w:p>
      <w:pPr>
        <w:pStyle w:val="ArticleScripture"/>
        <w:jc w:val="left"/>
      </w:pPr>
      <w:r>
        <w:rPr>
          <w:rFonts w:ascii="Times New Roman" w:hAnsi="Times New Roman" w:eastAsia="Times New Roman" w:cs="Times New Roman"/>
        </w:rPr>
        <w:t>“Сэргээгдсэн Диваажинд хүрэх дундын зам гэж үгүй. Эдгээр сүүлчийн өдрүүдэд хүнд өгөгдсөн мэдээ нь хүний сэдэн зохиосон зүйлстэй холилдон нийлэх ёсгүй....”</w:t>
      </w:r>
    </w:p>
    <w:p>
      <w:pPr>
        <w:pStyle w:val="ArticleScripture"/>
        <w:jc w:val="left"/>
      </w:pPr>
      <w:r>
        <w:rPr>
          <w:rFonts w:ascii="Times New Roman" w:hAnsi="Times New Roman" w:eastAsia="Times New Roman" w:cs="Times New Roman"/>
        </w:rPr>
        <w:t>“Бурхан итгэлийн өндөр хариуцлагын албан тушаалд өргөмжилсөн хүмүүс тэнгэрийн гэрлээс эргэж, хүний мэргэн ухаанд хандаж болзошгүй.... Бурхантай хамтран зүтгэгчид болж, Бурханы сайшаалыг хүлээн авахуйц зан чанарыг эзэмшихийг хүсэгч бүхэн Бурханы дайснуудаас өөрсдийгөө тусгаарлаж, Христийн Иоханд өгч, дэлхийд өгөхөөр тушаасан үнэнийг сахин баримтлах ёстой.” Manuscript Releases, volume 18, 30–36.</w:t>
      </w:r>
    </w:p>
    <w:p>
      <w:pPr>
        <w:pStyle w:val="ArticleBody"/>
        <w:jc w:val="left"/>
      </w:pPr>
      <w:r>
        <w:rPr>
          <w:rFonts w:ascii="Times New Roman" w:hAnsi="Times New Roman" w:eastAsia="Times New Roman" w:cs="Times New Roman"/>
        </w:rPr>
        <w:t>“Мэргэн ухаан” хэрэгтэй бүхнийг хэлсэн “бүгд” нь эцэстээ мөргөгчдийн хоёр ангийг төрүүлэн гаргах сорилтын үйл явцад оруулагдсан бүхнийг төлөөлдөг. “Мэргэнүүд” гэдэг нь хэрэгтэй “мэргэн ухааныг” олж авдаг хүмүүс юм. Сорилтын үйл явц нь хүний шалгалтын хугацаа хаагдахын яг өмнө Есүс Христийн илчлэл тайлагдаж нээгдэх үед эхэлдэг. Тэрхүү нээгдэлт нь “мэдлэгийн өсөлт”-ийг эхлүүлдэг. Есүс Христийн илчлэлтэй холбоотой сорилттой тулгарсан хүмүүс Ням гаргийн хуулийн үеийн зүүн салхи ирэхээс өмнө чиглүүлэх, бэлтгэх, ариусгахаар зориулагдсан эш үзүүллэгийн мэдлэгийн “тос”-ыг олж авна. “Сайн ба мууг мэдүүлэгч мод” нь идэх эсвэл няцаах ёстой Хуурамч Тэнгэрийн Талхны бэлгэдэл мөн.</w:t>
      </w:r>
    </w:p>
    <w:p>
      <w:pPr>
        <w:pStyle w:val="ArticleBody"/>
        <w:jc w:val="left"/>
      </w:pPr>
      <w:r>
        <w:rPr>
          <w:rFonts w:ascii="Times New Roman" w:hAnsi="Times New Roman" w:eastAsia="Times New Roman" w:cs="Times New Roman"/>
        </w:rPr>
        <w:t>Галилд, Капернаумын синагогт Есүс Өөрийн үйлчлэлийн аль ч өөр үед байснаас илүү олон дагалдагчийг нэгэн үйл явдлын улмаас алдсан юм. Тэнд сорилт нь Христийн эш үзүүллэгийн үгс үгчлэн ойлгогдох уу, эсвэл сүнслэг утгатай юу гэдэгт оршиж байсан бөгөөд тэр сорилтыг давж чадаагүй хүмүүс унасан юм—учир нь тэд хүн Бурханы амнаас гарах үг бүрээр амьдрах ёстойг мартсан байв. Христ Өөрөө Тэнгэрээс бууж ирсэн Талх мөн гэж тодорхой хэлсэн бөгөөд тэр сорилтыг давж чадаагүй хүмүүс Үнэнг грекчүүдээр төлөөлөгдсөн хүний мэргэн ухаантай хольж хутгасан байв.</w:t>
      </w:r>
    </w:p>
    <w:p>
      <w:pPr>
        <w:pStyle w:val="ArticleBody"/>
        <w:jc w:val="left"/>
      </w:pPr>
      <w:r>
        <w:rPr>
          <w:rFonts w:ascii="Times New Roman" w:hAnsi="Times New Roman" w:eastAsia="Times New Roman" w:cs="Times New Roman"/>
        </w:rPr>
        <w:t>Ева цэцэрлэг дэх уналтыг эхлүүлэхээс өмнө Христ Адам, Ева хоёуланд нь сайн ба мууг мэдүүлэгч модны жимснээс үл хүртэхийг тушаасан байв. Мөнхийн сайн мэдээний гурван алхмын эхнийх нь Бурханаас эмээх явдал юм.</w:t>
      </w:r>
    </w:p>
    <w:p>
      <w:pPr>
        <w:pStyle w:val="ArticleScripture"/>
        <w:jc w:val="left"/>
      </w:pPr>
      <w:r>
        <w:rPr>
          <w:rFonts w:ascii="Times New Roman" w:hAnsi="Times New Roman" w:eastAsia="Times New Roman" w:cs="Times New Roman"/>
        </w:rPr>
        <w:t>“Илчлэлтийн гайхамшигт агуу үнэнүүдийг оюун ухаан ухан ойлговол, тэр нь хүч чадлаа өчүүхэн хоосон сэдвүүдэд зориулахад хэзээ ч сэтгэл ханахгүй; өнөөгийн залуучуудыг ёс суртахууны доройтолд хүргэж буй үнэгүйдсэн уран зохиол, хий дэмий зугаа цэнгэлээс жигшилтэйгээр нүүр буруулна. Библийн яруу найрагчид ба мэргэдтэй нөхөрлөж, итгэлийн баатруудын сүр жавхлант үйлсээр сэтгэл нь хөдөлсөн хүмүүс, дэлхийн Фараонууд, Херодууд, Цезариудын гавьяа зүтгэлийг эргэцүүлэн магтан алдаршуулж, эсвэл хамгийн алдартай шашны бус зохиолчдыг судлан шимтэж байснаасаа хавьгүй илүүгээр, тэрхүү баялаг бодлын талбараас зүрх сэтгэлийн хувьд илүү ариуссан, оюун санааны хувьд илүү өргөгдсөн байдалтайгаар гарч ирнэ.”</w:t>
      </w:r>
    </w:p>
    <w:p>
      <w:pPr>
        <w:pStyle w:val="ArticleScripture"/>
        <w:jc w:val="left"/>
      </w:pPr>
      <w:r>
        <w:rPr>
          <w:rFonts w:ascii="Times New Roman" w:hAnsi="Times New Roman" w:eastAsia="Times New Roman" w:cs="Times New Roman"/>
        </w:rPr>
        <w:t>“Залуусын хүч чадал нь ихэнхдээ унтаа байдалд байдаг. Учир нь тэд Бурханаас эмээхийг мэргэн ухааны эхлэл болгодоггүй. Даниел өөрийн шашны зарчмуудад саад учруулах аливаа нөлөөнд автахыг зөвшөөрөөгүй учраас Эзэн түүнд мэргэн ухаан ба мэдлэгийг өгсөн. Оюун ухаантай, тогтвортой, жинхэнэ үнэ цэнтэй эрчүүд бидэнд яагаад ийм цөөн байдгийн учир нь, тэд Тэнгэрээс тасран салсан атлаа агуу байдлыг олно гэж боддогт оршино.” Messages to Young People, 255, 256.</w:t>
      </w:r>
    </w:p>
    <w:p>
      <w:pPr>
        <w:pStyle w:val="ArticleBody"/>
        <w:jc w:val="left"/>
      </w:pPr>
      <w:r>
        <w:rPr>
          <w:rFonts w:ascii="Times New Roman" w:hAnsi="Times New Roman" w:eastAsia="Times New Roman" w:cs="Times New Roman"/>
        </w:rPr>
        <w:t>Ева “Бурханаас эмээх” эмээлээ алдсан. Тэр зуун дөчин дөрвөн мянгатын шинж болох Бурханы үгэнд чичирхийлэх ёстой байсан. Бурханаас эмээх нь гурван сорилын эхнийх бөгөөд эш үзүүллэгийн Үг лацаа тайлагдах үед эхэлж, эцэст нь мэргэн анги ба мунхаг анги гэсэн хоёр ангийг бий болгодог. Мэргэн байхаар товлогдсон хүмүүсийн хувьд эхлэл нь Бурханы Үгэнд чичирхийлэх явдал юм. Ева үүнийг хийгээгүй бөгөөд сорилтын үйл явцын хоёр дахь алхамтай тулгарахдаа Бурханд алдрыг өргөж чадсангүй, улмаар шүүлтийн цагтай нүүр тулан, Лаодикийн нүцгэн байдлыг илчилсэн.</w:t>
      </w:r>
    </w:p>
    <w:p>
      <w:pPr>
        <w:pStyle w:val="ArticleScripture"/>
        <w:jc w:val="left"/>
      </w:pPr>
      <w:r>
        <w:rPr>
          <w:rFonts w:ascii="Times New Roman" w:hAnsi="Times New Roman" w:eastAsia="Times New Roman" w:cs="Times New Roman"/>
        </w:rPr>
        <w:t>“Христийн зан чанарыг төгс болгохыг хүсэгч бүхэн Христийн буулгыг үүрэх ёстой. Хэрэв тэд Христ Есүс дотор тэнгэрлэг газруудад хамт суухыг хүсвэл, энэ дэлхий дээр байхдаа Түүнээс суралцах ёстой. Христ Өөртөө таалагдахыг эрсэнгүй. Түүний бүх амьдрал ариун, хувиа хичээгээгүй энэрэнгүй чанарыг хөгжүүлэхүй байв. Тэрээр хүний мөн чанарыг Өөр дээрээ авсан нь унасан дэлхийд, Сатан ба түүний чуулгад, тэнгэрийн орчлон ертөнцөд, унаагүй ертөнцүүдэд, хүний мөн чанар Түүний тэнгэрлэг мөн чанартай нэгдсэнээр Бурханы хуульд бүрэн дуулгавартай болж чадна гэдгийг харуулахын тулд байв. Хүн бүр, ‘Аврагдахын тулд би юу хийх ёстой вэ?’ хэмээн асуух хэрэгтэй. Бурхан Өөрийн үгэнд чичирдэг, даруу, гэмшин няцсан зүрх сэтгэлийг шаарддаг. Бид зөвхөн тэнгэрлэг тахилын ширээнээс л тэнгэрийн бамбарыг хүлээн авч чадна; түүнийг хүлээн авмагц энэ нь бидэнд өөрсдийн чадваргүй байдлыг бүрэн дүүрэн харах боломж олгож, Христийн нэр төр, алдар сууг бидэнд илчилнэ. Үүнийг хармагц Бурхан биднийг Ариун Сүнсний удирдлагад оруулдаг бөгөөд Тэр биднийг бүх үнэнд хөтлөнө.” Bible Echo, July 20, 1896.</w:t>
      </w:r>
    </w:p>
    <w:p>
      <w:pPr>
        <w:pStyle w:val="ArticleBody"/>
        <w:jc w:val="left"/>
      </w:pPr>
      <w:r>
        <w:rPr>
          <w:rFonts w:ascii="Times New Roman" w:hAnsi="Times New Roman" w:eastAsia="Times New Roman" w:cs="Times New Roman"/>
        </w:rPr>
        <w:t>Үнэн ба төөрөгдлийн хольц нь Сатаны үйл хэрэг бөгөөд энэ нь гэм буруугийн нууц гэж тодорхойлогддог. Шалган шүүх шүүлтийн төгсгөлийн үйл явдлууд дахь бүх хүн төрөлхтний буулт нь Теннесси мужийн Нэшвилл хот дахь Парфенон сүмд мөнхлөн хадгалагдсан байдаг.</w:t>
      </w:r>
    </w:p>
    <w:p>
      <w:pPr>
        <w:pStyle w:val="ArticleScripture"/>
        <w:jc w:val="left"/>
      </w:pPr>
      <w:r>
        <w:rPr>
          <w:rFonts w:ascii="Times New Roman" w:hAnsi="Times New Roman" w:eastAsia="Times New Roman" w:cs="Times New Roman"/>
        </w:rPr>
        <w:t>“Манай залуусыг их, дээд сургуулиудад илгээж, тэнд тэд цаг хугацаагаа грек, латин хэлний мэдлэг олж авахад зориулж байх зуур, эдгээр хэлийг эзэмшихийн тулд судалж буй үл итгэгч зохиолчдын үзэл санаагаар тэдний оюун ухаан, зүрх сэтгэл дүүргэгдэж байдаг нь ухаалаг хэрэг биш юм. Тэд огт шаардлагагүй, мөн Агуу Багшийн сургамжтай нийцэхгүй мэдлэг олж авдаг. Ер нь ийм байдлаар боловсрол эзэмшсэн хүмүүс өөрийгөө өндөрт үнэлэх нь олонтоо. Тэд өөрсдийгөө дээд боловсролын оргилд хүрсэн гэж бодож, цаашид суралцагчид байхаа больсон мэт ихэмсгээр авч явдаг. Тэд Бурханд үйлчлэхэд эвдэрч, тохирохоо больдог. Харьцангуй хэрэгцээ багатай боловсрол эзэмшихэд олон хүний зарцуулсан цаг хугацаа, хөрөнгө, хичээл зүтгэлийг тэднийг амьдралын практик хэрэгцээнд нийцсэн, бүх талаар төлөвшсөн эрэгтэй, эмэгтэйчүүд болгох боловсрол олж авахад ашиглах ёстой байсан. Ийм боловсрол тэдний хувьд хамгийн өндөр үнэ цэнтэй байх байв.</w:t>
      </w:r>
    </w:p>
    <w:p>
      <w:pPr>
        <w:pStyle w:val="ArticleScripture"/>
        <w:jc w:val="left"/>
      </w:pPr>
      <w:r>
        <w:rPr>
          <w:rFonts w:ascii="Times New Roman" w:hAnsi="Times New Roman" w:eastAsia="Times New Roman" w:cs="Times New Roman"/>
        </w:rPr>
        <w:t>“Манай сургуулиудыг орхин явахдаа сурагчид өөрсөдтэйгөө юуг авч явдаг вэ? Тэд хаашаа явж байна вэ? Тэд юу хийх гэж байна вэ? Тэд бусдад заах чадвартай болгох мэдлэгийг эзэмшсэн үү? Тэд мэргэн эцэг, эх болохоор боловсруулагдсан уу? Тэд гэр бүлийн тэргүүнд мэргэн сургагчдын адил зогсож чадах уу? Гэр бүлийн амьдралдаа тэд хүүхдүүдээ тийнхүү сургаж чадна гэж үү, ингэснээр тэднийх Бурханы таалалтайгаар харж болох гэр бүл байх юм, учир нь энэ нь тэнгэр дэх гэр бүлийн бэлгэдэл мөн үү? Тэд үнэхээр ‘дээд боловсрол’ хэмээн нэрлэгдэж чадах цорын ганц боловсролыг хүлээн авсан уу?”</w:t>
      </w:r>
    </w:p>
    <w:p>
      <w:pPr>
        <w:pStyle w:val="ArticleScripture"/>
        <w:jc w:val="left"/>
      </w:pPr>
      <w:r>
        <w:rPr>
          <w:rFonts w:ascii="Times New Roman" w:hAnsi="Times New Roman" w:eastAsia="Times New Roman" w:cs="Times New Roman"/>
        </w:rPr>
        <w:t>“Дээд боловсрол гэж юу вэ? Тэнгэрийн дүр төрхийг агуулаагүй, залуу эрэгтэйчүүд ба залуу эмэгтэйчүүдийг Христтэй адил болоход хөтлөн аваачдаггүй, мөн тэднийг өөрсдийн гэр бүлийн тэргүүнд Бурханы өмнөөс зогсоход бэлтгэдэггүй бол ямар ч боловсролыг дээд боловсрол хэмээн нэрлэж үл болно. Хэрэв нэгэн залуу сургуулийнхаа хугацаанд Грек, Латин хэл болон үл итгэгч зохиолчдын бүтээлд агуулагдах үзэл санааг мэдэж авч чадаагүй бол тэрээр тийм ч их гарз амсаагүй гэсэн үг. Хэрэв Есүс Христ ийм төрлийн боловсролыг зайлшгүй чухал гэж үзсэнсэн бол, мөнх бус хүмүүст урьд өмнө даалгаж байсан хамгийн агуу ажлыг гүйцэтгүүлэхээр Өөрөө сурган бэлтгэж, дэлхийд Өөрийг нь төлөөлүүлэхээр байсан Өөрийн шавь нартаа Тэр үүнийг өгөхгүй байсан гэж үү? Харин үүний оронд Тэр ариун үнэнийг тэдний гарт өгч, түүнийг энгийн байдлаар нь дэлхийд хүргүүлэхээр болгосон.”</w:t>
      </w:r>
    </w:p>
    <w:p>
      <w:pPr>
        <w:pStyle w:val="ArticleScripture"/>
        <w:jc w:val="left"/>
      </w:pPr>
      <w:r>
        <w:rPr>
          <w:rFonts w:ascii="Times New Roman" w:hAnsi="Times New Roman" w:eastAsia="Times New Roman" w:cs="Times New Roman"/>
        </w:rPr>
        <w:t>“Грек, латин хэлний эрдэмтэд хэрэгтэй байх үе байдаг. Зарим нь эдгээр хэлийг судлах ёстой. Энэ нь зөв. Гэвч хүн бүр, мөн олон хүн тэдгээрийг судлах ёсгүй. Грек, латин хэлний мэдлэг дээд боловсролд зайлшгүй шаардлагатай гэж үздэг хүмүүс алсыг харж чаддаггүй. Түүнчлэн ертөнцийн хүмүүсийн шинжлэх ухаан хэмээн нэрлэдэг зүйлийн нууцуудын мэдлэг ч Бурханы хаанчлалд ороход шаардлагатай биш юм. Жинхэнэ дээд боловсролыг үгүйсгэдэг бөгөөд суралцагчийн хамт устаж үгүй болох мэргэн дүр эсгэсэн маргаан, уламжлалаар оюун ухааныг дүүргэдэг нь Сатан мөн.”</w:t>
      </w:r>
    </w:p>
    <w:p>
      <w:pPr>
        <w:pStyle w:val="ArticleScripture"/>
        <w:jc w:val="left"/>
      </w:pPr>
      <w:r>
        <w:rPr>
          <w:rFonts w:ascii="Times New Roman" w:hAnsi="Times New Roman" w:eastAsia="Times New Roman" w:cs="Times New Roman"/>
        </w:rPr>
        <w:t>“Хуурамч боловсрол хүлээн авсан хүмүүс тэнгэр өөд хардаггүй. Тэд ‘ертөнцөд ирэгч хүн бүрийг гийгүүлдэг’ жинхэнэ Гэрэл болсон Нэгэнийг харж чаддаггүй. Тэд мөнхийн бодит зүйлсийг хий үзэгдэл мэт үзэж, атомыг ертөнц гэж, ертөнцийг атом гэж нэрлэдэг. Ийнхүү «дээд боловсрол» хэмээн нэрлэгддэг зүйлийг эзэмшсэн олон хүний талаар Бурхан, ‘Чи жинд хэмжигдэж, дутуу нь тогтоогдлоо’ хэмээн тунхагладаг, — бодит ажил хэргийн мэдлэгээр дутуу, цагийг хэрхэн хамгийн зөвөөр ашиглах мэдлэгээр дутуу, Есүсийн төлөө хэрхэн хөдөлмөрлөх мэдлэгээр дутуу.” Review and Herald, August 17, 1897.</w:t>
      </w:r>
    </w:p>
    <w:p>
      <w:pPr>
        <w:pStyle w:val="ArticleBody"/>
        <w:jc w:val="left"/>
      </w:pPr>
      <w:r>
        <w:rPr>
          <w:rFonts w:ascii="Times New Roman" w:hAnsi="Times New Roman" w:eastAsia="Times New Roman" w:cs="Times New Roman"/>
        </w:rPr>
        <w:t>Нэшвиллийн галан бөмбөлгүүдийн анхааруулга нь дур зоргоор сонгогдсон нэг хотын тухай биш, харин Долоо дахь өдрийн Адвентистууд, Америкийн Нэгдсэн Улс болон дэлхий дээр авчирсан шууд шүүлт мөн. Нэшвиллийн галан бөмбөлгүүд нь Адвентизмийн янз бүрийн ангилал, газрын араатан болон дэлхийн хувьд өөр өөр шинж чанаруудыг төлөөлдөг. Нэшвиллийн галан бөмбөлгүүд нь сайн ба муугийн мэдлэгийн модоор бэлгэдэгдсэн хуурамч боловсрол дээр буусан Бурханы шүүлт мөн.</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“Эзэн Есүс янз бүрийн дүрслэлээр дамжуулан Бурханы ард түмнийг хавчин мөрдсөнөөрөө ялгарч байсан хүмүүсийн ёс бус зан чанар болон мэхлэн уруу татах нөлөөг Иоханд дүрслэн үзүүлсэн. Энэ дэлхийн түүхийн төгсгөл хэсэгт ийм ихээр байр суурь эзэлдэг гэм буруугийн нууцыг анхааралтай шинжин мэдэхэд хүн бүрт мэргэн ухаан хэрэгтэй. Бурханы хуулийг хүндэтгэхгүйгээр өөрсдийгөө нууц бүлгэмүүд, холбоодод нэгтгэдэг, дэлхийн ноёрхогч эрх мэдлүүдийн дор оршин суугчдын жигшүүрт үйлсийн тухай Бурханы илэрхийлэл нь үнэний гэрэлтэй ард түмэнд эдгээр бүх хорон муугаас ангид байхад туслах учиртай. Дэлхийн бүх хуурамч шашинтнууд улам бүр өөрсдийн бузар муу үйлсийг илчлэх болно. Учир нь зөвхөн хоёр тал байдаг: Бурханы тушаалуудыг сахигчид, мөн Бурханы ариун хуулийн эсрэг дайтагчид....”</w:t>
      </w:r>
    </w:p>
    <w:p>
      <w:pPr>
        <w:pStyle w:val="ArticleScripture"/>
        <w:jc w:val="left"/>
      </w:pPr>
      <w:r>
        <w:rPr>
          <w:rFonts w:ascii="Times New Roman" w:hAnsi="Times New Roman" w:eastAsia="Times New Roman" w:cs="Times New Roman"/>
        </w:rPr>
        <w:t>“Эмэгтэйн үр ба могойн хоорондын дайсагнал Эзэнээр тодорхой тогтоогдсон байдаг. ‘Би чиний хооронд ба эмэгтэйн хооронд, мөн чиний үр ба түүний үрийн хооронд дайсагнал тавина; тэр чиний толгойг няц цохино, харин чи түүний өсгийг няц цохино.’ ‘Адамд хандан Тэрээр айлдсан нь, Чи эхнэрийнхээ дуу хоолойг даган сонсож, Миний чамд “түүний жимснээс бүү ид” хэмээн тушаасан тэр модноос идсэн учраас, чиний улмаас газар хараагдсан; чи амьдралынхаа бүх өдрүүдэд зовлон дунд түүний үр шимийг идэх болно; тэр чамд өргөс, зэрлэг өвс ургуулна; чи талбайн ногоог идэх болно; чи газар шороондоо буцаж очих хүртлээ нүүрнийхээ хөлсөөр талхаа олж иднэ; учир нь чи түүнээс авагдсан билээ: чи бол шороо, шороондоо эргэн очно.’”</w:t>
      </w:r>
    </w:p>
    <w:p>
      <w:pPr>
        <w:pStyle w:val="ArticleScripture"/>
        <w:jc w:val="left"/>
      </w:pPr>
      <w:r>
        <w:rPr>
          <w:rFonts w:ascii="Times New Roman" w:hAnsi="Times New Roman" w:eastAsia="Times New Roman" w:cs="Times New Roman"/>
        </w:rPr>
        <w:t>“Өөрийн замаар явж, Сатаны уруу таталтуудтай нийцүүлэн үйлдэж, Бурханы мэдэгдсэн хүслийн эсрэг хандсанаар хүн өөрийгөө өргөмжлөн ерөөхийг дэмий оролдсон. Ийнхүү тэрээр Бурханы тушаалуудад дуулгаваргүй байхыг туршлагаар танин мэдэв. Ийнхүү тэр сайн ба мууг мэдэв; ийнхүү тэр Бурханд үнэнч, тууштай байх чанараа алдаж, бүх хүн төрөлхтөнд бузар муу болон зовлонгийн үерийн хаалгыг нээв. Өнөөдөр хэчнээн олон хүн яг энэ л туршилтыг хийж байна вэ! Хүн өөрийн аюулгүй байдлын цорын ганц зам нь ‘ЭЗЭН ийнхүү айлдаж байна’ хэмээх үгэнд бүрэн итгэх явдал гэдгийг хэзээ сурах вэ?”</w:t>
      </w:r>
    </w:p>
    <w:p>
      <w:pPr>
        <w:pStyle w:val="ArticleScripture"/>
        <w:jc w:val="left"/>
      </w:pPr>
      <w:r>
        <w:rPr>
          <w:rFonts w:ascii="Times New Roman" w:hAnsi="Times New Roman" w:eastAsia="Times New Roman" w:cs="Times New Roman"/>
        </w:rPr>
        <w:t>“Сатан өөрийн зохиомол зүйлийг хүний арга хэрэгслээр дамжуулан Бурханы хүүхдүүдийн дунд шургуулан оруулахыг эрмэлзэж байна. Тэр өөрийгөө Бурхан мэт хүлээн зөвшөөрүүлэхийг, бүр Бурханаас дээгүүр тавиулахыг ч эрмэлзэж байна.</w:t>
      </w:r>
    </w:p>
    <w:p>
      <w:pPr>
        <w:pStyle w:val="ArticleScripture"/>
        <w:jc w:val="left"/>
      </w:pPr>
      <w:r>
        <w:rPr>
          <w:rFonts w:ascii="Times New Roman" w:hAnsi="Times New Roman" w:eastAsia="Times New Roman" w:cs="Times New Roman"/>
        </w:rPr>
        <w:t>“Амралтын өдрийг долоо хоногийн эхний өдөр болгон өөрчилснөөрөө тэр хүмүүсийг Бурханы айлдваруудад үл итгэхэд хүргэж, улмаар өөрсдийн зам мөр, төлөвлөгөөгөө өөрсдийн нүдэнд болон гажуудсан шүүлтдээ туйлын мэргэн мэтээр үзэхэд хөтөлдөг. Хүний бодлогоор дамжуулан тэр хүмүүсийг Бурханы илэрхий тушаалуудыг хүний уламжлалаас дутуу хүчинтэй хэмээн үзэхэд, мөн үргэлж ариун, шударга, сайн байдаг тэр хуулиас хазайхыг өчүүхэн зүйл мэт тооцоход хүргэдэг. Ийнхүү хүний зүтгэлтнүүдийг Бурхантай зохицон дуулгавартай хүүхдүүдийн адил алхахаас саатуулснаар, өөрийнх нь энэ дэлхий дэх ажлын биелэлтийг тэр саатуулж чадна гэдгээ тэр мэддэг.”</w:t>
      </w:r>
    </w:p>
    <w:p>
      <w:pPr>
        <w:pStyle w:val="ArticleScripture"/>
        <w:jc w:val="left"/>
      </w:pPr>
      <w:r>
        <w:rPr>
          <w:rFonts w:ascii="Times New Roman" w:hAnsi="Times New Roman" w:eastAsia="Times New Roman" w:cs="Times New Roman"/>
        </w:rPr>
        <w:t>“Гэвч хариуцлагатай байр сууринд зогсож буй хүний хэрэгслүүдтэй Сатаны хуйвалдан үйлдэх явдал нь нүглийн туршилт хийгдэж өнгөрсний дараах энэ цагт ч, анхны эцэг эхийн маань тохиолдолд байсанчлан, яг л төдий хэмжээгээр эмээж, зайлсхийх ёстой зүйл мөн. Бурханы ажлын дотор хариуцлагын албан тушаалд тавигдсан хүмүүс бусдыг захирах өөрсдийн эрхийг хэтрүүлэн үнэлсэн гэж хэл хэмээн надад зааварлагдсан. Хүн ямар байр суурь эзэлж байгаагаас түүний зан чанар өөрчлөгддөггүй. Зарим нь сүмүүд болон сувиллуудад зориулан өөрсдөө төлөвлөх ёстой бөгөөд тэдний шүүлтэд ямар ч эргэлзээ байж үл болно гэж үзэх мэт байсан. Тэд алхам тутамдаа Есүсээс суралцаг. Тэр хүн бүрийн хувьд дээд эрх мэдэл байх ёстой.”</w:t>
      </w:r>
    </w:p>
    <w:p>
      <w:pPr>
        <w:pStyle w:val="ArticleScripture"/>
        <w:jc w:val="left"/>
      </w:pPr>
      <w:r>
        <w:rPr>
          <w:rFonts w:ascii="Times New Roman" w:hAnsi="Times New Roman" w:eastAsia="Times New Roman" w:cs="Times New Roman"/>
        </w:rPr>
        <w:t>“Бидний Сургагч байсаар ирсэн Нэгэн ийн айлддаг: «Хүн Бурхантайгаа даруугаар алхаж, гэмшсэн сүнсээр Бурханы замыг баримтлан, ертөнцийн ихээхэн ашиг тусыг үзүүлж байгаа мэт санагдах Сатаны саналуудаас татгалзана гэдэг хэчнээн бэрх вэ».” Хүн Бурхан Өөрөө л тавьсан тэр бат суурин дээр бат зогсохын оронд өөрийнхөөрөө явсны нөлөө дахин дахин давтагдсаар ирсэн. Бурхан заасан шулуун замаар явахаас татгалзах нь тэднийг самууралд хүргэж, мөн адил сорилт, шалгалттай тулгарч буй бусдад ч мэргэн ухааныг заахгүй. Хүн Бурхан бол Бурхан мөн, мөн Тэр өөрчлөгдөх хүн бус гэдгийг хэзээ сурах вэ?</w:t>
      </w:r>
    </w:p>
    <w:p>
      <w:pPr>
        <w:pStyle w:val="ArticleScripture"/>
        <w:jc w:val="left"/>
      </w:pPr>
      <w:r>
        <w:rPr>
          <w:rFonts w:ascii="Times New Roman" w:hAnsi="Times New Roman" w:eastAsia="Times New Roman" w:cs="Times New Roman"/>
        </w:rPr>
        <w:t>“Зөв замаас хазайсан зарим хүн Бурхан тэдэнд оноогоогүй хариуцлагыг булаан авах гэсэн тасралтгүй халууралд автсан байдаг. Бурхан үнэнгийн энгийн байдлыг хадгалахыг үйлчлэгч бүрт, эмч бүрт уриалдаг. Хуучин болон Шинэ Гэрээний аль алинд илчлэгддэг Бурханы Хүү бол өнөөдөр манай дэлхийн Аврагч мөн. Эмнэлгийн номлолын ажилтан бүр Өөрөөс нь сургалтаа хүлээн авах ёстой. Хэрэв тэр агаарт ноёрхогч эрхтний ноёноос өөрийгөө салгахгүй бол, өөрт нь итгэдэг сүнснүүдийг төөрөгдүүлэх болно. Энгийн ард олонд ойлгогдохооргүй тиймээр боловсорч, өргөмжлөгдсөн хүмүүсээс хүн бүр болгоомжилог.”</w:t>
      </w:r>
    </w:p>
    <w:p>
      <w:pPr>
        <w:pStyle w:val="ArticleScripture"/>
        <w:jc w:val="left"/>
      </w:pPr>
      <w:r>
        <w:rPr>
          <w:rFonts w:ascii="Times New Roman" w:hAnsi="Times New Roman" w:eastAsia="Times New Roman" w:cs="Times New Roman"/>
        </w:rPr>
        <w:t>“Нүглийн заль мэх хязгааргүй ухаарал, төсөөллөөс ч даван гардаг. Аливаа гай гамшиг, аливаа зовлон шаналал ба үхэл бүхэн нь зөвхөн бузар муугийн хүчний төдийгүй амьд Бурханы үнэний нотолгоо мөн. Үүрд мөнхөд оршин байдаг амьд Бурханы үг болох үнэнийг мэдсэн атлаа, мөн дуулгавартай байдлаар дамжин амийг өгдөг тэр үгийг мэдсэн атлаа, хүний хувьд Сатаны ов мэхэнд нийцэн захирагдах сул дорой байдал нь туйлын хачирхалтай юм. Бурханаар сургагдсан бүхэн Христийг Түүний Хүү гэж хүлээн зөвшөөрдөг. Бурханы мэдэгдэж буй тунхаглалуудыг үл итгэгч бүхэн нүглийн түгээмэл ноёрхлыг илтгэн харуулдаг бөгөөд үнэний төгс ариусгалаар илчлэгдсэн амь ба үхэшгүй мөнхийн талд ажилладаггүй. Хэрэв тэд зан чанар, үг хэл, сүнсэнд өөрчлөлт хийхгүй бол сүнснүүд мөхөх болно.”</w:t>
      </w:r>
    </w:p>
    <w:p>
      <w:pPr>
        <w:pStyle w:val="ArticleScripture"/>
        <w:jc w:val="left"/>
      </w:pPr>
      <w:r>
        <w:rPr>
          <w:rFonts w:ascii="Times New Roman" w:hAnsi="Times New Roman" w:eastAsia="Times New Roman" w:cs="Times New Roman"/>
        </w:rPr>
        <w:t>“Сэргээгдсэн Диваажинд хүрэх дунд зам гэж үгүй. Эдгээр эцсийн өдрүүдэд хүнд өгөгдсөн мэдээ нь хүний сэдсэн арга бодлоготой холилдон нийлэх ёсгүй. Бид ертөнцийн хуульчдын бодлого түшиглэх ёсгүй. Бид Сатаны хэрэгслүүдэд сохлогдсон хүмүүс мэт үйлдэх бус, залбирлын дорой даруу хүмүүс байх ёстой.</w:t>
      </w:r>
    </w:p>
    <w:p>
      <w:pPr>
        <w:pStyle w:val="ArticleScripture"/>
        <w:jc w:val="left"/>
      </w:pPr>
      <w:r>
        <w:rPr>
          <w:rFonts w:ascii="Times New Roman" w:hAnsi="Times New Roman" w:eastAsia="Times New Roman" w:cs="Times New Roman"/>
        </w:rPr>
        <w:t>“Олон хүн итгэлтэй байдаг, гэвч хайр дотор үйлчилж, сэтгэлийг ариусгадаг тийм итгэлтэй биш байдаг. Аврал авчрах итгэл нь үнэнийг зүгээр л хүлээн зөвшөөрөх төдий зүйл биш юм. ‘Чөтгөрүүд ч бас итгэж, чичирдэг.’ Бурханы Сүнсний онгод хүмүүст зан чанарыг төлөвшүүлж, хүмүүсийг зөвхөн ёс төдий үйлдлээс дээгүүр хөтлөн аваачдаг, хөдөлгөгч хүч болох итгэлийг өгдөг. Үгс, үйлдлүүд, мөн сүнс маань бид Христийн дагалдагчид мөн гэдгийг гэрчилж байх ёстой.”</w:t>
      </w:r>
    </w:p>
    <w:p>
      <w:pPr>
        <w:pStyle w:val="ArticleScripture"/>
        <w:jc w:val="left"/>
      </w:pPr>
      <w:r>
        <w:rPr>
          <w:rFonts w:ascii="Times New Roman" w:hAnsi="Times New Roman" w:eastAsia="Times New Roman" w:cs="Times New Roman"/>
        </w:rPr>
        <w:t>“Бурхан соёрхсон хамгийн агуу гэрэл ба ерөөл нь эдгээр эцсийн өдрүүдэд зөрчил үйлдэх болон урвалтад орохоос хамгаалах баталгаа биш юм. Бурхан итгэл хүлээлгэсэн өндөр байр сууринд өргөмжилсөн хүмүүс тэнгэрийн гэрлээс нүүр буруулж, хүний мэргэн ухаанд хандаж болно. Тэгвэл тэдний гэрэл харанхуй болж, Бурханаас даалган өгсөн чадварууд нь урхи болж, зан чанар нь Бурханд бүдрэлтийн зүйл болно. Бурхныг элэг доог болгож үл болно. Түүнээс холдох явдал нь урьдын адил, цаашид ч өөрийн гарцаагүй үр дагаврыг дагуулсаар ирсэн бөгөөд дагуулсаар байх болно. Бурханд таалагддаггүй үйлсийг үйлдэх нь, хэрэв тэдгээрийн төлөө эрс шийдэмгий гэмшиж, тэднээс бүрмөсөн няцахгүй, харин тэднийг зөвтгөхийг эрэлхийлбэл, бузар үйлдэгчийг алхам алхмаар мэхлэлтэд хөтөлсөөр, эцэст нь олон нүглийг шийтгэлгүй мэтээр үйлдэхэд хүргэнэ. Бурхантай хамтран ажиллагчид болж, Бурхны сайшаалыг хүлээн авахуйц зан чанарыг эзэмшихийг хүсэгч бүхэн Бурхны дайснуудаас өөрсдийгөө тусгаарлаж, Христийн Иоханд өгч, Иоханыг дэлхийд өгөхөөр даалгасан үнэнийг сахин баримтлах ёстой.”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нуугдмал түүх - Арван нэгэн дугаар</dc:title>
  <dc:subject>Арван нэгэн тоо</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