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нууц түүх — Хорьдугаар дугаар</w:t>
      </w:r>
    </w:p>
    <w:p>
      <w:pPr>
        <w:pStyle w:val="ArticleSubtitle"/>
        <w:jc w:val="left"/>
      </w:pPr>
      <w:r>
        <w:rPr>
          <w:rFonts w:ascii="Arial" w:hAnsi="Arial" w:eastAsia="Arial" w:cs="Arial"/>
        </w:rPr>
        <w:t>Хоёр дахь гай — Долоодугаар хэсэг — Езекиел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Эхний эшлэлүүддээ эш үзүүлэгч Езекиелийг гучин настай байсан хэмээн тодорхойлох нь Библийн хувьд хүлээн зөвшөөрөгдөхүйц ойлголт мөн.</w:t>
      </w:r>
    </w:p>
    <w:p>
      <w:pPr>
        <w:pStyle w:val="ArticleScripture"/>
        <w:jc w:val="left"/>
      </w:pPr>
      <w:r>
        <w:rPr>
          <w:rFonts w:ascii="Times New Roman" w:hAnsi="Times New Roman" w:eastAsia="Times New Roman" w:cs="Times New Roman"/>
        </w:rPr>
        <w:t>Тэгээд гуч дахь жилд, дөрөвдүгээр сард, тэр сарын тав дахь өдөр, би Хебар голын дэргэд олзлогдогсдын дунд байхад тэнгэр нээгдэж, би Бурханы үзэгдлүүдийг үзэв. Тэр сарын тав дахь өдөр, Иехоиахин хааны олзлогдсоны тав дахь жилд, Халдеичуудын нутагт, Хебар голын дэргэд Бузийн хүү, тахилч Езекиелд ЭЗЭНий үг тодорхойгоор ирж, тэнд ЭЗЭНий мутар түүний дээр байв. Езекиел 1:1–3.</w:t>
      </w:r>
    </w:p>
    <w:p>
      <w:pPr>
        <w:pStyle w:val="ArticleBody"/>
        <w:jc w:val="left"/>
      </w:pPr>
      <w:r>
        <w:rPr>
          <w:rFonts w:ascii="Times New Roman" w:hAnsi="Times New Roman" w:eastAsia="Times New Roman" w:cs="Times New Roman"/>
        </w:rPr>
        <w:t>Зарим нь “гуч дахь жил”-ийг Иоси хааны үеэс эхэлж, дөчдүгээр бүлгийн нэгдүгээр эшлэлээр төгссөн тодорхой нэгэн юбилийн мөчлөгт тулгуурласан гэж үздэг.</w:t>
      </w:r>
    </w:p>
    <w:p>
      <w:pPr>
        <w:pStyle w:val="ArticleScripture"/>
        <w:jc w:val="left"/>
      </w:pPr>
      <w:r>
        <w:rPr>
          <w:rFonts w:ascii="Times New Roman" w:hAnsi="Times New Roman" w:eastAsia="Times New Roman" w:cs="Times New Roman"/>
        </w:rPr>
        <w:t>Бидний олзлогдсоны хорин тав дахь жилд, оны эхэнд, сарын аравны өдөр, хот цохигдсоноос хойших арван дөрөв дэх жилд, яг тэр өдөр ЭЗЭНий мутар миний дээр байж, намайг тийш авчрав. Езекиел 40:1.</w:t>
      </w:r>
    </w:p>
    <w:p>
      <w:pPr>
        <w:pStyle w:val="ArticleBody"/>
        <w:jc w:val="left"/>
      </w:pPr>
      <w:r>
        <w:rPr>
          <w:rFonts w:ascii="Times New Roman" w:hAnsi="Times New Roman" w:eastAsia="Times New Roman" w:cs="Times New Roman"/>
        </w:rPr>
        <w:t>Библийн он тооллыг судлагчид дөчдүгээр бүлгийн нэгдүгээр эшлэлийн огноог МЭӨ 573 оны 4 дүгээр сарын 28 эсвэл 10 дугаар сарын 22 хэмээн тогтоодог. Бүх эш үзүүлэгчид эцсийн өдрүүдийг заан тодорхойлдог тул МЭӨ 573 оны 10 дугаар сарын 22-ны намрын энэ өдөр нь түүнээс өмнөх тавин жилийн эхлэл болсон, “Иосиагийн Агуу Дээгүүр Өнгөрөх Баяр” хэмээн нэрлэгддэг МЭӨ 622 оны 5 дугаар сарын 5-нд эхэлсэн нэгэн шугамын омега огноо мөн.</w:t>
      </w:r>
    </w:p>
    <w:p>
      <w:pPr>
        <w:pStyle w:val="ArticleBody"/>
        <w:jc w:val="left"/>
      </w:pPr>
      <w:r>
        <w:rPr>
          <w:rFonts w:ascii="Times New Roman" w:hAnsi="Times New Roman" w:eastAsia="Times New Roman" w:cs="Times New Roman"/>
        </w:rPr>
        <w:t>Гучин тоо нь үйлчлэлээ эхлэх үедээ гучин настай байх ёстой байсан тахилчдыг бэлгэддэг. Езекиел 1-ийн 1–3-р эшлэлүүд Езекиелийн насыг гучин хэмээн зааж байна уу, эсвэл зүгээр л тахилчийн бэлгэдэл болгон түүнийг мөн гучин настайгаар төлөөлж байна уу, аль нь ч байсан адил юм. Хэрэв 1-р эшлэлийн гучин жил нь бусдын үздэгээр МЭӨ 622 онд болсон Иосиагийн Агуу Дээгүүр Өнгөрөх Баяраас хойших гуч дахь жилийг илэрхийлж байгаа бол, эш үзүүллэгийн утга агуулга мөн л адил хэвээр байна.</w:t>
      </w:r>
    </w:p>
    <w:p>
      <w:pPr>
        <w:pStyle w:val="ArticleBody"/>
        <w:jc w:val="left"/>
      </w:pPr>
      <w:r>
        <w:rPr>
          <w:rFonts w:ascii="Times New Roman" w:hAnsi="Times New Roman" w:eastAsia="Times New Roman" w:cs="Times New Roman"/>
        </w:rPr>
        <w:t>Иосиагийн нэр “суурь” гэсэн утгатай бөгөөд түүний Агуу Дээгүүр Өнгөрөх баяр нь МЭӨ 573 оны Цагаатгалын өдөр, 10-р сарын 22-нд төгссөн нэгэн юбилейн үеийг эхлүүлсэн юм. Иосиагаас 10-р сарын 22 хүртэлх “юбилейн шугам” нь 1840-өөс 1844 он хүртэлх түүхтэй нийцдэг. 1840 оны суурь нь Иосиа хаанаар, мөн Иосиа Литчээр төлөөлөгдсөн байв. 10-р сарын 22-ныг Цагаатгалын өдрийн бүрээний эвэртэй хамт юбилейн бүрээний эвэр дуугарснаар төлөөлүүлсэн байв.</w:t>
      </w:r>
    </w:p>
    <w:p>
      <w:pPr>
        <w:pStyle w:val="ArticleScripture"/>
        <w:jc w:val="left"/>
      </w:pPr>
      <w:r>
        <w:rPr>
          <w:rFonts w:ascii="Times New Roman" w:hAnsi="Times New Roman" w:eastAsia="Times New Roman" w:cs="Times New Roman"/>
        </w:rPr>
        <w:t>Чи өөртөө жилийн долоон амралтын жилийг, долоо долоон жилээр тоол; тэгвэл жилийн долоон амралтын жилийн хугацаа чамд дөчин есөн жил болно. Дараа нь чи долоо дахь сарын арав дахь өдөр, эвлэрүүллийн өдөр, ойн баярын бүрээг бүх нутаг даяар чинь үлээлгэн дуугарга. Левит 25:8, 9.</w:t>
      </w:r>
    </w:p>
    <w:p>
      <w:pPr>
        <w:pStyle w:val="ArticleBody"/>
        <w:jc w:val="left"/>
      </w:pPr>
      <w:r>
        <w:rPr>
          <w:rFonts w:ascii="Times New Roman" w:hAnsi="Times New Roman" w:eastAsia="Times New Roman" w:cs="Times New Roman"/>
        </w:rPr>
        <w:t>Езекиел нь хаан Иосиагийн үеэс аравдугаар сарын 22 хүртэл үргэлжлэх Ойн жилийн шугамын дотор байрладаг бөгөөд энэ шугам нь Илчлэлт арвын 1840 оноос 1844 он хүртэлх эхний болон хоёр дахь тэнгэрэлчүүдийг төлөөлдөг. Езекиел нь эхний ба хоёр дахь тэнгэрэлчийн Миллеритүүдийг, мөн гурав дахь тэнгэрэлчийн нэг зуун дөчин дөрвөн мянгыг төлөөлдөг. Езекиел нь нэг зуун дөчин дөрвөн мянгын санваартныг төлөөлдөг боловч түүний эш үзүүллэгийн үндсэн шинж нь тэрээр эш үзүүлэгч мөн гэдэгт оршино.</w:t>
      </w:r>
    </w:p>
    <w:p>
      <w:pPr>
        <w:pStyle w:val="ArticleHeading"/>
        <w:jc w:val="left"/>
      </w:pPr>
      <w:r>
        <w:rPr>
          <w:rFonts w:ascii="Arial" w:hAnsi="Arial" w:eastAsia="Arial" w:cs="Arial"/>
        </w:rPr>
        <w:t>Эш үзүүлэгч, Тахилч ба Хаан</w:t>
      </w:r>
    </w:p>
    <w:p>
      <w:pPr>
        <w:pStyle w:val="ArticleBody"/>
        <w:jc w:val="left"/>
      </w:pPr>
      <w:r>
        <w:rPr>
          <w:rFonts w:ascii="Times New Roman" w:hAnsi="Times New Roman" w:eastAsia="Times New Roman" w:cs="Times New Roman"/>
        </w:rPr>
        <w:t>Гучин настайдаа үйлчлэлээ эхэлсэн Библийн гурван хүн бий. Езекиелийн хамт Давид болон Иосеф байв. Тэд бүгд гучин насандаа үйлчилж эхэлсэн учраас бүгд тахилч нар юм. Давид нь хааны бэлгэдэл, Иосеф нь тахилч, харин Езекиел нь эш үзүүлэгч бөгөөд энэ нь эш үзүүлэгч, тахилч, хаанаас бүрдэх алдрын гуравчилсан хаанчлал доторх дүрслэл мөн.</w:t>
      </w:r>
    </w:p>
    <w:p>
      <w:pPr>
        <w:pStyle w:val="ArticleBody"/>
        <w:jc w:val="left"/>
      </w:pPr>
      <w:r>
        <w:rPr>
          <w:rFonts w:ascii="Times New Roman" w:hAnsi="Times New Roman" w:eastAsia="Times New Roman" w:cs="Times New Roman"/>
        </w:rPr>
        <w:t>Гэвч эш үзүүлэгч Езекиелийг бэлгэдлийн хувьд хэрхэн хэрэглэж болох ч, тэр бол тахилч мөн бөгөөд Иосиагаас аравдугаар сарын 22-ны өдөр хүртэлх ойн чөлөөлөлтийн шугамд хэрэглэхэд, Езекиел нь МЭ 1840-өөс 1844 он хүртэлх түүх болон МЭӨ 573 оны аравдугаар сарын 22-ны өдөр хүртэлх Иосиа хааны түүхээр хэв шинжлэгдсэн нэг зуун дөчин дөрвөн мянгын лацдах цаг үеийн нэгэн тахилчийг төлөөлөх тахилч юм.</w:t>
      </w:r>
    </w:p>
    <w:p>
      <w:pPr>
        <w:pStyle w:val="ArticleHeading"/>
        <w:jc w:val="left"/>
      </w:pPr>
      <w:r>
        <w:rPr>
          <w:rFonts w:ascii="Arial" w:hAnsi="Arial" w:eastAsia="Arial" w:cs="Arial"/>
        </w:rPr>
        <w:t>Хорин хоёр</w:t>
      </w:r>
    </w:p>
    <w:p>
      <w:pPr>
        <w:pStyle w:val="ArticleBody"/>
        <w:jc w:val="left"/>
      </w:pPr>
      <w:r>
        <w:rPr>
          <w:rFonts w:ascii="Times New Roman" w:hAnsi="Times New Roman" w:eastAsia="Times New Roman" w:cs="Times New Roman"/>
        </w:rPr>
        <w:t>Библи Ezekiel хорин хоёр жилийн турш үйлчилснийг тодорхой харуулдаг. “Хорин хоёр” нь Тэнгэрлэг чанар хүн чанартай нэгдсэний туг тэмдэг болох нэг зуун дөчин дөрвөн мянгыг бэлгэддэг. Иосиагийн Дээгүүр Өнгөрөх баяраас дөчдүгээр бүлгийн аравдугаар сарын 22-ны Ойн баярын тэмдэглэлт өдөр хүртэл дүрслэгдсэн түүхэнд, Иосиагийн Дээгүүр Өнгөрөх баяр нь 1838, 1840 онууд дахь Josiah Litch-ийн ажлыг төлөөлөн харуулсан. Тэрхүү ажил нь эхний ба хоёр дахь гай зовлонгийн цаг хугацааны эш үзүүллэгүүдийг дэлгэн тавих явдал байсан. Одоо эхний ба хоёр дахь гай зовлонгийн эш үзүүллэг нь анхдагчид ойлгосноос хавьгүй өргөн хүрээтэй болох нь харагдаж байна.</w:t>
      </w:r>
    </w:p>
    <w:p>
      <w:pPr>
        <w:pStyle w:val="ArticleBody"/>
        <w:jc w:val="left"/>
      </w:pPr>
      <w:r>
        <w:rPr>
          <w:rFonts w:ascii="Times New Roman" w:hAnsi="Times New Roman" w:eastAsia="Times New Roman" w:cs="Times New Roman"/>
        </w:rPr>
        <w:t>Езекиел нь библийн эш үзүүлэгчийн хувьд өөрийн бичвэрүүдэд бусад ямар ч библийн зохиогчоос илүү тодорхой он сар, огноог тэмдэглэн үлдээсэн байдаг.</w:t>
      </w:r>
    </w:p>
    <w:p>
      <w:pPr>
        <w:pStyle w:val="ArticleBody"/>
        <w:jc w:val="left"/>
      </w:pPr>
      <w:r>
        <w:rPr>
          <w:rFonts w:ascii="Times New Roman" w:hAnsi="Times New Roman" w:eastAsia="Times New Roman" w:cs="Times New Roman"/>
        </w:rPr>
        <w:t>Езекиел бол Библийн эш үзүүллэг дэх нэг өдөр нь нэг жилтэй тэнцэх зарчмын омега юм. Тооллого номд өдөр-жилийн зарчмын альфа дурдлага нь Кадеш дахь анхны тэрслэлтээр илэрхийлэгддэг бөгөөд энэ нь цөлд дөчин жил тэнүүчлэхэд хүргэсэн. Харин сүүлчийн, өөрөөр хэлбэл омега тэрслэл нь Иерусалим сүйрч буйг дүрслэх дөрөвдүгээр бүлэгт Езекиелээр төлөөлөгдөн илэрхийлэгддэг.</w:t>
      </w:r>
    </w:p>
    <w:p>
      <w:pPr>
        <w:pStyle w:val="ArticleHeading"/>
        <w:jc w:val="left"/>
      </w:pPr>
      <w:r>
        <w:rPr>
          <w:rFonts w:ascii="Arial" w:hAnsi="Arial" w:eastAsia="Arial" w:cs="Arial"/>
        </w:rPr>
        <w:t>Альфа</w:t>
      </w:r>
    </w:p>
    <w:p>
      <w:pPr>
        <w:pStyle w:val="ArticleScripture"/>
        <w:jc w:val="left"/>
      </w:pPr>
      <w:r>
        <w:rPr>
          <w:rFonts w:ascii="Times New Roman" w:hAnsi="Times New Roman" w:eastAsia="Times New Roman" w:cs="Times New Roman"/>
        </w:rPr>
        <w:t>Та нар газрын байдлыг тандан үзсэн өдрүүдийн тоогоор, өөрөөр хэлбэл дөчин өдрөөр, нэг өдөр тутамд нэг жилийг тооцон, та нар өөрсдийн гэм бурууг дөчин жилийн турш үүрэх болно; тэгээд та нар Миний нүүр буруулалтыг мэдэх болно. Би, ЭЗЭН, айлдсан; Миний эсрэг цугларсан энэ бүх ёрын чуулганд Би үүнийг гарцаагүй үйлдэнэ: тэд энэ цөлд мөхөж, тэндээ үхнэ. Тооллого 14:34, 35.</w:t>
      </w:r>
    </w:p>
    <w:p>
      <w:pPr>
        <w:pStyle w:val="ArticleHeading"/>
        <w:jc w:val="left"/>
      </w:pPr>
      <w:r>
        <w:rPr>
          <w:rFonts w:ascii="Arial" w:hAnsi="Arial" w:eastAsia="Arial" w:cs="Arial"/>
        </w:rPr>
        <w:t>Омега</w:t>
      </w:r>
    </w:p>
    <w:p>
      <w:pPr>
        <w:pStyle w:val="ArticleScripture"/>
        <w:jc w:val="left"/>
      </w:pPr>
      <w:r>
        <w:rPr>
          <w:rFonts w:ascii="Times New Roman" w:hAnsi="Times New Roman" w:eastAsia="Times New Roman" w:cs="Times New Roman"/>
        </w:rPr>
        <w:t>Чи мөн зүүн хажуугаараа хэвтэж, Израилийн гэрийн гэм нүглийг түүн дээр нь үүрэгтүн. Түүн дээр хэвтэх өдрүүдийнхээ тоогоор чи тэдний гэм нүглийг үүрэх болно. Учир нь Би тэдний гэм нүглийн жилүүдийг өдрүүдийн тоонд тааруулан чам дээр оноосон бөгөөд энэ нь гурван зуун ерэн өдөр юм. Ийнхүү чи Израилийн гэрийн гэм нүглийг үүрэх болно. Харин тэдгээрийг гүйцээсний дараа чи дахин баруун хажуугаараа хэвтэж, Иудагийн гэрийн гэм нүглийг дөчин өдөр үүрэгтүн. Би чамд өдөр бүрийг нэг жилээр оноосон. Тиймээс чи нүүрээ Иерусалимын бүслэлтийн зүг чиглүүлж, гар чинь ил байж, түүний эсрэг эш үзүүлэг айлдагтун. Езекиел 4:4–7.</w:t>
      </w:r>
    </w:p>
    <w:p>
      <w:pPr>
        <w:pStyle w:val="ArticleBody"/>
        <w:jc w:val="left"/>
      </w:pPr>
      <w:r>
        <w:rPr>
          <w:rFonts w:ascii="Times New Roman" w:hAnsi="Times New Roman" w:eastAsia="Times New Roman" w:cs="Times New Roman"/>
        </w:rPr>
        <w:t>Кадеш ба Иерусалимын сүйрэл нь өдөр-жилийн зарчмыг төлөөлөх альфа ба омега тэрслүү бослогыг илэрхийлдэг. “Өдөр-жилийн зарчим” нь Миллерчүүдийн үндсэн гол дүрэм байсан бөгөөд 1840-өөс 1844 оны түүхэнд, хаан Иосиагийн Ойн чөлөөлөлтийн шугамаас 10-р сарын 22 хүртэлх хэв шинжид илэрхийлэгдсэн. Езекиел бусад ямар ч эш үзүүлэгчээс илүү олон он цагийг тогтоон өгүүлдэг. Езекиелийн он цагийн тогтоолтын хүрээнд Ойн чөлөөлөлтийн шугам тодорхойлогдож, Езекиелийн гэрчлэлийг нэгдүгээр ба хоёрдугаар тэнгэрэлчийн түүхтэй, улмаар гуравдугаар тэнгэрэлчийн түүхтэй шууд холбодог.</w:t>
      </w:r>
    </w:p>
    <w:p>
      <w:pPr>
        <w:pStyle w:val="ArticleBody"/>
        <w:jc w:val="left"/>
      </w:pPr>
      <w:r>
        <w:rPr>
          <w:rFonts w:ascii="Times New Roman" w:hAnsi="Times New Roman" w:eastAsia="Times New Roman" w:cs="Times New Roman"/>
        </w:rPr>
        <w:t>“Ойн жил”-ийн шугамын хамт Езекиел гурван зуун ерэн өдөр нэг хажуугаараа, дараа нь дөчин өдөр нөгөө хажуугаараа хэвтдэг. “Дөрвөн зуун гуч” нь хуучин ба шинэ гэрээнүүдийн бэлгэдэл мөн. Учир нь Абрамд өгөгдсөн Египетэд дөрвөн зуун жил боолчлогдох тухай гэрээний амлалт нь элч Паулын дамжуулсан гучин жилийн хоёр дахь гэрчлэлээр батлагдсан юм. Ийнхүү “хуучин”-ы Абрам (дараа нь Абрахам) ба “шинэ”-ийн Саул (дараа нь Паул) өөрсдийн гэрчлэлүүдийг нэгтгэн, мөнхийн гэрээний бэлгэдэл болгон дөрвөн зуун гучин жилийг тогтоосон билээ. “Гурван зуун ерэн өдөр” — “чи Израилийн гэрийн гэм бурууг үүрнэ.” “Мөн” “чи Иудагийн гэрийн гэм бурууг дөчин өдөр үүрнэ.” Баруун тал ба зүүн тал нийлээд Абрам ба Паултай тэнцэнэ.</w:t>
      </w:r>
    </w:p>
    <w:p>
      <w:pPr>
        <w:pStyle w:val="ArticleBody"/>
        <w:jc w:val="left"/>
      </w:pPr>
      <w:r>
        <w:rPr>
          <w:rFonts w:ascii="Times New Roman" w:hAnsi="Times New Roman" w:eastAsia="Times New Roman" w:cs="Times New Roman"/>
        </w:rPr>
        <w:t>Гэрээ нь үргэлж дуулгавартай байдал эсвэл дуулгаваргүй байдал—амь эсвэл үхэл—дээр үндэслэж ирсэн. Миллерчүүдийн түүхэн дэх жил-өдрийн зарчим нь амь эсвэл үхлийн асуудал байсан бөгөөд тэрхүү түүхийг эхний тэнгэрэлч мөнхийн сайн мэдээ хэмээн тунхагласан. “Сайн мэдээ” нь амь эсвэл үхлийн асуудал бөгөөд Миллерчүүдийн түүхэн дэх амь эсвэл үхлээр сорих асуудал нь нэг өдөр нэг жилтэй тэнцэнэ гэсэн зарчмын хүрээнд тавигдсан байв. Эхний тэнгэрэлчийн мэдээг хүчирхэгжүүлсэн эш үзүүллэг нь хоёр дахь гай зовлонгийн гурван зуун ерэн нэгэн жил, арван таван өдрийн эш үзүүллэг байсан. Езекиел зүүн хажуугаараа хэвтсэн гурван зуун ерэн өдрийн дотор хоёр дахь гай зовлонгийн гурван зуун ерэн нэгэн жил, арван таван өдрийн хугацааны эш үзүүллэгийн нэгэн дүрслэл агуулагдаж байна. Эш үзүүллэгийг зөвөөр хуваан ялгахад эш үзүүллэгийн ялган танихуй шаардлагатай, гэвч энэ нь шөнө дундын хашхирааны мэдээг тамгаас нь тайлсаар буй Иуда овгийн Арслангийн үргэлжилсэн үйлсээс өөр юу ч биш юм.</w:t>
      </w:r>
    </w:p>
    <w:p>
      <w:pPr>
        <w:pStyle w:val="ArticleBody"/>
        <w:jc w:val="left"/>
      </w:pPr>
      <w:r>
        <w:rPr>
          <w:rFonts w:ascii="Times New Roman" w:hAnsi="Times New Roman" w:eastAsia="Times New Roman" w:cs="Times New Roman"/>
        </w:rPr>
        <w:t>Езекиелийг нэг зуун дөчин дөрвөн мянгын бэлгэдэл болгон үзэх ёстой гэж би үздэг. Гэвч тэр нь юуны түрүүнд Зөгнөлийн Сүнсний бэлгийн бэлгэдэл бөгөөд, энэ нь сүүлчийн өдрүүдийн эш үзүүлэгчийн илрэл байдлаар ч бай, эсвэл мөр дээр мөр тавих аргачлалын зарчмыг ойлгодог гэрээт ардын илрэл байдлаар ч бай дүрслэгдсэн байж болно.</w:t>
      </w:r>
    </w:p>
    <w:p>
      <w:pPr>
        <w:pStyle w:val="ArticleBody"/>
        <w:jc w:val="left"/>
      </w:pPr>
      <w:r>
        <w:rPr>
          <w:rFonts w:ascii="Times New Roman" w:hAnsi="Times New Roman" w:eastAsia="Times New Roman" w:cs="Times New Roman"/>
        </w:rPr>
        <w:t>Езекиелийн гурван зуун ерэн нэгэн жил, арван таван өдрийн эш үзүүллэгт туссан гэрэл нь шороон сойзтой хүний эрдэнийн чулуунуудыг илүү том авдарт шидэн оруулж буйтай нийцэж байна гэж би үздэг.</w:t>
      </w:r>
    </w:p>
    <w:p>
      <w:pPr>
        <w:pStyle w:val="ArticleBody"/>
        <w:jc w:val="left"/>
      </w:pPr>
      <w:r>
        <w:rPr>
          <w:rFonts w:ascii="Times New Roman" w:hAnsi="Times New Roman" w:eastAsia="Times New Roman" w:cs="Times New Roman"/>
        </w:rPr>
        <w:t>Би Езекиелээс ирэх гэрэл нь сүм дуусах үед оргил чулууны мэдээний салшгүй чухал бүрэлдэхүүн хэсэг мөн гэж үздэг.</w:t>
      </w:r>
    </w:p>
    <w:p>
      <w:pPr>
        <w:pStyle w:val="ArticleBody"/>
        <w:jc w:val="left"/>
      </w:pPr>
      <w:r>
        <w:rPr>
          <w:rFonts w:ascii="Times New Roman" w:hAnsi="Times New Roman" w:eastAsia="Times New Roman" w:cs="Times New Roman"/>
        </w:rPr>
        <w:t>Езекиел дөчдүгээр бүлгийн нэгдүгээр эшлэлд Аравдугаар сарын 22-нд байна; тэнд ирээдүйн сүмийн үзэгдэл Езекиелд өгөгддөг. Тэр сүм бол нэг зуун дөчин дөрвөн мянгын сүм бөгөөд Езекиел нь тэр тооны бэлгэдэл юм. Тэр бүлэг гурав дахь бөгөөд лакмусын сорил болсон шалгалтад хүрэхээсээ өмнө хоёр шалгалтыг давсан байх болно. Езекиел сүмд гэрлээ хүлээн авч буйгаар дүрслэгддэг; тиймээс түүний бэлгэдлийн хувьд гарган буй гэрэл нь Даниелын аравдугаар бүлэгтэй нийцэн Бурханы ард түмэн Хамгийн Ариун Газарт ороход ирдэг гэрлийг төлөөлдөг.</w:t>
      </w:r>
    </w:p>
    <w:p>
      <w:pPr>
        <w:pStyle w:val="ArticleBody"/>
        <w:jc w:val="left"/>
      </w:pPr>
      <w:r>
        <w:rPr>
          <w:rFonts w:ascii="Times New Roman" w:hAnsi="Times New Roman" w:eastAsia="Times New Roman" w:cs="Times New Roman"/>
        </w:rPr>
        <w:t>Илчлэлт нээлттэй болж буй Есүс Христийн илчлэлийн гэрэл нь авралын хугацаа хаагдахын яг өмнө нээгддэг юм.</w:t>
      </w:r>
    </w:p>
    <w:p>
      <w:pPr>
        <w:pStyle w:val="ArticleScripture"/>
        <w:jc w:val="left"/>
      </w:pPr>
      <w:r>
        <w:rPr>
          <w:rFonts w:ascii="Times New Roman" w:hAnsi="Times New Roman" w:eastAsia="Times New Roman" w:cs="Times New Roman"/>
        </w:rPr>
        <w:t>Тэгээд тэр надад: «Энэ номын эш үзүүллэгийн үгсийг бүү лацад; учир нь цаг ойрхон байна. Шударга бус нэгэн нь цаашид ч шударга бусаар үйлдэг; бузар нэгэн нь цаашид ч бузар хэвээр байг; зөвт нэгэн нь цаашид ч зөвт байг; ариун нэгэн нь цаашид ч ариун байг» гэв. Илчлэлт 22:10, 11.</w:t>
      </w:r>
    </w:p>
    <w:p>
      <w:pPr>
        <w:pStyle w:val="ArticleBody"/>
        <w:jc w:val="left"/>
      </w:pPr>
      <w:r>
        <w:rPr>
          <w:rFonts w:ascii="Times New Roman" w:hAnsi="Times New Roman" w:eastAsia="Times New Roman" w:cs="Times New Roman"/>
        </w:rPr>
        <w:t>Арван нэгдүгээр эшлэлд авралын хугацаа хаагдахын яг өмнөхөн “цаг нь ойрхон” байдаг бөгөөд тиймийн тул Есүс Христийн Илчлэл тэр үед лацгүй болдог. Учир нь “цаг нь ойрхон” юм.</w:t>
      </w:r>
    </w:p>
    <w:p>
      <w:pPr>
        <w:pStyle w:val="ArticleScripture"/>
        <w:jc w:val="left"/>
      </w:pPr>
      <w:r>
        <w:rPr>
          <w:rFonts w:ascii="Times New Roman" w:hAnsi="Times New Roman" w:eastAsia="Times New Roman" w:cs="Times New Roman"/>
        </w:rPr>
        <w:t>Есүс Христийн илчлэл, Бурхан түүнийг Өөрийн зарц нарт удахгүй болох ёстой зүйлсийг үзүүлэхийн тулд түүнд өгсөн бөгөөд тэрээр Өөрийн тэнгэрэлчээр дамжуулан үүнийг Өөрийн зарц Иоханд илгээж, тэмдэглэн мэдүүлсэн юм. Тэр Иохан нь Бурханы үг, Есүс Христийн гэрчлэл, мөн өөрийн харсан бүхний тухай гэрчилсэн бөлгөө. Энэхүү эш үзүүллэгийн үгсийг уншигч нь, мөн сонсогчид нь, түүнд бичигдсэн зүйлсийг сахигчид нь ерөөлтэй еэ. Учир нь цаг ойрхон байна. Илчлэл 1:1–3.</w:t>
      </w:r>
    </w:p>
    <w:p>
      <w:pPr>
        <w:pStyle w:val="ArticleBody"/>
        <w:jc w:val="left"/>
      </w:pPr>
      <w:r>
        <w:rPr>
          <w:rFonts w:ascii="Times New Roman" w:hAnsi="Times New Roman" w:eastAsia="Times New Roman" w:cs="Times New Roman"/>
        </w:rPr>
        <w:t>Лаодикийн Долоо дахь өдрийн Адвентизмд ням гаргийн хуулийн үед энэрлийн хугацаа хаагддаг бөгөөд Езекиелийн есдүгээр бүлэгт Адвентизм нь Иерусалимаар төлөөлөгдсөн байдаг. Тэнд нутагт болон сүмийн дотор үйлдэгдэж буй жигшүүрт зүйлсийн талаар гашуудан ёолж, хашхирдаг хүмүүс тамгыг хүлээн авдаг. Тамгалалт нь энэрлийн хугацаа хаагдахын яг өмнө, Исламын дорнын салхиуд үндэстнүүдийг хилэгнүүлж байх үед явагддаг. Езекиелийн наймдугаар бүлэгт Адвентизмийн дөрвөн үе төгсгөлдөө хүрэх бөгөөд дөрөв дэх үе нь наранд мөргөн бөхийж буй хорин таван удирдагчаар бэлгэдэгдсэн байдаг.</w:t>
      </w:r>
    </w:p>
    <w:p>
      <w:pPr>
        <w:pStyle w:val="ArticleBody"/>
        <w:jc w:val="left"/>
      </w:pPr>
      <w:r>
        <w:rPr>
          <w:rFonts w:ascii="Times New Roman" w:hAnsi="Times New Roman" w:eastAsia="Times New Roman" w:cs="Times New Roman"/>
        </w:rPr>
        <w:t>Тэр үзэгдэл Ням гаргийн хуулиас нэг өдөр өмнө, өөрөөр хэлбэл зургаа, зургаа, зургаа хэмээн төлөөлүүлсэн нигүүлслийн хугацаа хаагдахын яг өмнөхөн бэлгэдлийн утгаар өгөгдсөн юм.</w:t>
      </w:r>
    </w:p>
    <w:p>
      <w:pPr>
        <w:pStyle w:val="ArticleScripture"/>
        <w:jc w:val="left"/>
      </w:pPr>
      <w:r>
        <w:rPr>
          <w:rFonts w:ascii="Times New Roman" w:hAnsi="Times New Roman" w:eastAsia="Times New Roman" w:cs="Times New Roman"/>
        </w:rPr>
        <w:t>Зургаа дахь жилд, зургаа дахь сард, сарын тав дахь өдөр, би гэртээ сууж, Иудагийн ахмадууд миний өмнө сууж байхад, тэнд Эзэн БУРХАНЫ мутар над дээр буув. Тэгээд би харвал, галын төрх мэт нэгэн дүр байв: түүний бэлхүүснээс доош гал мэт, бэлхүүснээс нь дээш гэрэлтэх туяа мэт, хув өнгөтэй адил байв. Тэр гарын дүрс мэт нэгнийг сунган, миний толгойн нэгэн ширхэг үснээс барьж авлаа; тэгээд Сүнс намайг газар ба тэнгэрийн хооронд өргөн авч, Бурханы үзэгдлүүдээр Иерусалим уруу, хойш харсан дотоод хаалганы үүдэнд аваачив; тэнд атаархлыг өдөөдөг атаархлын хөрөгний суудал байв. Харагтун, Израилийн Бурханы алдар тэнд байлаа, талд үзсэн үзэгдлийн дагуу. Езекиел 8:1–4.</w:t>
      </w:r>
    </w:p>
    <w:p>
      <w:pPr>
        <w:pStyle w:val="ArticleBody"/>
        <w:jc w:val="left"/>
      </w:pPr>
      <w:r>
        <w:rPr>
          <w:rFonts w:ascii="Times New Roman" w:hAnsi="Times New Roman" w:eastAsia="Times New Roman" w:cs="Times New Roman"/>
        </w:rPr>
        <w:t>Зургаа дахь жилийн, зургаа дахь сарын, тав дахь өдрийн үзэгдэл нь Лаодикийн Адвентизмд нигүүлслийн хугацаа хаагдах үед Ням гаргийн хуулийг бэлгэддэг “666”-ын яг өмнө ирсэн юм. Тэр үзэгдэл нь Езекиелийн “хөндийд” харсан үзэгдэлтэй “үзэгдлийн дагуу” байсан. Түүний хөндийд харсан тэр үзэгдэл нь өмнөхөн, гуравдугаар бүлэгт байдаг.</w:t>
      </w:r>
    </w:p>
    <w:p>
      <w:pPr>
        <w:pStyle w:val="ArticleScripture"/>
        <w:jc w:val="left"/>
      </w:pPr>
      <w:r>
        <w:rPr>
          <w:rFonts w:ascii="Times New Roman" w:hAnsi="Times New Roman" w:eastAsia="Times New Roman" w:cs="Times New Roman"/>
        </w:rPr>
        <w:t>Тэгээд би босож, тал газар уруу гарч одов. Харагтун, Хебар мөрний дэргэд миний үзсэн алдрын адил ЭЗЭНий алдар тэнд зогсож байв. Тэгэхэд би нүүрээрээ газар унан мөргөв. Езекиел 3:23.</w:t>
      </w:r>
    </w:p>
    <w:p>
      <w:pPr>
        <w:pStyle w:val="ArticleBody"/>
        <w:jc w:val="left"/>
      </w:pPr>
      <w:r>
        <w:rPr>
          <w:rFonts w:ascii="Times New Roman" w:hAnsi="Times New Roman" w:eastAsia="Times New Roman" w:cs="Times New Roman"/>
        </w:rPr>
        <w:t>“Тал”-ын үзэгдэл буюу зургаа дахь жилийн зургаа дахь сарын тав дахь өдрийн үзэгдэл нь Езекиелийн өмнө нь Хебар мөрний дэргэд үзсэн тэрхүү үзэгдэл мөн байв.</w:t>
      </w:r>
    </w:p>
    <w:p>
      <w:pPr>
        <w:pStyle w:val="ArticleScripture"/>
        <w:jc w:val="left"/>
      </w:pPr>
      <w:r>
        <w:rPr>
          <w:rFonts w:ascii="Times New Roman" w:hAnsi="Times New Roman" w:eastAsia="Times New Roman" w:cs="Times New Roman"/>
        </w:rPr>
        <w:t>Гуч дахь жилд, дөрөвдүгээр сард, тэр сарын тавны өдөр, би Хебар мөрний дэргэд олзлогдогсдын дунд байхад тэнгэр нээгдэж, би Бурханы үзэгдлүүдийг үзэв. Езекиел 1:1.</w:t>
      </w:r>
    </w:p>
    <w:p>
      <w:pPr>
        <w:pStyle w:val="ArticleBody"/>
        <w:jc w:val="left"/>
      </w:pPr>
      <w:r>
        <w:rPr>
          <w:rFonts w:ascii="Times New Roman" w:hAnsi="Times New Roman" w:eastAsia="Times New Roman" w:cs="Times New Roman"/>
        </w:rPr>
        <w:t>Езекиелийн Хебар мөрний дэргэд “үзсэн” “Бурханы үзэгдлүүд” нь талын үзэгдэл байсан бөгөөд энэ нь мөн Езекиелийн наймаас арван нэгдүгээр бүлгүүдийн үзэгдэл мөн байв. Эдгээр үзэгдлүүд нь Езекиел ариун сүм рүү харж буй нөхцөл дотор толилуулагдсан бөгөөд тэнд л аравдугаар бүлгийн “марах” толь мэт харах үзэгдэл биеллээ олдог. Езекиел нь сорилтын хугацаа хаагдахын яг өмнө Есүс Христийн Илчлэл гарч ирэхэд Ариунаас Ариун Газраас цацрах эш үзүүллэгийн гэрэлд хүртэгчдийг төлөөлдөг.</w:t>
      </w:r>
    </w:p>
    <w:p>
      <w:pPr>
        <w:pStyle w:val="ArticleBody"/>
        <w:jc w:val="left"/>
      </w:pPr>
      <w:r>
        <w:rPr>
          <w:rFonts w:ascii="Times New Roman" w:hAnsi="Times New Roman" w:eastAsia="Times New Roman" w:cs="Times New Roman"/>
        </w:rPr>
        <w:t>Дээгүүр Өнгөрөх баяраар эхэлж, аравдугаар сарын 22-нд төгсдөг Иосиа хааны Ойн баярын шугамыг бид тодорхойлохдоо, Левит хорин гуравт тогтоон өгүүлсэн Хаврын баярууд болон Намрын баяруудын бэлгэдлийг тодорхойлж байна. Тэнд хаврын болон намрын баярууд тус бүр хорин хоёр эшлэлээр өгөгдсөн байдаг нь Езекиелийн үйлчлэл хорин хоёр жил үргэлжилсэнтэй адил юм. Езекиелийг Ойн баярын шугамын гуч дахь жилд тааруулах нь Езекиелийн төрөлтийг Иосиагийн сэргэлттэй давхцуулах боломжийг олгодог. Хэрэв тэр Ойн баярын мөчлөгийн гуч дахь жилд гучин настай байсан бол, Езекиел Иосиагийн шинэчлэлийн үед төрсөн байх байв.</w:t>
      </w:r>
    </w:p>
    <w:p>
      <w:pPr>
        <w:pStyle w:val="ArticleBody"/>
        <w:jc w:val="left"/>
      </w:pPr>
      <w:r>
        <w:rPr>
          <w:rFonts w:ascii="Times New Roman" w:hAnsi="Times New Roman" w:eastAsia="Times New Roman" w:cs="Times New Roman"/>
        </w:rPr>
        <w:t>Езекиел бол итгэлээр Хамгийн Ариун Газарт ордог хүмүүсийн бэлгэдэл мөн. Тэнд очоод тэд хүний харилцан үйлчлэлийн ээдрээт өрнөлийг төлөөлөх дугуйн доторх дугуйнуудыг хардаг. Илчлэл номын аравдугаар бүлэгт гардаг Иохантай адил, Езекиел нь Миллеритүүдийг, харин бүр ч шууд утгаар нь нэг зуун дөчин дөрвөн мянгыг төлөөлдөг. Түүний зэрэгцээ орших гурван зуун ерэн нэгэн жилийн болон арван таван өдрийн хугацааны эш үзүүллэг нь Иерусалимын сүйрлээр дамжуулан Лаодикийн Адвентизмын эцсийн шүүлтийг дүрслэн харуулдаг бөгөөд түүнд гучин найм ба дөчийн оньсого ч багтдаг.</w:t>
      </w:r>
    </w:p>
    <w:p>
      <w:pPr>
        <w:pStyle w:val="ArticleBody"/>
        <w:jc w:val="left"/>
      </w:pPr>
      <w:r>
        <w:rPr>
          <w:rFonts w:ascii="Times New Roman" w:hAnsi="Times New Roman" w:eastAsia="Times New Roman" w:cs="Times New Roman"/>
        </w:rPr>
        <w:t>Үүнд дөрвөн зуун гучин жилийн бэлгэдэл багтана.</w:t>
      </w:r>
    </w:p>
    <w:p>
      <w:pPr>
        <w:pStyle w:val="ArticleBody"/>
        <w:jc w:val="left"/>
      </w:pPr>
      <w:r>
        <w:rPr>
          <w:rFonts w:ascii="Times New Roman" w:hAnsi="Times New Roman" w:eastAsia="Times New Roman" w:cs="Times New Roman"/>
        </w:rPr>
        <w:t>Үүнд 1333-аас 1337 он, 1449-өөс 1453 он, мөн 1840-өөс 1844 он хүртэлх хугацаагаар төлөөлөгдсөн дөрвөн жилийн үе багтана.</w:t>
      </w:r>
    </w:p>
    <w:p>
      <w:pPr>
        <w:pStyle w:val="ArticleBody"/>
        <w:jc w:val="left"/>
      </w:pPr>
      <w:r>
        <w:rPr>
          <w:rFonts w:ascii="Times New Roman" w:hAnsi="Times New Roman" w:eastAsia="Times New Roman" w:cs="Times New Roman"/>
        </w:rPr>
        <w:t>Энэхүү нэн чухал сэдвийн талаарх бидний авч үзэх хэлэлцүүлгийг дараагийн өгүүлэлд эхлүүлэх болно.</w:t>
      </w:r>
    </w:p>
    <w:p>
      <w:pPr>
        <w:pStyle w:val="ArticleScripture"/>
        <w:jc w:val="left"/>
      </w:pPr>
      <w:r>
        <w:rPr>
          <w:rFonts w:ascii="Times New Roman" w:hAnsi="Times New Roman" w:eastAsia="Times New Roman" w:cs="Times New Roman"/>
        </w:rPr>
        <w:t>“Исаиа, Езекиел, Иохан нарт өгөгдсөн үзэгдлүүдэд бид тэнгэр газар дээр болж буй үйл явдлуудтай хэчнээн нягт холбоотой байдгийг, мөн Өөрт нь үнэнч байдаг хүмүүсийн төлөөх Бурханы анхаарал халамж хэчнээн агуу болохыг хардаг.” Testimonies, 5-р боть, 753.</w:t>
      </w:r>
    </w:p>
    <w:p>
      <w:pPr>
        <w:pStyle w:val="ArticleScripture"/>
        <w:jc w:val="left"/>
      </w:pPr>
      <w:r>
        <w:rPr>
          <w:rFonts w:ascii="Times New Roman" w:hAnsi="Times New Roman" w:eastAsia="Times New Roman" w:cs="Times New Roman"/>
        </w:rPr>
        <w:t>“Христ Өөрөө сүмийн Эзэн байсан. Тэр түүнийг орхин явахад, түүний алдар суу ч мөн явна—нэгэн цагт эвлэрүүллийн тагны дээгүүр, ариун ариуны дотор үзэгддэг байсан тэр алдар суу; тэнд тэргүүн тахилч агуу эвлэрүүллийн өдөр жилд ганцхан удаа, нядлагдсан тахилын амьтны цустайгаар (дэлхийн нүглийн төлөө урсгасан Бурханы Хүүгийн цусны дүрслэл болох) орж, түүнийг тахилын ширээн дээр цацдаг байв. Энэ нь Еховагийн үзэгдэх Шекина байв.”</w:t>
      </w:r>
    </w:p>
    <w:p>
      <w:pPr>
        <w:pStyle w:val="ArticleScripture"/>
        <w:jc w:val="left"/>
      </w:pPr>
      <w:r>
        <w:rPr>
          <w:rFonts w:ascii="Times New Roman" w:hAnsi="Times New Roman" w:eastAsia="Times New Roman" w:cs="Times New Roman"/>
        </w:rPr>
        <w:t>“Уззиа хаан нас барсан тэр жил би Эзэнийг өндөрт өргөгдсөн сэнтийд заларч буйгаар харсан бөгөөд Түүний нөмрөгийн хормой сүмийг дүүргэж байв” [Исаиа 6:1–8-ыг эш татсан] хэмээн Исаиа өгүүлэх үед илчлэгдсэн нь энэ алдрын тухай байв. The Seventh-day Adventist Bible Commentary, 4-р боть, 1139.</w:t>
      </w:r>
    </w:p>
    <w:p>
      <w:pPr>
        <w:pStyle w:val="ArticleScripture"/>
        <w:jc w:val="left"/>
      </w:pPr>
      <w:r>
        <w:rPr>
          <w:rFonts w:ascii="Times New Roman" w:hAnsi="Times New Roman" w:eastAsia="Times New Roman" w:cs="Times New Roman"/>
        </w:rPr>
        <w:t>Исаиад өгөгдсөн үзэгдэл нь эцсийн өдрүүд дэх Бурханы ард түмний байдлыг дүрслэн харуулдаг. Тэд тэнгэрийн ариун сүмд урагшлан явагдаж буй ажлыг итгэлээр харах онцгой эрхтэй. «Тэгээд тэнгэр дэх Бурханы сүм нээгдэж, Түүний сүм доторх гэрээний авдар харагдав.» Тэд ариун ариун газрын доторхыг итгэлээр ширтэн, тэнгэрийн ариун сүм дэх Христийн ажлыг харахдаа, өөрсдийгөө бузарт уруултай ард түмэн мөн гэдгийг ойлгодог—уруул нь олонтаа хоосон зүйл өгүүлж ирсэн, авьяас чадвар нь ариусгагдан Бурханы алдрын төлөө хэрэглэгдээгүй ард түмэн мөн гэдгээ ухаардаг. Өөрсдийн сул дорой байдал, зохисгүйгээ Христийн алдарт зан чанарын цэвэр ариун байдал, үзэсгэлэн төгөлдөртэй зэрэгцүүлэн харах үед тэд цөхрөх нь ч аргагүй. Гэвч хэрэв тэд Исаиа мэт Эзэний зүрх сэтгэлд үлдээхээр зорьсон сэтгэгдлийг хүлээн авч, сэтгэлээ Бурханы өмнө даруу болговол, тэдэнд найдвар бий. Амлалтын солонго сэнтийн дээгүүр байдаг бөгөөд Исаиад хийгдсэн ажил тэдний дотор ч хийгдэх болно. Бурхан гэмшсэн зүрхнээс өргөгдөх гуйлтуудад хариулах болно.</w:t>
      </w:r>
    </w:p>
    <w:p>
      <w:pPr>
        <w:pStyle w:val="ArticleScripture"/>
        <w:jc w:val="left"/>
      </w:pPr>
      <w:r>
        <w:rPr>
          <w:rFonts w:ascii="Times New Roman" w:hAnsi="Times New Roman" w:eastAsia="Times New Roman" w:cs="Times New Roman"/>
        </w:rPr>
        <w:t>“Бурханы энэхүү агуу бөгөөд сүр жавхлант ажлын зорилго нь боодолуудыг тэнгэрийн амбаарт хураан цуглуулахад оршино; учир нь дэлхий Эзэний алдраар дүүрэх ёстой. Тэгвэл давамгайлж буй ёрын мууг харж, бузарт уруулнаас гарах үгсийг сонсохдоо хэн ч бүү мохог. Харанхуйн хүчнүүд Бурханы ард түмний эсрэг байрандаа жагсан босох үед; Сатан эцсийн агуу мөргөлдөөний төлөө өөрийн хүчнүүдийг цуглуулж, түүний хүч агуу бөгөөд бараг дийлдэхийн аргагүй мэт санагдах үед, тэнгэрлэг алдрын тодорхой үзэгдэл, өндөрт өргөгдсөн сэнтий, амлалтын солонгоор хүрээлэгдсэн тэрхүү дүр зураг нь тайвшрал, бат итгэл, амар амгаланг өгөх болно.” Review and Herald, December 22, 1896.</w:t>
      </w:r>
    </w:p>
    <w:p>
      <w:pPr>
        <w:pStyle w:val="ArticleScripture"/>
        <w:jc w:val="left"/>
      </w:pPr>
      <w:r>
        <w:rPr>
          <w:rFonts w:ascii="Times New Roman" w:hAnsi="Times New Roman" w:eastAsia="Times New Roman" w:cs="Times New Roman"/>
        </w:rPr>
        <w:t>“Хебар мөрний эрэг дээр Езекиел хойд зүгээс ирэх мэт харагдах хуй салхийг үзэв. Тэр нь ‘асар их үүл бөгөөд өөрөө өөрийгөө ороон дүрэлзэх галтай, түүнийг тойрон гэрэл цацарч, түүний дундаас хув өнгөтэй мэт юм’ байв. Нэг нэгийгээ огтлон байрласан хэд хэдэн дугуй дөрвөн амьдаар хөдөлгөгдөж байлаа. Эд бүгдийн дээд өндөрт ‘индранил чулууны дүртэй адил харагдах хаан ширээний дүр байв; мөн тэрхүү хаан ширээний дүр дээр, дээр нь хүн мэт харагдах дүр байв.’ ‘Мөн херубуудын дотор, тэдний далавчны доор хүний гарын хэлбэр үзэгдэв.’ Езекиел 1:4, 26; 10:8. Тэр дугуйнуудын зохион байгуулалт маш нарийн төвөгтэй тул анхны харцаар эмх замбараагүй мэт санагдаж байв; гэвч тэд төгс зохирол дотор хөдөлж байлаа. Херубуудын далавчны доорх гараар тэтгэгдэн удирдуулсан тэнгэрлэг оршихуйнууд эдгээр дугуйг хөдөлгөж байв; тэдгээрийн дээр, индранил хаан ширээн дээр, Мөнхийн Нэгэн байж, харин хаан ширээг тойрон бурханлаг өршөөлийн бэлгэ тэмдэг болсон солонго байлаа.”</w:t>
      </w:r>
    </w:p>
    <w:p>
      <w:pPr>
        <w:pStyle w:val="ArticleScripture"/>
        <w:jc w:val="left"/>
      </w:pPr>
      <w:r>
        <w:rPr>
          <w:rFonts w:ascii="Times New Roman" w:hAnsi="Times New Roman" w:eastAsia="Times New Roman" w:cs="Times New Roman"/>
        </w:rPr>
        <w:t>“Херубуудын жигүүрийн доорх мутрын удирдлагад дугуй мэт ээдрээтэй зүйлс байсанчлан, хүний үйл явдлуудын ээдрээт өрнөл ч мөн тэнгэрлэг хяналтын дор байдаг. Үндэстнүүдийн тэмцэл, үймээн самууны дунд ч херубуудын дээр залрагч Нэгэн газрын хэргийг урьдын адил жолоодсоор байна.</w:t>
      </w:r>
    </w:p>
    <w:p>
      <w:pPr>
        <w:pStyle w:val="ArticleScripture"/>
        <w:jc w:val="left"/>
      </w:pPr>
      <w:r>
        <w:rPr>
          <w:rFonts w:ascii="Times New Roman" w:hAnsi="Times New Roman" w:eastAsia="Times New Roman" w:cs="Times New Roman"/>
        </w:rPr>
        <w:t>Өөр өөрийн оногдсон цаг үе, байрыг эзлэн ээлж дараалан оршиж ирсэн үндэстнүүдийн түүх нь, өөрсдөө утга учрыг нь мэдээгүй нэгэн үнэний төлөө ухамсаргүйгээр гэрчлэн, бидэнд өгүүлдэг. Өнөө үеийн үндэстэн бүрд, хүн нэг бүрд Бурхан Өөрийн агуу төлөвлөгөөн дотор байр суурь оноосон билээ. Өнөөдөр хүмүүс ба үндэстнүүд алдаа гаргадаггүй Нэгэний мутарт буй дүүжин утсаар хэмжигдэж байна. Бүгд өөрсдийн сонголтоор хувь заяагаа шийдэж байгаа бөгөөд Бурхан Өөрийн зорилгуудыг биелүүлэхийн тулд бүхнийг захиран жолоодож байна.</w:t>
      </w:r>
    </w:p>
    <w:p>
      <w:pPr>
        <w:pStyle w:val="ArticleScripture"/>
        <w:jc w:val="left"/>
      </w:pPr>
      <w:r>
        <w:rPr>
          <w:rFonts w:ascii="Times New Roman" w:hAnsi="Times New Roman" w:eastAsia="Times New Roman" w:cs="Times New Roman"/>
        </w:rPr>
        <w:t>“Агуу БИ БАЙНА хэмээгч Өөрийн үгэндээ эш үзүүллэгийн гинжин холбоосыг холбоос бүрээр нь нэгтгэн, өнгөрсөн мөнхийнээс ирээдүйн мөнх хүртэл тодорхойлон тэмдэглэсэн түүх нь, эрин үеүүдийн цуваанд бид өнөөдөр хаана байгааг, мөн ирэх цагт юу хүлээгдэж болохыг бидэнд өгүүлдэг. Эш үзүүллэгт өнөөг хүртэл биелнэ хэмээн зөгнөгдсөн бүхэн түүхийн хуудсанд мөрөө үлдээсэн бөгөөд, цаашид хараахан ирээгүй байгаа бүхэн ч өөрийн дэс дараагаар биелнэ гэдэгт бид итгэлтэй байж болно.”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нууц түүх — Хорьдугаар дугаар</dc:title>
  <dc:subject>Хоёр дахь гай — Долоодугаар хэсэг — Езекиел</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