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ишлэлийн нууцлаг түүх — Хорин гуравдугаар тоо</w:t>
      </w:r>
    </w:p>
    <w:p>
      <w:pPr>
        <w:pStyle w:val="ArticleSubtitle"/>
        <w:jc w:val="left"/>
      </w:pPr>
      <w:r>
        <w:rPr>
          <w:rFonts w:ascii="Arial" w:hAnsi="Arial" w:eastAsia="Arial" w:cs="Arial"/>
        </w:rPr>
        <w:t>Езекиел Дөрөвдүгээр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Езекиел нь “гашуудаж буй эш үзүүлэгч” хэмээн тодорхойлогддог. Учир нь тэрээр өөрийн номын есдүгээр бүлэгт газар нутагт болон сүм дотор үйлдэгдэж буй жигшүүрт явдлуудын төлөө гашуудаж (санаа алдан, уйлан) буй нэг зуун дөчин дөрвөн мянгатын бэлгэдэл мөн. Өмнөх өгүүлэлд бидний иш татсан Testimonies дахь хэсэгт Систер Уайт ийнхүү бичсэн байна: “Эш үзүүлэгч өөрөө ч харийн нутагт буй харь хүн байв. Тэнд хязгааргүй шунал тэмүүлэл болон зэрлэг харгислал ноёрхон захирч байлаа. Хүний дарангуйлал, бузар буруу үйлсийн талаар түүний харж сонссон бүхэн сэтгэлийг нь зовоож, тэр өдөр шөнөгүй гашуун уй гашууд автсан юм.”</w:t>
      </w:r>
    </w:p>
    <w:p>
      <w:pPr>
        <w:pStyle w:val="ArticleBody"/>
        <w:jc w:val="left"/>
      </w:pPr>
      <w:r>
        <w:rPr>
          <w:rFonts w:ascii="Times New Roman" w:hAnsi="Times New Roman" w:eastAsia="Times New Roman" w:cs="Times New Roman"/>
        </w:rPr>
        <w:t>Нэг зуун дөчин дөрвөн мянга нь, Езекиел олзлогдон аваачигдсанаар дүрслэгдсэнчлэн, тараагдан бутарсан “Израилийн хөөгдөгсөд” мөн. Езекиел 9-д дүрслэгдсэн тамгалах үйл явц нь Илчлэл 7-д гардагтай адил бөгөөд эдгээр хоёр бүлэг хоёулаа эцсийн өдрүүдэд өрнөхөөр дүрслэгдсэн байдаг.</w:t>
      </w:r>
    </w:p>
    <w:p>
      <w:pPr>
        <w:pStyle w:val="ArticleScripture"/>
        <w:jc w:val="left"/>
      </w:pPr>
      <w:r>
        <w:rPr>
          <w:rFonts w:ascii="Times New Roman" w:hAnsi="Times New Roman" w:eastAsia="Times New Roman" w:cs="Times New Roman"/>
        </w:rPr>
        <w:t>“Бурханы зарц нарын энэ тамгалах үйл нь Езекиелд үзэгдлээр харуулсан тэрхүү үйл мөн.” Testimonies to Ministers, 445.</w:t>
      </w:r>
    </w:p>
    <w:p>
      <w:pPr>
        <w:pStyle w:val="ArticleBody"/>
        <w:jc w:val="left"/>
      </w:pPr>
      <w:r>
        <w:rPr>
          <w:rFonts w:ascii="Times New Roman" w:hAnsi="Times New Roman" w:eastAsia="Times New Roman" w:cs="Times New Roman"/>
        </w:rPr>
        <w:t>Сэнтийгээс Бурхан херубуудыг удирддаг бөгөөд тэд нь эргээд дугуйнуудыг захирдаг. Бүх зүйл эмх замбараагүй мэт харагдаж байсан тэр үед ч Бурхан бүхнийг хяналтандаа байлгаж байсныг Езекиел энэ үзэгдлээс ойлгох ёстой байсан. Эгч Уайт, дэлхийн хэргийг захирч байсан херубуудыг удирдан сэнтий дээр орших Бурханы бүтцийг тайлбарлан өгүүлснийхээ дараа, Христ долоон чуулганы дунд алхаж байсан ариун газарт Иоханыг дүрслэхдээ “үүнтэй адил байдлаар” хэмээн хэлдэг. Езекиел ба Иохан нь, онгодын тэмдэглэснээр, “Манай дэлхий дээр өрнөх гэж буй үйл явдлуудыг одоогоор бүр зүүдэлж ч амжаагүй байна” хэмээх зуун дөчин дөрвөн мянгын лацдах цаг үед амьдрах хүмүүсийн бэлгэдэл мөн.</w:t>
      </w:r>
    </w:p>
    <w:p>
      <w:pPr>
        <w:pStyle w:val="ArticleBody"/>
        <w:jc w:val="left"/>
      </w:pPr>
      <w:r>
        <w:rPr>
          <w:rFonts w:ascii="Times New Roman" w:hAnsi="Times New Roman" w:eastAsia="Times New Roman" w:cs="Times New Roman"/>
        </w:rPr>
        <w:t>Мэдээж Систер Уайт тэр үгсийг бичих үедээ, тэр үгс үнэн байсан; харин лацдах цагт тэд төгс биеллээ олдог. Хорь орчим жилийн өмнө, одоо дэлхий дээр Исламын царцааны сүрэглэлттэй уялдан болж буй зүйлсийг та төсөөлж байсан гэж үү? Илчлэл номын есдүгээр бүлэгт Исламыг бэлгэддэг дүр болох царцаа нь байгаль дахь Хойд Африкийн царцааны нүүдлийг хамруулдаг. Африкийн тэр сүрэглэн нүүдэллэх царцааны нүүдлийн зам нь Исламын эзлэн авсан газарзүйтэй давхцдаг. Ислам бол Ишмаелын удам бөгөөд Ишмаелын эх нь Агар байв. “Агар” гэдэг нь “нисэлт” эсвэл “зугтах” гэсэн утгатай. Араб хэлэнд энэ нэрийг ихэвчлэн Hajar (هاجر) хэмээн буулгадаг бөгөөд энэ нь Hijra (Мухаммедын нүүдэл/зугталт) гэсэн үгийг өгдөг мөн язгууртай холбоотой. Исламын язгуур нь зөвхөн царцааны сүрэглэлттэй холбоотой бус, тэрхүү язгуур нь нүүдэл гэсэн утгыг мөн агуулдаг. Хууль бус цагаачлал нь Исламын царцааны илрэл мөн гэж хэн нэгэн хэзээ нэгэн цагт зүүдэлж байсан гэж үү?</w:t>
      </w:r>
    </w:p>
    <w:p>
      <w:pPr>
        <w:pStyle w:val="ArticleBody"/>
        <w:jc w:val="left"/>
      </w:pPr>
      <w:r>
        <w:rPr>
          <w:rFonts w:ascii="Times New Roman" w:hAnsi="Times New Roman" w:eastAsia="Times New Roman" w:cs="Times New Roman"/>
        </w:rPr>
        <w:t>Дэлхий даяарх коммунистууд Исламын сүрэглэлүүдтэй эвсэл байгуулна гэж хэн нэгэн зүүдэлж байсан уу? Илчлэл 9, 11-д Ислам болон дэлхийчүүдийн луугийн эрх мэдэл тус тус ёроолгүй ангалуудаас гарч ирдэг бөгөөд ёроолгүй ангал нь сатанлаг хүчний илрэл юм. Одоогийн энэ хоёр холбоотон хоёулаа Үнэн Судрын дагуу Сатаны зэвсэг болдог.</w:t>
      </w:r>
    </w:p>
    <w:p>
      <w:pPr>
        <w:pStyle w:val="ArticleScripture"/>
        <w:jc w:val="left"/>
      </w:pPr>
      <w:r>
        <w:rPr>
          <w:rFonts w:ascii="Times New Roman" w:hAnsi="Times New Roman" w:eastAsia="Times New Roman" w:cs="Times New Roman"/>
        </w:rPr>
        <w:t>“‘Тэд гэрчлэлээ дуусгахад [дуусгаж байх үед].’ Тааран хувцас өмсөн эш үзүүлэх ёстой байсан хоёр гэрчийн хугацаа 1798 онд төгссөн. Тэдний бүдэг бадаг байдал дунд гүйцэтгэж байсан ажил төгсгөлдөө дөхөж байх үед, “ёроолгүй ангалын гүнээс гарч ирдэг араатан” хэмээн дүрслэгдсэн хүч тэдний эсрэг дайн хийх ёстой байв. Европын олон үндэстэнд Сүм ба Төрд ноёрхож байсан эрх мэдлүүд олон зууны турш папын засаглалаар дамжин Сатаны хяналтад байжээ. Гэвч энд Сатаны хүчний шинэ илрэл үзүүлэгдэж байна.” Агуу тэмцэл, 268.</w:t>
      </w:r>
    </w:p>
    <w:p>
      <w:pPr>
        <w:pStyle w:val="ArticleBody"/>
        <w:jc w:val="left"/>
      </w:pPr>
      <w:r>
        <w:rPr>
          <w:rFonts w:ascii="Times New Roman" w:hAnsi="Times New Roman" w:eastAsia="Times New Roman" w:cs="Times New Roman"/>
        </w:rPr>
        <w:t>Энд Уайт эгч Францын хувьсгалын үед социализм гарч ирснийг тодорхойлж, мөн түүнчлэн Сатан папын эрх мэдлийг ч захирдгийг тэмдэглэж байна. Илчлэлт номын арван долоодугаар бүлэгт папын эрх мэдэл мөн ёроолгүй ангалын гүнээс гарч ирдэг бөгөөд Илчлэлт номын есдүгээр бүлэгт Ислам нь ёроолгүй ангалын гүнээс гарсан утаа юм. Гол санаа хэвээр байна; эш үзүүлэлт үнэхээр, “Манай дэлхийд биелэгдэх үзэгдлүүдийг хүмүүс одоогоор зүүдэндээ ч оруулаагүй байна” гэж хэлэх гэсэн гэж үү? Ислам одоо Европ даяар тархаж, улмаар Америк тивүүд рүү бууж ирнэ гэж хэн зүүдэлсэн билээ? Нэгдсэн Үндэстний Байгууллага, Европын Холбоо, Америкийн Нэгдсэн Улсын Ардчилсан намын глобалистууд царцаануудыг дэлхий даяар тараана гэж та зүүдэлж байсан уу?</w:t>
      </w:r>
    </w:p>
    <w:p>
      <w:pPr>
        <w:pStyle w:val="ArticleBody"/>
        <w:jc w:val="left"/>
      </w:pPr>
      <w:r>
        <w:rPr>
          <w:rFonts w:ascii="Times New Roman" w:hAnsi="Times New Roman" w:eastAsia="Times New Roman" w:cs="Times New Roman"/>
        </w:rPr>
        <w:t>Боловсролын байгууллагуудыг коммунист ба исламын эвсэл эзлэн дийлэх бөгөөд энэ нь эдүгээ татварынхаа мөнгө нь өөрсдийн татвар төлдөг улсыг сүйтгэхэд зарцуулагдана гэж огтхон ч санаагүй иргэдийн татварын мөнгөөр санхүүжигдэж байна хэмээн хэн зүүдэлсэн билээ.</w:t>
      </w:r>
    </w:p>
    <w:p>
      <w:pPr>
        <w:pStyle w:val="ArticleBody"/>
        <w:jc w:val="left"/>
      </w:pPr>
      <w:r>
        <w:rPr>
          <w:rFonts w:ascii="Times New Roman" w:hAnsi="Times New Roman" w:eastAsia="Times New Roman" w:cs="Times New Roman"/>
        </w:rPr>
        <w:t>Исламын гарт цагаан арьст охидыг бүлэглэн хүчиндэх, хулгайлан авч явах, хорьж цагдах, алан хядахыг Их Британи дэмжиж, хамгаална гэж хэн зүүдэлсэн билээ? Хүн төрөлхтний түүхэнд оршин тогтнож байсан коммунист тогтолцоо бүр бүрэн бүтэлгүйтэл байсан гэдгийг олон хүн онцолдог; харин Британийн социализмын үр жимс нь тэр тогтолцооны эдийн засаг, улс төрийн үзэл баримтлалын бүтэлгүйтэлтэй адил хэмжээгээр социализмыг яллан буруушааж байна.</w:t>
      </w:r>
    </w:p>
    <w:p>
      <w:pPr>
        <w:pStyle w:val="ArticleBody"/>
        <w:jc w:val="left"/>
      </w:pPr>
      <w:r>
        <w:rPr>
          <w:rFonts w:ascii="Times New Roman" w:hAnsi="Times New Roman" w:eastAsia="Times New Roman" w:cs="Times New Roman"/>
        </w:rPr>
        <w:t>Дэлхийн худалдаачид арван долоон саяас давсан хүнийг үй олноор нь хөнөөхийг хэрэгжүүлэхийн тулд хорыг нэвтрүүлэхийг зөвшөөрнө гэж хэн зүүдэлж санах билээ?</w:t>
      </w:r>
    </w:p>
    <w:p>
      <w:pPr>
        <w:pStyle w:val="ArticleBody"/>
        <w:jc w:val="left"/>
      </w:pPr>
      <w:r>
        <w:rPr>
          <w:rFonts w:ascii="Times New Roman" w:hAnsi="Times New Roman" w:eastAsia="Times New Roman" w:cs="Times New Roman"/>
        </w:rPr>
        <w:t>Жорж Сорос, Билл Гейтс, Энтони Фаучи мэтийн хүмүүс чөтгөрийн шинжтэй хорон үйлсээ ямар ч үр дагаваргүйгээр үйлдэхийг зөвшөөрнө гэж хэн санасан билээ?</w:t>
      </w:r>
    </w:p>
    <w:p>
      <w:pPr>
        <w:pStyle w:val="ArticleBody"/>
        <w:jc w:val="left"/>
      </w:pPr>
      <w:r>
        <w:rPr>
          <w:rFonts w:ascii="Times New Roman" w:hAnsi="Times New Roman" w:eastAsia="Times New Roman" w:cs="Times New Roman"/>
        </w:rPr>
        <w:t>Эгч Уайт болж өнгөрөх үйл явдлуудыг зүүдэнд ч оромгүй гэж хэлэхдээ, тэрээр үүнийг нэг зуун дөчин дөрвөн мянгын тамгалагдах цаг үеийн хүрээнд хэлсэн юм. Тэрээр Матай хорин дөрөвт буй Христийн сэрэмжлүүлгийн талаар хэлсэн тайлбарынхаа үргэлжлэл болгон ийнхүү тэмдэглэсэн байдаг: “Эдгээр сургамж нь бидний тусын тулд юм. Бид итгэлээ Бурханд бат тогтоох хэрэгтэй, учир нь яг бидний өмнө хүний сэтгэлийг сорих цаг ирээд байна. Христ Чидун уулан дээр Өөрийнх нь хоёр дахь ирэлтийг урьдаас давах аймшигт шүүлтүүдийг дахин өгүүлсэн билээ.”</w:t>
      </w:r>
    </w:p>
    <w:p>
      <w:pPr>
        <w:pStyle w:val="ArticleBody"/>
        <w:jc w:val="left"/>
      </w:pPr>
      <w:r>
        <w:rPr>
          <w:rFonts w:ascii="Times New Roman" w:hAnsi="Times New Roman" w:eastAsia="Times New Roman" w:cs="Times New Roman"/>
        </w:rPr>
        <w:t>Түүний саяхан дурдсан сургамжууд нь ариун сүм дотор Езекиел болон Иохан хоёрын Бурхан бүх зүйлийг захирч байдгийг ойлгон мэдэхээр суралцаж байсан дүрслэлүүд байв. Одоо явагдаж буй төөрөгдөл ба тэрслэл дунд—түүх урагшлахын хэрээр улам л нэмэгдэн даамжрах тэр төөрөгдөл ба тэрслэл дунд—зөвхөн Езекиел, Иохан хоёроор ариун сүмд, мөн Исаиагаар төлөөлүүлэгдсэн Бурханы элч нар, бидний хэзээ ч төсөөлж зүүдлээгүй зүйлс хүртэл Бурханы мэдэл хяналтын дор хэвээр байдгийг ойлгосон цагт л Эзэнийг алдаршуулахуйц байдлаар түүхийг туулан замнах болно.</w:t>
      </w:r>
    </w:p>
    <w:p>
      <w:pPr>
        <w:pStyle w:val="ArticleBody"/>
        <w:jc w:val="left"/>
      </w:pPr>
      <w:r>
        <w:rPr>
          <w:rFonts w:ascii="Times New Roman" w:hAnsi="Times New Roman" w:eastAsia="Times New Roman" w:cs="Times New Roman"/>
        </w:rPr>
        <w:t>Нөгөө дугуйнуудтай огтлолцож буй тэдгээр дугуйнууд нь хэзээ ч төсөөлөгдөж байгаагүй үйл явдлуудыг хамардаг бөгөөд тэдгээр нь 9/11-нд эхэлсэн лацдах цаг үед өрнөдөг үйл явдлууд юм. Суралцах ёстой сургамжуудыг зөвхөн итгэлээр Хамгийн Ариун Газарт орж, Гэрээний Авдраас цацран гэрэлтэх Христ ба Түүний гэрлийг хардаг хүмүүс л сурдаг. Тэрхүү алдрыг Даниел арван бүлэгт дүрслэгдсэнчлэн харах үед, гэрлээс ашиг хүртэгч анги нь үзэгдлээс зугтсан хүмүүсээс тусгаарлагддаг.</w:t>
      </w:r>
    </w:p>
    <w:p>
      <w:pPr>
        <w:pStyle w:val="ArticleScripture"/>
        <w:jc w:val="left"/>
      </w:pPr>
      <w:r>
        <w:rPr>
          <w:rFonts w:ascii="Times New Roman" w:hAnsi="Times New Roman" w:eastAsia="Times New Roman" w:cs="Times New Roman"/>
        </w:rPr>
        <w:t>Харин тэр үзэгдлийг зөвхөн би, Даниел, ганцаараа үзэв. Учир нь надтай хамт байсан хүмүүс тэр үзэгдлийг үзээгүй боловч, тэдний дээр асар их чичрэл бууж, тийнхүү тэд өөрсдийгөө нуухаар зугтав. Даниел 10:7.</w:t>
      </w:r>
    </w:p>
    <w:p>
      <w:pPr>
        <w:pStyle w:val="ArticleBody"/>
        <w:jc w:val="left"/>
      </w:pPr>
      <w:r>
        <w:rPr>
          <w:rFonts w:ascii="Times New Roman" w:hAnsi="Times New Roman" w:eastAsia="Times New Roman" w:cs="Times New Roman"/>
        </w:rPr>
        <w:t>Өмнөх өгүүлэл дэх тэр хэсгээс үүнээс хавьгүй ихийг гарган авч болох боловч, энэ өгүүллийг төгсгөхдөө бид нэгэн дугуйн тухай авч үзэх болно. Өмнөх өгүүлэлд бид хорин тав гэсэн тооны бэлгэдлийг тэмдэглэн үзсэн бөгөөд түүнээс өмнө гуч гэсэн тоон дээр нэлээд хугацаа зарцуулсан билээ. Езекиелийн номоос тусах гэрэл нь зөвхөн бэлгэдэлт тоонууд бус боловч, төөрөгдлөөс тодорхой байдлыг гарган ирж эхлэхийн өмнө тэдгээр тоон бэлгэдлийн заримтай нь эхлээд танилцах нь ач холбогдолтой юм.</w:t>
      </w:r>
    </w:p>
    <w:p>
      <w:pPr>
        <w:pStyle w:val="ArticleHeading"/>
        <w:jc w:val="left"/>
      </w:pPr>
      <w:r>
        <w:rPr>
          <w:rFonts w:ascii="Arial" w:hAnsi="Arial" w:eastAsia="Arial" w:cs="Arial"/>
        </w:rPr>
        <w:t>Арван долоо</w:t>
      </w:r>
    </w:p>
    <w:p>
      <w:pPr>
        <w:pStyle w:val="ArticleBody"/>
        <w:jc w:val="left"/>
      </w:pPr>
      <w:r>
        <w:rPr>
          <w:rFonts w:ascii="Times New Roman" w:hAnsi="Times New Roman" w:eastAsia="Times New Roman" w:cs="Times New Roman"/>
        </w:rPr>
        <w:t>Хоёр зуун тавин жилийн тухай гурван эш үзүүллэг нь Смирнагийн сүмийн түүхийн төгсгөлөөс эхэлдэг арван долоон жилийн хугацааг заан тодорхойлдог. 313-аас 330 он хүртэлх арван долоон жил нь араатны хөргийг босгон байгуулахыг бэлгэдэн төлөөлдөг.</w:t>
      </w:r>
    </w:p>
    <w:p>
      <w:pPr>
        <w:pStyle w:val="ArticleBody"/>
        <w:jc w:val="left"/>
      </w:pPr>
      <w:r>
        <w:rPr>
          <w:rFonts w:ascii="Times New Roman" w:hAnsi="Times New Roman" w:eastAsia="Times New Roman" w:cs="Times New Roman"/>
        </w:rPr>
        <w:t>МЭӨ 457 онд эхэлсэн хоёр зуун тавин жил нь МЭӨ 207 онд төгссөн бөгөөд энэ нь Рафиагийн тулалдаанаас хойш арван жилийн дараа, Паниумын тулалдаанаас долоон жилийн өмнө байв. Рафиагаас Паниум хүртэл арван долоон жил байсан бөгөөд энэ нь Даниел 11-ийн арван нэгээс арван тавдугаар эшлэлүүдэд өгүүлэгдсэнээр, дөчдүгээр эшлэлийн нууцлаг түүхийг төлөөлдөг.</w:t>
      </w:r>
    </w:p>
    <w:p>
      <w:pPr>
        <w:pStyle w:val="ArticleBody"/>
        <w:jc w:val="left"/>
      </w:pPr>
      <w:r>
        <w:rPr>
          <w:rFonts w:ascii="Times New Roman" w:hAnsi="Times New Roman" w:eastAsia="Times New Roman" w:cs="Times New Roman"/>
        </w:rPr>
        <w:t>Птолемей IV Филопатор (мөн Птолемей IV гэж нэрлэгддэг) нь МЭӨ 217 онд болсон Рафийн тулалдаанд ялалт байгуулсан захирагч байв. Тэрээр МЭӨ 221 оноос МЭӨ 204 он хүртэл Птолемейн Египетийг хаан (мөн фараон)-аар захирсан тул арван долоон жилийн турш хаанчлав. Тэрээр Рафийн тулалдаанаас өмнө хаанчлалаа эхлүүлсэн боловч Паниумын тулалдаанаас өмнө нас баржээ.</w:t>
      </w:r>
    </w:p>
    <w:p>
      <w:pPr>
        <w:pStyle w:val="ArticleBody"/>
        <w:jc w:val="left"/>
      </w:pPr>
      <w:r>
        <w:rPr>
          <w:rFonts w:ascii="Times New Roman" w:hAnsi="Times New Roman" w:eastAsia="Times New Roman" w:cs="Times New Roman"/>
        </w:rPr>
        <w:t>Украины дайныг төлөөлөх Рафиагийн тулалдаан нь 2014 онд Америкийн Нэгдсэн Улс Украинд өнгөт хувьсгалыг бий болгосноор эхэлсэн. Өмнөдийн хаан Птолемей IV нь Владимир Путиныг бэлгэддэг бөгөөд тэрээр 2000 онд, 2001 онд эхэлсэн нэг зуун дөчин дөрвөн мянгыг тамгалах үйл явц эхлэхийн өмнөх жилд хаанчлалынхаа эхлэлийг тавьсан юм. Птолемейн адил, Путин ч Рафиагийн тулалдаанаар бэлгэдэгдсэн Украины дайнаас өмнө ноёрхож эхэлсэн бөгөөд уг дайн 2014 онд эхэлсэн. Паниумаас өмнө Птолемейгээр бэлгэдэгдсэн Путиныг зайлуулдаг. Путин 2000 онд хаанчлалынхаа эхлэлийг тавьсан тул энэ нь дараа жил болох 2001 онд эхэлсэн тамгалах цагийн эхлэлтэй нийцэж байна. Птолемейгээр дүрслэгдсэн бэлгэдэлт арван долоон жил нь Путины ноёрхох хугацааг тодорхойлдог бөгөөд тэрээр үүнийг тамгалах цагийн туршид хэрэгжүүлдэг.</w:t>
      </w:r>
    </w:p>
    <w:p>
      <w:pPr>
        <w:pStyle w:val="ArticleBody"/>
        <w:jc w:val="left"/>
      </w:pPr>
      <w:r>
        <w:rPr>
          <w:rFonts w:ascii="Times New Roman" w:hAnsi="Times New Roman" w:eastAsia="Times New Roman" w:cs="Times New Roman"/>
        </w:rPr>
        <w:t>МЭӨ 457 онд эхэлсэн хоёр зуун тавин жилийн төгсгөлөөр төлөөлөгдөх Трамп нь Рафийн тулалдаанаас эхэлдэг, арван долоон жилийн үргэлжлэх тэрхүү нэгэн нууцлаг түүхийн дотор байрладаг. Луу (Путин) болон хуурамч эш үзүүлэгч (Трамп) хоёулаа тэр нууцлаг түүхийн хүрээнд байрлана. Тэрхүү түүхийн дотор папын эрх мэдлийг бэлгэддэг «чиний ард түмний дээрэмчид» хэмээн дүрслэгдсэн араатан нь Рафияас Паниум хүртэлх арван долоон жилийн төгсгөлд байрладаг.</w:t>
      </w:r>
    </w:p>
    <w:p>
      <w:pPr>
        <w:pStyle w:val="ArticleBody"/>
        <w:jc w:val="left"/>
      </w:pPr>
      <w:r>
        <w:rPr>
          <w:rFonts w:ascii="Times New Roman" w:hAnsi="Times New Roman" w:eastAsia="Times New Roman" w:cs="Times New Roman"/>
        </w:rPr>
        <w:t>321 он нь АНУ дахь Ням гаргийн хуулийг төлөөлдөг бөгөөд 321 он нь 313 онд гарсан Миланы зарлигаас эхлэн 330 онд эзэнт гүрэн хуваагдах хүртэлх арван долоон жилийн хугацааны дотор оршиж байна.</w:t>
      </w:r>
    </w:p>
    <w:p>
      <w:pPr>
        <w:pStyle w:val="ArticleBody"/>
        <w:jc w:val="left"/>
      </w:pPr>
      <w:r>
        <w:rPr>
          <w:rFonts w:ascii="Times New Roman" w:hAnsi="Times New Roman" w:eastAsia="Times New Roman" w:cs="Times New Roman"/>
        </w:rPr>
        <w:t>Иосиягийн Агуу Дээгүүр Өнгөрөх баяр хэмээн нэрлэгддэг тэрхүү үйл явдлаар дүрслэгдсэн түүх нь иудейчүүдийн арван долоодугаар Юбилейн мөчлөгийг эхлүүлдэг. Хуучин Гэрээнд гардаг хамгийн агуу сэргэлт болох Иосиягийн Дээгүүр Өнгөрөх баяраас аравдугаар сарын 22 хүртэлх хугацаа нь 1840 оны 8 дугаар сарын 11-нээс 1844 оны аравдугаар сарын 22 хүртэлх Миллерийн хөдөлгөөний түүхийг төлөөлдөг бөгөөд үүнээс ч илүү чухлаар, 9/11-ээс Ням гаргийн хууль хүртэлх түүхийг төлөөлдөг. Нэг зуун дөчин дөрвөн мянгын лацдах цаг хугацаа нь Иосиягаас аравдугаар сарын 22 хүртэлх арван долоодугаар Юбилейн мөчлөгөөр дүрслэгддэг. Арван долоо нь лацдах цагийн гол үйл явдлуудтай холбоотой бэлгэдэл бөгөөд арван долоо хэмээх тоо нь Езекиелийн хүрднүүд огтлолцдог цэг мөн.</w:t>
      </w:r>
    </w:p>
    <w:p>
      <w:pPr>
        <w:pStyle w:val="ArticleBody"/>
        <w:jc w:val="left"/>
      </w:pPr>
      <w:r>
        <w:rPr>
          <w:rFonts w:ascii="Times New Roman" w:hAnsi="Times New Roman" w:eastAsia="Times New Roman" w:cs="Times New Roman"/>
        </w:rPr>
        <w:t>Даниелын дөчдүгээр эшлэлийн нууцлаг түүхэнд, мөнөөх бүлгийн аравдугаар эшлэлээс арван тавдугаар эшлэл хүртэл дүрслэгдсэнчлэн, Птолемейн хаанчлалаар луу “17” тоотой холбогддог. Арван нэгдүгээр эшлэлийн Рафиагийн тулалдаанаас арван тавдугаар эшлэлийн Рафиагийн тулалдаан хүртэлх түүх нь “17” жил юм. Тэрхүү түүх Дональд Трампыг эдгээр хоёр тулалдаанаар төлөөлүүлсэн арван долоон жилийн дунд байрлуулдаг. Трампын Америкийн Нэгдсэн Улсад бүрдүүлж, босгон байгуулдаг араатны дүр нь 313-аас 330 он хүртэлх “17” жилээр төлөөлөгдөнө. Нэгдүгээр бүлгийн нэгдүгээр эшлэлд Езекиел “17 дахь” Ивээлийн мөчлөгийн гуч дахь жилд байдаг. Арван долоон тоо нь Езекиелийн Хамгийн Ариун газарт харсан дугуйнуудын нэгийг төлөөлдөг гэж та хэзээ нэгэн цагт зүүдэлж байсан уу?</w:t>
      </w:r>
    </w:p>
    <w:p>
      <w:pPr>
        <w:pStyle w:val="ArticleBody"/>
        <w:jc w:val="left"/>
      </w:pPr>
      <w:r>
        <w:rPr>
          <w:rFonts w:ascii="Times New Roman" w:hAnsi="Times New Roman" w:eastAsia="Times New Roman" w:cs="Times New Roman"/>
        </w:rPr>
        <w:t>Езекиел бол лацдах цаг үеийн турш итгэлээр Ариун Ариунаас Ариунд орсон хүмүүсийн бэлгэ тэмдэг мөн. Тэд бол Петрийн тахилч нар юм.</w:t>
      </w:r>
    </w:p>
    <w:p>
      <w:pPr>
        <w:pStyle w:val="ArticleScripture"/>
        <w:jc w:val="left"/>
      </w:pPr>
      <w:r>
        <w:rPr>
          <w:rFonts w:ascii="Times New Roman" w:hAnsi="Times New Roman" w:eastAsia="Times New Roman" w:cs="Times New Roman"/>
        </w:rPr>
        <w:t>Та нар ч бас амьд чулуунууд мэтээр сүнслэг өргөө болон баригдаж, Есүс Христээр дамжин Бурханд тааламжит сүнслэг тахилуудыг өргөхийн тулд ариун санваартан болж байна. 1 Петр 2:5.</w:t>
      </w:r>
    </w:p>
    <w:p>
      <w:pPr>
        <w:pStyle w:val="ArticleBody"/>
        <w:jc w:val="left"/>
      </w:pPr>
      <w:r>
        <w:rPr>
          <w:rFonts w:ascii="Times New Roman" w:hAnsi="Times New Roman" w:eastAsia="Times New Roman" w:cs="Times New Roman"/>
        </w:rPr>
        <w:t>Тэд урьдаас сануулга авсан хэдий ч харахгүй, сонсохгүй өнгөрөх Бурханы хуучин гэрээний ард түмэнд, тэднийг алгасан өнгөрч буй тэр үед нь нэгэн мэдээг тунхаглахаар томилогдсон билээ.</w:t>
      </w:r>
    </w:p>
    <w:p>
      <w:pPr>
        <w:pStyle w:val="ArticleScripture"/>
        <w:jc w:val="left"/>
      </w:pPr>
      <w:r>
        <w:rPr>
          <w:rFonts w:ascii="Times New Roman" w:hAnsi="Times New Roman" w:eastAsia="Times New Roman" w:cs="Times New Roman"/>
        </w:rPr>
        <w:t>Тэр надад, Хүний хүү ээ, хэвлийгээ идүүлж, чамд өгч буй энэ хуйлмалыг гэдсээ дүүртэл идэгтүн, гэж айлдав. Тэгээд би түүнийг идсэнд, аманд минь зөгийн бал мэт амтлаг байв. Тэр надад, Хүний хүү ээ, Израилийн гэрт очиж, Миний үгсээр тэдэнд айлдагтун. Учир нь чи ойлгогдохгүй хэлтэй, хэцүү аялгатай ард түмэн уруу бус, харин Израилийн гэр уруу илгээгдэж байна; чи үгийг нь ойлгож үл чадах ойлгогдохгүй хэлтэй, хэцүү аялгатай олон ард түмэн уруу биш. Үнэхээр, хэрэв Би чамайг тэдэн уруу илгээсэнсэн бол, тэд чамайг сонсох байсан. Харин Израилийн гэр чамайг сонсохгүй; учир нь тэд Намайг сонсохгүй. Учир нь Израилийн бүх гэр ичгүүргүй бөгөөд хатуу зүрхтэй билээ. Болгоогтун, Би чиний нүүрийг тэдний нүүрний эсрэг хатуу, чиний духыг тэдний духны эсрэг хатуу болгосон. Цахиур чулуунаас ч хатуу алмас мэт Би чиний духыг болгосон. Тэднээс бүү эмээ, тэдний харцнаас бүү шантар, хэдий тэд тэрслүү гэр боловч. Езекиел 3:3–9.</w:t>
      </w:r>
    </w:p>
    <w:p>
      <w:pPr>
        <w:pStyle w:val="ArticleBody"/>
        <w:jc w:val="left"/>
      </w:pPr>
      <w:r>
        <w:rPr>
          <w:rFonts w:ascii="Times New Roman" w:hAnsi="Times New Roman" w:eastAsia="Times New Roman" w:cs="Times New Roman"/>
        </w:rPr>
        <w:t>Езекиелд Миллерийн хөдөлгөөний түүхэн дэх Протестантуудаар төлөөлөгдсөн хуучин гэрээт ард түмэн болон эцсийн өдрүүдийн Лаодикийн Долоо дахь өдрийн Адвентист сүмд хандах мэдээг тунхаглах тушаал өгөгдсөн. Хэрэв тэр энэ мэдээг тунхаглахаас татгалзвал сануулга авалгүй үлдсэн хүмүүсийн цус түүний дээр байх болно.</w:t>
      </w:r>
    </w:p>
    <w:p>
      <w:pPr>
        <w:pStyle w:val="ArticleScripture"/>
        <w:jc w:val="left"/>
      </w:pPr>
      <w:r>
        <w:rPr>
          <w:rFonts w:ascii="Times New Roman" w:hAnsi="Times New Roman" w:eastAsia="Times New Roman" w:cs="Times New Roman"/>
        </w:rPr>
        <w:t>Хүний хүү минь, Би чамайг Израилийн гэрийн манаач болгосон. Иймийн тул Миний амнаас гарах үгийг сонсож, Миний өмнөөс тэдэнд анхааруул. Би хорон муу хүнд, “Чи гарцаагүй үхнэ” гэж хэлэхэд, чи түүнд анхааруулга өгөхгүй, хорон муу хүнийг түүний хорон замаас нь буцаан, амийг нь аврахын тулд хэлж сэрэмжлүүлэхгүй бол, тэр хорон муу хүн өөрийн гэм буруунд үхэх болно; харин түүний цусыг Би чиний гараас нэхнэ. Харин чи хорон муу хүнд анхааруулсан авч, тэр өөрийн хорон муу явдлаас, эсвэл өөрийн хорон замаас эргэж буцахгүй бол, тэр өөрийн гэм буруунд үхэх болно; харин чи амиа аварсан байна. Мөн зөвт хүн өөрийн зөвт байдлаас эргэж, гэм буруу үйлдэн, Би түүний өмнө бүдрүүлэх зүйл тавивал, тэр үхэх болно. Чи түүнд анхааруулаагүйн учир тэр өөрийн нүгэл дотор үхэж, түүний үйлдсэн зөвт үйлс санагдахгүй; харин түүний цусыг Би чиний гараас нэхнэ. Гэвч чи зөвт хүнд нүгэл үйлдэхгүй байхын тулд анхааруулж, тэр нүгэл үйлдэхгүй бол, тэр анхааруулга авсан учраас гарцаагүй амьдрах болно; мөн чи амиа аварсан байна. Езекиел 3:17–21.</w:t>
      </w:r>
    </w:p>
    <w:p>
      <w:pPr>
        <w:pStyle w:val="ArticleBody"/>
        <w:jc w:val="left"/>
      </w:pPr>
      <w:r>
        <w:rPr>
          <w:rFonts w:ascii="Times New Roman" w:hAnsi="Times New Roman" w:eastAsia="Times New Roman" w:cs="Times New Roman"/>
        </w:rPr>
        <w:t>Езекиелийн эхний “арван нэгэн” бүлэгт түүнд Хебар мөрний дэргэд, тал нутагт болон Иерусалимд үзүүлсэн үзэгдлүүдээр Иерусалимын сүйрлийг харуулдаг. Тэрээр Иерусалим дээр айсуй шүүлтийн тухай анхааруулгыг тунхаглахаар томилогддог. Иерусалим дээр айсуй шүүлтийн тухай энэ анхааруулах мэдээ нь эхлээд Лаодикийн Долоо дахь өдрийн Адвентист сүмд өгөгдсөн анхааруулга юм. Энэхүү анхааруулга нь Бурханы тамгатай бус Иерусалим дахь Бурханы ард түмний шүүлт ба няцаалтыг тодорхойлдог. Езекиелээр бэлгэдэгдсэн энэхүү анхааруулга нь удахгүй гарах Ням гаргийн хуулийн тухай анхааруулга юм.</w:t>
      </w:r>
    </w:p>
    <w:p>
      <w:pPr>
        <w:pStyle w:val="ArticleBody"/>
        <w:jc w:val="left"/>
      </w:pPr>
      <w:r>
        <w:rPr>
          <w:rFonts w:ascii="Times New Roman" w:hAnsi="Times New Roman" w:eastAsia="Times New Roman" w:cs="Times New Roman"/>
        </w:rPr>
        <w:t>Эдгээр үнэнүүдийг өгүүлэн тавьсан эхний арван нэгэн бүлэгт Езекиел хэлгүй болгогдож, түүнээс хойш Бурхан түүний амыг онцгойлон нээх үед л ярьдаг болсон бөгөөд энэ нь Иерусалимын сүйрэл хүртэл үргэлжилж, тэр үед тэр дахин ярьж чаддаг болсон юм.</w:t>
      </w:r>
    </w:p>
    <w:p>
      <w:pPr>
        <w:pStyle w:val="ArticleScripture"/>
        <w:jc w:val="left"/>
      </w:pPr>
      <w:r>
        <w:rPr>
          <w:rFonts w:ascii="Times New Roman" w:hAnsi="Times New Roman" w:eastAsia="Times New Roman" w:cs="Times New Roman"/>
        </w:rPr>
        <w:t>Тэгтэл сүнс надад орж ирээд, намайг хөл дээр минь босгов; Тэр надтай ярьж, надад —Яв, гэрийнхээ дотор өөрийгөө түгж, гэв. Харин чи, өө хүний хүү, болгоогтун, тэд чам дээр уяа тавьж, түүгээр чамайг хүлэх бөгөөд чи тэдний дунд гарч явахгүй. Мөн Би чиний хэлийг амны чинь тагнайд наалдуулна, тэгснээр чи дуугүй болж, тэднийг зэмлэгч нь байхгүй болно. Учир нь тэд бол тэрслүү гэр юм. Харин Би чамтай ярих үед амыг чинь нээх бөгөөд чи тэдэнд —Эзэн БУРХАН ийнхүү айлдаж байна; Сонсогч нь сонсог; үл хэрэгсэгч нь үл хэрэгсэг. Учир нь тэд бол тэрслүү гэр юм, гэж хэлнэ. Езекиел 3:24–27.</w:t>
      </w:r>
    </w:p>
    <w:p>
      <w:pPr>
        <w:pStyle w:val="ArticleBody"/>
        <w:jc w:val="left"/>
      </w:pPr>
      <w:r>
        <w:rPr>
          <w:rFonts w:ascii="Times New Roman" w:hAnsi="Times New Roman" w:eastAsia="Times New Roman" w:cs="Times New Roman"/>
        </w:rPr>
        <w:t>Иерусалим нуран унахад, Езекиел дахин ярьж чаддаг болов.</w:t>
      </w:r>
    </w:p>
    <w:p>
      <w:pPr>
        <w:pStyle w:val="ArticleScripture"/>
        <w:jc w:val="left"/>
      </w:pPr>
      <w:r>
        <w:rPr>
          <w:rFonts w:ascii="Times New Roman" w:hAnsi="Times New Roman" w:eastAsia="Times New Roman" w:cs="Times New Roman"/>
        </w:rPr>
        <w:t>Бидний олзлогдсоны арван хоёр дахь жил, арав дахь сард, сарын тав дахь өдөр Иерусалимаас зугтан гарсан нэгэн хүн над дээр ирж, «Хот цохигдов» хэмээн хэлэв. ЭЗЭНий мутар орой нь, зугтан гарсан тэр хүн ирэхээс өмнө, миний дээр байсан бөгөөд өглөө тэр хүн над дээр иртэл Тэр миний амыг нээсэн байв; тийнхүү миний ам нээгдэж, би дахин хэлгүй байсангүй. Езекиел 33:21, 22.</w:t>
      </w:r>
    </w:p>
    <w:p>
      <w:pPr>
        <w:pStyle w:val="ArticleBody"/>
        <w:jc w:val="left"/>
      </w:pPr>
      <w:r>
        <w:rPr>
          <w:rFonts w:ascii="Times New Roman" w:hAnsi="Times New Roman" w:eastAsia="Times New Roman" w:cs="Times New Roman"/>
        </w:rPr>
        <w:t>Иерусалимын уналт нь сүүлчийн өдрүүд дэх Лаодикийн Долоо дахь өдрийн Адвентист сүмийн уналтыг төлөөлдөг. Тэрхүү уналт нь есдүгээр бүлэгт Иерусалим дотор тамгалагдсан хүмүүс дараа нь ялсан сүм болгон өргөгдөх тэр үед тохиолддог. Иерусалим доторх Лаодикийн хүмүүс зайлуулагдаж, зуун дөчин дөрвөн мянган хүн алдар суугийн хаанчлал тогтоогдох үед өргөгдөнө. Тэрхүү алдар суугийн хаанчлалыг загалмай дээр нигүүлслийн хаанчлал тогтоогдсоноор бэлгэдэн үзүүлсэн. Загалмай дээрх нигүүлслийн хаанчлал нь Ням гаргийн хуулийн үе дэх алдар суугийн хаанчлалтай нийцдэг бөгөөд эдгээр хоёр хаанчлал Езекиел номд орших эш үзүүллэгийн түүхийн дараалалд байрлуулагдсан байдаг. Езекиелийг ариун сүмийн хүрээнд авч үзэхэд эхний арван нэгэн бүлэг нь Бурханы ард түмэн буудай ба хогийн ургамлаас бүрддэг хэмээн тодорхойлогддог тэмцэгч сүмээс, Пентекостын буудайн өргөлөөс бүрддэг ялсан сүм болон өөрчлөгдөхийн хэрээр Бурханы сүмийн ариусгалын тухай өгүүлдэг.</w:t>
      </w:r>
    </w:p>
    <w:p>
      <w:pPr>
        <w:pStyle w:val="ArticleScripture"/>
        <w:jc w:val="left"/>
      </w:pPr>
      <w:r>
        <w:rPr>
          <w:rFonts w:ascii="Times New Roman" w:hAnsi="Times New Roman" w:eastAsia="Times New Roman" w:cs="Times New Roman"/>
        </w:rPr>
        <w:t>Израилийн бузар, хорон муу ноёнтон чи, чиний өдөр иржээ; гэм буруугийн төгсгөл ирэх үед, Эзэн БУРХАН ийнхүү айлдаж байна: Титмийг авч хая, титмийг буулга; энэ нь урьдын адил байхгүй. Намыг өргөмжилж, өндрийг намсга. Би үүнийг нураана, нураана, нураана; энэ нь эрх нь хэнд буй Тэр иртэл дахин байхгүй; тэгээд Би үүнийг Түүнд өгнө. Езекиел 21:25–27.</w:t>
      </w:r>
    </w:p>
    <w:p>
      <w:pPr>
        <w:pStyle w:val="ArticleBody"/>
        <w:jc w:val="left"/>
      </w:pPr>
      <w:r>
        <w:rPr>
          <w:rFonts w:ascii="Times New Roman" w:hAnsi="Times New Roman" w:eastAsia="Times New Roman" w:cs="Times New Roman"/>
        </w:rPr>
        <w:t>Зедекиа нь Иудагийн эцсийн хаан байсан бөгөөд тэрээр эдгээр эшлэлүүдэд гарч буй “өдөр нь ирсэн Израилийн хорон ёсгүй ноён” мөн. Небухаднезар Иерусалимыг эзлэн авахын даваан дээр байсан бөгөөд Зедекиагийн титмийг Вавилон авч хаях ёстой байв; Вавилоныг Мед ба Персүүд түлхэн унагаах бөгөөд тэднийг эргээд Грекчүүд түлхэн унагааж, Грекчүүдийг Ром түлхэн унагаах байлаа. Гурав дахь түлхэн унагаалт Ромд хүрч ирдэг бөгөөд энэ нь “түүнд зүй ёсоор харьяалагддаг” Хаан загалмай дээр тэр хаанчлалыг тогтоох үед нигүүлслийн хаанчлалын титмийг хүлээн авах түүх мөн.</w:t>
      </w:r>
    </w:p>
    <w:p>
      <w:pPr>
        <w:pStyle w:val="ArticleScripture"/>
        <w:jc w:val="left"/>
      </w:pPr>
      <w:r>
        <w:rPr>
          <w:rFonts w:ascii="Times New Roman" w:hAnsi="Times New Roman" w:eastAsia="Times New Roman" w:cs="Times New Roman"/>
        </w:rPr>
        <w:t>“‘Бузар булай хорон ноёнд’ эцсийн тооцооны өдөр иржээ. ‘Толгойн боолтыг ав,’ хэмээн Эзэн зарлигласан, ‘бас титмийг тайл.’ Христ Өөрөө хаанчлалаа тогтоох хүртэл Иудад дахин хаантай байхыг зөвшөөрөхгүй байв. ‘Би үүнийг эргүүлнэ, эргүүлнэ, эргүүлнэ,’ хэмээх нь Давидын гэрийн сэнтийн тухай тэнгэрлэг зарлиг байсан; ‘мөн эрх нь Түүнд хамаарах Нэгэн иртэл энэ нь дахин байхгүй; Би үүнийг Түүнд өгнө.’ Езекиел 21:25–27.” Зөнчид ба Хаад, 451.</w:t>
      </w:r>
    </w:p>
    <w:p>
      <w:pPr>
        <w:pStyle w:val="ArticleBody"/>
        <w:jc w:val="left"/>
      </w:pPr>
      <w:r>
        <w:rPr>
          <w:rFonts w:ascii="Times New Roman" w:hAnsi="Times New Roman" w:eastAsia="Times New Roman" w:cs="Times New Roman"/>
        </w:rPr>
        <w:t>Амьдагсдын шүүлт 9/11-нд эхэлсэнтэй хамт эхэлсэн хожмын борооны үед Христ Өөрийн алдрын хаанчлалыг байгуулдаг.</w:t>
      </w:r>
    </w:p>
    <w:p>
      <w:pPr>
        <w:pStyle w:val="ArticleScripture"/>
        <w:jc w:val="left"/>
      </w:pPr>
      <w:r>
        <w:rPr>
          <w:rFonts w:ascii="Times New Roman" w:hAnsi="Times New Roman" w:eastAsia="Times New Roman" w:cs="Times New Roman"/>
        </w:rPr>
        <w:t>“Дөрвөн тэнгэрэлч тавьж явуулах үед Христ Өөрийн хаанчлалыг байгуулна.” Spalding and Magan, 3.</w:t>
      </w:r>
    </w:p>
    <w:p>
      <w:pPr>
        <w:pStyle w:val="ArticleBody"/>
        <w:jc w:val="left"/>
      </w:pPr>
      <w:r>
        <w:rPr>
          <w:rFonts w:ascii="Times New Roman" w:hAnsi="Times New Roman" w:eastAsia="Times New Roman" w:cs="Times New Roman"/>
        </w:rPr>
        <w:t>Бэлтгэлийн үе 9/11-ээс эхэлж, Ням гаргийн хууль тогтоогдох үед алдар суут ариун уул нь бүх толгод, уулсаас дээгүүр өргөгдөнө.</w:t>
      </w:r>
    </w:p>
    <w:p>
      <w:pPr>
        <w:pStyle w:val="ArticleScripture"/>
        <w:jc w:val="left"/>
      </w:pPr>
      <w:r>
        <w:rPr>
          <w:rFonts w:ascii="Times New Roman" w:hAnsi="Times New Roman" w:eastAsia="Times New Roman" w:cs="Times New Roman"/>
        </w:rPr>
        <w:t>Амосын хүү Исаиагийн Иуда ба Иерусалимын талаар үзсэн үг. Эцсийн өдрүүдэд ЭЗЭНий өргөөний уул нь уулсын оройд бат тогтоогдож, толгодоос дээгүүр өргөмжлөгдөнө; бүх үндэстэн түүн уруу урсан ирнэ. Олон ард түмэн явж, —Ирэгтүн, ЭЗЭНий ууланд, Иаковын Бурханы өргөөнд хамт өгсөцгөөе; Тэр Өөрийн замуудаас бидэнд зааж өгнө, бид Түүний жимүүдээр алхах болно. Учир нь хууль Сионоос гарч, ЭЗЭНий үг Иерусалимаас гарах болно,— гэж хэлнэ. Исаиа 2:1–3.</w:t>
      </w:r>
    </w:p>
    <w:p>
      <w:pPr>
        <w:pStyle w:val="ArticleBody"/>
        <w:jc w:val="left"/>
      </w:pPr>
      <w:r>
        <w:rPr>
          <w:rFonts w:ascii="Times New Roman" w:hAnsi="Times New Roman" w:eastAsia="Times New Roman" w:cs="Times New Roman"/>
        </w:rPr>
        <w:t>9/11-нд салхи суллагдаж, дараа нь тогтоогдсон бөгөөд ийнхүү Даниелын хоёрдугаар бүлгийн хаанчлал тогтоогдож эхэлсний эхлэлийг тэмдэглэсэн юм. Тэрхүү хаанчлал нь бүх дэлхийг дүүргэдэг уулнаас хүний гар хүрэлгүйгээр цавчигдан гарсан чулуугаар дүрслэгдсэн байдаг.</w:t>
      </w:r>
    </w:p>
    <w:p>
      <w:pPr>
        <w:pStyle w:val="ArticleScripture"/>
        <w:jc w:val="left"/>
      </w:pPr>
      <w:r>
        <w:rPr>
          <w:rFonts w:ascii="Times New Roman" w:hAnsi="Times New Roman" w:eastAsia="Times New Roman" w:cs="Times New Roman"/>
        </w:rPr>
        <w:t>“Энэхүү үзэгдэл 1847 онд өгөгдсөн бөгөөд тэр үед Амралтын өдрийг сахидаг Адвентист ахан дүүс тун цөөхөн байсан; тэдний дундаас ч үүнийг сахих нь Бурханы ард түмэн ба үл итгэгчдийн хооронд хил зааг татахуйц хангалттай чухал гэж үздэг нь цөөн байв. Одоо тэр үзэгдлийн биелэлт харагдаж эхэлж байна. Энд дурдсан ‘тэрхүү зовлонгийн цагийн эхлэл’ нь гай гамшгууд асгарч эхлэх үеийг бус, харин тэдгээр асгарахын яг өмнөхөн, Христ ариун сүмд байх тэр богино хугацааг хэлж байна. Тэр үед, авралын ажил төгсгөлдөө хүрч байх зуур, дэлхий дээр зовлон нүүрлэх бөгөөд үндэстнүүд хилэгнэх боловч гурав дахь тэнгэрэлчийн ажлыг саатуулахгүйн тулд тэд хазаарлагдсан байх болно. Тэр үед ‘сүүлчийн бороо’, өөрөөр хэлбэл Эзэний оршихуйгаас ирэх сэргээн тэнхрүүлэлт ирж, гурав дахь тэнгэрэлчийн чанга дуу хоолойд хүч өгч, долоон сүүлчийн гай гамшиг асгарах үед ариун хүмүүсийг тэсэж зогсоход бэлтгэх болно.” Early Writings, 85.</w:t>
      </w:r>
    </w:p>
    <w:p>
      <w:pPr>
        <w:pStyle w:val="ArticleBody"/>
        <w:jc w:val="left"/>
      </w:pPr>
      <w:r>
        <w:rPr>
          <w:rFonts w:ascii="Times New Roman" w:hAnsi="Times New Roman" w:eastAsia="Times New Roman" w:cs="Times New Roman"/>
        </w:rPr>
        <w:t>Христ Өөрийн мөнхийн хаанчлалыг хожмын борооны үед байгуулдаг бөгөөд Түүний хаанчлалд загалмай дээр тогтоогдсон нигүүлслийн хаанчлал, мөн Ням гаргийн хуулийн үед илрэх Түүний сүр жавхлангийн хаанчлал хоёул багтана. Зедекиагаас Вавилон хүртэл (1-р хаанчлал), Мидо-Перс хүртэл (2-р хаанчлал), Грек хүртэл (3-р хаанчлал), цаашлаад харь Ром хүртэл (4-р хаанчлал) үргэлжлэх түүх нь нигүүлслийн хаанчлалд хүргэх түүхийг тодорхойлдог. Тэрхүү түүх нь Папын Ромоос (сүнслэг Вавилон 5-р хаанчлал), АНУ хүртэл (сүнслэг Мидо-Перс 6-р хаанчлал), Нэгдсэн Үндэстний Байгууллага хүртэл (сүнслэг Грек 7-р хаанчлал), цаашлаад луу, араатан, хуурамч эш үзүүлэгчийн гурвалсан холбоонд хүрэх зэрэгцээ түүхэн дарааллыг тодорхойлдог; эдгээр нь хамтдаа орчин үеийн Ромыг бүрдүүлдэг (долоогоос гарсан 8-р сүнслэг Ромын хаанчлал).</w:t>
      </w:r>
    </w:p>
    <w:p>
      <w:pPr>
        <w:pStyle w:val="ArticleBody"/>
        <w:jc w:val="left"/>
      </w:pPr>
      <w:r>
        <w:rPr>
          <w:rFonts w:ascii="Times New Roman" w:hAnsi="Times New Roman" w:eastAsia="Times New Roman" w:cs="Times New Roman"/>
        </w:rPr>
        <w:t>Даниел хоёрдугаар бүлэгт өгүүлэгдсэн тэр хаанчлалын ялалт нь хад чулуугаар дүрслэгдсэн бөгөөд Бурханд үнэнч хүмүүс нь ариун сүм дэх чулуунууд мөн.</w:t>
      </w:r>
    </w:p>
    <w:p>
      <w:pPr>
        <w:pStyle w:val="ArticleScripture"/>
        <w:jc w:val="left"/>
      </w:pPr>
      <w:r>
        <w:rPr>
          <w:rFonts w:ascii="Times New Roman" w:hAnsi="Times New Roman" w:eastAsia="Times New Roman" w:cs="Times New Roman"/>
        </w:rPr>
        <w:t>Та нар мөн амьд чулуунуудын адил сүнслэг өргөө болон байгуулагдаж, Есүс Христээр дамжин Бурханд тааламжтай сүнслэг тахилуудыг өргөхийн тулд ариун санваартан болж байна. 1 Петр 2:5.</w:t>
      </w:r>
    </w:p>
    <w:p>
      <w:pPr>
        <w:pStyle w:val="ArticleBody"/>
        <w:jc w:val="left"/>
      </w:pPr>
      <w:r>
        <w:rPr>
          <w:rFonts w:ascii="Times New Roman" w:hAnsi="Times New Roman" w:eastAsia="Times New Roman" w:cs="Times New Roman"/>
        </w:rPr>
        <w:t>Тэр мөнхийн хаанчлал нь дэлхийн хаанчлалуудыг ялж, бүх дэлхийг дүүргэдэг. Езекиелийн номын дөчдүгээр бүлгээс номынх нь төгсгөл хүртэл, мөнөөх л тэр хаанчлал нь амийн усаар дэлхийг дүүргэдэг сүм болгон дүрслэгдсэн байдаг.</w:t>
      </w:r>
    </w:p>
    <w:p>
      <w:pPr>
        <w:pStyle w:val="ArticleBody"/>
        <w:jc w:val="left"/>
      </w:pPr>
      <w:r>
        <w:rPr>
          <w:rFonts w:ascii="Times New Roman" w:hAnsi="Times New Roman" w:eastAsia="Times New Roman" w:cs="Times New Roman"/>
        </w:rPr>
        <w:t>Бид эдгээр зүйлсийг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ишлэлийн нууцлаг түүх — Хорин гуравдугаар тоо</dc:title>
  <dc:subject>Езекиел Дөрөвдүгээр Дугаар</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