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 түүх – Хорин тавдугаар дугаар</w:t>
      </w:r>
    </w:p>
    <w:p>
      <w:pPr>
        <w:pStyle w:val="ArticleSubtitle"/>
        <w:jc w:val="left"/>
      </w:pPr>
      <w:r>
        <w:rPr>
          <w:rFonts w:ascii="Arial" w:hAnsi="Arial" w:eastAsia="Arial" w:cs="Arial"/>
        </w:rPr>
        <w:t>Езекиел Зургаа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Би Гэрчлэлүүд дэх нэгэн хэсгээс эш татан, ариун сүм доторх Езекиел, Исаиа, Иохан нарын туршлагатай холбогдох үнэний янз бүрийн шугамуудыг авч ирсэн. Иохан Илчлэлт номын нэгдүгээр бүлэгт өөрийн ард байсан дуу хоолойг харахаар эргэн харсан.</w:t>
      </w:r>
    </w:p>
    <w:p>
      <w:pPr>
        <w:pStyle w:val="ArticleScripture"/>
        <w:jc w:val="left"/>
      </w:pPr>
      <w:r>
        <w:rPr>
          <w:rFonts w:ascii="Times New Roman" w:hAnsi="Times New Roman" w:eastAsia="Times New Roman" w:cs="Times New Roman"/>
        </w:rPr>
        <w:t>Эзэний өдөр би Сүнсэнд байж, ар талаасаа бүрээ мэт аугаа дууг сонсов. Тэр дуу ийн өгүүлэв: Би бол Альфа ба Омега, эхнийх бөгөөд эцсийнх мөн. Чи юу харснаа номд бичээд Азид буй долоон чуулганд—Ефест, Смирнад, Пергамд, Тиатирад, Сардист, Филаделфид, Лаодикад—илгээ. Тэгээд би надтай ярьж байсан дуу хоолойг харахаар эргэв. Эргэж хараад, би долоон алтан дэнлүүний суурь үзэв. Илчлэлт 1:10–12.</w:t>
      </w:r>
    </w:p>
    <w:p>
      <w:pPr>
        <w:pStyle w:val="ArticleBody"/>
        <w:jc w:val="left"/>
      </w:pPr>
      <w:r>
        <w:rPr>
          <w:rFonts w:ascii="Times New Roman" w:hAnsi="Times New Roman" w:eastAsia="Times New Roman" w:cs="Times New Roman"/>
        </w:rPr>
        <w:t>Патмос арал дээрээс, түүнчлэн тэнгэрийн ариун сүм дотор, Иохан Христийн тухай үзэгдлийг харсан бөгөөд Сестра Уайт бидэнд мэдүүлснээр, энэ нь Даниел өөрийн номын аравдугаар бүлэгт харсан тэрхүү адил үзэгдэл мөн.</w:t>
      </w:r>
    </w:p>
    <w:p>
      <w:pPr>
        <w:pStyle w:val="ArticleScripture"/>
        <w:jc w:val="left"/>
      </w:pPr>
      <w:r>
        <w:rPr>
          <w:rFonts w:ascii="Times New Roman" w:hAnsi="Times New Roman" w:eastAsia="Times New Roman" w:cs="Times New Roman"/>
        </w:rPr>
        <w:t>“‘Тэр өдрүүдэд би, Даниел, бүтэн гурван долоо хоног гашуудаж байлаа. Би амтат талх идээгүй, мах ч дарс ч аманд минь орсонгүй, бас өөрийгөө огт тослоогүй байлаа.... Тэгээд би нүдээ өргөн харвал, харагтун, маалинган хувцас өмссөн нэгэн хүн байв; бүсэлхий нь Уфазын цэвэр алтаар бүслэгдсэн байлаа. Түүний бие бадмаараг мэт, нүүр царай нь аянгын дүр мэт, нүд нь галын дэнлүү мэт, гар хөл нь өнгөлсөн гууль мэт өнгөтэй, үгийнх нь дуу хоолой үй олон хүний дуу мэт байлаа’ (Даниел 10:2–6).”</w:t>
      </w:r>
    </w:p>
    <w:p>
      <w:pPr>
        <w:pStyle w:val="ArticleScripture"/>
        <w:jc w:val="left"/>
      </w:pPr>
      <w:r>
        <w:rPr>
          <w:rFonts w:ascii="Times New Roman" w:hAnsi="Times New Roman" w:eastAsia="Times New Roman" w:cs="Times New Roman"/>
        </w:rPr>
        <w:t>“Энэхүү дүрслэл нь Христ Патмос арал дээр Иоханд илчлэгдэн үзэгдэхэд өгөгдсөн дүрслэлтэй адил юм. Бурханы Хүүгээс дутуугүй Нэгэн Даниелд үзэгдсэн билээ. Эзэн маань өөр нэгэн тэнгэрийн элчийн хамт ирж, эцсийн өдрүүдэд юу болохыг Даниелд заахаар ирдэг.” Sanctified Life, 49.</w:t>
      </w:r>
    </w:p>
    <w:p>
      <w:pPr>
        <w:pStyle w:val="ArticleBody"/>
        <w:jc w:val="left"/>
      </w:pPr>
      <w:r>
        <w:rPr>
          <w:rFonts w:ascii="Times New Roman" w:hAnsi="Times New Roman" w:eastAsia="Times New Roman" w:cs="Times New Roman"/>
        </w:rPr>
        <w:t>Эхний есөн ишлэл нь хүний шалгалтын хугацаа дуусахын яг өмнө Есүс Христийн Илчлэл хэрхэн лацнаасаа тайлагддагийг тодорхойлдог. Илчлэлийг Бурхан Есүст өгсөн бөгөөд Есүс түүнийг Габриелд өгч, Габриел Иоханд өгсөн ба Иохан тэрхүү мэдээг долоон чуулганд илгээх даалгаврыг хүлээн авсан юм. Исаиа мөн адил үүрэг даалгаврыг зургаадугаар бүлэгт хүлээн авсан бөгөөд Езекиел хоёр, гуравдугаар бүлгүүдэд түүнтэй адил тушаалыг хүлээн авсан. Иохан өөрийн даалгаврыг хүлээн авах үедээ хоригдол байсан; Езекиел, Даниел нар Вавилонд олзлогдогсод байсан бөгөөд Исаиа Иудагийн ёс бус хаан Ахазын үеийн түүхэн нөхцөлд амьдарч байв.</w:t>
      </w:r>
    </w:p>
    <w:p>
      <w:pPr>
        <w:pStyle w:val="ArticleScripture"/>
        <w:jc w:val="left"/>
      </w:pPr>
      <w:r>
        <w:rPr>
          <w:rFonts w:ascii="Times New Roman" w:hAnsi="Times New Roman" w:eastAsia="Times New Roman" w:cs="Times New Roman"/>
        </w:rPr>
        <w:t>“Дугуйн дотор дугуйнууд байсан бөгөөд тэдгээрийн зохион байгуулалт нь тийнхүү төвөгтэй байсан тул анхны харцаар тэдгээр нь Езекиелд бүхэлдээ эмх замбараагүй мэт үзэгдэв. Гэвч тэд хөдөлж эхлэхэд гайхамшигт нарийвчлалтайгаар, төгс зохицолд хөдөлж байлаа. Тэнгэрлэг оршнолууд эдгээр дугуйг хөдөлгөж байсан бөгөөд хамгийн дээдэд нь сүр жавхлант индранил сэнтийн дээр Мөнхийн Нэгэн заларч байв; харин сэнтийг тойрон хүрээлсэн солонго нь нигүүлсэл ба хайрын бэлгэ тэмдэг байлаа. Үзэгдлийн аймшигт сүр жавхланд автагдан Езекиел нүүрээрээ унахад, нэгэн дуу хоолой түүнд босож, ЭЗЭНий үгийг сонсохыг тушаав. Тэгээд түүнд Израилийн төлөө анхааруулгын мэдээ өгөгдөв.” Testimonies, 751.</w:t>
      </w:r>
    </w:p>
    <w:p>
      <w:pPr>
        <w:pStyle w:val="ArticleScripture"/>
        <w:jc w:val="left"/>
      </w:pPr>
      <w:r>
        <w:rPr>
          <w:rFonts w:ascii="Times New Roman" w:hAnsi="Times New Roman" w:eastAsia="Times New Roman" w:cs="Times New Roman"/>
        </w:rPr>
        <w:t>Мөн би Эзэний дууг сонсов. Тэр, «Би хэнийг илгээх вэ, хэн бидний төлөө явах вэ?» хэмээн айлдав. Тэгэхэд би, «Би энд байна; намайг илгээгээч» хэмээн өгүүлэв. Исаиа 6:8.</w:t>
      </w:r>
    </w:p>
    <w:p>
      <w:pPr>
        <w:pStyle w:val="ArticleScripture"/>
        <w:jc w:val="left"/>
      </w:pPr>
      <w:r>
        <w:rPr>
          <w:rFonts w:ascii="Times New Roman" w:hAnsi="Times New Roman" w:eastAsia="Times New Roman" w:cs="Times New Roman"/>
        </w:rPr>
        <w:t>“Энэ үзэгдэл нь Езекиелд түүний оюун санаа бараан түгшүүрт зөгнөлөөр дүүрэн байсан цагт өгөгдсөн юм. Тэрээр эцэг өвгөдийнхөө нутгийг эзгүйрэн хэвтэхийг харжээ...”</w:t>
      </w:r>
    </w:p>
    <w:p>
      <w:pPr>
        <w:pStyle w:val="ArticleScripture"/>
        <w:jc w:val="left"/>
      </w:pPr>
      <w:r>
        <w:rPr>
          <w:rFonts w:ascii="Times New Roman" w:hAnsi="Times New Roman" w:eastAsia="Times New Roman" w:cs="Times New Roman"/>
        </w:rPr>
        <w:t>Үүний адил, Бурхан сүмийн ирээдүйн үеүүдийн түүхийг хайртай Иоханд нээх гэж байхдаа, “Хүний Хүүтэй адил Нэгэн”-ийг лааны сууринуудын дунд явж буйгаар түүнд илчилснээр, Аврагч Өөрийн ард түмний төлөөх анхаарал, халамжаа түүнд батлан өгсөн бөгөөд тэрхүү лааны сууринууд нь долоон сүмийг бэлгэдэж байв. …</w:t>
      </w:r>
    </w:p>
    <w:p>
      <w:pPr>
        <w:pStyle w:val="ArticleScripture"/>
        <w:jc w:val="left"/>
      </w:pPr>
      <w:r>
        <w:rPr>
          <w:rFonts w:ascii="Times New Roman" w:hAnsi="Times New Roman" w:eastAsia="Times New Roman" w:cs="Times New Roman"/>
        </w:rPr>
        <w:t>“Эдгээр сургамж нь бидний тусын тулд юм. Бид Бурханд итгэх итгэлээ бат тогтоон хадгалах хэрэгтэй. Учир нь яг бидний өмнө хүмүүсийн сэтгэлийг сорих цаг ирээд байна. …</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 эшлэл түргэнээр биелж байна. Эзэн үүдэн дээр байна. Удалгүй амьд бүхэнд асар их ач холбогдолтой нэгэн үе бидний өмнө нээгдэх гэж байна. Өнгөрсөн үеийн маргаанууд дахин сэргэнэ; шинэ маргаанууд гарч ирнэ. Манай дэлхийд өрнөх гэж буй үзэгдлүүд одоогоор бүр зүүдлэгдээгүй ч байна. Сатан хүн төрөлхтний төлөөллүүдээр дамжин ажиллаж байна. Үндсэн хуулийг өөрчилж, Ням гаргийг сахихыг албадсан хууль тогтоохыг чармайж буй хүмүүс үүний үр дүн юу болохыг өчүүхэн ч ухаарахгүй байна. Хямрал яг бидний дээр тулж ирээд байна.”</w:t>
      </w:r>
    </w:p>
    <w:p>
      <w:pPr>
        <w:pStyle w:val="ArticleScripture"/>
        <w:jc w:val="left"/>
      </w:pPr>
      <w:r>
        <w:rPr>
          <w:rFonts w:ascii="Times New Roman" w:hAnsi="Times New Roman" w:eastAsia="Times New Roman" w:cs="Times New Roman"/>
        </w:rPr>
        <w:t>“Харин Бурханы зарц нар энэ агуу онцгой хямралын үед өөрсдөдөө найдаж болохгүй. Исаиа, Езекиел, Иохан нарт өгөгдсөн үзэгдлүүдээс бид тэнгэр газар дээр болж буй үйл явдлуудтай ямар нягт холбоотой байдгийг, мөн Түүнд үнэнч байдаг хүмүүсийн төлөөх Бурханы халамж хэчнээн агуу болохыг хардаг. Ертөнц захирагчгүй биш юм. Ирэх үйл явдлуудын төлөвлөгөө Эзэний гарт байна. Тэнгэрийн Сүр Жавхлант Нэгэн үндэстнүүдийн хувь тавилан, мөн Өөрийн чуулганы хэргийг Өөрийн мэдэл, асрамжид байлгадаг. …”</w:t>
      </w:r>
    </w:p>
    <w:p>
      <w:pPr>
        <w:pStyle w:val="ArticleScripture"/>
        <w:jc w:val="left"/>
      </w:pPr>
      <w:r>
        <w:rPr>
          <w:rFonts w:ascii="Times New Roman" w:hAnsi="Times New Roman" w:eastAsia="Times New Roman" w:cs="Times New Roman"/>
        </w:rPr>
        <w:t>“Езекиелийн үзэгдэлд Бурхан Өөрийн мутрыг херубуудын жигүүрийн дор байлгасан байв. Энэ нь Өөрийн зарц нарт тэдэнд амжилт авчирдаг нь тэнгэрлэг хүч мөн гэдгийг заахын тулд юм. Хэрэв тэд гэм бурууг зайлуулж, зүрх сэтгэл болоод амьдралаараа ариун болбол, Тэр тэдэнтэй хамт ажиллах болно.</w:t>
      </w:r>
    </w:p>
    <w:p>
      <w:pPr>
        <w:pStyle w:val="ArticleScripture"/>
        <w:jc w:val="left"/>
      </w:pPr>
      <w:r>
        <w:rPr>
          <w:rFonts w:ascii="Times New Roman" w:hAnsi="Times New Roman" w:eastAsia="Times New Roman" w:cs="Times New Roman"/>
        </w:rPr>
        <w:t>“Амьд биетүүдийн дунд цахилгаан мэт хурдтайгаар явах тод гэрэл нь энэ ажил эцэстээ гүйцэлдэн урагшлах хурдыг илэрхийлдэг. …”</w:t>
      </w:r>
    </w:p>
    <w:p>
      <w:pPr>
        <w:pStyle w:val="ArticleScripture"/>
        <w:jc w:val="left"/>
      </w:pPr>
      <w:r>
        <w:rPr>
          <w:rFonts w:ascii="Times New Roman" w:hAnsi="Times New Roman" w:eastAsia="Times New Roman" w:cs="Times New Roman"/>
        </w:rPr>
        <w:t>“Ах дүү нар аа, эдүгээ гашуудаж цөхрөх цаг биш, эргэлзээ ба үл итгэлд бууж өгөх цаг биш юм. Христ одоо Иосефын шинэ булшинд, их чулуугаар амыг нь таглаж, Ромын лацаар тамгалсан тэрхүү булшинд байгаа Аврагч биш; бидэнд амилсан Аврагч бий. Тэр бол Хаан, түмэн цэргийн Эзэн мөн; Тэр херубуудын дунд залардаг; үндэстнүүдийн тэмцэл ба үймээний дунд ч Тэр Өөрийн ард түмнийг одоо хүртэл хамгаалсаар байна. Тэнгэрүүдэд захирдаг Нэгэн бол бидний Аврагч мөн. Тэр сорилт бүрийг хэмждэг. Тэр сүнс бүрийг шалган турших ёстой зуухны галыг ажиглан хардаг. Хаадын бат цайзууд нураан унагдах үед, Бурханы хилэнгийн сумнууд Түүний дайснуудын зүрхийг нэвт сүлбэх үед ч, Түүний ард түмэн Түүний мутарт аюулгүй байх болно.” Testimonies, volume 5, 752–754.</w:t>
      </w:r>
    </w:p>
    <w:p>
      <w:pPr>
        <w:pStyle w:val="ArticleBody"/>
        <w:jc w:val="left"/>
      </w:pPr>
      <w:r>
        <w:rPr>
          <w:rFonts w:ascii="Times New Roman" w:hAnsi="Times New Roman" w:eastAsia="Times New Roman" w:cs="Times New Roman"/>
        </w:rPr>
        <w:t>Библийн дөрвөн гэрч Есүс Христийн Илчлэлийн мэдээ нь эдгээр эш үзүүлэгчдийн ариун сүм дэх туршлагаар төлөөлөгдсөн хүмүүст өгөгддөг болохыг гэрчилдэг. Бид тэнгэрийн ариун сүмд орох үед л тунхаглахаар томилогдсон тэрхүү мэдээг хүлээн авдаг. “Бүх сүнс”-ийг сорьдог “зуухны гал” нь Малахи гуравдугаар бүлгийн зуух мөн.</w:t>
      </w:r>
    </w:p>
    <w:p>
      <w:pPr>
        <w:pStyle w:val="ArticleScripture"/>
        <w:jc w:val="left"/>
      </w:pPr>
      <w:r>
        <w:rPr>
          <w:rFonts w:ascii="Times New Roman" w:hAnsi="Times New Roman" w:eastAsia="Times New Roman" w:cs="Times New Roman"/>
        </w:rPr>
        <w:t>Харин Түүний ирэх өдрийг хэн тэсвэрлэж чадах вэ? Тэр үзэгдэхэд хэн зогсож чадах вэ? Учир нь Тэр бол цэвэршүүлэгчийн гал мэт, даавуу цайруулагчийн шүлт мэт билээ. Тэр мөнгийг цэвэршүүлж, ариусгагч мэт сууж, Левийн хөвгүүдийг ариусган, тэднийг алт мөнгө мэт цэвэршүүлэх болно. Ингэснээр тэд ЭЗЭНд зөвт байдлын өргөлийг өргөх болно. Тэгээд Иуда ба Иерусалимын өргөл нь эртний өдрүүдийн адил, өнгөрсөн он жилүүдийн адил ЭЗЭНд тааламжтай байх болно. Малахи 3:2–4.</w:t>
      </w:r>
    </w:p>
    <w:p>
      <w:pPr>
        <w:pStyle w:val="ArticleBody"/>
        <w:jc w:val="left"/>
      </w:pPr>
      <w:r>
        <w:rPr>
          <w:rFonts w:ascii="Times New Roman" w:hAnsi="Times New Roman" w:eastAsia="Times New Roman" w:cs="Times New Roman"/>
        </w:rPr>
        <w:t>Мөнгө цэвэршүүлэгч нь мөнгө өөрийнх нь нүүр царайг тусган харуулахуйц тийм цэвэр болсон үед л түүнийг зууханд зөв хугацаагаар байлгаснаа мэддэг. Эрт цагт мөнгийг хэрхэн цэвэршүүлдэг байсан тухай энэ үнэн нь Даниел арван бүлэгт үзсэн “marah” хэмээх шалтгаант үйл үгтэй нийцдэг. Эдгээр эцсийн өдрүүдэд Эзэн Өөрийн ард түмнийг ариун сүмд удирдан оруулж, нэг зуун дөчин дөрвөн мянгын тугийн нэг хэсэг болох нэр дэвшигчдийг сорьж, цэвэршүүлж, ариусган зайлуулж байна. Энэ цаг хугацаанд, хэрэв бид “ёс бусыг хаяж, зүрх сэтгэл болон амьдралаараа цэвэр болох” аваас Тэр “бидэнтэй хамт ажиллах болно.” Зарим нь Даниел арван бүлэгт гардаг хүмүүсийн адил тэрхүү туршлагаас зугтдаг, харин Даниелаар бэлгэдэгдсэн хүмүүс Есүс Христийн илчлэлтийн агуу толины үзэгдлийг үнэхээр харж, Исаиагийн дүрслэн үзүүлснээр тахилын ширээнээс авсан нүүрсээр уруулаа хүргүүлэн, тэрслүү болсон сүмд, дараа нь дэлхийд өгүүлэх мэдээг хүргэхэд цэвэршүүлэгдэн, бэлтгэгдэх болно.</w:t>
      </w:r>
    </w:p>
    <w:p>
      <w:pPr>
        <w:pStyle w:val="ArticleBody"/>
        <w:jc w:val="left"/>
      </w:pPr>
      <w:r>
        <w:rPr>
          <w:rFonts w:ascii="Times New Roman" w:hAnsi="Times New Roman" w:eastAsia="Times New Roman" w:cs="Times New Roman"/>
        </w:rPr>
        <w:t>Энэ мэдээ нь ариун сүм доторх тэрхүү итгэлтэй сүнснүүдэд хүргэгдэж байна. Левит хорин гуравдугаар бүлэг Пентекостын цаг үетэй уялдуулагдахдаа Хамгийн Ариун Газарт буй гэрээний авдрыг тусган илэрхийлэхээр зориулагдсан байдаг. Итгэлээр, бүлгийн мэдээнүүдийн бүтэц нь зуухан сорилт биелэн гүйцэлддэг ариун түүхийн доторх гурван тэмдэгт үе шатыг тодорхойлдог. Тэнгэрлэгээр гүн утгатай—хорин гуравдугаар бүлгийн эш үзүүллэгийн бүтэц нь эш үзүүллэг судлагчид Езекиелийг нэгдүгээр бүлгийн нэгдүгээр зүйлээс олж тогтоох боломжийг олгодог.</w:t>
      </w:r>
    </w:p>
    <w:p>
      <w:pPr>
        <w:pStyle w:val="ArticleScripture"/>
        <w:jc w:val="left"/>
      </w:pPr>
      <w:r>
        <w:rPr>
          <w:rFonts w:ascii="Times New Roman" w:hAnsi="Times New Roman" w:eastAsia="Times New Roman" w:cs="Times New Roman"/>
        </w:rPr>
        <w:t>Гуч дахь жилд, дөрөвдүгээр сард, сарын тавны өдөр, би Хебар мөрний дэргэд олзлогдогсдын дунд байхад тэнгэр нээгдэж, би Бурханы үзэгдлүүдийг үзэв. Сарын тавны өдөр нь Иехоиахин хааны олзлогдсоны тав дахь жил байв. Езекиел 1:1, 2.</w:t>
      </w:r>
    </w:p>
    <w:p>
      <w:pPr>
        <w:pStyle w:val="ArticleBody"/>
        <w:jc w:val="left"/>
      </w:pPr>
      <w:r>
        <w:rPr>
          <w:rFonts w:ascii="Times New Roman" w:hAnsi="Times New Roman" w:eastAsia="Times New Roman" w:cs="Times New Roman"/>
        </w:rPr>
        <w:t>Нэг зуун дөчин дөрвөн мянгыг тамгалах цаг үед тахилчийн хувьд Езекиел нь МЭӨ 587 онд Небухаднезарын Иерусалимыг гурван удаа бүсэлсний гурав дахь бүслэлтээс таван жилийн өмнөх, арван долоодугаар ойн чөлөөлөлтийн мөчлөгийн гуч дахь жилд байна. Уг эшлэл дэх гуч дахь жил нь Хуучин Гэрээний түүхэн дэх хамгийн агуу сэргэн мандалтаас хойших гучин жил бөгөөд энэ нь тав дахь жилийн тав дахь өдөр тул таван тоог Езекиелийн гэрчлэл дээр тавьж байна. Эхний хоёр эшлэлд бид гуч гэдгийг нэг удаа тодорхойлогдсон байдлаар, харин таван тоог гурвантаа дурдагдсаныг олж хардаг. Пентекостын улиралтай нийцүүлсэн Левит 23-ын бүтцэд, гучаар төлөөлөгдсөн хоёр дахь сорил нь бүрээн баярт хүрч, таван өдөр нь Христийн тэнгэрт өргөгдсөнд, дараа нь таван өдөр нь эвлэрүүллийн өдөрт, улмаар таван өдөр нь эртний (Пентекост) ба хожуугийн (Майхан барих) бороог хоёуланг нь төлөөлөх тэмдэглэгээ хүртэл хүрнэ. Энэ бүтэц нь гучийг, түүнчлэн тавын гурван алхмыг дараалуулан үзүүлдэг. Езекиел сүмд байгаа бөгөөд Левит 23-ын бүтэц нь Авдар мөн.</w:t>
      </w:r>
    </w:p>
    <w:p>
      <w:pPr>
        <w:pStyle w:val="ArticleBody"/>
        <w:jc w:val="left"/>
      </w:pPr>
      <w:r>
        <w:rPr>
          <w:rFonts w:ascii="Times New Roman" w:hAnsi="Times New Roman" w:eastAsia="Times New Roman" w:cs="Times New Roman"/>
        </w:rPr>
        <w:t>Энэ түүхэн тэмдэглэл нь Езекиел энэ мөчид Иерусалимын сүйрлээр дүрслэгдсэн, удахгүй ирэх Ням гаргийн хуулийг төлөөлөн бэлгэдсэн бүслэлтийн төгсгөлөөс таван жилийн өмнө байгааг гэрчилдэг. “Таван” тоо нь Левит хорин гуравын бүтэц зохиомжийн үндсэн нэгэн элемент мөн бөгөөд, “гуч” тоо ч мөн адил тийм юм.</w:t>
      </w:r>
    </w:p>
    <w:p>
      <w:pPr>
        <w:pStyle w:val="ArticleBody"/>
        <w:jc w:val="left"/>
      </w:pPr>
      <w:r>
        <w:rPr>
          <w:rFonts w:ascii="Times New Roman" w:hAnsi="Times New Roman" w:eastAsia="Times New Roman" w:cs="Times New Roman"/>
        </w:rPr>
        <w:t>Эдгээр өгүүллүүдэд, бүлгийн эхний хорин хоёр эшлэлийг сүүлчийн хорин хоёр эшлэлтэй зэрэгцүүлэн, дараа нь тэр хоёр хорин хоёр эшлэлийн шугамыг Пентекостын үетэй хамтатган зэрэгцүүлэхэд, Малахи дахь зуухны гал болох гурван үе шаттай шалгалтын үйл явц тодорхойгоор дүрслэгдсэн нь харуулагдсан билээ. Гурван үе шатны дотор эхний болон гурав дахь үе шатанд альфа ба омега байдаг бөгөөд энэ нь нэг үе шатыг төлөөлөх дөрвөн тэмдэгтийн цуваанаас бүрддэг.</w:t>
      </w:r>
    </w:p>
    <w:p>
      <w:pPr>
        <w:pStyle w:val="ArticleBody"/>
        <w:jc w:val="left"/>
      </w:pPr>
      <w:r>
        <w:rPr>
          <w:rFonts w:ascii="Times New Roman" w:hAnsi="Times New Roman" w:eastAsia="Times New Roman" w:cs="Times New Roman"/>
        </w:rPr>
        <w:t>Дээгүүр Өнгөрөх баяр, түүний дараа Исгээгүй талхны баяр, түүний дараа арвайн анхны үр жимсний өргөл, улмаар Исгээгүй талхны баярын төгсгөл хүртэлх «тав» өдөр. Эдгээр дөрвөн тэмдэглэл нь эхний сорилтыг бүрдүүлдэг бөгөөд Есүс төгсгөлийг үргэлж эхлэлээр дүрслэн үзүүлдэг; гурав дахь сорилт мөн дөрвөн тэмдэглэлээс бүрддэг. Бүрээний баяр, дараа нь Христийн дээш өргөгдөхүй, түүний дараа Эвлэрлийн өдөр, улмаар тав хоногийн дараа Пентекост ба Асруудын баярын аль алиных нь ирэлт. Пентекост нь эрт борооны бэлгэдэл бөгөөд Асруудын баяр нь хожуу борооны бэлгэдэл юм. Левит хорин гуравдугаар бүлгийн загварт Пентекост ба Асруудын баяр хоёулаа нэг шугамд таардаг.</w:t>
      </w:r>
    </w:p>
    <w:p>
      <w:pPr>
        <w:pStyle w:val="ArticleScripture"/>
        <w:jc w:val="left"/>
      </w:pPr>
      <w:r>
        <w:rPr>
          <w:rFonts w:ascii="Times New Roman" w:hAnsi="Times New Roman" w:eastAsia="Times New Roman" w:cs="Times New Roman"/>
        </w:rPr>
        <w:t>Тиймээс, Сионы хөвгүүд ээ, баярлагтун, мөн өөрсдийн Бурхан ЭЗЭН дотор баясан хөөрцгөө: учир нь Тэр та нарт эртхийн бороог зохистой хэмжээгээр өгсөн бөгөөд Тэр та нарын төлөө бороог, эртхийн бороог ч, хожмын бороог ч, эхний сард буулгах болно. Иоел 2:23.</w:t>
      </w:r>
    </w:p>
    <w:p>
      <w:pPr>
        <w:pStyle w:val="ArticleBody"/>
        <w:jc w:val="left"/>
      </w:pPr>
      <w:r>
        <w:rPr>
          <w:rFonts w:ascii="Times New Roman" w:hAnsi="Times New Roman" w:eastAsia="Times New Roman" w:cs="Times New Roman"/>
        </w:rPr>
        <w:t>Эцсийн сорилт ба ариусгалын үйл явц 2023 оны 12 дугаар сарын 31-нд эхэлсэн. Эхний сорилт нь 2020 оны 7 дугаар сарын 18-ны урам хугарлаар өмнө нь шалгагдсан байсан бүлгийг хуваасан, “чиний ард түмний дээрэмчид”-ийн маргаанаар бэлгэдэгдсэн суурь сорилт байв.</w:t>
      </w:r>
    </w:p>
    <w:p>
      <w:pPr>
        <w:pStyle w:val="ArticleScripture"/>
        <w:jc w:val="left"/>
      </w:pPr>
      <w:r>
        <w:rPr>
          <w:rFonts w:ascii="Times New Roman" w:hAnsi="Times New Roman" w:eastAsia="Times New Roman" w:cs="Times New Roman"/>
        </w:rPr>
        <w:t>“Түүх болон эш үзүүллэгт Бурханы Үг үнэн ба төөрөгдлийн хооронд удаан хугацаанд үргэлжилсэн тэмцлийг дүрслэн харуулдаг. Тэрхүү тэмцэл одоо ч үргэлжилсээр байна. Өмнө нь байсан зүйлс дахин давтагдана. Хуучин маргаанууд сэргэн босож, шинэ онолууд тасралтгүй гарч ирсээр байх болно. Харин анхны, хоёр дахь, гурав дахь тэнгэрэлчийн мэдээг тунхаглахад өөрсдийн итгэл үнэмшил болон эш үзүүллэгийн биелэлд оролцсон Бурханы ард түмэн хаана зогсож байгаагаа мэддэг. Тэдэнд нарийн алтнаас ч эрхэм нандин туршлага бий. Тэд хад мэт бат зогсож, итгэлийнхээ эхлэлийг эцсийг хүртэл бат чанд барих ёстой.” Manuscript Releases, volume 1, 47.</w:t>
      </w:r>
    </w:p>
    <w:p>
      <w:pPr>
        <w:pStyle w:val="ArticleBody"/>
        <w:jc w:val="left"/>
      </w:pPr>
      <w:r>
        <w:rPr>
          <w:rFonts w:ascii="Times New Roman" w:hAnsi="Times New Roman" w:eastAsia="Times New Roman" w:cs="Times New Roman"/>
        </w:rPr>
        <w:t>Левит 23-т анхны сорил нь гурван үйл явдлын эш үзүүллэгийн хослолоор, түүнээс тав хоногийн дараа исгээгүй талхны баярын төгсгөлөөр дүрслэгддэг. Дээгүүр Өнгөрөх баяр нь эхний өдөр, Исгээгүй талхны баяр нь хоёр дахь өдөр, анхны үр жимсний өргөл нь гурав дахь өдөр байв. Тав хоногийн дараа Исгээгүй талхны баяр өндөрлөсөн. Гурван сорилын эхний сорилын эш үзүүллэгийн бүтэц нь гурав дахь бөгөөд эцсийн сорилд мөн дүрслэгддэг. Гурван замын тэмдгээс бүрдэж, түүний дараа нэгээр үргэлжлэх тэрхүү гурав дахь замын тэмдэгт Бүрээнүүдийн баяр нь эхний өдөр бөгөөд, тав хоногийн дараа Христийн тэнгэрт хальсан нь, дараа нь тав хоногийн дараа Эвлэрүүллийн өдөр, улмаар тав хоногийн дараа Пентекост болон Асруудын баяр хоёулаа удахгүй ирэх Ням гаргийн хуулийг тэмдэглэдэг бөгөөд энэ нь Езекиелийн номд Иерусалимын сүйрлээр дүрслэгдсэн байдаг.</w:t>
      </w:r>
    </w:p>
    <w:p>
      <w:pPr>
        <w:pStyle w:val="ArticleBody"/>
        <w:jc w:val="left"/>
      </w:pPr>
      <w:r>
        <w:rPr>
          <w:rFonts w:ascii="Times New Roman" w:hAnsi="Times New Roman" w:eastAsia="Times New Roman" w:cs="Times New Roman"/>
        </w:rPr>
        <w:t>Исгээгүй талхны баярын төгсгөл ба Бүрээний баярын хооронд гучин өдөр байдаг бөгөөд энэ нь зөвхөн тахилчийн бэлгэдлийг төлөөлөөд зогсохгүй, мөн Тэнгэрлэг дүрслэл дотор илэрхийлэгдсэн гурван шалгалтын хоёр дахь шалгалтыг ч төлөөлдөг.</w:t>
      </w:r>
    </w:p>
    <w:p>
      <w:pPr>
        <w:pStyle w:val="ArticleBody"/>
        <w:jc w:val="left"/>
      </w:pPr>
      <w:r>
        <w:rPr>
          <w:rFonts w:ascii="Times New Roman" w:hAnsi="Times New Roman" w:eastAsia="Times New Roman" w:cs="Times New Roman"/>
        </w:rPr>
        <w:t>Христийн баптисм нь Дээгүүр Өнгөрөх баяр, Исгээлтгүй талх, Анхны үр жимсний гурван тэмдэгт үе шатыг дүрслэн харуулдаг. Учир нь эдгээр гурван тэмдэгт үе шат нь Христийн үхэл, оршуулга, амиллыг төлөөлдөг. Эдгээр гурван алхмын дараа таван өдрийн дараа дөрөвдэх алхам ирдэг бөгөөд энэ нь Исгээлтгүй талхны баярын төгсгөлөөр төлөөлөгдөнө. Иохан өөрийн Мессиаг баптисм хүртээх тэр богинохон мөчид баптисм эдгээр гурван алхмыг нэгэн дор үзүүлдэг. Хаврын баярууд эдгээр гурван алхмыг тус бүр нэг өдрөөр тусгаарладаг бол намрын баярууд эдгээр гурван алхмыг таван өдрөөр тусгаарладаг.</w:t>
      </w:r>
    </w:p>
    <w:p>
      <w:pPr>
        <w:pStyle w:val="ArticleBody"/>
        <w:jc w:val="left"/>
      </w:pPr>
      <w:r>
        <w:rPr>
          <w:rFonts w:ascii="Times New Roman" w:hAnsi="Times New Roman" w:eastAsia="Times New Roman" w:cs="Times New Roman"/>
        </w:rPr>
        <w:t>Хаврын баяруудын эхний сорилыг гурван тэмдэглэгээний нийлэмж бөгөөд түүнээс тав хоногийн дараа нэг тэмдэглэгээ дагалддаг гэж хэрэглээд; дараа нь намрын баяруудыг гурван тэмдэглэгээний дараа тав хоногийн хойно нэг тэмдэглэгээ дагалддаг байдлаар хэрэглэхэд, альфа тэмдэглэгээ нь гурав бөгөөд түүний дараа тав хоног, дараа нь гуч хоног, мөн намрын баяруудын гурав дахь сорил нь гурав гэсэн тэмдэглэгээний дараа тав хоног дагалддаг байдлаас бүрдэх эш үзүүллэгийн бүтэц тогтоогддог. Энэ бүтэц нь эхний сорил нийт тав хоногийг хамарч, түүний дараа гурав дахь тав хоногийн тэмдэглэгээнд хүрэх гуч хоногийн хоёр дахь сорил дагалддагийг харуулдаг. Тав дээр гуч, дээр нь тав нь дөч болдог (5 + 30 + 5 = 40).</w:t>
      </w:r>
    </w:p>
    <w:p>
      <w:pPr>
        <w:pStyle w:val="ArticleBody"/>
        <w:jc w:val="left"/>
      </w:pPr>
      <w:r>
        <w:rPr>
          <w:rFonts w:ascii="Times New Roman" w:hAnsi="Times New Roman" w:eastAsia="Times New Roman" w:cs="Times New Roman"/>
        </w:rPr>
        <w:t>Христийн баптисмын дараа даруй дөчин өдөр үргэлжилж, эцэст нь гурван сорилтоор төгссөн үе ирсэн юм. Левит хорин гуравдугаар бүлгийн бүтцэд Пентекостын үетэй хослон илүү ихийг олж харах боломжтой боловч, өөр нэг түвшинд тэрхүү бүлэг нь Хамгийн Ариун Газар дахь Авдрыг төлөөлдөг.</w:t>
      </w:r>
    </w:p>
    <w:p>
      <w:pPr>
        <w:pStyle w:val="ArticleBody"/>
        <w:jc w:val="left"/>
      </w:pPr>
      <w:r>
        <w:rPr>
          <w:rFonts w:ascii="Times New Roman" w:hAnsi="Times New Roman" w:eastAsia="Times New Roman" w:cs="Times New Roman"/>
        </w:rPr>
        <w:t>Левит номын хорин гуравдугаар бүлэг дэх хаврын болон намрын баярууд нь хоёр Амралтын өдрийн дунд байрлуулсан байдаг. Эдгээр хоёр Амралтын өдөр нь халхлагч хоёр херубыг төлөөлдөг бөгөөд Левит хорин гуравдугаар бүлэгтэй нийцсэн Пентекостын улирлын тэмдэгүүд нь Авдар болон халхлагч хоёр херубыг төлөөлдөг. Езекиел нэгдүгээр бүлэгт ариун газарт аваачигддаг бөгөөд тэнд аваачигдахдаа Иерусалимын сүйрэлд хүргэсэн бүслэлтийн өмнөх таван хоногт байрлаж байна; энэ нь тун удахгүй ирэх Ням гаргийн хуулийг бэлгэдэн дүрсэлдэг. Ням гаргийн хууль нь Левит хорин гуравдугаар бүлэгт Пентекост болон Майхан баяраар төлөөлөгддөг. Езекиел гуч дахь жилдээ байгаа бөгөөд гуч гэдэг нь Малахи гурвын галтай зуухыг бүрдүүлдэг гурван сорилын хоёр дахь сорилын хугацаа юм. Хоёр дахь сорил нь гуч хоногоор төлөөлөгддөг бөгөөд үүнтэй адил Езекиел нь түүхчдийн нэрлэдгээр Иосиагийн Агуу Дээгүүр Өнгөрөх Баяраар эхэлсэн арван долоодугаар Иубилейн мөчлөгийн гуч дахь жилд байна. Езекиел нь арван найман сар үргэлжилсэн бүслэлтийн өмнөх таван жилд байгаа бөгөөд тэрээр сүмд байна; энэ нь үлдэгдлийг цэвэршүүлж, ариусган шүүдэг төгсгөлийн гурван сорилын дундах сорил юм. Петр ч мөн Кесари-Филиппид (Паниум), гурван сорилын дунд байсан бөгөөд энэ нь Паниум (Кесари-Филиппи), Өөрчлөлтийн уул, мөн загалмайгаар төлөөлөгддөг.</w:t>
      </w:r>
    </w:p>
    <w:p>
      <w:pPr>
        <w:pStyle w:val="ArticleBody"/>
        <w:jc w:val="left"/>
      </w:pPr>
      <w:r>
        <w:rPr>
          <w:rFonts w:ascii="Times New Roman" w:hAnsi="Times New Roman" w:eastAsia="Times New Roman" w:cs="Times New Roman"/>
        </w:rPr>
        <w:t>МЭӨ 592 онд Езекиел ер бусын байдлаар “хэлгүй” болгогдон, Бурхан амыг нь нээх үед л ярьдаг байв. Тэр байдал нь МЭӨ 585/6 онд Иерусалим унах хүртэл үргэлжилсэн. Бүслэлт эхэлсэн өдөр, түүний “нүдний” “таашаал” болсон зүйл үхэхэд Бурхан түүнд яриулсан боловч, Израилийн “нүдний” “таашаал” болсон Иерусалим унатал түүнд чөлөөтэй ярихыг зөвшөөрөөгүй. Иерусалимын уналт нь тун удахгүй ирэх Ням гаргийн хуулийг төлөөлдөг бөгөөд тэнд, наймдугаар ээлжийн тахилч бөгөөд сүмд үйлчилж байхдаа хэлгүй болгогдсон Иохан Шумбагчийн эцэг—Езекиел ч мөн (үзэгдэл дотор) тэнд байсан—ойролцоогоор есөн сарын турш бас хэлгүй болсон байв. Иохан төрсний дараах найм дахь өдөр, Иоханыг хөвч хөндөх үед түүнд ярихыг зөвшөөрсөн. Ариун газарт байхдаа хэлгүй болгогдсон хоёр эш үзүүлэгч. Ариун газарт Христийг үзэж байхдаа хэлгүй болгогдсон гурав дахь эш үзүүлэгч нь Даниел байв. Аравдугаар бүлэгт Даниел ариун газарт байгаа бөгөөд гурван удаагийн хүрэлтийн хоёр дахь нь түүнд хүрч байх яг тэр үед тэр хэлгүй болдог. Дунд цэг дээр Даниел хэлгүй болдог.</w:t>
      </w:r>
    </w:p>
    <w:p>
      <w:pPr>
        <w:pStyle w:val="ArticleScripture"/>
        <w:jc w:val="left"/>
      </w:pPr>
      <w:r>
        <w:rPr>
          <w:rFonts w:ascii="Times New Roman" w:hAnsi="Times New Roman" w:eastAsia="Times New Roman" w:cs="Times New Roman"/>
        </w:rPr>
        <w:t>Тэр надад ийм үгсийг айлдсаны дараа би нүүрээ газар уруу хандуулж, хэлгүй мэт болов. Тэгтэл, хүний хөвгүүдийн дүртэй адил нэгэн миний уруулд хүрэв. Тэгэхэд би амаа нээж, ярин, миний өмнө зогсож байсан түүнд, Эзэнтэн минь, энэ үзэгдлээс болж миний зовнил над дээр эргэж ирсэн бөгөөд надад ямар ч хүч үлдсэнгүй гэж хэлэв. Даниел 10:15, 16.</w:t>
      </w:r>
    </w:p>
    <w:p>
      <w:pPr>
        <w:pStyle w:val="ArticleHeading"/>
        <w:jc w:val="left"/>
      </w:pPr>
      <w:r>
        <w:rPr>
          <w:rFonts w:ascii="Arial" w:hAnsi="Arial" w:eastAsia="Arial" w:cs="Arial"/>
        </w:rPr>
        <w:t>Ярихуй</w:t>
      </w:r>
    </w:p>
    <w:p>
      <w:pPr>
        <w:pStyle w:val="ArticleBody"/>
        <w:jc w:val="left"/>
      </w:pPr>
      <w:r>
        <w:rPr>
          <w:rFonts w:ascii="Times New Roman" w:hAnsi="Times New Roman" w:eastAsia="Times New Roman" w:cs="Times New Roman"/>
        </w:rPr>
        <w:t>“Ярих” хэмээх бэлгэдэл нь тун удахгүй ирэх Ням гаргийн хуулийн үед онцлон тэмдэглэгддэг бөгөөд тэр үед Америкийн Нэгдсэн Улс луу адил ярьж, Балаамын илжиг ярьж, Хабаккукийн үзэгдэл ярьж, худал хэлдэггүй. Ариун газарт байхдаа хэлгүй болгогдсон гурван дуугүй эш үзүүлэгч Иерусалимын сүйрлийн үед ярьдаг. Захариагийн тухайд, хүүд нь өгөгдсөн шинэ нэр зөв болохыг батлан тодруулахын тулд тэр ярьдаг бөгөөд ийнхүү шинэ нэр өгөгдөх Филадельфийнхнийг хэв шинжлэн үзүүлдэг.</w:t>
      </w:r>
    </w:p>
    <w:p>
      <w:pPr>
        <w:pStyle w:val="ArticleScripture"/>
        <w:jc w:val="left"/>
      </w:pPr>
      <w:r>
        <w:rPr>
          <w:rFonts w:ascii="Times New Roman" w:hAnsi="Times New Roman" w:eastAsia="Times New Roman" w:cs="Times New Roman"/>
        </w:rPr>
        <w:t>Ялагчийг Би Өөрийн Бурханы сүмд багана болгоно; тэр цаашид огт гарч явахгүй. Мөн Би түүн дээр Өөрийн Бурханы нэрийг, тэнгэрээс Миний Бурханаас бууж ирдэг шинэ Иерусалим хэмээх Миний Бурханы хотын нэрийг, бас Өөрийн шинэ нэрийг бичнэ. Илчлэлт 3:12.</w:t>
      </w:r>
    </w:p>
    <w:p>
      <w:pPr>
        <w:pStyle w:val="ArticleBody"/>
        <w:jc w:val="left"/>
      </w:pPr>
      <w:r>
        <w:rPr>
          <w:rFonts w:ascii="Times New Roman" w:hAnsi="Times New Roman" w:eastAsia="Times New Roman" w:cs="Times New Roman"/>
        </w:rPr>
        <w:t>Захариад Иоханы шинэ овгийн нэрийг бичүүлэхийн тулд нэгэн бичгийн самбар өгөгдөв.</w:t>
      </w:r>
    </w:p>
    <w:p>
      <w:pPr>
        <w:pStyle w:val="ArticleScripture"/>
        <w:jc w:val="left"/>
      </w:pPr>
      <w:r>
        <w:rPr>
          <w:rFonts w:ascii="Times New Roman" w:hAnsi="Times New Roman" w:eastAsia="Times New Roman" w:cs="Times New Roman"/>
        </w:rPr>
        <w:t>Тэгээд найм дахь өдөр тэд хүүхдийг хөвч хөндөхөөр ирж, эцгийнх нь нэрээр түүнийг Захариа гэж нэрлэхийг завдав. Харин эх нь хариулж, —Үгүй, түүнийг Иохан гэж нэрлэнэ, гэв. Тэд түүнд, —Танай төрөл садан дунд энэ нэрээр нэрлэгддэг хүн нэг ч алга, гэв. Тэгээд тэд эцэгт нь дохио зангаа хийж, хүүхдийг юу гэж нэрлэхийг хүсэж байгааг нь асуув. Тэр бичих самбар нэхэж авч, —Түүний нэр бол Иохан, хэмээн бичив. Тэгэхэд бүгд гайхав. Даруй ам нь нээгдэж, хэл нь тайлагдан, тэр ярьж, Бурханыг магтан алдаршуулав. Лук 1:59–64.</w:t>
      </w:r>
    </w:p>
    <w:p>
      <w:pPr>
        <w:pStyle w:val="ArticleBody"/>
        <w:jc w:val="left"/>
      </w:pPr>
      <w:r>
        <w:rPr>
          <w:rFonts w:ascii="Times New Roman" w:hAnsi="Times New Roman" w:eastAsia="Times New Roman" w:cs="Times New Roman"/>
        </w:rPr>
        <w:t>Иоханы шинэ нэр нь Филаделфи сүмтэй нийцэж, харин Захариа хэмээх нэр нь гурав дахь тэнгэрэлчийн мэдээнд Захариагийн үл итгэснээр дүрслэгдсэн Лаодикитэй нийцдэг. Бүх эш үзүүлэгчид эцсийн өдрүүдийн тухай өгүүлдэг бөгөөд эцсийн өдрүүд гэдэг нь гурав дахь тэнгэрэлчийн түүх мөн. Иймээс уг мэдээг авчирсан тэнгэрэлч нь гурав дахь тэнгэрэлч байх ёстой. Захариа Эзэн Лаодикийн Долоо дахь өдрийн Адвентист сүмийг өнгөрөн өнгөрөх болно гэдгийг ойлгохоос татгалзсан. Эдгээр эш үзүүлэгчдэд дуу хоолой сэргээгдэх талаар хэлэх өөр зүйл илүү бий, гэвч бид Иосиагийн эш үзүүллэгийн шугамыг ойлгох зүг үргэлжлэн урагшилна.</w:t>
      </w:r>
    </w:p>
    <w:p>
      <w:pPr>
        <w:pStyle w:val="ArticleHeading"/>
        <w:jc w:val="left"/>
      </w:pPr>
      <w:r>
        <w:rPr>
          <w:rFonts w:ascii="Arial" w:hAnsi="Arial" w:eastAsia="Arial" w:cs="Arial"/>
        </w:rPr>
        <w:t>Иосиагийн Дугуй</w:t>
      </w:r>
    </w:p>
    <w:p>
      <w:pPr>
        <w:pStyle w:val="ArticleBody"/>
        <w:jc w:val="left"/>
      </w:pPr>
      <w:r>
        <w:rPr>
          <w:rFonts w:ascii="Times New Roman" w:hAnsi="Times New Roman" w:eastAsia="Times New Roman" w:cs="Times New Roman"/>
        </w:rPr>
        <w:t>МЭӨ 622 онд Иосиагийн Дээгүүр Өнгөрөх баяраар эхэлсэн арван долоодугаар ойн мөчлөгийн талаар бид авч үзсэн боловч Иосиагийн шугам МЭӨ 622 оноос нэлээд өмнө эхэлдэг. Израилийн анхны хаан болгон Саулыг хаан ширээнд залсан Израилийн тэрслэлт нь хаан Саулын захирах дөчин жилийг тэмдэглэсэн бөгөөд түүний дараа хаан Давидын захирах дөчин жил, түүнээс хойш Соломоны захирах дөчин жил үргэлжилсэн юм. Бурханыг няцаасан нь эш үзүүлэгч Самуелыг тийнхүү гүнээ гомдоосон бөгөөд энэ нь МЭӨ 1097 онд болсон ба еврейчүүд “бидэнд хаан байхгүй, харин Кайсар л байна” хэмээн тунхагласан загалмай дээр төгссөн тэрслэлийн эш үзүүллэгийн шугамыг эхлүүлдэг.</w:t>
      </w:r>
    </w:p>
    <w:p>
      <w:pPr>
        <w:pStyle w:val="ArticleScripture"/>
        <w:jc w:val="left"/>
      </w:pPr>
      <w:r>
        <w:rPr>
          <w:rFonts w:ascii="Times New Roman" w:hAnsi="Times New Roman" w:eastAsia="Times New Roman" w:cs="Times New Roman"/>
        </w:rPr>
        <w:t>Харин тэд: Түүнийг зайлуул, зайлуул, түүнийг цовдол гэцгээв. Пилат тэдэнд: Би та нарын Хааныг цовдлох уу? хэмээн айлдав. Ахлах тахилч нар: Бидэнд Цезариас өөр хаан үгүй гэж хариулав. Иохан 19:15.</w:t>
      </w:r>
    </w:p>
    <w:p>
      <w:pPr>
        <w:pStyle w:val="ArticleBody"/>
        <w:jc w:val="left"/>
      </w:pPr>
      <w:r>
        <w:rPr>
          <w:rFonts w:ascii="Times New Roman" w:hAnsi="Times New Roman" w:eastAsia="Times New Roman" w:cs="Times New Roman"/>
        </w:rPr>
        <w:t>МЭӨ 1097 оноос эхлэн гурван хаан тус бүр дөчин жилийн турш хаанчлах бөгөөд энэ нь МЭӨ 977 онд Соломоны нас баралт хүртэл үргэлжилж, тэр үед хаант улс хойд ба өмнөд гэж хуваагджээ.</w:t>
      </w:r>
    </w:p>
    <w:p>
      <w:pPr>
        <w:pStyle w:val="ArticleScripture"/>
        <w:jc w:val="left"/>
      </w:pPr>
      <w:r>
        <w:rPr>
          <w:rFonts w:ascii="Times New Roman" w:hAnsi="Times New Roman" w:eastAsia="Times New Roman" w:cs="Times New Roman"/>
        </w:rPr>
        <w:t>Түүний дараа тэд хаан хүсэв; тэгэхэд Бурхан Бениамин овгийн хүн Кисийн хүү Саулыг тэдэнд дөчин жилийн хугацаагаар өгсөн. Үйлс 13:21.</w:t>
      </w:r>
    </w:p>
    <w:p>
      <w:pPr>
        <w:pStyle w:val="ArticleScripture"/>
        <w:jc w:val="left"/>
      </w:pPr>
      <w:r>
        <w:rPr>
          <w:rFonts w:ascii="Times New Roman" w:hAnsi="Times New Roman" w:eastAsia="Times New Roman" w:cs="Times New Roman"/>
        </w:rPr>
        <w:t>Давид хаанчилж эхлэхдээ гучин настай байсан бөгөөд тэрээр дөчин жил хаанчлав. Хебронд тэрээр Иудагийн дээр долоон жил зургаан сар хаанчлав; Иерусалимд тэрээр бүх Израиль ба Иудагийн дээр гучин гурван жил хаанчлав. 2 Самуел 2:4, 5.</w:t>
      </w:r>
    </w:p>
    <w:p>
      <w:pPr>
        <w:pStyle w:val="ArticleBody"/>
        <w:jc w:val="left"/>
      </w:pPr>
      <w:r>
        <w:rPr>
          <w:rFonts w:ascii="Times New Roman" w:hAnsi="Times New Roman" w:eastAsia="Times New Roman" w:cs="Times New Roman"/>
        </w:rPr>
        <w:t>Соломоны хаанчлал МЭӨ 1017 онд эхэлсэн; сүмийн суурь Соломоны хаанчлалын дөрөвдэх жилд (МЭӨ 1013 он) тавигдсан. Барилгын ажил долоон жил үргэлжилсэн (Хаадын дээд 6:37–38), бөгөөд сүм Соломоны арван нэгдүгээр жилийн наймдугаар сард дууссан. Албан ёсны онцгойлон адислах ёслол нь долоодугаар сард (Этаним сар), Асруудын баярын үеэр (Хаадын дээд 8; Шастирын дэд 5–7), МЭӨ 1006 онд болсон. Хаад, сүм, мөн үндэстэн тус бүр нь түүхэнд дөрвөн зуун ерэн жилийн хугацаагаар төлөөлөгдсөн бөгөөд энэ нь хаад, сүм, эсвэл үндэстэнтэй холбогдох эш үзүүллэгийн хугацааг тодорхой тэмдэглэдэг.</w:t>
      </w:r>
    </w:p>
    <w:p>
      <w:pPr>
        <w:pStyle w:val="ArticleBody"/>
        <w:jc w:val="left"/>
      </w:pPr>
      <w:r>
        <w:rPr>
          <w:rFonts w:ascii="Times New Roman" w:hAnsi="Times New Roman" w:eastAsia="Times New Roman" w:cs="Times New Roman"/>
        </w:rPr>
        <w:t>Даниел МЭӨ 607 онд олзлогдон аваачигдсан бөгөөд Библийн он цаг тоологчдын олонх нь МЭӨ 605 оныг баримталдаг. Түүхэн тэмдэглэл нь эш үзүүллэгийн гэрчлэлтэй нийцэх ёстой бөгөөд МЭӨ 1097 онд хаан хүссэнээс эхэлдэг түүхийн шугам дээр түүхэн байдлаар тэмдэглэгдсэн үйл явдлуудын бэлгэдэл нь хэд хэдэн эш үзүүллэгийн гэрчээр МЭӨ 607 он нь зөв хэрэглээ мөн болохыг, харин МЭӨ 605 он биш болохыг шаарддаг. МЭӨ 607 он нь хаадын шугам дахь дөрвөн зуун ерэн жилийн төгсгөлийг тэмдэглэдэг боловч мөн тэр шугамд тохиолдох далан жилийн гурван үндсэн дүрслэлийн нэгийн эхлэлийг тавьдаг. МЭӨ 607 он нь МЭӨ 677 онд Манассег олзлогдсоноор эхэлсэн далан жилийн төгсгөлийг тэмдэглэдэг. Дөрвөн зуун ерөн жилийн бэлгэдлийн эхний дүрслэл (уг шугамд гурван гэрчтэй) нь далан жилийн гурван гэрчийн нэг нь төгсөж, далан жилийн өөр нэг гэрч эхэлж буй тэр цэг дээр төгсөнө. Математик бүтэц нь, Даниел МЭӨ 605 онд олзлогдон аваачигдсан гэх ойлголтыг үл харгалзан, МЭӨ 607 оныг гэрчилдэг.</w:t>
      </w:r>
    </w:p>
    <w:p>
      <w:pPr>
        <w:pStyle w:val="ArticleBody"/>
        <w:jc w:val="left"/>
      </w:pPr>
      <w:r>
        <w:rPr>
          <w:rFonts w:ascii="Times New Roman" w:hAnsi="Times New Roman" w:eastAsia="Times New Roman" w:cs="Times New Roman"/>
        </w:rPr>
        <w:t>МЭӨ 1097 оноос МЭӨ 607 он хүртэлх хаадтай холбоотой 490 жилийн хугацааг агуулсан тэр шугамын дотор мөн Соломоны сүмийг зориулан ариусгаснаас эхлээд цөллөгийн дараах сүмийг Зеруббабел МЭӨ 516 онд зориулан ариусгасан хүртэл 490 жил бас байдаг. Тэр 490 жил нь Соломон хаанчлалынхаа арван нэгдүгээр онд сүмийг зориулан ариусгаснаас хойших 420 жил дээр, олзлогдлын үед сүм эзгүйрэн хэвтсэн 70 жилийг нэмснээр, нийт 490 жил болдог. Артаксерксийн гурав дахь зарлиг үүнээс 59 жилийн дараа, МЭӨ 457 онд гарсан бөгөөд Бурханы ард түмэнд “тогтоогдсон” (таслан авсан, Даниел 9:24) 490 жилийн эхлэлийг тэмдэглэдэг; энэ нь Стефаныг чулуугаар шидэн алах үед, 34 онд төгссөн юм. Мэдээж, МЭӨ 1097 онд Бурхан болон Эш Үзүүллийн Сүнсийг няцаасан суурь урвалтаар эхэлж, Стефан Христийг Бурханы баруун гар талд зогсож байхыг харсан үеэр төгсдөг эш үзүүллэгийн шугамд цаг тооллын өөр олон гүн гүнзгий гэрчлэлүүд бий. Энэхүү гэрчлэлийн дотор бид Иосиагийн эш үзүүллэгийн хүрдийг олж хардаг.</w:t>
      </w:r>
    </w:p>
    <w:p>
      <w:pPr>
        <w:pStyle w:val="ArticleBody"/>
        <w:jc w:val="left"/>
      </w:pPr>
      <w:r>
        <w:rPr>
          <w:rFonts w:ascii="Times New Roman" w:hAnsi="Times New Roman" w:eastAsia="Times New Roman" w:cs="Times New Roman"/>
        </w:rPr>
        <w:t>Би үүнийг “суурь урвалт” хэмээн нэрлэж байна. Учир нь энэ мөрийн эхлэл нь Израиль дэлхийн маягийн хаантай болохыг хүсэж, Бурханыг өөрсдийн Хаан хэмээн няцаасан үеийг заадаг бөгөөд ингэснээр Израилийн хүний хаант засаглалын суурь тавигдсан юм. Түүнчлэн би үүнийг Иосиагийн хүрдэнд зориулан бичиж байна. “Иосиа” нь “Бурханы суурь” гэсэн утгатай бөгөөд Бурханы ард түмний аль алиных нь, өөрөөр хэлбэл суурь болон суурь урвалтын бэлгэдэл мөн.</w:t>
      </w:r>
    </w:p>
    <w:p>
      <w:pPr>
        <w:pStyle w:val="ArticleBody"/>
        <w:jc w:val="left"/>
      </w:pPr>
      <w:r>
        <w:rPr>
          <w:rFonts w:ascii="Times New Roman" w:hAnsi="Times New Roman" w:eastAsia="Times New Roman" w:cs="Times New Roman"/>
        </w:rPr>
        <w:t>Соломон нас барахад арван хоёр овог хойд ба өмнөд гэж хуваагдсан бөгөөд Иеробоамын хуурамч мөргөлийн тогтолцоог зориулах үйл явдлыг дуулгаваргүй эш үзүүлэгч зэмлэн буруушаасан; түүний энэ зэмлэлд Иосиа хэмээх ирэх нэгэн хааны тухай зөгнөл агуулагдаж байв. Иеробоам болон хойд зүгийн арван овгийн суурь урвалтын үед МЭӨ 622 оны Агуу Дээгүүр Өнгөрөх баяраар тэмдэглэгдсэн Иосиагийн болон түүний сэргэлтийн тухай зөгнөл урьдчилан хэлэгдсэн юм. Тэрхүү сэргэлт нь Мосегийн бичвэрүүд олдсоноор, мөн Бурханы ард түмний байнгын урвалтын улмаас тэдний дээр шүүлт ирэхийг тунхагласнаар бий болсон. Мосегийн бичвэрүүд дэх үгсийг Иосиа хаанд уншиж өгөхөд, энэ нь Хуучин Гэрээний түүхэн дэх хамгийн агуу сэргэлтийг төрүүлсэн юм. Ирээдүйд Иосиа хэмээх нэртэй хүүхэд төрнө гэсэн зөгнөл нь мөн дуулгаваргүй эш үзүүлэгчийн Иеробоам хааны эсрэг чиглүүлсэн суурь урвалтыг зөгнөлийн байдлаар яллан буруушаасан айлдварыг өөртөө агуулж байв.</w:t>
      </w:r>
    </w:p>
    <w:p>
      <w:pPr>
        <w:pStyle w:val="ArticleBody"/>
        <w:jc w:val="left"/>
      </w:pPr>
      <w:r>
        <w:rPr>
          <w:rFonts w:ascii="Times New Roman" w:hAnsi="Times New Roman" w:eastAsia="Times New Roman" w:cs="Times New Roman"/>
        </w:rPr>
        <w:t>Даниелын нэрлэснээр Мосегийн хараал нь Левит хорин зургаад буй “долоон үе” мөн бөгөөд энэ нь Адвентизмын суурь үнэнүүдийн бэлгэдэл болсон Уильям Миллерийн хийсэн суурь нээлт болсон юм. 1840 оны 8 дугаар сарын 11-нд Миллерийн мэдээ хүч чадалтай болсон нь 1838 болон 1840 онуудад “Иосиа” Литчийн хийсэн ажлаар биелсэн юм. 1863 онд тэрхүү сууриуд хаягдаж, “долоон үе” нь Филаделфийн Миллерчүүдийн суурь үнэнүүдийн бэлгэдэл төдийгүй, мөн суурийн эсрэг Лаодикийн Миллеризмын бослогын бэлгэдэл болсон юм. Нэгдүгээр болон хоёрдугаар тэнгэрэлчийн Миллерчүүдийн түүх нь “Иосиа”-гийн бэлгэдлийг агуулдаг бөгөөд энэ нь нэг зуун дөчин дөрвөн мянгын түүхэнд үсэг бүрээрээ давтагдах болно. Иосиагийн хүрд Саул хааны илбэ шидээс эхлэлтэйгээр хойш тэлж, улмаар Ням гарагийн хууль дээр Лаодикийн Долоо дахь өдрийн Адвентист сүм бөөлжигдөн гаргагдах хүртэл бүхэлдээ хүрдэг. Езекиел дэх Иосиагийн хүрд одоо нэг зуун дөчин дөрвөн мянгын лацдалтын оргил үе болохын хувьд тайлагдах үйл явцдаа байна.</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 түүх – Хорин тавдугаар дугаар</dc:title>
  <dc:subject>Езекиел Зургаа</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