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ишлэлийн нуугдмал түүх - Хорин зургаадугаар тоо</w:t>
      </w:r>
    </w:p>
    <w:p>
      <w:pPr>
        <w:pStyle w:val="ArticleSubtitle"/>
        <w:jc w:val="left"/>
      </w:pPr>
      <w:r>
        <w:rPr>
          <w:rFonts w:ascii="Arial" w:hAnsi="Arial" w:eastAsia="Arial" w:cs="Arial"/>
        </w:rPr>
        <w:t>Езекиел долоодугаар тоо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Миний “Иосиагийн хүрд” хэмээн тодорхойлж буй эш үзүүллэгийн шугам нь эртний Израильчууд МЭӨ 1097 онд Бурханыг өөрсдийн Хаан хэмээн хүлээн зөвшөөрөхөөс татгалзан бослого гаргаснаар эхэлдэг. Эхний гурван хаан (Саул, Давид, Соломон) тус бүр дөчин жилийн турш хаанчилсан гэж тэмдэглэгддэг бөгөөд энэ нь МЭӨ 1097 оноос МЭӨ 977 он хүртэлх хугацааг хамарна. Соломоны үхлээр Иеробоам болон хойд зүгийн арван овгийн бослого эхний гурван хааны шугамыг төгсгөж, хойд болон өмнөд хоёр хаант улсад хаадын шинэ шугамыг эхлүүлдэг.</w:t>
      </w:r>
    </w:p>
    <w:p>
      <w:pPr>
        <w:pStyle w:val="ArticleBody"/>
        <w:jc w:val="left"/>
      </w:pPr>
      <w:r>
        <w:rPr>
          <w:rFonts w:ascii="Times New Roman" w:hAnsi="Times New Roman" w:eastAsia="Times New Roman" w:cs="Times New Roman"/>
        </w:rPr>
        <w:t>Эхний гурван хаан нь олон үнэнүүдийн бэлгэ тэмдэг мөн; харин тэдгээртэй холбогддог үнэний хүрднүүдийн нэг нь Иудагийн сүүлчийн гурван хаан болох Иехоиаким, Иехоиахин, Зедекиа бөгөөд тэд цаашдаа Кир, Дариус, Артаксерксийг төлөөлдөг. Кир, Дариус, Артаксеркс нь мөн ээлжлэн МЭӨ 536 оноос МЭӨ 457 он хүртэл үргэлжилсэн тэдний гурван зарлигийг төлөөлдөг; эдгээр нь цаашдаа Илчлэл арван дөрөв дэх бүлгийн 1798 он, 1844 оны 4 дүгээр сарын 19, 1844 оны 10 дугаар сарын 22-нд тус тус ирдэг гурван тэнгэр элчийг төлөөлдөг. Илчлэл арван дөрөв дэх бүлгийн гурван тэнгэр элчийн ирэлтийн түүх нь нэг зуун дөчин дөрвөн мянгын лацдах цаг үед үсэг бүрээрээ давтагддаг бөгөөд ингэснээр Саулыг хаанаар тосолсноор эхэлдэг эш үзүүллэгийн шугам тун удахгүй гарах Ням гаргийн хуулийн үед ялгуусан сүм тослогдох үед төгсгөлдөө хүрдгийг тодорхойлж байна. Энэ шугамд Иосиа хааны хүрд багтдаг бөгөөд тэр нь МЭӨ 977 онд Бетел ба Данд гарсан Иеробоамын бослогод хүртэл ухарч хүрдэг.</w:t>
      </w:r>
    </w:p>
    <w:p>
      <w:pPr>
        <w:pStyle w:val="ArticleHeading"/>
        <w:jc w:val="left"/>
      </w:pPr>
      <w:r>
        <w:rPr>
          <w:rFonts w:ascii="Arial" w:hAnsi="Arial" w:eastAsia="Arial" w:cs="Arial"/>
        </w:rPr>
        <w:t>Хорин хоёр</w:t>
      </w:r>
    </w:p>
    <w:p>
      <w:pPr>
        <w:pStyle w:val="ArticleBody"/>
        <w:jc w:val="left"/>
      </w:pPr>
      <w:r>
        <w:rPr>
          <w:rFonts w:ascii="Times New Roman" w:hAnsi="Times New Roman" w:eastAsia="Times New Roman" w:cs="Times New Roman"/>
        </w:rPr>
        <w:t>Иеробоам нь хорин хоёрын бэлгэдлийг агуулдаг. Учир нь тэрээр хорин хоёр жил хаанчилсан тул түүний гэрчлэл нь хорин хоёроор төлөөлөгддөг түүхтэй холбогддог. Хорин хоёр нь, Даниелын хорин хоёр дахь өдрийн marah үзэгдлээр дүрслэгдсэнчлэн, Бурханы чанар хүн төрөлхтөнтэй нэгдсэний бэлгэ тэмдэг бөгөөд хоёр зуун хорийн тоо ч мөн үүнд хамаарна; хорин хоёр нь уг тооны аравны нэг юм.</w:t>
      </w:r>
    </w:p>
    <w:p>
      <w:pPr>
        <w:pStyle w:val="ArticleScripture"/>
        <w:jc w:val="left"/>
      </w:pPr>
      <w:r>
        <w:rPr>
          <w:rFonts w:ascii="Times New Roman" w:hAnsi="Times New Roman" w:eastAsia="Times New Roman" w:cs="Times New Roman"/>
        </w:rPr>
        <w:t>Иеробоамын хаанчлан захирсан хоногууд хорин хоёр жил байв. Тэр эцэг өвгөдийнхөө хамт нойрсож, түүний оронд хүү Надаб нь хаан болов. Хаадын дээд 14:20.</w:t>
      </w:r>
    </w:p>
    <w:p>
      <w:pPr>
        <w:pStyle w:val="ArticleBody"/>
        <w:jc w:val="left"/>
      </w:pPr>
      <w:r>
        <w:rPr>
          <w:rFonts w:ascii="Times New Roman" w:hAnsi="Times New Roman" w:eastAsia="Times New Roman" w:cs="Times New Roman"/>
        </w:rPr>
        <w:t>“Нэгэнтэй-нэгдэхүй” нь Бурханлаг чанар ба хүн чанарын нэгдлийг төлөөлөх бөгөөд, Христийн 10-р сарын 22-нд, өөрөөр хэлбэл арав дахь сард (Григорианы тооллоор) эхэлсэн ажлыг хэлнэ; арав үржих нь хорин хоёртой тэнцэхэд хоёр зуун хорин болно. Иеробоам Бетел болон Данд хоёуланд нь хуурамч тахилын ширээнүүдийг босгосон тул, тэр нь сүм (Бетел: сүм гэсэн утгатай) ба төр (Дан: шүүлт гэсэн утгатай)-ийн нэгдэлтэй холбоотой Ням гаргийн хуурамч шүтлэгийн бэлгэдэл юм.</w:t>
      </w:r>
    </w:p>
    <w:p>
      <w:pPr>
        <w:pStyle w:val="ArticleScripture"/>
        <w:jc w:val="left"/>
      </w:pPr>
      <w:r>
        <w:rPr>
          <w:rFonts w:ascii="Times New Roman" w:hAnsi="Times New Roman" w:eastAsia="Times New Roman" w:cs="Times New Roman"/>
        </w:rPr>
        <w:t>Дараа нь Иеровоам Ефраимын ууланд Шехемийг байгуулж, тэнд суув; тэндээс гарч, Пениелийг байгуулав. Иеровоам зүрхэндээ, «Одоо хаанчлал Давидын гэрт буцаж очих нь. Хэрэв энэ ард түмэн Иерусалим дахь ЭЗЭНий өргөөнд тахил өргөхөөр өгсвөл, энэ ард түмний зүрх сэтгэл дахин өөрсдийн эзэн, Иудагийн хаан Рехобоамд эргэж, тэд намайг алж, Иудагийн хаан Рехобоам уруу буцан очно» гэж хэлэв. Тэгээд хаан зөвлөлдөн, хоёр алтан тугал хийж, тэдэнд, «Иерусалим уруу өгсөх нь та нарт дэндүү хэцүү. Ай Израиль аа, чамайг Египетийн нутгаас гаргаж ирсэн чиний бурхад эдгээр мөн» гэв. Тэр нэгийг нь Бетелд байрлуулж, нөгөөг нь Данд тавив. Энэ хэрэг нүгэл болов; учир нь ард түмэн нэгнийх нь өмнө мөргөхөөр Даныг хүртэл явдаг байв. Тэр мөн өндөрлөгүүдийн сүм байгуулж, Левийн хөвгүүдээс бус, жирийн ард түмнээс тахилч нарыг томилов. Иеровоам Иудад байдаг баярт адил наймдугаар сарын арван тавны өдөр баяр тогтоож, тахилын ширээн дээр өргөл өргөв. Тэр Бетелд ч мөн тийн хийж, өөрийн хийсэн тугалуудад тахил өргөв; мөн өөрийн байгуулсан өндөрлөгүүдийн тахилч нарыг Бетелд байрлуулав. Ийнхүү тэр өөрийн зүрхнээс сэдсэн сар болох наймдугаар сарын арван тавны өдөр Бетелд өөрийн хийсэн тахилын ширээн дээр өргөл өргөж, Израилийн хөвгүүдэд баяр тогтоов; тэр тахилын ширээн дээр өргөл өргөж, хүж уугиулав. Хаадын дээд 12:25–33.</w:t>
      </w:r>
    </w:p>
    <w:p>
      <w:pPr>
        <w:pStyle w:val="ArticleBody"/>
        <w:jc w:val="left"/>
      </w:pPr>
      <w:r>
        <w:rPr>
          <w:rFonts w:ascii="Times New Roman" w:hAnsi="Times New Roman" w:eastAsia="Times New Roman" w:cs="Times New Roman"/>
        </w:rPr>
        <w:t>Хойд зүгийн арван овгийн суурь түүхэнд Израиль Бурханыг Хаанаа болгон няцааснаар, мөн Аарон болон алтан тугалын бослогоор хэв шинжлэгдсэн нэгэн бослого байсан. Аароны бослого нь эртний Израилийн суурь түүхэнд, харин Иеровоамын бослого нь хойд зүгийн арван овгийн суурь түүхэнд тохиосон юм. “Мөр мөрийн дээр” гэх зарчмаар тэргүүн тахилч Аарон нь сүмийг төлөөлдөг бөгөөд, хаан Иеровоам нь төрийг төлөөлдөг. Эдгээр хоёр суурь бослого нь Израилийн ард түмэн хүний хааныг хүссэн тэр суурь бослогыг багтаасан нэгэн шугам мөн.</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Езекиелийн номд дүрслэгдсэн ариун түүхэнд дөрвөн зуун ерэн жилийн гурван үе байдаг бөгөөд тэдгээрийн нэг нь хаадтай, нөгөө нь ариун газартай, бас нөгөө нь цэрэг олонтой холбоотой байв. Эдгээр гурван үе нь Аароны (ариун газар), Саулын (цэрэг олон), Иеробоамын (хаан) тэрслэлттэй дүйцэн нийцдэг. Эш үзүүлэгч, тахилч, хаан гэсэн гурван бэлгэдлийн дундаас эш үзүүлж байснаар нь хаан Саул онцлон танигддаг; Аарон тахилч байсан бөгөөд Иеробоам хаан байсан юм.</w:t>
      </w:r>
    </w:p>
    <w:p>
      <w:pPr>
        <w:pStyle w:val="ArticleScripture"/>
        <w:jc w:val="left"/>
      </w:pPr>
      <w:r>
        <w:rPr>
          <w:rFonts w:ascii="Times New Roman" w:hAnsi="Times New Roman" w:eastAsia="Times New Roman" w:cs="Times New Roman"/>
        </w:rPr>
        <w:t>Түүнийг урьдаас мэддэг байсан бүх хүн, харагтун, түүнийг эш үзүүлэгчдийн дунд эш үзүүлж байгааг хараад, ард олон бие биедээ: Кишийн хүүд тохиолдсон энэ юу вэ? Саул бас эш үзүүлэгчдийн дунд байдаг гэж үү? хэмээн хэлэлцэв. Тэр газрын нэгэн хүн хариулж: Харин тэдний эцэг нь хэн бэ? гэв. Иймийн тул: Саул бас эш үзүүлэгчдийн дунд байдаг гэж үү? гэсэн үг зүйр үг болов. 1 Самуел 10:11, 12.</w:t>
      </w:r>
    </w:p>
    <w:p>
      <w:pPr>
        <w:pStyle w:val="ArticleBody"/>
        <w:jc w:val="left"/>
      </w:pPr>
      <w:r>
        <w:rPr>
          <w:rFonts w:ascii="Times New Roman" w:hAnsi="Times New Roman" w:eastAsia="Times New Roman" w:cs="Times New Roman"/>
        </w:rPr>
        <w:t>Ялгуусан сүм нь гучин настай эш үзүүлэгч, гучин настай тахилч, гучин настай хаанаас бүрддэг бөгөөд энэ нь гуч дахь жилдээ үйлчлэлээ эхэлсэн Езекиел, гучин насандаа албаа эхэлсэн Иосеф, мөн гучин насандаа хаанчилж эхэлсэн хаан Давидаар төлөөлөгдөнө. Ялгуусан сүм нь Езекиел номын сүүлийн найман бүлэгт газрыг дүүргэх ариун сүмээр дүрслэгддэг бөгөөд ялгуусан сүм нь долоон сүмийн дотроос байдаг найм дахь сүм болох Филаделфи мөн юм.</w:t>
      </w:r>
    </w:p>
    <w:p>
      <w:pPr>
        <w:pStyle w:val="ArticleBody"/>
        <w:jc w:val="left"/>
      </w:pPr>
      <w:r>
        <w:rPr>
          <w:rFonts w:ascii="Times New Roman" w:hAnsi="Times New Roman" w:eastAsia="Times New Roman" w:cs="Times New Roman"/>
        </w:rPr>
        <w:t>МЭӨ 977 онд эхэлсэн Иосиагийн эш үзүүллэгийн шугам удахгүй гарах Ням гарагийн хуулиар төгсөнө. 2023 оны 12 дугаар сарын 31-нд эхэлсэн нэг зуун дөчин дөрвөн мянгын ариусгал ба тамгалалт нь, Илчлэл номын арван нэгдүгээр бүлгийн хоёр гэрчийг амилуулахаар Михаил бууж ирэх үед эхэлсэн юм. 2023 он нь 2001 оны 9 дүгээр сарын 11-нээс хойш хорин хоёр жилийн дараа тохиосон нь, 1798 оны Гадаадынхан ба Үймээн самууны тухай хуулиуд 1776 оны Тусгаар тогтнолын тунхгаас хойш хорин хоёр жилийн дараа гарч ирдэгтэй яг адил юм. Иеробоамын хорин хоёр жилийн хаанчлал нь Иосиагийн эш үзүүллэг тунхаглагдсан МЭӨ 977 онд эхэлсэн. Тэр үед Хаадын дээдийн арван гуравдугаар бүлгийн дуулгаваргүй эш үзүүлэгч, Мосе Аароны урвалтыг илчилсэнтэй адил, мөн Самуел хаан хүссэн олныг сөрөн зогссонтой адил, Иеробоамын урвалтыг илчилсэн. Суурь урвалтуудын эсрэг тэдгээр сөрөн зогсолтууд нь—дуулгаваргүй эш үзүүлэгч, Мосе, Самуелын мэдээгээр төлөөлөгдөх тэдгээр нь—Ням гарагийн хуулийн үед гурав дахь тэнгэр элчийн чанга дуудлагыг төлөөлдөг. Энэ нь тугийн дор тунхаглагдах анхааруулах мэдээ бөгөөд Иеробоамын түүхэнд “тэмдэг”-ийн хамт өгөгдсөн Иосиагийн зөгнөлөөр төлөөлөгдөнө.</w:t>
      </w:r>
    </w:p>
    <w:p>
      <w:pPr>
        <w:pStyle w:val="ArticleScripture"/>
        <w:jc w:val="left"/>
      </w:pPr>
      <w:r>
        <w:rPr>
          <w:rFonts w:ascii="Times New Roman" w:hAnsi="Times New Roman" w:eastAsia="Times New Roman" w:cs="Times New Roman"/>
        </w:rPr>
        <w:t>Үзэгтүн, ЭЗЭНий үгээр Иудагаас Бетел уруу Бурханы нэгэн хүн ирэв. Иеробоам утлага уугиулахаар тахилын ширээний дэргэд зогсож байлаа. Тэрээр ЭЗЭНий үгээр тахилын ширээний эсрэг хашхирч, ийн хэлэв: Ай тахилын ширээ, тахилын ширээ ээ, ЭЗЭН ийн айлдаж байна: Үзэгтүн, Давидын гэрт Иосиаг нэртэй нэгэн хүү төрнө; тэр чиний дээр чам дээр утлага уугиулдаг өндөрлөгүүдийн тахилчдыг өргөх бөгөөд хүний ясыг чиний дээр шатаана. Тэр өдөр тэрээр бас нэгэн тэмдэг өгч, ийн хэлэв: Энэ бол ЭЗЭНий айлдсан тэмдэг мөн; үзэгтүн, тахилын ширээ хагаран ан цав гарч, дээрх үнс нь асгарна. Хаан Иеробоам Бетел дэх тахилын ширээний эсрэг хашхирсан Бурханы хүний үгийг сонсоод, тахилын ширээнээс гараа сунган, Түүнийг барьж ав! гэв. Харин түүний эсрэг сунгасан гар нь хатаж, дахин өөр лүүгээ татаж чадсангүй.</w:t>
      </w:r>
    </w:p>
    <w:p>
      <w:pPr>
        <w:pStyle w:val="ArticleScripture"/>
        <w:jc w:val="left"/>
      </w:pPr>
      <w:r>
        <w:rPr>
          <w:rFonts w:ascii="Times New Roman" w:hAnsi="Times New Roman" w:eastAsia="Times New Roman" w:cs="Times New Roman"/>
        </w:rPr>
        <w:t>Тахилын ширээ ч мөн хагаран, ЭЗЭНий үгээр Бурханы хүн өгсөн тэмдгийн дагуу үнс нь тахилын ширээнээс асгарчээ. Тэгэхэд хаан Бурханы хүнд хандан, —Одоо ЭЗЭН, чиний Бурханы мэлмийг аргадаж, миний төлөө залбир, ингэснээр гар минь дахин сэргэг,— гэж хэлэв. Бурханы хүн ЭЗЭНээс гуйн мөргөхөд, хааны гар түүнд дахин сэргэж, урьдын адил болов. Хаан Бурханы хүнд, —Надтай гэртээ очиж, биеэ тэнхрүүл; би чамд шагнал өгье,— гэв. Харин Бурханы хүн хаанд, —Чи надад гэрийнхээ хагасыг өгсөн ч би чамтай хамт орохгүй, энэ газарт талх идэж, ус уухгүй. Учир нь ЭЗЭНий үгээр надад ингэж тушаасан: “Талх бүү ид, ус бүү уу, мөн ирсэн тэр замаараа буцаж бүү яв”,— гэжээ. Ийнхүү тэр өөр замаар явж, Бетелд ирсэн замаараа буцсангүй. Хаадын дээд 13:1–10.</w:t>
      </w:r>
    </w:p>
    <w:p>
      <w:pPr>
        <w:pStyle w:val="ArticleBody"/>
        <w:jc w:val="left"/>
      </w:pPr>
      <w:r>
        <w:rPr>
          <w:rFonts w:ascii="Times New Roman" w:hAnsi="Times New Roman" w:eastAsia="Times New Roman" w:cs="Times New Roman"/>
        </w:rPr>
        <w:t>“Гэрийнхээ талыг” өгье гэсэн санал байсан ч бошиглогч Иеробоамтай хамт хооллохоос татгалзсан нь Херод Саломед хаанчлалынхаа талыг өгнө хэмээн амласантай нийцэж байна.</w:t>
      </w:r>
    </w:p>
    <w:p>
      <w:pPr>
        <w:pStyle w:val="ArticleScripture"/>
        <w:jc w:val="left"/>
      </w:pPr>
      <w:r>
        <w:rPr>
          <w:rFonts w:ascii="Times New Roman" w:hAnsi="Times New Roman" w:eastAsia="Times New Roman" w:cs="Times New Roman"/>
        </w:rPr>
        <w:t>Тэгээд тохиромжтой нэгэн өдөр ирэхэд, Херод төрсөн өдрөөрөө Галилийн ноёд, их цэргийн дарга нар, тэргүүлэх язгууртнуудад зориулан зоог барив. Тэгтэл мөнөөх Херодиасын охин орж ирэн бүжиглэж, Херод болон түүнтэй хамт зооглогсдод таалагдсан тул хаан тэр бүсгүйд, “Надаас юу хүснэ, түүнийгээ гуй; би чамд өгнө” гэв. Тэгээд тэр түүнд тангараглан, “Надаас юу ч гуйсан, хаанчлалын минь хагас хүртэл би чамд өгнө” гэв. Харин тэр гарч очоод эхдээ, “Би юуг гуйх вэ?” гэж асуув. Тэгэхэд эх нь, “Баптисм хүртээгч Иоханы толгойг” гэв. Марк 6:21–24.</w:t>
      </w:r>
    </w:p>
    <w:p>
      <w:pPr>
        <w:pStyle w:val="ArticleBody"/>
        <w:jc w:val="left"/>
      </w:pPr>
      <w:r>
        <w:rPr>
          <w:rFonts w:ascii="Times New Roman" w:hAnsi="Times New Roman" w:eastAsia="Times New Roman" w:cs="Times New Roman"/>
        </w:rPr>
        <w:t>Херодын хаанчлалынхаа хагасыг өгөх амлалт нь түүний төрсөн өдөр болсон юм. Херод бол Ромын бэлгэдэл бөгөөд Илчлэл арван долоодугаар бүлгийн арван хаад нь Даниелын долоодугаар бүлэг дэх Ромын арав хуваагдсанаар, мөн хоёрдугаар бүлгийн арван хуруугаар дүрслэгдсэн байдаг. Түүний төрсөн өдөр нь зургаа дахь хаант улс Ням гаргийн хуулийн үед долоо дахь хаант улсаар солигдох үед тэмдэглэгддэг бөгөөд энэ утгаараа энэ нь Библийн эш үзүүллэгийн долоо дахь хаант улс болох Нэгдсэн Үндэстний Байгууллагын төрсөн өдөр юм. Удахгүй ирэх Ням гаргийн хуулийн үед Иеробоамын умардын арван овгоор төлөөлөгдсөн арван хаад Илчлэл “арван долоо”-д нэг цагийн турш хаанчлалаа араатанд өгөхөөр зөвшөөрнө.</w:t>
      </w:r>
    </w:p>
    <w:p>
      <w:pPr>
        <w:pStyle w:val="ArticleScripture"/>
        <w:jc w:val="left"/>
      </w:pPr>
      <w:r>
        <w:rPr>
          <w:rFonts w:ascii="Times New Roman" w:hAnsi="Times New Roman" w:eastAsia="Times New Roman" w:cs="Times New Roman"/>
        </w:rPr>
        <w:t>Учир нь Бурхан Өөрийн хүслийг гүйцэлдүүлэхээр, мөн санал нэгдэхээр, Бурханы үгс биелтэл өөрсдийн хаанчлалыг араатанд өгөхөөр тэдний зүрхэнд хийсэн билээ. Илчлэлт 17:17.</w:t>
      </w:r>
    </w:p>
    <w:p>
      <w:pPr>
        <w:pStyle w:val="ArticleBody"/>
        <w:jc w:val="left"/>
      </w:pPr>
      <w:r>
        <w:rPr>
          <w:rFonts w:ascii="Times New Roman" w:hAnsi="Times New Roman" w:eastAsia="Times New Roman" w:cs="Times New Roman"/>
        </w:rPr>
        <w:t>Езекиелийн дөрөвдүгээр бүлгийн эш үзүүллэгийг авч үзэхээс өмнө, Езекиел огноог шууд тодорхойлсон ‘арван гурав’ дахь тохиолдлуудыг бид тогтоон тэмдэглэе. Тэрхүү арван гурав дахь замын тэмдгүүд нь ерөнхийдөө ертөнц ба Бурханы ард түмний хооронд хуваагдана. Египетээр төлөөлүүлсэн ертөнцөд огноо зургаан удаа шууд оноогдсон бөгөөд Тирийг нэг удаа авч үздэг, харин бусад зургаан удаад Иерусалим нь сэдэв болдог. Энэ ном МЭӨ 592 онд, буюу арван долоодугаар Ойн баярын мөчлөгийн гуч дахь жилд эхэлдэг бөгөөд Езекиелийн дөчдүгээр бүлгийн нэгдүгээр эшлэл МЭӨ 573 оны 10 дугаар сарын 22-ны өдрийг тэрхүү мөчлөгийн төгсгөл хэмээн тодорхойлдог. Ойн баярын мөчлөг нь 9/11-ээс эхлэн тун удахгүй ирэх Ням гаргийн хуулийг хүртэлх нэг зуун дөчин дөрвөн мянгын лацлагдах үеийг төлөөлдөг бөгөөд энэ нь эргээд 2023 оны 12 дугаар сарын 31-нээс тун удахгүй ирэх Ням гаргийн хуулийг хүртэлх яг тэр түүхийн фрактал дүрслэлээр илэрхийлэгддэг. Аль аль үе нь 1840 оны 8 дугаар сарын 11-нээс 1844 оны 10 дугаар сарын 22 хүртэлх хугацаагаар хэв шинжлэгдсэн юм.</w:t>
      </w:r>
    </w:p>
    <w:p>
      <w:pPr>
        <w:pStyle w:val="ArticleBody"/>
        <w:jc w:val="left"/>
      </w:pPr>
      <w:r>
        <w:rPr>
          <w:rFonts w:ascii="Times New Roman" w:hAnsi="Times New Roman" w:eastAsia="Times New Roman" w:cs="Times New Roman"/>
        </w:rPr>
        <w:t>1840 оны 8 дугаар сарын 11-нд, Илчлэлт номын аравдугаар бүлгийн бяцхан номыг авчирч, Бурханы ард түмэн түүнийг авч идэх ёстой байсан хүчит тэнгэрэлчийн дүрээр Есүс Христ Өөрөө бууж ирсэн юм. Битүүмжлэх цагийн эхлэлийг тэмдэглэхийн тулд мөнөөх тэнгэрэлч 9/11-нд дахин бууж ирсэн. Содом ба Египет хэмээх тэр агуу хотын гудамжинд, мөн Эзэн цовдлогдсон тэр газарт алагдсан байсан хоёр гэрчийг амилуулахын тулд мөнөөх тэнгэрэлч 2023 оны 12 дугаар сарын 31-нд бууж ирсэн. Тэр бууж ирэлт нь битүүмжлэх цагийн хаалтын үеийг тэмдэглэсэн. 2023 оны 12 дугаар сарын 31-нээс Ням гаргийн хууль хүртэлх фрактал хугацааны дотор тахилч Езекиелд тэнгэр дэх сүмийн үзэгдэл өгөгдөнө. Тэр үед тэрээр хэлгүй болгогдож, зөвхөн Бурхан түүнд тушаах үед л ярьдаг. Түүний энэ байдал Иерусалимын сүйрлээр төлөөлөгдөх удахгүй ирэх Ням гаргийн хууль хүртэл үргэлжилнэ.</w:t>
      </w:r>
    </w:p>
    <w:p>
      <w:pPr>
        <w:pStyle w:val="ArticleBody"/>
        <w:jc w:val="left"/>
      </w:pPr>
      <w:r>
        <w:rPr>
          <w:rFonts w:ascii="Times New Roman" w:hAnsi="Times New Roman" w:eastAsia="Times New Roman" w:cs="Times New Roman"/>
        </w:rPr>
        <w:t>Иоханы нэгэн адил, Езекиелд Илчлэлт арванд бууж ирж буй тэнгэрэлчийн гарт байсан номыг авахыг тушаасан бөгөөд мөн гашуудал, уй гашуу, золгүй ерын тухай тэр номыг идэхийг ч хэлсэн.</w:t>
      </w:r>
    </w:p>
    <w:p>
      <w:pPr>
        <w:pStyle w:val="ArticleScripture"/>
        <w:jc w:val="left"/>
      </w:pPr>
      <w:r>
        <w:rPr>
          <w:rFonts w:ascii="Times New Roman" w:hAnsi="Times New Roman" w:eastAsia="Times New Roman" w:cs="Times New Roman"/>
        </w:rPr>
        <w:t>Харин чи, хүний хүү ээ, Миний чамд хэлж буйг сонсогтун; тэрслүү тэр гэрийн адил чи бүү тэрслүү бай. Амаа ангайж, Миний чамд өгч буйг идэгтүн. Тэгээд би харахад, болгоогтун, нэгэн гар над уруу сунгагдсан байв; мөн болгоогтун, түүнд нэгэн номын хуйлмал байлаа. Тэр үүнийг миний өмнө дэлгэв; тэгэхэд энэ нь дотор ба гадна талаараа бичигдсэн байв; мөн түүн дээр гашуудал, уй гашуу, гай зовлон бичигдсэн байлаа. Езекиел 2:8–10.</w:t>
      </w:r>
    </w:p>
    <w:p>
      <w:pPr>
        <w:pStyle w:val="ArticleBody"/>
        <w:jc w:val="left"/>
      </w:pPr>
      <w:r>
        <w:rPr>
          <w:rFonts w:ascii="Times New Roman" w:hAnsi="Times New Roman" w:eastAsia="Times New Roman" w:cs="Times New Roman"/>
        </w:rPr>
        <w:t>Энэ мэдээ нь гурвалсан мэдээ хэлбэрээр дүрслэгдсэн бөгөөд ингэснээр Илчлэл номын арван дөрөвдүгээр бүлгийн гурван тэнгэрэлчийн мэдээг бэлгэдэн үзүүлж байна. Тиймээс энэ нь Езекиелийн есдүгээр бүлэг болон Илчлэлийн долоодугаар бүлэгт дүрслэгдсэнчлэн, Иерусалим дотор сүмийн болон газрын нүглийн талаар гашуудан ёолж буй хүмүүсийг тамгалдаг гурав дахь тэнгэрэлчийн лацдах мэдээ мөн.</w:t>
      </w:r>
    </w:p>
    <w:p>
      <w:pPr>
        <w:pStyle w:val="ArticleScripture"/>
        <w:jc w:val="left"/>
      </w:pPr>
      <w:r>
        <w:rPr>
          <w:rFonts w:ascii="Times New Roman" w:hAnsi="Times New Roman" w:eastAsia="Times New Roman" w:cs="Times New Roman"/>
        </w:rPr>
        <w:t>Израилийн Бурханы алдар суу Өөрийн байсан херуб дээрээс өргөгдөн, өргөөний босгон дээр хүрч ирэв. Тэрээр хажуудаа бичээчийн бэхний савтай, маалинган хувцас өмссөн хүнд хандан дуудав. ЭЗЭН түүнд айлдсан нь: Хотын дундуур, Иерусалимын дундуур явж, түүний дотор үйлдэгдэж буй бүх жигшүүрт хэргийн төлөө санаа алдан гасалж, уйлан хашхирч буй хүмүүсийн духан дээр тэмдэг тавь. Езекиел 9:3, 4.</w:t>
      </w:r>
    </w:p>
    <w:p>
      <w:pPr>
        <w:pStyle w:val="ArticleBody"/>
        <w:jc w:val="left"/>
      </w:pPr>
      <w:r>
        <w:rPr>
          <w:rFonts w:ascii="Times New Roman" w:hAnsi="Times New Roman" w:eastAsia="Times New Roman" w:cs="Times New Roman"/>
        </w:rPr>
        <w:t>Тэмдгийг хүлээн авдаг хүмүүс нь сүмийн нүгэл болон газрын нүглийн төлөө гашуудан уйлж байдаг бөгөөд Езекиелийн гэрчлэл нь сүм ба ертөнцийн бэлгэдэл болсон Иерусалим ба Египетийн түүхэн дээр сүлэгдэн буй юм.</w:t>
      </w:r>
    </w:p>
    <w:p>
      <w:pPr>
        <w:pStyle w:val="ArticleScripture"/>
        <w:jc w:val="left"/>
      </w:pPr>
      <w:r>
        <w:rPr>
          <w:rFonts w:ascii="Times New Roman" w:hAnsi="Times New Roman" w:eastAsia="Times New Roman" w:cs="Times New Roman"/>
        </w:rPr>
        <w:t>“Бурханд үнэнч ариун байдлын хөрөнгө бүрмөсөн хүчээ алдаагүй байна. Сүмд аюул занал ба мохрол хамгийн их болсон тэр үед гэрэл дотор бат зогсож буй цөөнх бүлэг хүмүүс нутаг оронд үйлдэгдэж буй жигшүүрт зүйлсийн төлөө санаа алдан гашуудан хашхирах болно. Харин бүр ч илүүтэйгээр, сүмийн гишүүд дэлхийн ёсоор үйлдэж байгаа тул тэдний залбирал сүмийн төлөө дээш өгсөх болно. …</w:t>
      </w:r>
    </w:p>
    <w:p>
      <w:pPr>
        <w:pStyle w:val="ArticleScripture"/>
        <w:jc w:val="left"/>
      </w:pPr>
      <w:r>
        <w:rPr>
          <w:rFonts w:ascii="Times New Roman" w:hAnsi="Times New Roman" w:eastAsia="Times New Roman" w:cs="Times New Roman"/>
        </w:rPr>
        <w:t>“Тушаал нь: ‘Хотын дундуур, Иерусалимын дундуур явж, түүний дотор үйлдэгдэж буй бүх жигшүүрт хэргийн төлөө санаа алдан ёолж, уйлан гашуудаж буй хүмүүсийн магнай дээр тэмдэг тавь’ гэсэн байлаа. Эдгээр санаа алдан уйлж, гашуудаж байсан хүмүүс амийн үгсийг тунхаглан байв; тэд зэмлэн буруушааж, зөвлөж, гуйн ятгаж байсан. Бурханыг үл хүндэтгэж байсан зарим нь гэмшин, Түүний өмнө зүрх сэтгэлээ даруу болгосон. Харин Эзэний алдар Израилиас холдсон байв; олон хүн шашны хэлбэр ёсыг цааш үргэлжлүүлэн сахисаар байсан боловч Түүний хүч чадал, оршихуй үгүйлэгдэж байлаа.” Testimonies, volume 5, 209, 210.</w:t>
      </w:r>
    </w:p>
    <w:p>
      <w:pPr>
        <w:pStyle w:val="ArticleBody"/>
        <w:jc w:val="left"/>
      </w:pPr>
      <w:r>
        <w:rPr>
          <w:rFonts w:ascii="Times New Roman" w:hAnsi="Times New Roman" w:eastAsia="Times New Roman" w:cs="Times New Roman"/>
        </w:rPr>
        <w:t>Гашуудлын номын хүрээнд, Илчлэлт арван дөрвийн гурван тэнгэрэлчийг төлөөлөх гашуудал ба уй гашууны хувьд, гашуудал ба уй гашуу нь эхний болон хоёр дахь тэнгэрэлч мөн бөгөөд гурав дахь нь Илчлэлт долоогийн дөрвөн тогтоон баригч тэнгэрэлчийн хяналтад саатуулагдаж буй дорнын салхины бэлгэдэл болох гай зовлонгийн мэдээ юм.</w:t>
      </w:r>
    </w:p>
    <w:p>
      <w:pPr>
        <w:pStyle w:val="ArticleHeading"/>
        <w:jc w:val="left"/>
      </w:pPr>
      <w:r>
        <w:rPr>
          <w:rFonts w:ascii="Arial" w:hAnsi="Arial" w:eastAsia="Arial" w:cs="Arial"/>
        </w:rPr>
        <w:t>Египет</w:t>
      </w:r>
    </w:p>
    <w:p>
      <w:pPr>
        <w:pStyle w:val="ArticleBody"/>
        <w:jc w:val="left"/>
      </w:pPr>
      <w:r>
        <w:rPr>
          <w:rFonts w:ascii="Times New Roman" w:hAnsi="Times New Roman" w:eastAsia="Times New Roman" w:cs="Times New Roman"/>
        </w:rPr>
        <w:t>Езекиелийн номд дурдагдсан арван гурван огноо бий. Египеттэй холбоотой огноонуудын эхнийх нь Езекиел 29:1 бөгөөд энэ нь МЭӨ 587 оныг илэрхийлдэг.</w:t>
      </w:r>
    </w:p>
    <w:p>
      <w:pPr>
        <w:pStyle w:val="ArticleScripture"/>
        <w:jc w:val="left"/>
      </w:pPr>
      <w:r>
        <w:rPr>
          <w:rFonts w:ascii="Times New Roman" w:hAnsi="Times New Roman" w:eastAsia="Times New Roman" w:cs="Times New Roman"/>
        </w:rPr>
        <w:t>Арав дахь жилд, арав дахь сард, сарын арван хоёрны өдөр, ЭЗЭНий үг надад ирж, ийн айлдав: Хүний хүү, нүүрээ Египетийн хаан Фараоны эсрэг чиглүүлж, түүний эсрэг, мөн бүх Египетийн эсрэг эш үзүүл. Ярьж, ийн хэлэгтүн: Эзэн БУРХАН ийн айлдаж байна; Харагтун, Египетийн хаан Фараон оо, Би чиний эсрэг байна, өөрийн гол мөрнүүдийн дунд хэвтэгч агуу луу, “Миний мөрөн минийх, би үүнийг өөртөө зориулан бүтээсэн” хэмээн хэлэгч чиний эсрэг. Езекиел 29:1–3.</w:t>
      </w:r>
    </w:p>
    <w:p>
      <w:pPr>
        <w:pStyle w:val="ArticleBody"/>
        <w:jc w:val="left"/>
      </w:pPr>
      <w:r>
        <w:rPr>
          <w:rFonts w:ascii="Times New Roman" w:hAnsi="Times New Roman" w:eastAsia="Times New Roman" w:cs="Times New Roman"/>
        </w:rPr>
        <w:t>МЭӨ 587 он бол Иерусалимын сүйрлээс нэг жил хагасын өмнө эхэлсэн бүслэлтийн жил мөн. Тэр үед Езекиел Бурхан Египетийг түлхэн унагаана гэж тунхагладаг бөгөөд тэрхүү уналт нь Бурханы ард түмэнд Египетийн луудад найдан түшиглэсэн нь тэдний мунхаг явдал байсныг харуулах ёстой байв. Бүлгийн төгсгөлд Египетийг Вавилонд өгнө гэсэн тунхаглал гардаг бөгөөд ингэснээр Библийн эш үзүүллэг дэх арван хаан долоо дахь хаант улсаа орчин үеийн Вавилонд—долоон хаант улсын нэгэн адил байдаг найм дахь хаант улсад—хэзээ өгдгийг тодорхойлж байна. Тэр эш үзүүллэг бүлгийн төгсгөлд өгүүлснээр арван долоон жилийн дараа, МЭӨ 571 онд биелсэн юм. Иймээс 29-р бүлэгт Египеттэй холбоотой он цагийн анхны бөгөөд сүүлчийн дурдлууд агуулагдаж байна.</w:t>
      </w:r>
    </w:p>
    <w:p>
      <w:pPr>
        <w:pStyle w:val="ArticleScripture"/>
        <w:jc w:val="left"/>
      </w:pPr>
      <w:r>
        <w:rPr>
          <w:rFonts w:ascii="Times New Roman" w:hAnsi="Times New Roman" w:eastAsia="Times New Roman" w:cs="Times New Roman"/>
        </w:rPr>
        <w:t>Хорин долоодугаар онд, нэгдүгээр сарын шинийн нэгэнд, ЭЗЭНий үг надад ирж, ийн айлдав: Хүний хүү ээ, Вавилоны хаан Небухадрезар Тирийн эсрэг өөрийн цэргийг агуу хүнд албанд зүтгүүлсэн билээ. Бүх толгой халцарч, бүх мөр хууларсан боловч, Тирийн эсрэг хийсэн тэр албаны төлөө түүнд ч, түүний цэрэгт ч ямар ч хөлс байсангүй. Иймээс Эзэн БУРХАН ийн айлдаж байна: Харагтун, Би Египетийн газрыг Вавилоны хаан Небухадрезарт өгнө. Тэрээр түүний үй олон хүнийг авч, түүний олзыг авч, түүний дээрмийг авна. Тэр нь түүний цэргийн хөлс болох болно. Түүний эсрэг зүтгэсэн хөдөлмөрийнх нь төлөө Би түүнд Египетийн газрыг өгсөн. Учир нь тэд Миний төлөө ажилласан гэж Эзэн БУРХАН айлдаж байна. Тэр өдөр Би Израилийн гэрийн эврийг соёолуулж, тэдний дунд чамд амаа нээх боломжийг өгнө. Тэгвэл тэд Намайг ЭЗЭН мөн гэдгийг мэдэх болно. Езекиел 29:17–21.</w:t>
      </w:r>
    </w:p>
    <w:p>
      <w:pPr>
        <w:pStyle w:val="ArticleBody"/>
        <w:jc w:val="left"/>
      </w:pPr>
      <w:r>
        <w:rPr>
          <w:rFonts w:ascii="Times New Roman" w:hAnsi="Times New Roman" w:eastAsia="Times New Roman" w:cs="Times New Roman"/>
        </w:rPr>
        <w:t>Арван долдугаар эшлэлийн нэгдүгээр сарын нэгний хорь дахь жил нь Езекиел дэх арван гурван огнооны хамгийн сүүлчийн огноог илэрхийлдэг бөгөөд энэ нь МЭӨ 573 оны аравдугаар сарын 22-ноос хойш тохиох цорын ганц огноо мөн. Энэ нь Даниел 11:42, 43-т гардаг хойд зүгийн хаанд Египет өгөгдөх үеийг, мөн арван хаан долоон дотроос гарсан найм дахь хаант улсад өөрсдийн долоо дахь хаант улсыг өгөх цэгийг илэрхийлдэг. Энэ нь “Израилийн гэрийн эвэр” нахин ургах үед биелнэ. Исаиад Израиль дорнын салхины өдөр нахин ургадаг.</w:t>
      </w:r>
    </w:p>
    <w:p>
      <w:pPr>
        <w:pStyle w:val="ArticleScripture"/>
        <w:jc w:val="left"/>
      </w:pPr>
      <w:r>
        <w:rPr>
          <w:rFonts w:ascii="Times New Roman" w:hAnsi="Times New Roman" w:eastAsia="Times New Roman" w:cs="Times New Roman"/>
        </w:rPr>
        <w:t>Иаковоос гарах хүмүүсийг Тэр үндэслүүлнэ; Израиль цэцэглэн нахиа дэлгэрч, дэлхийн нүүрийг үр жимсээр дүүргэнэ. Исаиа 27:8.</w:t>
      </w:r>
    </w:p>
    <w:p>
      <w:pPr>
        <w:pStyle w:val="ArticleBody"/>
        <w:jc w:val="left"/>
      </w:pPr>
      <w:r>
        <w:rPr>
          <w:rFonts w:ascii="Times New Roman" w:hAnsi="Times New Roman" w:eastAsia="Times New Roman" w:cs="Times New Roman"/>
        </w:rPr>
        <w:t>Езекиел 29:17 биелэх үед, мөн удалгүй гарах Ням гаргийн хуулийн үед Египетийн луу папын араатанд өгөгдөхөд, хожмын бороо Израилийн дээр хэмжээлшгүйгээр асгарах болно. Тэрхүү бороо 9/11-нд шүршилт мэтээр эхэлсэн бөгөөд энэ нь Христ амилсныхаа дараа Өөрийн Эцэг уруу өгсөж, дараа нь газар дэлхийд бууж ирснийхээ хойно шавь нарынхаа дээр амьсгалсан явдлаар бэлгэдэгдсэн юм.</w:t>
      </w:r>
    </w:p>
    <w:p>
      <w:pPr>
        <w:pStyle w:val="ArticleScripture"/>
        <w:jc w:val="left"/>
      </w:pPr>
      <w:r>
        <w:rPr>
          <w:rFonts w:ascii="Times New Roman" w:hAnsi="Times New Roman" w:eastAsia="Times New Roman" w:cs="Times New Roman"/>
        </w:rPr>
        <w:t>“Христ шавь нартаа Ариун Сүнсийг үлээн өгч, мөн тэдэнд Өөрийн амар тайвныг хүртээсэн үйл нь Пентекостын өдөр өгөх арвин их аадар борооны өмнөх хэдхэн дусал мэт байв.” Зөгнөлийн Сүнс, 3-р боть, 243.</w:t>
      </w:r>
    </w:p>
    <w:p>
      <w:pPr>
        <w:pStyle w:val="ArticleBody"/>
        <w:jc w:val="left"/>
      </w:pPr>
      <w:r>
        <w:rPr>
          <w:rFonts w:ascii="Times New Roman" w:hAnsi="Times New Roman" w:eastAsia="Times New Roman" w:cs="Times New Roman"/>
        </w:rPr>
        <w:t>Египетийн уналтын тухай Езекиелийн зөгнөл МЭӨ 587 онд, бүслэлтийн жилд тунхаглагдсан бөгөөд арван долоон жилийн дараа тэрхүү зөгнөл биелсэн. Энэ нь “арван долоо” гэсэн тоогоор төлөөлөгдсөн хугацаанд биелдэг тул Даниел 11-ийн дөчдүгээр эшлэлийн далд түүхийг төлөөлдөг. Энэ нь Езекиелийн 9-р бүлэгт дүрслэгдсэн нэг зуун дөчин дөрвөн мянгыг тамгалах цаг үед биелэх ёстой. Тамгалах үед хожмын бороо асгардаг бөгөөд эхлээд 9/11-д шүрших мэт, дараа нь Ням гарагийн хуулийн үед бүрэн асгарлаар ирдэг. Исаиагийн дагуу энэ нь “зүүн салхины өдөр” биелдэг бөгөөд Ислам бол зүүн салхи мөн, Ислам бол гурав дахь “гай” мөн. Езекиелийн идэх ёстой байсан мэдээ нь гурвалсан мэдээ байсан бөгөөд түүний гурав дахь хэсэг нь гайгийн мэдээ байв.</w:t>
      </w:r>
    </w:p>
    <w:p>
      <w:pPr>
        <w:pStyle w:val="ArticleBody"/>
        <w:jc w:val="left"/>
      </w:pPr>
      <w:r>
        <w:rPr>
          <w:rFonts w:ascii="Times New Roman" w:hAnsi="Times New Roman" w:eastAsia="Times New Roman" w:cs="Times New Roman"/>
        </w:rPr>
        <w:t>Езекиелийн он, сар, өдөр нь тэмдэглэгдсэн арван гурван эш үзүүллэг Иерусалим, Египет, Тиртэй холбогдон өгөгдсөн юм. Эдгээр нь бүгд “арван гурав” тоогоор илэрхийлэгддэг тэрслүү байдлыг хөндөн өгүүлж байв.</w:t>
      </w:r>
    </w:p>
    <w:p>
      <w:pPr>
        <w:pStyle w:val="ArticleBody"/>
        <w:jc w:val="left"/>
      </w:pPr>
      <w:r>
        <w:rPr>
          <w:rFonts w:ascii="Times New Roman" w:hAnsi="Times New Roman" w:eastAsia="Times New Roman" w:cs="Times New Roman"/>
        </w:rPr>
        <w:t>Бид дараагийн өгүүлэлд Езекиелийн он цагийг авч үзсээр байх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ишлэлийн нуугдмал түүх - Хорин зургаадугаар тоо</dc:title>
  <dc:subject>Езекиел долоодугаар тоо</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