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Дөчин Дэх Ишлэлийн Нуугдмал Түүх - Гучин Нэгдүгээр Дугаар</w:t>
      </w:r>
    </w:p>
    <w:p>
      <w:pPr>
        <w:pStyle w:val="ArticleSubtitle"/>
        <w:jc w:val="left"/>
      </w:pPr>
      <w:r>
        <w:rPr>
          <w:rFonts w:ascii="Arial" w:hAnsi="Arial" w:eastAsia="Arial" w:cs="Arial"/>
        </w:rPr>
        <w:t>Езекиел арван хоёрдугаар бүлэг</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Өмнөх өгүүлэл дараах догол мөрөөр төгссөн бөгөөд тэнд ийнхүү өгүүлсэн байдаг: “313 оны гэрээний гэрлэлт нь илчлэлт номын арван долоодугаар бүлгийн арван хаадын тэргүүлэх хаан болох Америкийн Нэгдсэн Улстай папын эрх мэдэл байгуулсан эцсийн гэрээний гэрлэлтийг төлөөлдөг; Францын хоёр эвэрт хүчээр хэв шинжлэгдсэн хоёр эвэрт эрх мэдэл юм. 496 онд Хлодвигээс эхэлж, эцэст нь 533 онд Юстинианы зарлигт хүрч, 538 онд папын сэнтийд залрахад хүргэсэн түүх нь 1989 оноос Ням гаргийн хууль хүртэлх түүхийг төлөөлдөг.”</w:t>
      </w:r>
    </w:p>
    <w:p>
      <w:pPr>
        <w:pStyle w:val="ArticleBody"/>
        <w:jc w:val="left"/>
      </w:pPr>
      <w:r>
        <w:rPr>
          <w:rFonts w:ascii="Times New Roman" w:hAnsi="Times New Roman" w:eastAsia="Times New Roman" w:cs="Times New Roman"/>
        </w:rPr>
        <w:t>Роналд Рейган нь 496 онд Кловисоор дүрслэгдсэн бөгөөд Доналд Трамп нь 533 онд Юстинианаар дүрслэгддэг. Юстинианы зарлиг нь 538 онд папын засаг сэнтийд залархаас таван жилийн өмнө гарсан бөгөөд Миланы тунхаг нь 321 оны анхны Ням гаргийн хуулиас найман жилийн өмнө гарсан юм. Зарлиг ч, тунхаг ч хоёулаа Ням гаргийн хуулиас өмнөх замын тэмдэгтэй нийцдэг.</w:t>
      </w:r>
    </w:p>
    <w:p>
      <w:pPr>
        <w:pStyle w:val="ArticleHeading"/>
        <w:jc w:val="left"/>
      </w:pPr>
      <w:r>
        <w:rPr>
          <w:rFonts w:ascii="Arial" w:hAnsi="Arial" w:eastAsia="Arial" w:cs="Arial"/>
        </w:rPr>
        <w:t>Рейган</w:t>
      </w:r>
    </w:p>
    <w:p>
      <w:pPr>
        <w:pStyle w:val="ArticleBody"/>
        <w:jc w:val="left"/>
      </w:pPr>
      <w:r>
        <w:rPr>
          <w:rFonts w:ascii="Times New Roman" w:hAnsi="Times New Roman" w:eastAsia="Times New Roman" w:cs="Times New Roman"/>
        </w:rPr>
        <w:t>1870 онд Италийн цэргүүд Ромыг эзлэн авсан (1870 оны 9 дүгээр сарын 20). Папын улс газар нутгийн улс төрийн нэгжийн хувьд оршин тогтнохоо больж, Пап IX Пий “Ватиканд хоригдол” болов. Бүрэн эрхт улс хэмээн хүлээн зөвшөөрөгдсөн папын ямар ч нутаг дэвсгэр үлдээгүй тул Америкийн Нэгдсэн Улс (бусад олон орны адил) Папыг иргэний эрх мэдэл бүхий захирагчийн хувьд албан ёсны дипломат харилцаатай байхаа больсон. 1951 оны 10 дугаар сард Ерөнхийлөгч Харри С. Трумэн генерал Марк У. Кларкийг АНУ-аас Ватиканд суух Элчин сайдаар нэр дэвшүүлэв. Энэ томилгоо нь сүм ба төрийн тусгаарлалтыг зөрчиж байна хэмээн үзсэн олон протестант сүм, байгууллагын зүгээс хүчтэй эсэргүүцэл тун удалгүй өрнөв. 1952 оны 1 дүгээр сард генерал Кларк нэрээ татан авсан.</w:t>
      </w:r>
    </w:p>
    <w:p>
      <w:pPr>
        <w:pStyle w:val="ArticleBody"/>
        <w:jc w:val="left"/>
      </w:pPr>
      <w:r>
        <w:rPr>
          <w:rFonts w:ascii="Times New Roman" w:hAnsi="Times New Roman" w:eastAsia="Times New Roman" w:cs="Times New Roman"/>
        </w:rPr>
        <w:t>1984 оны 1 дүгээр сарын 10-нд Ерөнхийлөгч Рональд Рейган болон Пап Иоанн Павел II Америкийн Нэгдсэн Улс ба Ариун Ширээний хооронд бүрэн хэмжээний дипломат харилцаа тогтоох тухайд албан ёсоор тохиролцов. 1984 оны 4 дүгээр сарын 9-нд Уильям А. Уилсон (Рейганы хувийн төлөөлөгчөөр өмнө нь аль хэдийнээ ажиллаж байсан) итгэмжлэх жуух бичгээ өргөн барьж, Ариун Ширээнд суугаа АНУ-ын анхны Элчин сайд болов.</w:t>
      </w:r>
    </w:p>
    <w:p>
      <w:pPr>
        <w:pStyle w:val="ArticleBody"/>
        <w:jc w:val="left"/>
      </w:pPr>
      <w:r>
        <w:rPr>
          <w:rFonts w:ascii="Times New Roman" w:hAnsi="Times New Roman" w:eastAsia="Times New Roman" w:cs="Times New Roman"/>
        </w:rPr>
        <w:t>1951 оноос 1984 он хүртэлх гучин гурван жилийн дотор Протестантизмын Католицизмын эсрэг эсэргүүцэл сарнив. 496 онд Кловисын үед папын засгийг дэмжин боссон “гарууд” нь 1984 оноос 1989 он хүртэл Рейганыг бэлгэдэн төлөөлдөг. Кловис нь папын засаг дахин эрх мэдэлд мандан гарахад саад болж байсан шашныг (шүтээнлэг үзэл) зайлуулсныг төлөөлсөн бөгөөд 1984 он гэхэд папын засаг мандан гарахыг эсэргүүцэж байсан Протестантизмын эсэргүүцэл зайлуулагдсан байв. “Өдөр тутмын” нь (шүтээнлэг үзэл) зайлуулагдсан байсан бөгөөд Паул шүтээнлэг үзлийн папын засагт үзүүлж байсан тэрхүү эсэргүүцлийг зайлуулсныг “итгэлээс няцах” хэмээн дүрсэлдэг.</w:t>
      </w:r>
    </w:p>
    <w:p>
      <w:pPr>
        <w:pStyle w:val="ArticleBody"/>
        <w:jc w:val="left"/>
      </w:pPr>
      <w:r>
        <w:rPr>
          <w:rFonts w:ascii="Times New Roman" w:hAnsi="Times New Roman" w:eastAsia="Times New Roman" w:cs="Times New Roman"/>
        </w:rPr>
        <w:t>Агуу Константинээр дүрслэгдсэн буулт хийсэн бэлгэдэлт сүм болон 313-аас 538 он хүртэлх түүх нь нэгэн сүм буулт хийж, урван зайлах үеийг төлөөлсөн. Урьд нь папын эрх мэдлийн түрэлтийг хязгаарлаж байсан бөгөөд “508”-аар дүрслэгдсэн шашин нь Америкийн Нэгдсэн Улс дахь протестантуудын урван зайлахыг хэв шинжээрээ илэрхийлсэн. Рейган нь Кловисоор дүрслэгдсэн. 496 онд Кловис өөрийн “хүч”-ээ папад өгсөн нь Рейганы он жилүүдэд хэрэгжсэн “ариун бус холбоо”-г хэв шинжээрээ илэрхийлсэн юм. Кловис мөн 508 онд “өдөр тутмын”-ыг зайлуулсныг төлөөлсөн. 508 он нь 1984 оны хэв шинж байсан.</w:t>
      </w:r>
    </w:p>
    <w:p>
      <w:pPr>
        <w:pStyle w:val="ArticleScripture"/>
        <w:jc w:val="left"/>
      </w:pPr>
      <w:r>
        <w:rPr>
          <w:rFonts w:ascii="Times New Roman" w:hAnsi="Times New Roman" w:eastAsia="Times New Roman" w:cs="Times New Roman"/>
        </w:rPr>
        <w:t>“Харь шашин ба Христийн шашин хоёрын хоорондын энэхүү буулт нь эш үзүүлэгт Бурханыг эсэргүүцэж, өөрийгөө Бурханаас дээгүүр өргөмжлөх нэгэн хэмээн зөгнөгдсөн ‘нүглийн хүний’ хөгжилд хүргэсэн юм. Хуурамч шашны тэр аварга том тогтолцоо нь Сатаны хүч чадлын сод бүтээл мөн—дэлхийг өөрийн хүслийн дагуу захирахын тулд өөрийгөө хаан ширээнд залан суулгах гэсэн түүний чармайлтын хөшөө дурсгал юм.” Агуу тэмцэл, 50.</w:t>
      </w:r>
    </w:p>
    <w:p>
      <w:pPr>
        <w:pStyle w:val="ArticleBody"/>
        <w:jc w:val="left"/>
      </w:pPr>
      <w:r>
        <w:rPr>
          <w:rFonts w:ascii="Times New Roman" w:hAnsi="Times New Roman" w:eastAsia="Times New Roman" w:cs="Times New Roman"/>
        </w:rPr>
        <w:t>Рейган 1983 оны илтгэлдээ Зөвлөлт Холбоот Улсыг алдартайгаар “муу ёрын эзэнт гүрэн” хэмээн нэрлэж, бурхангүй коммунизмыг гүн гүнзгий ёс суртахууны болон сүнслэг аюул занал гэж үзэж байв. Тэрбээр болон Иохан Паул II Зөвлөлтийн коммунизмын эсрэг хувийн болон улс төрийн нягт түншлэл тогтоосон юм. Хоёр хүн хоёулаа энэ тэмцлийг ёс суртахууны, бүр түүнчлэн бурханлаг ивээлээр тогтоогдсон утгаар харж байсан; Рейган коммунизмыг мөхөөхийн тулд үйлчлэх “Тэнгэрлэг Төлөвлөгөө”-ний тухай хувийн хүрээнд ярьдаг байв. Рейган Фатимагийн үзэгдлүүдэд (өөрөөр хэлбэл “Орос улс өөрийн алдаануудыг түгээнэ” гэсэн анхааруулгад) сонирхолтой байсан бөгөөд энэ хоёр удирдагч коммунизмыг ялан дийлэхтэй холбоотой нэгэн зорилгын төлөө Бурхан тэдний амийг өршөөсөн гэсэн нийтлэг ойлголтоо хэлэлцэж байв (хоёул 1981 онд аллагын оролдлогыг даван туулсан).</w:t>
      </w:r>
    </w:p>
    <w:p>
      <w:pPr>
        <w:pStyle w:val="ArticleHeading"/>
        <w:jc w:val="left"/>
      </w:pPr>
      <w:r>
        <w:rPr>
          <w:rFonts w:ascii="Arial" w:hAnsi="Arial" w:eastAsia="Arial" w:cs="Arial"/>
        </w:rPr>
        <w:t>Христийн шавь нар</w:t>
      </w:r>
    </w:p>
    <w:p>
      <w:pPr>
        <w:pStyle w:val="ArticleBody"/>
        <w:jc w:val="left"/>
      </w:pPr>
      <w:r>
        <w:rPr>
          <w:rFonts w:ascii="Times New Roman" w:hAnsi="Times New Roman" w:eastAsia="Times New Roman" w:cs="Times New Roman"/>
        </w:rPr>
        <w:t>Рейган Католик шашны пап нь антихрист мөн хэмээн үүсгэн байгуулагч эцгүүд нь шууд зааж сургасан Христийн Шавь нарын урсгалд хүмүүжсэн байв. Христийн Шавь нарын сүмийн эртний үеийн хамгийн нэр нөлөө бүхий удирдагч Александр Кэмпбелл папын засаглалыг антихрист мөн хэмээн удаа дараа тодорхойлж байв. Тэрээр мэтгэлцээнүүд болон бичвэрүүддээ Даниел 7 дахь жижиг эвэр, Илчлэлт 13 дахь араатан, мөн 2 Тесалоник 2 дахь нүглийн хүн нь бүгд Ромын папуудыг зааж байна хэмээн маргаж байлаа. Тэр эдгээр адилтгалуудыг олон нийтийн өмнөх мэтгэлцээнүүддээ (түүний дотор 1837 онд Католик бишоп Жон Б. Пёрселлтэй хийсэн мэтгэлцээнд) ашигласан. Бартон У. Стоун Папын засаглалыг жинхэнэ антихрист бөгөөд “нүглийн хүн” хэмээн нэрлэсэн. Уолтер Скотт (энэ хөдөлгөөний өөр нэгэн эртний сайн мэдээ тунхаглагч) нүглийн хүн болох Ромын пап Христийн сүм дотор гарч ирэн өөрийгөө Бурханаас дээгүүр өргөмжлөх болно хэмээн бичсэн.</w:t>
      </w:r>
    </w:p>
    <w:p>
      <w:pPr>
        <w:pStyle w:val="ArticleBody"/>
        <w:jc w:val="left"/>
      </w:pPr>
      <w:r>
        <w:rPr>
          <w:rFonts w:ascii="Times New Roman" w:hAnsi="Times New Roman" w:eastAsia="Times New Roman" w:cs="Times New Roman"/>
        </w:rPr>
        <w:t>Рейганы эх Нелле нь “Христийн Шавь нар” урсгалын чин үнэнч гишүүн байсан бөгөөд түүний хүүхэд насанд шашны гол нөлөө үзүүлсэн хүн байв. Рейган Иллинойс мужийн Диксон дахь “Христийн Шавь нар” сүмд 11 настайдаа баптисм хүртэж, өсвөр насандаа тэнд идэвхтэй оролцож байжээ (үүнд Ням гаргийн сургуулийн хичээл зааж байсан нь багтана). Тэрээр “Христийн Шавь нар” урсгалтай харьяалагддаг Юрика коллежид суралцсан.</w:t>
      </w:r>
    </w:p>
    <w:p>
      <w:pPr>
        <w:pStyle w:val="ArticleScripture"/>
        <w:jc w:val="left"/>
      </w:pPr>
      <w:r>
        <w:rPr>
          <w:rFonts w:ascii="Times New Roman" w:hAnsi="Times New Roman" w:eastAsia="Times New Roman" w:cs="Times New Roman"/>
        </w:rPr>
        <w:t>“Үгийн ойлголтдоо төөрөгдөж, антихристийн утга учрыг олж харахгүй хүмүүс гарцаагүй өөрсдийгөө антихристийн талд тавих болно. Одоо бидэнд дэлхийтэй уусан нэгтгэх цаг огтхон ч үгүй.” Kress Collection, 105.</w:t>
      </w:r>
    </w:p>
    <w:p>
      <w:pPr>
        <w:pStyle w:val="ArticleBody"/>
        <w:jc w:val="left"/>
      </w:pPr>
      <w:r>
        <w:rPr>
          <w:rFonts w:ascii="Times New Roman" w:hAnsi="Times New Roman" w:eastAsia="Times New Roman" w:cs="Times New Roman"/>
        </w:rPr>
        <w:t>Рейган нь Кловис болон мөн Агуу Константины буултын хэв шинжээр дүрслэгдсэн байв. Рейган мөн төгсгөлийн цагийн 1989 оноос хойших сүүлчийн найман ерөнхийлөгчийн эхнийх нь байв. Сүүлчийн найман ерөнхийлөгчийн эхнийх болохын хувьд тэрээр Дональд Трампын хэв шинж болдог бөгөөд Трамп нь Рейгантай адил папын засгийн жинхэнэ зорилгууд болон папын засаг хэн болох тухайд гүнээ будилсан нэгэн юм.</w:t>
      </w:r>
    </w:p>
    <w:p>
      <w:pPr>
        <w:pStyle w:val="ArticleScripture"/>
        <w:jc w:val="left"/>
      </w:pPr>
      <w:r>
        <w:rPr>
          <w:rFonts w:ascii="Times New Roman" w:hAnsi="Times New Roman" w:eastAsia="Times New Roman" w:cs="Times New Roman"/>
        </w:rPr>
        <w:t>Хоёр хүн хоорондоо тохиролцоогүй атлаа хамтдаа явж чадах уу? Амос 3:3.</w:t>
      </w:r>
    </w:p>
    <w:p>
      <w:pPr>
        <w:pStyle w:val="ArticleBody"/>
        <w:jc w:val="left"/>
      </w:pPr>
      <w:r>
        <w:rPr>
          <w:rFonts w:ascii="Times New Roman" w:hAnsi="Times New Roman" w:eastAsia="Times New Roman" w:cs="Times New Roman"/>
        </w:rPr>
        <w:t>Даниелын арван нэгдүгээр бүлэгт гардаг гэрээний шинжтэй зургаа дахь бөгөөд эцсийн гэрлэлт нь 1989 онд, төгсгөлийн цагт эхэлдэг түүхэнд тохиолдож, Дональд Трампын үеийн түүхээр төгсөнө.</w:t>
      </w:r>
    </w:p>
    <w:p>
      <w:pPr>
        <w:pStyle w:val="ArticleScripture"/>
        <w:jc w:val="left"/>
      </w:pPr>
      <w:r>
        <w:rPr>
          <w:rFonts w:ascii="Times New Roman" w:hAnsi="Times New Roman" w:eastAsia="Times New Roman" w:cs="Times New Roman"/>
        </w:rPr>
        <w:t>“Сүмийн байгууллагууд ба заншлуудад төрийн дэмжлэгийг баталгаажуулахын тулд одоо АНУ-д өрнөж буй хөдөлгөөнүүдэд протестантууд папистуудын мөрөөр явж байна. Үүгээр ч үл барам, тэд Папын засаглалд Хуучин ертөнцөд алдсан ноёрхлоо протестант Америкт дахин олж авахын тулд үүд хаалгыг нээж өгч байна.” Агуу тэмцэл, 573.</w:t>
      </w:r>
    </w:p>
    <w:p>
      <w:pPr>
        <w:pStyle w:val="ArticleBody"/>
        <w:jc w:val="left"/>
      </w:pPr>
      <w:r>
        <w:rPr>
          <w:rFonts w:ascii="Times New Roman" w:hAnsi="Times New Roman" w:eastAsia="Times New Roman" w:cs="Times New Roman"/>
        </w:rPr>
        <w:t>313 оны гэрлэлтийн гэрээ болон Миланы зарлиг нь 533 оны түүхтэй нийцэж байгаа бөгөөд 533 онд Юстинианы гаргасан зарлиг дахин нэгэн өөрсдийгөө Христэд итгэгч хэмээн тунхаглагч захиргаагаар хэрэгжих болно. Тэрхүү захиргаа папын эрх мэдлийг Христийн байгууллага хэмээн тодорхойлох нь наад зах нь өөрөө өөртэйгөө зөрчилдсөн хэллэг, хамгийн муугаар бодоход үхэлд хүргэх төөрөгдөл мөн гэдгийг цаашид ойлгохоо больсон байх болно.</w:t>
      </w:r>
    </w:p>
    <w:p>
      <w:pPr>
        <w:pStyle w:val="ArticleHeading"/>
        <w:jc w:val="left"/>
      </w:pPr>
      <w:r>
        <w:rPr>
          <w:rFonts w:ascii="Arial" w:hAnsi="Arial" w:eastAsia="Arial" w:cs="Arial"/>
        </w:rPr>
        <w:t>Сүм ба төр улс</w:t>
      </w:r>
    </w:p>
    <w:p>
      <w:pPr>
        <w:pStyle w:val="ArticleBody"/>
        <w:jc w:val="left"/>
      </w:pPr>
      <w:r>
        <w:rPr>
          <w:rFonts w:ascii="Times New Roman" w:hAnsi="Times New Roman" w:eastAsia="Times New Roman" w:cs="Times New Roman"/>
        </w:rPr>
        <w:t>МЭӨ 457 онд Артаксерксийн гурав дахь зарлиг улс төрийн болон шашны эрх мэдлийг хамарсан үндэсний бүрэн эрхт байдлыг сэргээн олгов.</w:t>
      </w:r>
    </w:p>
    <w:p>
      <w:pPr>
        <w:pStyle w:val="ArticleScripture"/>
        <w:jc w:val="left"/>
      </w:pPr>
      <w:r>
        <w:rPr>
          <w:rFonts w:ascii="Times New Roman" w:hAnsi="Times New Roman" w:eastAsia="Times New Roman" w:cs="Times New Roman"/>
        </w:rPr>
        <w:t>Мөн чи, Езра аа, өөрийн гарт буй Бурхныхаа мэргэн ухааны дагуу, голын цаадах бүх ард түмнийг шүүх захирагчид ба шүүгчдийг томилогтун, өөрөөр хэлбэл Бурхныхаа хуулиудыг мэддэг бүх хүнийг; харин мэддэггүй хүмүүсийг та нар сургагтун. Тэгээд чиний Бурханы хууль болон хааны хуулийг дагахгүй хэн боловч түүнд шүүлтийг даруй гүйцэтгэгтүн, үхэлд ч бай, цөллөгт ч бай, эд хөрөнгийг нь хураахад ч бай, эсвэл шоронд хориход ч бай. Езра 7:25, 26.</w:t>
      </w:r>
    </w:p>
    <w:p>
      <w:pPr>
        <w:pStyle w:val="ArticleBody"/>
        <w:jc w:val="left"/>
      </w:pPr>
      <w:r>
        <w:rPr>
          <w:rFonts w:ascii="Times New Roman" w:hAnsi="Times New Roman" w:eastAsia="Times New Roman" w:cs="Times New Roman"/>
        </w:rPr>
        <w:t>Гурав дахь зарлиг нь Бурханы хуулиуд болон хааны хуулиудын аль алиных нь талаар шүүлт болон шийтгэлийг гүйцэтгэх эрх мэдлийг олгосон. Тэрхүү зарлиг нь Христ Өөрийн сүмд гэнэт ирсэн 1844 оны 10 дугаар сарын 22-нд төгссөн хоёр мянга гурван зуун жилийн эш үзүүллэгийн эхлэлийг тэмдэглэсэн. Түүнчлэн энэ нь МЭӨ 217 онд болсон Рафиагийн тулалдаан болон МЭӨ 200 онд болсон Паниумын тулалдааны хоорондох түүхэн үед, МЭӨ 207 онд төгссөн хоёр зуун тавин жилийн эш үзүүллэгийн эхлэлийг мөн тэмдэглэсэн. МЭӨ 457 онд иргэний болон шашны бүрэн эрхт байдлыг хоёуланг нь сэргээн тогтоосон явдал нь хоёр омега биеллээ олдог давхар альфаг тодорхойлдог. Хоёр омега биелэл хоёулаа хаалттай хаалгыг илэрхийлдэг; нэг нь Протестант эвэрт, нөгөө нь Бүгд Найрамдах эвэрт хамаарна.</w:t>
      </w:r>
    </w:p>
    <w:p>
      <w:pPr>
        <w:pStyle w:val="ArticleBody"/>
        <w:jc w:val="left"/>
      </w:pPr>
      <w:r>
        <w:rPr>
          <w:rFonts w:ascii="Times New Roman" w:hAnsi="Times New Roman" w:eastAsia="Times New Roman" w:cs="Times New Roman"/>
        </w:rPr>
        <w:t>Хоёр мянга гурван зуун жилийн эхний эш үзүүллэг нь Бурханы хуулиудыг төлөөлсөн бөгөөд хоёр зуун тавин жилийн эш үзүүллэг нь хааны хуулиудыг төлөөлсөн. Эдгээр хоёр эш үзүүллэг нь Илчлэл номын арван гуравдугаар бүлгийн газрын араатны дээрх Протестантизмын эвэр болон Бүгд найрамдах үзлийн эвэр хоёрыг тодорхойлдог. Газрын араатны Бүгд найрамдах эвэр нь Даниел арван нэгдүгээр бүлгийн арван нэгээс арван зургаадугаар эшлэлийн дунд байрлуулсан байдаг. МЭӨ 457 оны гурав дахь зарлигийн давхар эш үзүүллэгээс нэг эвэр Рафиа ба Паниумын хоорондох арван долоон жилийн хугацааг огтлон дайрдаг. Энэхүү хоёр талт эш үзүүллэг нь эцсийн гэрээт ард түмний шүүлтийг төдийгүй мөн тэрхүү гэрээт ард түмэн үндсээ олсон үндэстний шүүлтийг ч тодорхойлдог.</w:t>
      </w:r>
    </w:p>
    <w:p>
      <w:pPr>
        <w:pStyle w:val="ArticleScripture"/>
        <w:jc w:val="left"/>
      </w:pPr>
      <w:r>
        <w:rPr>
          <w:rFonts w:ascii="Times New Roman" w:hAnsi="Times New Roman" w:eastAsia="Times New Roman" w:cs="Times New Roman"/>
        </w:rPr>
        <w:t>Тэр Абрамд хандан, «Чиний үр удам өөрсдийнх нь биш газар нутагт харийн хүн болж, тэдэнд зарцлагдах бөгөөд тэд тэднийг дөрвөн зуун жилийн турш дарлан зовоохыг чи лавтай мэдэгтүн. Мөн тэдний зарцлагдах тэр үндэстнийг Би шүүнэ; үүний дараа тэд агуу их эд хөрөнгөтэйгээр гарч ирнэ» гэв. Эхлэл 15:13, 14.</w:t>
      </w:r>
    </w:p>
    <w:p>
      <w:pPr>
        <w:pStyle w:val="ArticleBody"/>
        <w:jc w:val="left"/>
      </w:pPr>
      <w:r>
        <w:rPr>
          <w:rFonts w:ascii="Times New Roman" w:hAnsi="Times New Roman" w:eastAsia="Times New Roman" w:cs="Times New Roman"/>
        </w:rPr>
        <w:t>Езекиелийн номд МЭӨ 573 оны аравдугаар сарын 22 нь 1844 оны аравдугаар сарын 22-ны бэлгэдэлт хэв шинж болж байна. Нэг огноо нь мөрдөн шалгах шүүлтийн эхлэлийг заадаг бөгөөд нөгөө нь шүүлтийн үйл явцын эхэнд ч, төгсгөлд ч Иврийн бүрээн дуугарахыг заадаг. Аль аль огноо нь хоорондоо нийцэж, мөн хоёулаа хаагдсан хаалгыг заадаг. 1844 он нь Христ Хамгийн Ариун газарт шилжин орсноор ариун газрын хаалга хаагдсаныг төлөөлдөг. МЭӨ 573 он нь золин аврагдсан нүглийн боолуудад эрх чөлөөг нь өгч, оршин суух шинэ газрыг өгөх хүний туршилтын хугацаа дууссаныг заадаг.</w:t>
      </w:r>
    </w:p>
    <w:p>
      <w:pPr>
        <w:pStyle w:val="ArticleScripture"/>
        <w:jc w:val="left"/>
      </w:pPr>
      <w:r>
        <w:rPr>
          <w:rFonts w:ascii="Times New Roman" w:hAnsi="Times New Roman" w:eastAsia="Times New Roman" w:cs="Times New Roman"/>
        </w:rPr>
        <w:t>Хэрэв тэр эдгээр онуудад худалдан чөлөөлөгдөхгүй бол, тэрээр ойн баярын жилд суллагдан гарна, өөрөө ч, түүнтэй хамт хүүхдүүд нь ч мөн адил. Учир нь Израилийн хөвгүүд Надад зарц нар юм; тэд бол Египетийн нутгаас Миний гарган авчирсан Миний зарц нар мөн. Би бол та нарын Бурхан ЭЗЭН мөн. Левит 25:54, 55.</w:t>
      </w:r>
    </w:p>
    <w:p>
      <w:pPr>
        <w:pStyle w:val="ArticleBody"/>
        <w:jc w:val="left"/>
      </w:pPr>
      <w:r>
        <w:rPr>
          <w:rFonts w:ascii="Times New Roman" w:hAnsi="Times New Roman" w:eastAsia="Times New Roman" w:cs="Times New Roman"/>
        </w:rPr>
        <w:t>Аль аль нь 10-р сарын 22-ны өдөр нь удахгүй ирэх Ням гаргийн хуулийн хаалттай хаалгыг төлөөлдөг. Адвентизмд өгөгдсөн нигүүлслийн хугацаа 1844 онд эхэлсэн бөгөөд удахгүй ирэх Ням гаргийн хуулиар төгсөнө; мөн Америкийн Нэгдсэн Улсад өгөгдсөн нигүүлслийн хугацаа ч бас удахгүй ирэх Ням гаргийн хуулиар төгсөнө. Энэ хоёр төгсгөл нь 2,300 жилийн болон хоёр зуун тавин жилийн 10-р сарын 22-ны хоёр гэрчтэй нийцдэг.</w:t>
      </w:r>
    </w:p>
    <w:p>
      <w:pPr>
        <w:pStyle w:val="ArticleBody"/>
        <w:jc w:val="left"/>
      </w:pPr>
      <w:r>
        <w:rPr>
          <w:rFonts w:ascii="Times New Roman" w:hAnsi="Times New Roman" w:eastAsia="Times New Roman" w:cs="Times New Roman"/>
        </w:rPr>
        <w:t>Рафиа ба Паниумын хоорондох түүхэн дэх хоёр зуун тавин жил нь эдгээр хоёр тулалдааны үеийг бэлгэдлийн хоёр тоонд хуваадаг бөгөөд тэдгээр нь хамтад нь өөрсдийн онцгой утгыг агуулдаг. Рафиагаас хойш арван жил, өөрөөр хэлбэл хилийн нутаг гэсэн утгатай, мөн Паниумаас өмнөх долоон жил бөгөөд тэрхүү тулалдаан тал газарт болсон бөгөөд бүслэлтээр төгссөн юм. Арав ба долоо нь бэлгэдлийн хувьд хэд хэдэн гэрчлэл дээр луугийн хүчийг тодорхойлдог. МЭӨ 207 он нь газар дэлхийн араатны бэлгэдэл болсон Трампыг Даниел 11-ийн арван нэгдүгээр ба арван тавдугаар эшлэлийн хооронд, арван ба долоон тооны хослолоор дүрслэгдсэнчлэн, луу мэт ярихаар эш үзүүллэгийн хувьд бэлтгэгдэж буй байр сууринд тавьдаг.</w:t>
      </w:r>
    </w:p>
    <w:p>
      <w:pPr>
        <w:pStyle w:val="ArticleBody"/>
        <w:jc w:val="left"/>
      </w:pPr>
      <w:r>
        <w:rPr>
          <w:rFonts w:ascii="Times New Roman" w:hAnsi="Times New Roman" w:eastAsia="Times New Roman" w:cs="Times New Roman"/>
        </w:rPr>
        <w:t>Арван долоо нь мөн бэлгэдлийн утгатай бөгөөд энэ нь Рафиагаас Паниум хүртэлх түүхийг Паниумаас цааш ч, мөн Рафиагаас өмнөх үе рүү ч тэлдэг. Птолемейн Египетийн хаан IV Птолемей Филопатор МЭӨ 221 оноос МЭӨ 204 он хүртэл хаанчилсан бөгөөд тэрээр МЭӨ 217 онд Рафиад Антиох Магнусыг ялсан билээ. Птолемей Рафиагаас өмнө хаанчлалаа эхэлсэн бөгөөд тэрээр “арван долоо” жил хаанчилсан. Арван долоон тоо нь Рафиагаас өмнө эхэлж, Паниумын тулалдаан болон Сидоны бүслэлтийг даван, 330 онээр төлөөлөгдөх хүний сорилтын хугацааны хаалт хүртэл үргэлжлэх түүхэн үеийг илэрхийлдэг. Смирнагийн сүмийн үеийн хоёр зуун тавин жилийн эш үзүүллэг 64 онд эхэлж, 313 оны Миланы зарлиг болон гэрлэлтийн гэрээгээр төгссөн юм.</w:t>
      </w:r>
    </w:p>
    <w:p>
      <w:pPr>
        <w:pStyle w:val="ArticleBody"/>
        <w:jc w:val="left"/>
      </w:pPr>
      <w:r>
        <w:rPr>
          <w:rFonts w:ascii="Times New Roman" w:hAnsi="Times New Roman" w:eastAsia="Times New Roman" w:cs="Times New Roman"/>
        </w:rPr>
        <w:t>Аугаа Константин нь Пергамын сүмийн түүхийг төлөөлдөг бөгөөд тэрхүү түүх 313 онд эхэлж, 538 онд төгссөн юм. 313 онд хоёр зуун тавин жилийн эш үзүүллэгийн төгсгөлийн дараах эхний “арван долоон” жил нь гурван тэмдэглэлт үе шатыг агуулдаг. 313 он бол Миланы зарлиг, 321 он бол анхны Ням гаргийн хууль бөгөөд эзэнт гүрний хуваагдал 330 онд тэмдэглэгддэг. 330 он нь хүний сорилтын хугацааны төгсгөлийг тэмдэглэдэг эцсийн Ням гаргийн хуулийг төлөөлдөг. Иймээс арван долоогийн тоо нь Рафиагийн өмнө эхэлж, Паниум ба Сидоны цэргийн аян дайны нэлээд дараа төгсөнө. Даниел арван нэг дэх бүлгийн арван зургаа дахь эшлэл нь Америкийн Нэгдсэн Улс дахь Ням гаргийн хуулийг төлөөлдөг.</w:t>
      </w:r>
    </w:p>
    <w:p>
      <w:pPr>
        <w:pStyle w:val="ArticleBody"/>
        <w:jc w:val="left"/>
      </w:pPr>
      <w:r>
        <w:rPr>
          <w:rFonts w:ascii="Times New Roman" w:hAnsi="Times New Roman" w:eastAsia="Times New Roman" w:cs="Times New Roman"/>
        </w:rPr>
        <w:t>Смирнагийн зөгнөл нь Езекиелийн анхааруулгын мэдээний яг зүрх болсон бүслэлтийн тэмдгийг тодорхойлдог. Иерусалимын сүйрлийг харуулсан хоёр дүрслэлээр төлөөлөгдөн, Ням гаргийн хуулиас өмнө тохиох замын тэмдэг нь бүслэлт мөн бөгөөд, түүнчлэн араатны дүрийн бүрэлдэхүүн тогтож эхлэхийг эхлүүлдэг Миланы зарлиг мөн юм.</w:t>
      </w:r>
    </w:p>
    <w:p>
      <w:pPr>
        <w:pStyle w:val="ArticleBody"/>
        <w:jc w:val="left"/>
      </w:pPr>
      <w:r>
        <w:rPr>
          <w:rFonts w:ascii="Times New Roman" w:hAnsi="Times New Roman" w:eastAsia="Times New Roman" w:cs="Times New Roman"/>
        </w:rPr>
        <w:t>Бүслэлтийн үед гэрээт гэрлэлтийн ёслолын цуваа тохиолдоно. Энэ нь 496 онд Кловисоор хэв шинжлэгдсэнээр Рейганаар эхэлсэн гэрлэлтийн цувааны фрактал мөн. Харин гэрлэлтэд хүргэх эцсийн цуваа нь бүслэлтийн үед эхэлж, 533 оны Юстинианы зарлигтай, мөн 313 оны Миланы зарлигтай уялдана. Эдгээр хоёр замын тэмдэг хоёулаа Ням гаргийн хуулиас өмнө байрладаг. 313 он нь 321 оны анхны Ням гаргийн хуулиас өмнө байсан бөгөөд 533 оны зарлиг нь 538 онд Орлеаны гуравдугаар зөвлөл дээрх Ням гаргийн хуулиас өмнө байсан. Ямар нэгэн төрлийн хууль тогтоомж Юстинианы зарлиг болон Миланы зарлигийн аль алиных нь эш үзүүллэгийн шинжүүдийг биелүүлэх бөгөөд мөн ямар нэгэн бэлгэдэлт гэрээт гэрлэлтийг хэрэгжүүлнэ.</w:t>
      </w:r>
    </w:p>
    <w:p>
      <w:pPr>
        <w:pStyle w:val="ArticleBody"/>
        <w:jc w:val="left"/>
      </w:pPr>
      <w:r>
        <w:rPr>
          <w:rFonts w:ascii="Times New Roman" w:hAnsi="Times New Roman" w:eastAsia="Times New Roman" w:cs="Times New Roman"/>
        </w:rPr>
        <w:t>Тэр зарлиг гарах үед бэлтгэхэд дэндүү оройтсон байна; учир нь туршилтын хугацааны үүд Протестант эвэр дээр, Египет дэх анхны Дээгүүр Өнгөрөх баярын үед хаагдсан шигээ гарцаагүй хаагдсан байдаг. Үүнээс хойш дараагийн тэмдэг болох Ням гаргийн хууль нь араатны дүрс бүрэн бүрэлдэн тогтсоныг төдийгүй, мөн араатны тэмдгийг албадан хэрэгжүүлж байгааг ч илтгэнэ. Ням гаргийн хууль нь Бүгд Найрамдах эвэр, Илчлэлт арван гурав дахь газрын араатны хувьд туршилтын хугацааны төгсгөлийг, Дээгүүр Өнгөрөх баярын дараа Фараон ба түүний цэрэг Улаан тэнгист үхсэнтэй адилхан гарцаагүйгээр тэмдэглэдэг.</w:t>
      </w:r>
    </w:p>
    <w:p>
      <w:pPr>
        <w:pStyle w:val="ArticleBody"/>
        <w:jc w:val="left"/>
      </w:pPr>
      <w:r>
        <w:rPr>
          <w:rFonts w:ascii="Times New Roman" w:hAnsi="Times New Roman" w:eastAsia="Times New Roman" w:cs="Times New Roman"/>
        </w:rPr>
        <w:t>МЭӨ 207 оноор төгсөх хоёр зуун тавин жил нь Паниумын талд эхэлж, Сидоны бүслэлтээр төгсөх удахгүй болох аянд бэлтгэж буй Антиох Магнусаар төлөөлүүлэгдсэн Дональд Трампыг тодорхойлдог. Паниумын тулалдааны дараа Птолемейн жанжин, Этолийн Скопас амьд үлдсэн ойролцоогоор 10,000 цэрэгтэйгээ Сидон хот руу зугтав. Антиох түүнийг мөрдөн хөөж, Сидоныг “бүслэв”. Александрия дахь Птолемейн засгийн газар тусламжийн хүч илгээсэн боловч бүтэлгүйтэв. Өлсгөлөнтэй нүүр тулсан Скопас хотыг буулган өгчээ. Антиох Скопаст явахыг зөвшөөрсөн; Скопас хожим Египетэд буцаж очсон бөгөөд тэндээ эцэст нь урвалт болон хөрөнгө завшсан хэргээр цаазлагдсан. Сидоны бүслэлт нь Паниумын дараах Антиохын Коэле-Сирийг байлдан дагууллыг гүйцээсэн юм.</w:t>
      </w:r>
    </w:p>
    <w:p>
      <w:pPr>
        <w:pStyle w:val="ArticleBody"/>
        <w:jc w:val="left"/>
      </w:pPr>
      <w:r>
        <w:rPr>
          <w:rFonts w:ascii="Times New Roman" w:hAnsi="Times New Roman" w:eastAsia="Times New Roman" w:cs="Times New Roman"/>
        </w:rPr>
        <w:t>Эгч Уайт Урия Смитийн Daniel and the Revelation номыг “Бурханы туслагч гар” хэмээн тодорхойлсон байдаг. Смит Даниел номын арван нэгдүгээр бүлгийн арван дөрөв, арван тавдугаар эшлэлд өгсөн тайлбартаа Антиохын хоёр үе шаттай аян дайныг тодорхойлон заасан байдаг.</w:t>
      </w:r>
    </w:p>
    <w:p>
      <w:pPr>
        <w:pStyle w:val="ArticleScripture"/>
        <w:jc w:val="left"/>
      </w:pPr>
      <w:r>
        <w:rPr>
          <w:rFonts w:ascii="Times New Roman" w:hAnsi="Times New Roman" w:eastAsia="Times New Roman" w:cs="Times New Roman"/>
        </w:rPr>
        <w:t>Египетийн залуу хааны боловсрол хүмүүжлийн хариуцлагыг Ромын Сенат М. Эмилиус Лепидуст даалгасан бөгөөд тэрээр уг ордны ахмад, туршлагатай түшмэл Аристоменыг түүний асран хамгаалагчаар томилов. Түүний хийсэн анхны үйл хэрэг нь холбоотон хоёр хаан болох Филип ба Антиохын заналхийлсэн довтолгооны эсрэг урьдчилан сэргийлэх явдал байв.</w:t>
      </w:r>
    </w:p>
    <w:p>
      <w:pPr>
        <w:pStyle w:val="ArticleScripture"/>
        <w:jc w:val="left"/>
      </w:pPr>
      <w:r>
        <w:rPr>
          <w:rFonts w:ascii="Times New Roman" w:hAnsi="Times New Roman" w:eastAsia="Times New Roman" w:cs="Times New Roman"/>
        </w:rPr>
        <w:t>“Энэ зорилгын үүднээс тэрээр Египетчүүдийн албанд байсан, Аэтолийн нэрт жанжин Скопасыг эх нутаг руу нь цэрэг нэмэн татуулахаар илгээв. Тэрээр цэрэг зэвсэглэн бэлтгээд Палестин болон Келе-Сирид довтлон оржээ (учир нь Антиох Бага Азид Атталустай дайтаж байсан), мөн бүх Иудейг Египетийн эрх мэдэлд бүрэн захируулсан юм.</w:t>
      </w:r>
    </w:p>
    <w:p>
      <w:pPr>
        <w:pStyle w:val="ArticleScripture"/>
        <w:jc w:val="left"/>
      </w:pPr>
      <w:r>
        <w:rPr>
          <w:rFonts w:ascii="Times New Roman" w:hAnsi="Times New Roman" w:eastAsia="Times New Roman" w:cs="Times New Roman"/>
        </w:rPr>
        <w:t>“Ийнхүү бидний өмнө буй эшлэл биелэгдэх нөхцөл байдал бүрджээ. Учир нь Антиох Ромчуудын шаардлагаар Атталустай хийж байсан дайнаа зогсоогоод, Палестин болон Коеле-Сирийг египетчүүдийн гараас эргүүлэн авахын тулд шуурхай арга хэмжээ авсан юм. Түүнийг эсэргүүцүүлэхээр Скопасыг илгээв. Иорданы эхийн орчимд хоёр арми тулалдав. [Panium] Скопас ялагдаж, Сидон хүртэл мөшгөгдөн, тэндээ чанга бүслэгдэв. Египетийн хамгийн чадварлаг гурван жанжин шилдэг хүчнийхээ хамт бүслэлтийг сэтлэхээр илгээгдсэн боловч амжилт олсонгүй. Эцэст нь Скопас өлсгөлөнгийн эцэнхий, үл баригдах сүнсэн дүр мэт дайсантай нүүр тулан, түүнтэй тэмцэн дийлэх чадваргүй болсон тул зөвхөн амийг нь үлдээх гутаамшигт нөхцөлөөр бууж өгөхөөс өөр аргагүйд хүрэв; үүний дараа тэр болон түүний арван мянган хүн хувцас хунараасаа салгагдан, нүцгэн шахам байдалтай явахыг зөвшөөрөгджээ. Энд хойд зүгийн хаан хамгийн сайн бэхлэгдсэн хотуудыг эзлэн авсан явдал байв; учир нь Сидон нь байрлал болон хамгаалалтынхаа хувьд тэр үеийн хамгийн хүчирхэг хотуудын нэг байсан юм. Энд өмнөд зүгийн зэвсэг хүчний эсэргүүцэн тогтох чадваргүй болсон явдал, мөн өмнөд зүгийн хааны сонгосон ард түмэн ч бүтэлгүйтсэн явдал байв; тухайлбал Скопас болон түүний Этолийн цэргүүд.” Даниел ба Илчлэл, 257, 258.</w:t>
      </w:r>
    </w:p>
    <w:p>
      <w:pPr>
        <w:pStyle w:val="ArticleBody"/>
        <w:jc w:val="left"/>
      </w:pPr>
      <w:r>
        <w:rPr>
          <w:rFonts w:ascii="Times New Roman" w:hAnsi="Times New Roman" w:eastAsia="Times New Roman" w:cs="Times New Roman"/>
        </w:rPr>
        <w:t>МЭӨ 207 онд төгсдөг хоёр зуун тавин жилийн хугацаа Дональд Трампыг заан тодорхойлж байна. Зүүн ба барууны гэрээт гэрлэлт, мөн Миланы зарлигаар 313 онд төгсдөг хоёр зуун тавин жилийн эш үзүүллэг нь АНУ-д араатны дүр төрх бүрэлдэн тогтохыг заан тодорхойлж байна. 313 онд эхэлсэн Пергамын чуулган нь папын эрх мэдэл сэнтийд залархаас өмнө Христийн шашин харийн шашинтай буулт хийснээр урван доройтсон түүхийг төлөөлдөг. Пергам болон 313 он нь АНУ-д араатны дүр төрх бүрэлдэн тогтохоор илэрхийлэгдсэн буултын хэв шинжийг төлөөлдөг. Энэ нь Христийн шашин ба папын Ромын буултыг төлөөлдөг. Учир нь Католик шашин гэдэг нь Христийн байгууллага мэт хувирган далдалсан харийн шашин төдийгөөс өөр зүйл огтхон ч биш юм. 1776 онд эхэлж, энэ жил төгсөж буй хоёр зуун тавин жилийн эш үзүүллэг мөн АНУ-ыг хөндөн өгүүлж байна. Иймээс хоёр зуун тавин жилийн гурван эш үзүүллэг бүгд Илчлэл арван гурав дахь газрын араатны эш үзүүллэгийн ямар нэг талыг хөндөн өгүүлж байгаа бөгөөд гуравуулаа арван долоон тоогоор төлөөлөгдсөн эш үзүүллэгийн шугамуудын дотор төгсөнө.</w:t>
      </w:r>
    </w:p>
    <w:p>
      <w:pPr>
        <w:pStyle w:val="ArticleBody"/>
        <w:jc w:val="left"/>
      </w:pPr>
      <w:r>
        <w:rPr>
          <w:rFonts w:ascii="Times New Roman" w:hAnsi="Times New Roman" w:eastAsia="Times New Roman" w:cs="Times New Roman"/>
        </w:rPr>
        <w:t>Ням гаргийн тухай хууль бол Америкийн Нэгдсэн Улс луу мэтээр ярьж буй үе бөгөөд, нэг үндэстний ярилт гэдэг нь түүний хууль тогтоох болон шүүх эрх мэдэлтнүүдийн үйл ажиллагаа мөн.</w:t>
      </w:r>
    </w:p>
    <w:p>
      <w:pPr>
        <w:pStyle w:val="ArticleScripture"/>
        <w:jc w:val="left"/>
      </w:pPr>
      <w:r>
        <w:rPr>
          <w:rFonts w:ascii="Times New Roman" w:hAnsi="Times New Roman" w:eastAsia="Times New Roman" w:cs="Times New Roman"/>
        </w:rPr>
        <w:t>“Үндэстний ‘ярих’ нь түүний хууль тогтоох болон шүүх эрх мэдэлтнүүдийн үйл ажиллагаа мөн.” The Great Controversy, 442.</w:t>
      </w:r>
    </w:p>
    <w:p>
      <w:pPr>
        <w:pStyle w:val="ArticleBody"/>
        <w:jc w:val="left"/>
      </w:pPr>
      <w:r>
        <w:rPr>
          <w:rFonts w:ascii="Times New Roman" w:hAnsi="Times New Roman" w:eastAsia="Times New Roman" w:cs="Times New Roman"/>
        </w:rPr>
        <w:t>Трамп нь шүүхийн ч, хууль тогтоох ч эрх мэдэл биш тул удахгүй ирэх Ням гаргийн хууль нь Конгрессоор хэрэгжих юм. Гэвч папын эрх мэдэлд дэмжлэг үзүүлэх аливаа үйлдэл нь Ням гаргийн хуулийг төлөөлөн бэлгэддэг. 533 оны зарлиг болон 313 оны эддикт нь араатны дүрс бүрэлдэн тогтож эхлэх үеийн эхлэлийг заадаг. Төгсгөл нь удахгүй ирэх Ням гаргийн хууль мөн бөгөөд Есүс үргэлж төгсгөлийг эхлэлээр дүрслэн үзүүлдэг. Иймд гүйцэтгэх захирамжаар дамжуулан Трампын хийх, Библийн эш үзүүлгийн антихристэд ямар нэгэн “буулт” олгох аливаа үйлдэл нь зөвхөн омегад, өөрөөр хэлбэл АНУ “өөрийн засаглалын зарчмуудаас тийнхүү няцан татгалзаж, Ням гаргийн хууль батлах” үед л төгсөх тэр хөдөлгөөний альфаг илэрхийлэх болно.</w:t>
      </w:r>
    </w:p>
    <w:p>
      <w:pPr>
        <w:pStyle w:val="ArticleScripture"/>
        <w:jc w:val="left"/>
      </w:pPr>
      <w:r>
        <w:rPr>
          <w:rFonts w:ascii="Times New Roman" w:hAnsi="Times New Roman" w:eastAsia="Times New Roman" w:cs="Times New Roman"/>
        </w:rPr>
        <w:t>“Ням гаргийг сахиулахын төлөөх энэ хөдөлгөөнд оролцож буй хүмүүсийн дунд хүртэл, энэхүү үйлдлийн араас ямар үр дагавар гарахыг үл хардаг, сохорлогдсон олон хүн байна. Тэд өөрсдөө шашин шүтэх эрх чөлөөний эсрэг шууд цохилт өгч байгаагаа олж хардаггүй. Библийн Амралтын өдрийн шаардлагыг болон Ням гаргийн тогтолцоо ямар хуурамч суурин дээр тогтдогийг хэзээ ч ухаараагүй олон хүн бий. Шашны хууль тогтоомжийг дэмжсэн аливаа хөдөлгөөн нь үнэндээ олон зууны турш мөс чанарын эрх чөлөөний эсрэг тууштай дайтаж ирсэн папын засагт буулт хийж буй үйлдэл мөн. Ням гаргийг сахих ёс нь өөрийгөө Христийн шашны байгуулал хэмээн нэрлэдэг зүйлийн хувьд “ёс бусын нууц”-д оршин тогтнолоо өртэй; харин үүнийг албадан мөрдүүлэх явдал нь Ромын шашны үзлийн яг тулгын чулуу болдог зарчмуудыг бодитоор хүлээн зөвшөөрсөн хэрэг болно. Манай үндэстэн Ням гаргийн хууль гаргах хүртлээ өөрийн төрийн зарчмуудаас тийнхүү няцан буцвал, протестантизм энэ үйлдлээрээ папын шашинтай гар нийлэх болно; энэ нь үнэндээ аль хэдийнээс дахин идэвхтэй дарангуйлалд үсрэн орох боломжоо шуналтайгаар ажиглан хүлээж ирсэн харгис дарангуйлалд амь оруулж буйгаас өөр юу ч биш юм.” Testimonies, volume 5, 711.</w:t>
      </w:r>
    </w:p>
    <w:p>
      <w:pPr>
        <w:pStyle w:val="ArticleBody"/>
        <w:jc w:val="left"/>
      </w:pPr>
      <w:r>
        <w:rPr>
          <w:rFonts w:ascii="Times New Roman" w:hAnsi="Times New Roman" w:eastAsia="Times New Roman" w:cs="Times New Roman"/>
        </w:rPr>
        <w:t>“Шашны хууль тогтоомжийг дэмжсэн аливаа хөдөлгөөн нь үнэн хэрэгтээ папын эрх мэдэлд буулт хийсэн үйлдэл мөн,” бөгөөд тийм хөдөлгөөнүүд тун удахгүй ирэх Ням гаргийн хуулиас өмнө гарч ирдэг.</w:t>
      </w:r>
    </w:p>
    <w:p>
      <w:pPr>
        <w:pStyle w:val="ArticleScripture"/>
        <w:jc w:val="left"/>
      </w:pPr>
      <w:r>
        <w:rPr>
          <w:rFonts w:ascii="Times New Roman" w:hAnsi="Times New Roman" w:eastAsia="Times New Roman" w:cs="Times New Roman"/>
        </w:rPr>
        <w:t>“Энэ өдрийг шүтэн мөргөхийг албадан хэрэгжүүлэх зарлиг нь бүх дэлхий даяар тунхаглагдан гарах ёстой. Хязгаарлагдмал хэмжээнд энэ нь аль хэдийнээ гарсан байна. Хэд хэдэн газарт иргэний засаглал харь үндэстний хаан еврей олзлогдогсодтой ярьсанчлан яг л луугийн дуу хоолойгоор ярьж байна.” Signs of the Times, May 6, 1897.</w:t>
      </w:r>
    </w:p>
    <w:p>
      <w:pPr>
        <w:pStyle w:val="ArticleBody"/>
        <w:jc w:val="left"/>
      </w:pPr>
      <w:r>
        <w:rPr>
          <w:rFonts w:ascii="Times New Roman" w:hAnsi="Times New Roman" w:eastAsia="Times New Roman" w:cs="Times New Roman"/>
        </w:rPr>
        <w:t>Бид эдгээрийг дараагийн өгүүлэлд үргэлжлүүлэн авч үзэх болно.</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Дөчин Дэх Ишлэлийн Нуугдмал Түүх - Гучин Нэгдүгээр Дугаар</dc:title>
  <dc:subject>Езекиел арван хоёрдугаар бүлэг</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