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Дөчин Дөрөвдүгээр Ишлэлийн Нуугдмал Түүх - Гучин Хоёрдугаар Дугаар</w:t>
      </w:r>
    </w:p>
    <w:p>
      <w:pPr>
        <w:pStyle w:val="ArticleSubtitle"/>
        <w:jc w:val="left"/>
      </w:pPr>
      <w:r>
        <w:rPr>
          <w:rFonts w:ascii="Arial" w:hAnsi="Arial" w:eastAsia="Arial" w:cs="Arial"/>
        </w:rPr>
        <w:t>Езекиел арван гуравдугаар бүлэг</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Езекиелийн ном дахь анхааруулгын мэдээ нь “бүслэлтийн тэмдэг” юм. Бүслэлт эхлэхэд Езекиелийн эхнэр нас барсан бөгөөд Езекиельд түүний үхлийг гашуудаж болохгүй хэмээн тушаагдсан. Түүний үхэл, мөн Езекиелийн түүний үхлийг гашуудаагүй явдалтай хамт, Иерусалимын бүслэлт болон ойртон ирж буй сүйрлийг бэлгэдсэн. Түүний үйлдлүүд болон эхнэрийнх нь үхэл нь анхааруулгын тэмдгийг илэрхийлдэг бөгөөд Есүсийн “эзгүйрлийн жигшүүрт зүйл” хэмээн тогтоосон ирээдүйн анхааруулгын тэмдгийн хэв шинж болдог.</w:t>
      </w:r>
    </w:p>
    <w:p>
      <w:pPr>
        <w:pStyle w:val="ArticleScripture"/>
        <w:jc w:val="left"/>
      </w:pPr>
      <w:r>
        <w:rPr>
          <w:rFonts w:ascii="Times New Roman" w:hAnsi="Times New Roman" w:eastAsia="Times New Roman" w:cs="Times New Roman"/>
        </w:rPr>
        <w:t>Тиймээс та нар эш үзүүлэгч Даниелаар хэлэгдсэн сүйрлийн жигшүүрт зүйл ариун газарт зогсож байхыг харах үедээ (уншигч нь ойлгог), Матай 24:15.</w:t>
      </w:r>
    </w:p>
    <w:p>
      <w:pPr>
        <w:pStyle w:val="ArticleBody"/>
        <w:jc w:val="left"/>
      </w:pPr>
      <w:r>
        <w:rPr>
          <w:rFonts w:ascii="Times New Roman" w:hAnsi="Times New Roman" w:eastAsia="Times New Roman" w:cs="Times New Roman"/>
        </w:rPr>
        <w:t>Ромын тугууд ариун сүмийн хүрээ дотор байрлуулагдах үед Иерусалим дахь Христэд итгэгчид хотоос зугтах ёстой байв. Иерусалимын сүйрлийн тэмдгийн тухай хоёр гэрч нь бүслэлтээс өмнө уг “тэмдэг”-ийг танин мэдэхийн ноцтойг онцолдог бөгөөд мөн сүнслэг онгод тэдгээр хоёр гэрч эцсийн өдрүүдэд “илүү шууд хэрэглээ”-гээ олдгийг цаашид тодорхойлон заадаг. Езекиел ба Иохан хоёр ариун сүмийн үзэгдэлд байсан явдалтай холбон Христийн Иерусалимын сүйрлийн тухай анхааруулгын талаар өгүүлэхдээ, Систер Уайт ийнхүү бичжээ:</w:t>
      </w:r>
    </w:p>
    <w:p>
      <w:pPr>
        <w:pStyle w:val="ArticleScripture"/>
        <w:jc w:val="left"/>
      </w:pPr>
      <w:r>
        <w:rPr>
          <w:rFonts w:ascii="Times New Roman" w:hAnsi="Times New Roman" w:eastAsia="Times New Roman" w:cs="Times New Roman"/>
        </w:rPr>
        <w:t>“Эдгээр эш үзүүллэгүүд Иерусалимын сүйрлийн үеэр хэсэгчлэн биеллээ олсон боловч, тэдгээр нь эцсийн өдрүүдэд илүү шууд хамааралтай юм.</w:t>
      </w:r>
    </w:p>
    <w:p>
      <w:pPr>
        <w:pStyle w:val="ArticleScripture"/>
        <w:jc w:val="left"/>
      </w:pPr>
      <w:r>
        <w:rPr>
          <w:rFonts w:ascii="Times New Roman" w:hAnsi="Times New Roman" w:eastAsia="Times New Roman" w:cs="Times New Roman"/>
        </w:rPr>
        <w:t>“Бид агуу бөгөөд сүр жавхлант үйл явдлуудын босгон дээр зогсож байна. Зөгнөл хурдтайгаар биелж байна. Эзэн үүдэн дээр байна. Удахгүй бүх амьд хүмүүст асар их ач холбогдолтой нэгэн үе бидний өмнө нээгдэх гэж байна. Өнгөрсөн үеийн маргаанууд дахин сэргэх болно; шинэ маргаанууд гарч ирнэ. Манай дэлхийд өрнөх гэж буй үйл явдлуудыг хүмүүс одоогоор бүр зүүдэлж ч амжаагүй байна.” Testimonies, volume 5, 753.</w:t>
      </w:r>
    </w:p>
    <w:p>
      <w:pPr>
        <w:pStyle w:val="ArticleBody"/>
        <w:jc w:val="left"/>
      </w:pPr>
      <w:r>
        <w:rPr>
          <w:rFonts w:ascii="Times New Roman" w:hAnsi="Times New Roman" w:eastAsia="Times New Roman" w:cs="Times New Roman"/>
        </w:rPr>
        <w:t>Дөрөвдүгээр бүлэгт Езекиелд “бүслэлтийн тэмдэг”-ийг онцлон харуулах сургаалт зүйрлэлийг үйлдлээр дүрслэн үзүүлэх тушаал өгөгдсөн. Езекиел ах дүү нартаа харахаас татгалзсан таван удаагийн үйлдмэл сургаалт зүйрлэлийг номдоо дүрслэн үзүүлсэн. Езекиел ах дүү нартаа таван удаа ярьсан бөгөөд тэд сонсохоос татгалзсан. Түүний үйлдлээр үзүүлсэн сургаалт зүйрлэлүүд болон мэдээнүүд нь түүний сургаалт зүйрлэлүүд ба үгстэй холбоотой “мэдлэг”-ийн өсөлтийг хүлээн авахаас татгалздаг мунхаг охидын тав дахин ангийг дүрслэн харуулдаг. Тэдгээр үгс болон сургаалт зүйрлэлүүд нь Иерусалимын сүйрэлтэй шууд холбогдож байсан бөгөөд энэ нь “эцсийн өдрүүдэд илүү шууд хэрэгжих хэрэглээтэй” юм.</w:t>
      </w:r>
    </w:p>
    <w:p>
      <w:pPr>
        <w:pStyle w:val="ArticleScripture"/>
        <w:jc w:val="left"/>
      </w:pPr>
      <w:r>
        <w:rPr>
          <w:rFonts w:ascii="Times New Roman" w:hAnsi="Times New Roman" w:eastAsia="Times New Roman" w:cs="Times New Roman"/>
        </w:rPr>
        <w:t>Хүний хүү чи мөн өөртөө нэгэн тоосго авч, түүнийгээ өөрийнхөө өмнө тавиад, дээр нь хотыг, өөрөөр хэлбэл Иерусалимыг дүрслэн зур. Түүний эсрэг бүслэлт тавьж, түүний эсрэг бэхлэлт байгуулж, түүний эсрэг далан босго; мөн түүний эсрэг хуаран байрлуулж, түүнийг эргэн тойронд нь цохих хуцуудыг байрлуул. Түүнчлэн чи өөртөө нэгэн төмөр хайруулын таваг авч, түүнийгээ өөрийнхөө ба хотын хооронд төмөр хэрэм болгон босго. Өөрийн нүүрийг түүний эсрэг чиглүүл; тэгвэл тэр хот бүслэгдэж, чи түүнийг бүсэлнэ. Энэ нь Израилийн гэрт тэмдэг болно.</w:t>
      </w:r>
    </w:p>
    <w:p>
      <w:pPr>
        <w:pStyle w:val="ArticleScripture"/>
        <w:jc w:val="left"/>
      </w:pPr>
      <w:r>
        <w:rPr>
          <w:rFonts w:ascii="Times New Roman" w:hAnsi="Times New Roman" w:eastAsia="Times New Roman" w:cs="Times New Roman"/>
        </w:rPr>
        <w:t>Чи мөн зүүн хажуугаараа хэвтэж, Израилийн гэрийн гэм бурууг түүн дээр нь үүр. Чи түүн дээр хэвтэх өдрүүдийнхээ тооны дагуу тэдний гэм бурууг үүрэх болно. Учир нь Би тэдний гэм буруугийн жилүүдийг өдрүүдийн тоонд тохируулан чамд оноосон; гурван зуун ерэн өдөр. Ийнхүү чи Израилийн гэрийн гэм бурууг үүрнэ. Харин тэдгээрийг гүйцээсний дараа дахин баруун хажуугаараа хэвт, тэгвэл чи Иудагийн гэрийн гэм бурууг дөчин өдөр үүрнэ. Би чамд өдөр бүрийг нэг жил болгон тогтоосон. Тиймээс чи нүүрээ Иерусалимын бүслэлтийн зүг чиглүүлж, гараа ил гарган, түүний эсрэг эш үзүүл. Мөн болгоогтун, Би чам дээр хүлээс тавих бөгөөд чи бүслэлтийнхээ өдрүүдийг дуустал нэг хажуугаасаа нөгөөдөө эргэж чадахгүй. Езекиел 4:1–8.</w:t>
      </w:r>
    </w:p>
    <w:p>
      <w:pPr>
        <w:pStyle w:val="ArticleHeading"/>
        <w:jc w:val="left"/>
      </w:pPr>
      <w:r>
        <w:rPr>
          <w:rFonts w:ascii="Arial" w:hAnsi="Arial" w:eastAsia="Arial" w:cs="Arial"/>
        </w:rPr>
        <w:t>Тэмдэг</w:t>
      </w:r>
    </w:p>
    <w:p>
      <w:pPr>
        <w:pStyle w:val="ArticleBody"/>
        <w:jc w:val="left"/>
      </w:pPr>
      <w:r>
        <w:rPr>
          <w:rFonts w:ascii="Times New Roman" w:hAnsi="Times New Roman" w:eastAsia="Times New Roman" w:cs="Times New Roman"/>
        </w:rPr>
        <w:t>“Тэмдэг” гэх үг Езекиелийн номд есөн удаа гардаг. Дөрөвдүгээр бүлэгт Иерусалимын бүслэлт нь Израилийн гэрт зориулсан “тэмдэг” мөн. Арван хоёрдугаар бүлэгт Езекиел дахин Иерусалимын бүслэлт ба сүйрлийг заагч “тэмдэг” болдог.</w:t>
      </w:r>
    </w:p>
    <w:p>
      <w:pPr>
        <w:pStyle w:val="ArticleScripture"/>
        <w:jc w:val="left"/>
      </w:pPr>
      <w:r>
        <w:rPr>
          <w:rFonts w:ascii="Times New Roman" w:hAnsi="Times New Roman" w:eastAsia="Times New Roman" w:cs="Times New Roman"/>
        </w:rPr>
        <w:t>Хүний хүү, чи тэрслүү гэрийн дунд оршин суудаг; тэдэнд харах нүд бий, гэвч хардаггүй; сонсох чих бий, гэвч сонсдоггүй. Учир нь тэд тэрслүү гэр юм. Иймээс, хүний хүү чи нүүдэллэх ачаагаа бэлтгээд, тэдний нүдэн дээр өдрийн цагаар нүү; мөн тэдний нүдэн дээр өөрийн газраас өөр газар уруу нүү. Тэд тэрслүү гэр боловч магадгүй анхааран ойлгох байж болох юм. Тэгээд чи нүүдэллэх ачаагаа өдрийн цагаар, тэдний нүдэн дээр, нүүдэллэх ачаа мэт гаргаж тавь; харин үдэш нь олзлогдон одогсдын адил тэдний нүдэн дээр гарч яв. Тэдний нүдэн дээр хананд нүх ухан, түүгээр нь ачаагаа гарга. Тэдний нүдэн дээр түүнийгээ мөрөн дээрээ үүрч, бүрэнхийд авч гар; газрыг бүү харахын тулд нүүрээ бүтээ. Учир нь Би чамайг Израилийн гэрт тэмдэг болгон тавьсан юм. Езекиел 12:2–6.</w:t>
      </w:r>
    </w:p>
    <w:p>
      <w:pPr>
        <w:pStyle w:val="ArticleBody"/>
        <w:jc w:val="left"/>
      </w:pPr>
      <w:r>
        <w:rPr>
          <w:rFonts w:ascii="Times New Roman" w:hAnsi="Times New Roman" w:eastAsia="Times New Roman" w:cs="Times New Roman"/>
        </w:rPr>
        <w:t>Тэрслүү гэрийнхэн дүрслэн үзүүлсэн сургаалт зүйрлэлийг хараад түүний утгыг мэдсэнгүй тул Езекиелаас тайлбарлан өгөхийг хүсэв.</w:t>
      </w:r>
    </w:p>
    <w:p>
      <w:pPr>
        <w:pStyle w:val="ArticleScripture"/>
        <w:jc w:val="left"/>
      </w:pPr>
      <w:r>
        <w:rPr>
          <w:rFonts w:ascii="Times New Roman" w:hAnsi="Times New Roman" w:eastAsia="Times New Roman" w:cs="Times New Roman"/>
        </w:rPr>
        <w:t>Хүний хүү аа, тэрслүү гэр болох Израилийн гэр чамаас “Чи юу хийж байна вэ?” гэж асуугаагүй гэж үү? Тэдэнд ийнхүү хэлэгтүн: Эзэн БУРХАН ийн айлдаж байна: Энэ эш ачаа Иерусалим дахь ноёнд болон тэдний дунд буй бүх Израилийн гэрт хамаарна. “Би та нарын тэмдэг мөн; миний хийсний адил тэдэнд хийгдэх болно; тэд нүүн явж, олзлогдон цөлөгдөнө.” Езекиел 12:9–11.</w:t>
      </w:r>
    </w:p>
    <w:p>
      <w:pPr>
        <w:pStyle w:val="ArticleBody"/>
        <w:jc w:val="left"/>
      </w:pPr>
      <w:r>
        <w:rPr>
          <w:rFonts w:ascii="Times New Roman" w:hAnsi="Times New Roman" w:eastAsia="Times New Roman" w:cs="Times New Roman"/>
        </w:rPr>
        <w:t>Иерусалимын бүслэлт нь эцсийн өдрүүд дэх Бурханы ард түмний хувьд нэгэн тэмдэг юм.</w:t>
      </w:r>
    </w:p>
    <w:p>
      <w:pPr>
        <w:pStyle w:val="ArticleScripture"/>
        <w:jc w:val="left"/>
      </w:pPr>
      <w:r>
        <w:rPr>
          <w:rFonts w:ascii="Times New Roman" w:hAnsi="Times New Roman" w:eastAsia="Times New Roman" w:cs="Times New Roman"/>
        </w:rPr>
        <w:t>“Эртний эш үзүүлэгч бүр өөрсдийн цаг үеийнхэндээ бус, харин бидэнд илүүтэйгээр хандан айлдсан бөгөөд тийнхүү тэдний эш үзүүллэг бидний төлөө хүчин төгөлдөр хэвээр байна. ‘Эдүгээ энэ бүх юмс тэдэнд сургамж болгон тохиолдсон бөгөөд ертөнцийн төгсгөл ирсэн бидэнд сануулга болгохоор бичигдсэн юм.’ 1 Коринт 10:11. ‘Тэд өөрсдөдөө бус, харин бидэнд үйлчилж байсан нь, тэнгэрээс илгээгдсэн Ариун Сүнсээр та нарт сайн мэдээг тунхагласан хүмүүсээр эдүгээ та нарт мэдүүлэгдсэн тэр зүйлс мөн; эдгээрийг тэнгэрэлч нар хүртэл шагайж харахыг хүсдэг.’ 1 Петр 1:12....”</w:t>
      </w:r>
    </w:p>
    <w:p>
      <w:pPr>
        <w:pStyle w:val="ArticleScripture"/>
        <w:jc w:val="left"/>
      </w:pPr>
      <w:r>
        <w:rPr>
          <w:rFonts w:ascii="Times New Roman" w:hAnsi="Times New Roman" w:eastAsia="Times New Roman" w:cs="Times New Roman"/>
        </w:rPr>
        <w:t>“Библи өөрийн эрдэнэсүүдийг энэхүү эцсийн үеийнхэнд зориулан хураан цуглуулж, хамтад нь баглан хадгалсан юм. Хуучин Гэрээний түүхэн дэх бүх агуу үйл явдал болон сүр жавхлант, онцгой үйлдлүүд эдгээр эцсийн өдрүүдэд сүмд давтагдаж ирсэн бөгөөд давтагдсаар байна.” Selected Messages, book 3, 338, 339.</w:t>
      </w:r>
    </w:p>
    <w:p>
      <w:pPr>
        <w:pStyle w:val="ArticleHeading"/>
        <w:jc w:val="left"/>
      </w:pPr>
      <w:r>
        <w:rPr>
          <w:rFonts w:ascii="Arial" w:hAnsi="Arial" w:eastAsia="Arial" w:cs="Arial"/>
        </w:rPr>
        <w:t>Яг Энэ Өдөр</w:t>
      </w:r>
    </w:p>
    <w:p>
      <w:pPr>
        <w:pStyle w:val="ArticleBody"/>
        <w:jc w:val="left"/>
      </w:pPr>
      <w:r>
        <w:rPr>
          <w:rFonts w:ascii="Times New Roman" w:hAnsi="Times New Roman" w:eastAsia="Times New Roman" w:cs="Times New Roman"/>
        </w:rPr>
        <w:t>“Иерусалимын бүслэлт ба сүйрэл”-ийн тухай үйлдлээр үзүүлсэн сургаалт зүйрлэл доторх Езекиел нь эцсийн өдрүүд дэх Бурханы ард түмэнд зориулсан тэмдэг мөн.</w:t>
      </w:r>
    </w:p>
    <w:p>
      <w:pPr>
        <w:pStyle w:val="ArticleScripture"/>
        <w:jc w:val="left"/>
      </w:pPr>
      <w:r>
        <w:rPr>
          <w:rFonts w:ascii="Times New Roman" w:hAnsi="Times New Roman" w:eastAsia="Times New Roman" w:cs="Times New Roman"/>
        </w:rPr>
        <w:t>Дахин ес дэх жил, арав дахь сард, сарын аравны өдөр ЭЗЭНий үг надад ирж, ийн айлдав: Хүний хүү, энэ өдрийн нэрийг, яг энэ өдрийнх нь нэрийг бичигтүн. Учир нь Вавилоны хаан яг энэ өдөр Иерусалимын эсрэг өөрийгөө байрлуулсан билээ.</w:t>
      </w:r>
    </w:p>
    <w:p>
      <w:pPr>
        <w:pStyle w:val="ArticleScripture"/>
        <w:jc w:val="left"/>
      </w:pPr>
      <w:r>
        <w:rPr>
          <w:rFonts w:ascii="Times New Roman" w:hAnsi="Times New Roman" w:eastAsia="Times New Roman" w:cs="Times New Roman"/>
        </w:rPr>
        <w:t>Мөн тэрслүү гэрт нэгэн сургаалт зүйрлэл айлдаж, тэдэнд өгүүл: Эзэн БУРХАН ийнхүү айлдаж байна: Тогоо тавь, түүнийг тавь, мөн түүнд ус хий. Түүний хэсгүүдийг түүнд цуглуул, сайн хэсэг бүрийг, гуя болон мөрийг; шилмэл ясаар дүүргэ. Сүргийн шилмэлийг авч, мөн доор нь ясыг түл, түүнийг сайтар буцалга, яснуудыг нь дотор нь чаналга. Тиймээс Эзэн БУРХАН ийнхүү айлдаж байна: Цуст хотод, дотор нь хөөс нь буй тогоонд, хөөс нь түүнээс гараагүй байгаа тогоонд золгүй еэ! Түүнийг хэсэг хэсгээр нь гарга; түүн дээр шодлого бүү хаяг. Учир нь түүний цус түүний дунд байна; тэр түүнийг хадны орой дээр тавьсан; түүнийг шороогоор хучигдахын тулд газарт асгаагүй. Уур хилэнг хөдөлгөж, өшөө авалтыг авчрахын тулд; Би түүний цусыг хучигдах ёсгүй байхын тулд хадны орой дээр тавьсан.</w:t>
      </w:r>
    </w:p>
    <w:p>
      <w:pPr>
        <w:pStyle w:val="ArticleScripture"/>
        <w:jc w:val="left"/>
      </w:pPr>
      <w:r>
        <w:rPr>
          <w:rFonts w:ascii="Times New Roman" w:hAnsi="Times New Roman" w:eastAsia="Times New Roman" w:cs="Times New Roman"/>
        </w:rPr>
        <w:t>Тиймээс Эзэн Бурхан ийнхүү айлдаж байна: Цус урсгагч хотод золгүй еэ! Би галд зориулсан овоолгыг улам их болгоно. Түлээ овоолж, галыг асаа, махыг бүрэн чанаж, сайтар амтал; мөн ясыг нь шатааг. Дараа нь түүнийг хоосноор нь өөрийнх нь нүүрсэн дээр тавь, тэгвэл түүний хүрэл халж, шатах бөгөөд түүний бузрыг дотор нь хайлуулж, хөөсийг нь үгүй болгох болно. Тэр худал хуурмагаараа өөрийгөө зүдрээсэн ч түүний их хөөс түүнээс гарч одсонгүй; түүний хөөс гал дунд байх болно. Чиний бузар дотор садар самуун байв. Учир нь Би чамайг цэвэршүүлсэн атал чи цэвэршээгүй; Би Өөрийн уур хилэнг чиний дээр тогтоох хүртэл чи бузартаа дахин хэзээ ч цэвэршихгүй. Би, ЭЗЭН, үүнийг айлдсан; энэ нь биелэх болно, Би үүнийг үйлдэнэ. Би ухрахгүй, Би өршөөхгүй, Би гэмшихгүй; чиний зам мөрөөр, чиний үйлсээр тэд чамайг шүүх болно гэж Эзэн Бурхан айлдаж байна.</w:t>
      </w:r>
    </w:p>
    <w:p>
      <w:pPr>
        <w:pStyle w:val="ArticleScripture"/>
        <w:jc w:val="left"/>
      </w:pPr>
      <w:r>
        <w:rPr>
          <w:rFonts w:ascii="Times New Roman" w:hAnsi="Times New Roman" w:eastAsia="Times New Roman" w:cs="Times New Roman"/>
        </w:rPr>
        <w:t>ЭЗЭНий үг бас надад ирж, ийнхүү айлдав: Хүний хүү, болгоогтун, Би чиний нүдний хүслийг нэгэн цохилтоор чамаас авч одно. Гэвч чи гашуудан уйлж ч болохгүй, нулимс чинь ч урсан асгарч болохгүй. Ёолохоо тэвч, үхэгсдийн төлөө гашуудал бүү үйлд; толгойн боолтоо өөр дээрээ боож, хөлдөө гутлаа өмсөж, уруулаа бүү халхал, хүмүүсийн талхыг ч бүү ид. Тийнхүү би өглөө ард түмэнд ярив; үдэш нь эхнэр минь нас барав. Харин өглөө нь би тушаагдсаны дагуу үйлдэв. Тэгэхэд ард түмэн надад, Чи ийнхүү үйлдэж буй эдгээр зүйлс бидэнд юуг илэрхийлж байгааг бидэнд хэлэхгүй юм уу? гэв.</w:t>
      </w:r>
    </w:p>
    <w:p>
      <w:pPr>
        <w:pStyle w:val="ArticleScripture"/>
        <w:jc w:val="left"/>
      </w:pPr>
      <w:r>
        <w:rPr>
          <w:rFonts w:ascii="Times New Roman" w:hAnsi="Times New Roman" w:eastAsia="Times New Roman" w:cs="Times New Roman"/>
        </w:rPr>
        <w:t>Тэгэхэд би тэдэнд хариулан, “ЭЗЭНий үг надад ирж, ийн хэлсэн юм: Израилийн гэрт айлд. Эзэн БУРХАН ийнхүү айлдаж байна: Болгоогтун, Би та нарын хүч чадлын сүр жавхлан, нүдний чинь хүсэмжит зүйл, сэтгэлийн чинь энэрэн хайрладаг юмыг болох Өөрийн ариун газрыг бузарлана. Та нарын үлдээн одсон хөвгүүд, охид чинь илдэнд унана. Та нар миний үйлдсэнийг үйлдэх болно: уруулаа бүтээхгүй, хүмүүсийн талхыг идэхгүй. Толгойн боолт чинь толгой дээрээ, гутал чинь хөл дээрээ байна. Та нар гашуудаж, уйлахгүй. Харин өөрсдийн гэм нүглийн дунд хатан доройтож, бие биеийнхээ өмнө ёолох болно. Ийнхүү Езекиел та нарт тэмдэг болно. Түүний үйлдсэн бүхний дагуу та нар үйлдэх болно. Энэ нь тохиолдоход, та нар Намайг Эзэн БУРХАН мөн гэдгийг мэдэх болно” гэжээ. Езекиел 24:1–24.</w:t>
      </w:r>
    </w:p>
    <w:p>
      <w:pPr>
        <w:pStyle w:val="ArticleBody"/>
        <w:jc w:val="left"/>
      </w:pPr>
      <w:r>
        <w:rPr>
          <w:rFonts w:ascii="Times New Roman" w:hAnsi="Times New Roman" w:eastAsia="Times New Roman" w:cs="Times New Roman"/>
        </w:rPr>
        <w:t>Езекиел бол Иерусалимын бүслэлтийн эхлэл болон түүний эцсийн сүйрлийг, түүнчлэн үүний дараа Лаодикийн Долоо дахь өдрийн Адвентист сүмийн гишүүдийн олзлогдлыг тодорхойлон харуулдаг тэмдэг мөн.</w:t>
      </w:r>
    </w:p>
    <w:p>
      <w:pPr>
        <w:pStyle w:val="ArticleScripture"/>
        <w:jc w:val="left"/>
      </w:pPr>
      <w:r>
        <w:rPr>
          <w:rFonts w:ascii="Times New Roman" w:hAnsi="Times New Roman" w:eastAsia="Times New Roman" w:cs="Times New Roman"/>
        </w:rPr>
        <w:t>“Христ Чидун уулын оргилоос доош харахдаа, энэ байдал сүм бүрт оршин байгааг харсан. Иерусалимын ард түмний мөрийг дагаж, агуу гэрэл хүлээн авсан тэдний замаар явж буй бүх хүнд эдгээр анхааруулгууд хүрч байна. Энэ ард түмэн бидний өмнө сэрэмжлүүлэг болон тавигдсан. Өнөө цагт Бурханы анхааруулгуудыг няцааснаар хүмүүс Иерусалимын нүглийг давтан үйлдэж байна. Эзэн хүний төлөөлөгчийн хардаггүй бөгөөд харахыг ч хүсдэггүй зүйлийг—Бэтл-Крик дэх хүний бүх арга сэдлийн үр дүнг—хардаг. Тэр Бурхан хүний төлөө хийж чадах бүхнийг хийсэн. Тэр ард түмний нүдний өмнө гэрлийг гялалзуулан тусгасан нь тэдний нүгэл гэмшил мэдрэгдэхээ больсон хязгаарт хүрэхгүй байхын тулд юм. Гэвч зөв бөгөөд зөвт зарчмуудаас удаан хугацаанд холдон зайлах явцдаа хүмүүс өөрсдийгөө гэрэл ба үнэн, шударга ёс ба өршөөл танигдахаа больсон байдалд хүргэсэн. Энэ замнал нь тэдний мөн чанарынх нь нэг хэсэг болсон юм.” Гэрчлэлүүд, 8-р боть, 68.</w:t>
      </w:r>
    </w:p>
    <w:p>
      <w:pPr>
        <w:pStyle w:val="ArticleHeading"/>
        <w:jc w:val="left"/>
      </w:pPr>
      <w:r>
        <w:rPr>
          <w:rFonts w:ascii="Arial" w:hAnsi="Arial" w:eastAsia="Arial" w:cs="Arial"/>
        </w:rPr>
        <w:t>Альфа ба Омегийн хоёр гэрч</w:t>
      </w:r>
    </w:p>
    <w:p>
      <w:pPr>
        <w:pStyle w:val="ArticleBody"/>
        <w:jc w:val="left"/>
      </w:pPr>
      <w:r>
        <w:rPr>
          <w:rFonts w:ascii="Times New Roman" w:hAnsi="Times New Roman" w:eastAsia="Times New Roman" w:cs="Times New Roman"/>
        </w:rPr>
        <w:t>Езекиел ер бусын, ертөнцийн хүчнээс дээгүүр байдлаар хэлгүй болгогдсон байсан бөгөөд Иерусалим унах үед тэр дахин ярих чадвартай болно, тэр цагт өөрөө “тэмдэг” болно гэж түүнд мэдэгдсэн байв. Езекиел эхнэрийнхээ үхэлд гашуудаагүй нь бүслэлтийн эхэнд байсан альфа тэмдгийг илэрхийлсэн бөгөөд Иерусалим унахад Езекиелийн ам нээгдсэн нь омега тэмдэг болсон юм. Сүйрэлд хүргэх бүслэлт нь эхлэл болон төгсгөлдөө тэмдгээр тэмдэглэгдсэн байна. Тэрхүү адил дүрслэлийн хүрээнд альфа ба омега тэмдгийн хоёр дахь гэрч нь Езекиелийн “нүдний хүсэмж” болсон зүйлийн үхлийг альфа, харин ард түмний “нүдний хүсэмж” болсон зүйлийн үхлийг тухайн үеийн омега тэмдэг болгон дүрсэлжээ. Нэг жил хагасын энэ хугацаа альфа ба омегагийн хоёр гэрчийг агуулж байна. Езекиелийн эхнэрийн үхэл нь цэргийн олны олзлогдон боолчлогдохыг төлөөлсөн бөгөөд Иерусалимын омега үхэл нь ариун газрын хөл дор гишгэгдэхийг төлөөлсөн юм.</w:t>
      </w:r>
    </w:p>
    <w:p>
      <w:pPr>
        <w:pStyle w:val="ArticleScripture"/>
        <w:jc w:val="left"/>
      </w:pPr>
      <w:r>
        <w:rPr>
          <w:rFonts w:ascii="Times New Roman" w:hAnsi="Times New Roman" w:eastAsia="Times New Roman" w:cs="Times New Roman"/>
        </w:rPr>
        <w:t>Тиймээс Езекиел та нарт тэмдэг болно; түүний үйлдсэн бүхний дагуу та нар үйлдэх болно. Энэ нь тохиолдоход, Би бол Эзэн БУРХАН мөн гэдгийг та нар мэдэх болно. Хүний хүү ээ, Би тэднээс тэдний хүч чадал, тэдний алдрын баясгалан, нүднийх нь хүслэн, сэтгэлээ хандуулдаг зүйл болох хөвгүүд, охидыг нь авах тэр өдөр, тэр өдөр зугтан гарсан нэгэн чам уруу ирж, үүнийг чихээр чинь сонсгохгүй гэж үү? Тэр өдөр зугтан гарсан хүнд хандаж чиний ам нээгдэж, чи ярьж, дахин хэлгүй байхгүй болно. Ийнхүү чи тэдэнд тэмдэг болж, тэд Би бол ЭЗЭН мөн гэдгийг мэдэх болно. Езекиел 24:24–27.</w:t>
      </w:r>
    </w:p>
    <w:p>
      <w:pPr>
        <w:pStyle w:val="ArticleHeading"/>
        <w:jc w:val="left"/>
      </w:pPr>
      <w:r>
        <w:rPr>
          <w:rFonts w:ascii="Arial" w:hAnsi="Arial" w:eastAsia="Arial" w:cs="Arial"/>
        </w:rPr>
        <w:t>Зургаан үхэл</w:t>
      </w:r>
    </w:p>
    <w:p>
      <w:pPr>
        <w:pStyle w:val="ArticleBody"/>
        <w:jc w:val="left"/>
      </w:pPr>
      <w:r>
        <w:rPr>
          <w:rFonts w:ascii="Times New Roman" w:hAnsi="Times New Roman" w:eastAsia="Times New Roman" w:cs="Times New Roman"/>
        </w:rPr>
        <w:t>Езекиелийн эхнэрийн үхэл нь бүслэлтийн эхлэл болон эш үзүүллэгийн утгаар Христийн сүйт бүсгүй болох Иерусалимын үхлийг тэмдэглэж, мөн бүслэлтээр төлөөлөгдсөн нэгэн үе хугацааны дараа ирэх Ням гаргийн хуулийг дүрслэн үзүүлдэг. Бүслэлтийн үе ба сүйрэл нь хоорондоо шууд холбоотой боловч ялгаатай хоёр тэмдэглэгээ мөн. Бүслэлт нь тодорхой нэгэн хугацааны үе бөгөөд сүйрэл нь цаг хугацааны нэгэн цэг юм. Тэрхүү сүйрэл нь араатны хөрөг бүрэлдэн тогтох үе хугацааны дараа ирдэг Ням гаргийн хууль мөн. Араатны хөргийн үе нь араатны тэмдгээр төгсөнө. Есүс Матай хорин дөрөвдүгээр бүлэгт Иерусалимын сүйрлийн тэмдгийг тодорхойлохдоо Ноагийн өдрүүдийг мөн дурдсан.</w:t>
      </w:r>
    </w:p>
    <w:p>
      <w:pPr>
        <w:pStyle w:val="ArticleScripture"/>
        <w:jc w:val="left"/>
      </w:pPr>
      <w:r>
        <w:rPr>
          <w:rFonts w:ascii="Times New Roman" w:hAnsi="Times New Roman" w:eastAsia="Times New Roman" w:cs="Times New Roman"/>
        </w:rPr>
        <w:t>Харин Ноегийн өдрүүд ямар байсанчлан, Хүний Хүүгийн ирэлт мөн тийм байх болно. Учир нь үерийн өмнөх тэр өдрүүдэд хүмүүс Ноег авдарт орсон өдөр хүртэл идэж ууж, гэрлэж, гэрлүүлж байсан бөгөөд, үер ирж тэднийг бүгдийг нь авч одох хүртэл мэдээгүй байсан; Хүний Хүүгийн ирэлт мөн тийнхүү байх болно. Матай 24:37–39.</w:t>
      </w:r>
    </w:p>
    <w:p>
      <w:pPr>
        <w:pStyle w:val="ArticleBody"/>
        <w:jc w:val="left"/>
      </w:pPr>
      <w:r>
        <w:rPr>
          <w:rFonts w:ascii="Times New Roman" w:hAnsi="Times New Roman" w:eastAsia="Times New Roman" w:cs="Times New Roman"/>
        </w:rPr>
        <w:t>Ноагийн өдрүүдэд нигүүлслийн хаалга хаагдсан нь удахгүй ирэх Ням гаргийн хуулийг бэлгэдэн дүрсэлсэн бөгөөд энэ нь мөн 1844 оны 10-р сарын 22-нд хаалга хаагдсанаар бэлгэдэн дүрслэгдсэн юм. 1844 оны 8-р сарын 12–17-нд болсон Эксетерийн майхан цуглаанаас эхэлсэн хугацаа нь хаалттай хаалгад хүргэдэг эш үзүүллэгийн хугацааг төлөөлдөг.</w:t>
      </w:r>
    </w:p>
    <w:p>
      <w:pPr>
        <w:pStyle w:val="ArticleBody"/>
        <w:jc w:val="left"/>
      </w:pPr>
      <w:r>
        <w:rPr>
          <w:rFonts w:ascii="Times New Roman" w:hAnsi="Times New Roman" w:eastAsia="Times New Roman" w:cs="Times New Roman"/>
        </w:rPr>
        <w:t>Ноагийн өдрүүдэд Ноа гурав дахь тэнгэрэлчийг төлөөлж байсан бөгөөд гурав дахь тэнгэрэлч 1844 оны 10 дугаар сарын 22-ны хаагдсан үүдэнд хүрсэн. Есүсийн хэлснээр “Хүний Хүүгийн ирэлт” мэт байх Ноагийн өдрүүдэд Илчлэл номын арван дөрөвдүгээр бүлгийн гурван тэнгэрэлч хаагдсан үүд рүү хөтөлсөн. Уильям Миллер эхний тэнгэрэлчийн мэдээг төлөөлж байсан бөгөөд Ноагийн өдрүүд дэх Енохоор хэв шинжлэгдсэн. Иуда Енохын мэдээг Миллерийн мэдээтэй зэрэгцэх нэгэн адилтгал хэмээн тодорхойлдог.</w:t>
      </w:r>
    </w:p>
    <w:p>
      <w:pPr>
        <w:pStyle w:val="ArticleScripture"/>
        <w:jc w:val="left"/>
      </w:pPr>
      <w:r>
        <w:rPr>
          <w:rFonts w:ascii="Times New Roman" w:hAnsi="Times New Roman" w:eastAsia="Times New Roman" w:cs="Times New Roman"/>
        </w:rPr>
        <w:t>Адамаас хойших долоо дахь нь болох Енох мөн эдгээрийн тухай эш үзүүлэн: «Харагтун, Эзэн Өөрийн ариун хүмүүсийн түм түмэнтэй хамт ирж байна; бүх хүний дээр шүүлт гүйцэтгэж, тэдний дундах бурхангүй бүхнийг өөрсдийн бурхангүйгээр үйлдсэн бүх бурхангүй хэргүүдийнх нь төлөө, мөн бурхангүй нүгэлтнүүд Түүний эсрэг хэлсэн бүх хатуу үгсийнх нь төлөө яллан үнэмшүүлэхийн тулд ирж байна» хэмээн хэлжээ. Иуда 1:14, 15.</w:t>
      </w:r>
    </w:p>
    <w:p>
      <w:pPr>
        <w:pStyle w:val="ArticleBody"/>
        <w:jc w:val="left"/>
      </w:pPr>
      <w:r>
        <w:rPr>
          <w:rFonts w:ascii="Times New Roman" w:hAnsi="Times New Roman" w:eastAsia="Times New Roman" w:cs="Times New Roman"/>
        </w:rPr>
        <w:t>Миллерийн эхний тэнгэрэлчийн мэдээ нь Енохын мэдээгээр дүрслэгдсэн “шүүлт”-ийг тунхагласан. Енохын эхлэл нь түүнийг “Адамаас хойших долоо дахь” хэмээн тэмдэглэснээр ялгардаг. Миллерийн мэдээ нь хойд хаант улсын эсрэгх “долоон цаг”-ийн ирэлтээр эхэлж, мөн түүнээр төгссөн бөгөөд дөчин зургаан жилийн дараа, өмнөд хаант улсын эсрэгх “долоон цаг” биелэхэд, 1844 оны 10 дугаар сарын 22-нд гурав дахь тэнгэрэлч ирсэн юм. Шүүлтийн цагийн элч нар байсан Енох ба Миллер хоёулынх нь эхлэлд долоон тоо онцлон танигдсан байдаг. Долоо дахь Енохоор эхэлсэн тэр үе нь амьтад хөвөгч авдарт орж, улмаар үүд нь ер бусын хүчээр хаагдах хүртэлх долоон өдрөөр төгссөн. Есүс төгсгөлийг үргэлж эхлэлээр дүрслэн харуулдаг.</w:t>
      </w:r>
    </w:p>
    <w:p>
      <w:pPr>
        <w:pStyle w:val="ArticleBody"/>
        <w:jc w:val="left"/>
      </w:pPr>
      <w:r>
        <w:rPr>
          <w:rFonts w:ascii="Times New Roman" w:hAnsi="Times New Roman" w:eastAsia="Times New Roman" w:cs="Times New Roman"/>
        </w:rPr>
        <w:t>Енох Метуселааг төрүүлж, Метуселаа өөрийн ээлжинд Ламехыг төрүүлэв. Ламех ба Метуселаа нь хоёр дахь тэнгэрэлчийн мэдээг, мөн түүнчлэн шөнө дундын хашхирааны мэдээг төлөөлдөг. Шөнө дундын хашхираан хаалттай хаалганд хүртэл урагшилсан бөгөөд иймээс үерийн жилд нас барсан Метуселаагаар төлөөлөгдөнө. Ламех нь хоёр дахь тэнгэрэлчийн мэдээг төлөөлж байсан бөгөөд Ламех үерээс таван жилийн өмнө нас барсан. Хаалга хаагдсан Метуселаагийн үхэл хүртэлх хугацаан дахь Ламехын үхлээс хойших тэрхүү таван жил нь Езекиелийн сүйт бүсгүйн үхлийг, өөрөөр хэлбэл Метуселаагаар төлөөлөгдсөн Христийн сүйт бүсгүйн үхэлд хүргэсэн үеийн эхлэлийг тэмдэглэсэн зүйрлэлийг илэрхийлдэг байв.</w:t>
      </w:r>
    </w:p>
    <w:p>
      <w:pPr>
        <w:pStyle w:val="ArticleBody"/>
        <w:jc w:val="left"/>
      </w:pPr>
      <w:r>
        <w:rPr>
          <w:rFonts w:ascii="Times New Roman" w:hAnsi="Times New Roman" w:eastAsia="Times New Roman" w:cs="Times New Roman"/>
        </w:rPr>
        <w:t>Енох 1798 онд ирсэн эхний тэнгэрэлчийг бэлгэдсэн бөгөөд Ламех 1844 оны 4 дүгээр сарын 19-нд ирсэн хоёр дахь тэнгэрэлчийг бэлгэдсэн, харин Мафусал нь Экзетерээс 1844 оны 10 дугаар сарын 22-ны хаалттай хаалга хүртэлх шөнө дундын хашхирааныг бэлгэдсэн бөгөөд тэр нь Ноагаар бэлгэдэгдсэн юм. Ламехийн үхлээс Мафусалын үхэл хүртэлх таван жил нь МЭӨ 587 оноос МЭӨ 586 он хүртэлх нэг жил хагасыг бэлгэдсэн. Ламехаас Мафусал хүртэлх тэрхүү таван жил нь 1448 оноос 1453 он хүртэлх таван жилийг бэлгэддэг.</w:t>
      </w:r>
    </w:p>
    <w:p>
      <w:pPr>
        <w:pStyle w:val="ArticleBody"/>
        <w:jc w:val="left"/>
      </w:pPr>
      <w:r>
        <w:rPr>
          <w:rFonts w:ascii="Times New Roman" w:hAnsi="Times New Roman" w:eastAsia="Times New Roman" w:cs="Times New Roman"/>
        </w:rPr>
        <w:t>1448 оны 10-р сарын 31-нд Жон Палайологос нас барж, түүний дүү Арван нэгдүгээр Константин (сүүлчийн Константин) дорнод Ромын хаан ширээнд суух зөвшөөрлийг Исламын турк хүчнээс эрэв. Түүний 1299 оны 7-р сарын 27-нд хийсэн дагаар оролт Илчлэлт есдүгээр бүлгийн аравдугаар эшлэлд өгүүлсэн хоёр дахь нэг зуун тавин жилийн хугацааг биелүүлэв. Жон Палайологосын нас барснаас хойш таван жилийн дараа түүний дүү Арван нэгдүгээр Константин Константинополийн хэрэм дээр нас барсан бөгөөд энэ үед Мехмед II дорнод Ромын Византийн эзэнт гүрнийг эзлэн авч байв. Мехмед гэдэг нь Мохаммедын турк хувилбар тул 632 онд анхны Мохаммед нас барсан явдал Илчлэлт есдүгээр бүлгийн анхны нэг зуун тавин жилийн зөгнөлийг (тавдугаар эшлэлд буй) эхлүүлсэн бөгөөд тэр нь найман зуун хорин нэгэн жилийн дараа “Хоёрдугаар Мохаммед”-ын гарт сүүлчийн Константин нас барснаар төгссөн юм. Мохаммед нас барахаасаа таван жилийн өмнө Ромын мөхлийг зөгнөсөн бөгөөд энэ нь Хоёрдугаар Мохаммед нэрт туркаар гүйцэлдсэн юм.</w:t>
      </w:r>
    </w:p>
    <w:p>
      <w:pPr>
        <w:pStyle w:val="ArticleBody"/>
        <w:jc w:val="left"/>
      </w:pPr>
      <w:r>
        <w:rPr>
          <w:rFonts w:ascii="Times New Roman" w:hAnsi="Times New Roman" w:eastAsia="Times New Roman" w:cs="Times New Roman"/>
        </w:rPr>
        <w:t>Сүүлчийн, арван нэгдүгээр Константин Константинополийн тулалдаанд нас барсан бөгөөд ингэснээр түүний ах Иоханы үхлээс өөрийнх нь үхэл хүртэлх таван жилийг тодорхойлж байна. Тэрхүү таван жил нь хөвгүүн Ламехийн үхлээс таван жилийн дараа авдрын хаалга хаагдах үед эцэг Метуселахын үхэл хүртэлх таван жилээр дүрслэгдсэн байв. Ийнхүү Езекиелийн сүйт бүсгүйн үхэл нь Ламехийн үхлээр дүрслэгдсэн бөгөөд тэд хамтдаа 1448 онд Иохан Палайологосын үхлийн гэрч болдог. Үүний дараах Метуселахын үхэл нь Христийн сүйт бүсгүйн үхэл болон МЭӨ 586 онд Иерусалимын сүйрэлтэй нийцэж, тэд хамтдаа арван нэгдүгээр Константины үхэлтэй нийцдэг.</w:t>
      </w:r>
    </w:p>
    <w:p>
      <w:pPr>
        <w:pStyle w:val="ArticleBody"/>
        <w:jc w:val="left"/>
      </w:pPr>
      <w:r>
        <w:rPr>
          <w:rFonts w:ascii="Times New Roman" w:hAnsi="Times New Roman" w:eastAsia="Times New Roman" w:cs="Times New Roman"/>
        </w:rPr>
        <w:t>Үхлээр эхэлж, үхлээр төгсдөг эш үзүүллэгийн нэгэн үеийн гурван гэрч нь араатны дүрийн бүрэлдэх үеийг дүрслэн үзүүлдэг бөгөөд тэрхүү үе нь араатны тэмдгээр төгсөнө; мөн энэ нь Миллерчүүдийн түүхэн дэх шөнө дундын хашхирааны тунхаглалтай, түүнчлэн бидний өнөөгийн түүхэн дэх араатны дүрийн бүрэлдэн тогтох үйл явцтай нийцдэг бөгөөд аль аль нь араатны тэмдгээр төгсөнө. Удахгүй гарах Ням гаргийн хуулиар араатны тэмдэг биелэх үед, Иерусалим сүйрэхэд Езекиел өөрийн хүсэл зоргоор “ярьж” чаддаг болсон явдалтай нийцүүлэн, эш үзүүллэгийн “ярих” нь хүрч ирдэг.</w:t>
      </w:r>
    </w:p>
    <w:p>
      <w:pPr>
        <w:pStyle w:val="ArticleHeading"/>
        <w:jc w:val="left"/>
      </w:pPr>
      <w:r>
        <w:rPr>
          <w:rFonts w:ascii="Arial" w:hAnsi="Arial" w:eastAsia="Arial" w:cs="Arial"/>
        </w:rPr>
        <w:t>Ярихүй</w:t>
      </w:r>
    </w:p>
    <w:p>
      <w:pPr>
        <w:pStyle w:val="ArticleBody"/>
        <w:jc w:val="left"/>
      </w:pPr>
      <w:r>
        <w:rPr>
          <w:rFonts w:ascii="Times New Roman" w:hAnsi="Times New Roman" w:eastAsia="Times New Roman" w:cs="Times New Roman"/>
        </w:rPr>
        <w:t>Иерусалимын сүйрлээр бэлгэдэгдсэн Ням гаргийн хуулийн үед, АНУ-ын эш үзүүллэгийн дагуух яриа нь хуурамч эш үзүүлэгч луу мэт ярьдаг хэмээн тэмдэглэгддэг.</w:t>
      </w:r>
    </w:p>
    <w:p>
      <w:pPr>
        <w:pStyle w:val="ArticleScripture"/>
        <w:jc w:val="left"/>
      </w:pPr>
      <w:r>
        <w:rPr>
          <w:rFonts w:ascii="Times New Roman" w:hAnsi="Times New Roman" w:eastAsia="Times New Roman" w:cs="Times New Roman"/>
        </w:rPr>
        <w:t>Тэгээд би газраас гарч ирж буй өөр нэгэн араатныг үзэв; тэр нь хурганы адил хоёр эвэртэй бөгөөд луу мэт ярьж байв. Илчлэлт 13:11.</w:t>
      </w:r>
    </w:p>
    <w:p>
      <w:pPr>
        <w:pStyle w:val="ArticleBody"/>
        <w:jc w:val="left"/>
      </w:pPr>
      <w:r>
        <w:rPr>
          <w:rFonts w:ascii="Times New Roman" w:hAnsi="Times New Roman" w:eastAsia="Times New Roman" w:cs="Times New Roman"/>
        </w:rPr>
        <w:t>Ням гаргийн хуулийн үед Балаам эшгээ гурав дахь удаагаа цохино, тэгэхэд эшиг нь ярьдаг.</w:t>
      </w:r>
    </w:p>
    <w:p>
      <w:pPr>
        <w:pStyle w:val="ArticleScripture"/>
        <w:jc w:val="left"/>
      </w:pPr>
      <w:r>
        <w:rPr>
          <w:rFonts w:ascii="Times New Roman" w:hAnsi="Times New Roman" w:eastAsia="Times New Roman" w:cs="Times New Roman"/>
        </w:rPr>
        <w:t>Тэгээд ЭЗЭН илжигний амыг нээхэд, тэр Балаамд: «Чамд би юу хийсэн гэж чи намайг энэ гурвантаа цохив?» гэв. Балаам илжигэнд: «Чи намайг элэглэсэн учраас; хэрэв миний гарт сэлэм байсан бол би одоо чамайг алах байсан» гэв. Илжиг Балаамд: «Би чинийх болсон цагаас эхлэн өнөөдрийг хүртэл чи миний дээр унаж ирсэн чиний илжиг чинь биш бил үү? Би чамд урьд өмнө хэзээ нэгэн цагт ийм зүйл хийж байсан бил үү?» гэхэд, тэр: «Үгүй» гэв. Тооллого 22:28–30.</w:t>
      </w:r>
    </w:p>
    <w:p>
      <w:pPr>
        <w:pStyle w:val="ArticleBody"/>
        <w:jc w:val="left"/>
      </w:pPr>
      <w:r>
        <w:rPr>
          <w:rFonts w:ascii="Times New Roman" w:hAnsi="Times New Roman" w:eastAsia="Times New Roman" w:cs="Times New Roman"/>
        </w:rPr>
        <w:t>Хуурамч эш үзүүлэгч Ням гаргийн хуулийн үед ярьдаг бөгөөд Ислам ч мөн Ням гаргийн хуулийн үед ярьдаг. Аль аль нь эш үзүүллэгийн утгаараа хуурамч эш үзүүлэгчид юм. Ням гаргийн хуулийн үед Хабакукийн саатсан “үзэгдэл” ярьдаг.</w:t>
      </w:r>
    </w:p>
    <w:p>
      <w:pPr>
        <w:pStyle w:val="ArticleScripture"/>
        <w:jc w:val="left"/>
      </w:pPr>
      <w:r>
        <w:rPr>
          <w:rFonts w:ascii="Times New Roman" w:hAnsi="Times New Roman" w:eastAsia="Times New Roman" w:cs="Times New Roman"/>
        </w:rPr>
        <w:t>Учир нь үзэгдэл нь товлогдсон цагтаа л биелэх бөгөөд, төгсгөлд нь тэрээр айлдан өгүүлж, худал хэлэхгүй. Хэдийгээр саатах мэт санагдавч, түүнийг хүлээ; учир нь тэр гарцаагүй ирнэ, саатахгүй. Хабаккук 2:3.</w:t>
      </w:r>
    </w:p>
    <w:p>
      <w:pPr>
        <w:pStyle w:val="ArticleBody"/>
        <w:jc w:val="left"/>
      </w:pPr>
      <w:r>
        <w:rPr>
          <w:rFonts w:ascii="Times New Roman" w:hAnsi="Times New Roman" w:eastAsia="Times New Roman" w:cs="Times New Roman"/>
        </w:rPr>
        <w:t>Хабаккук бол хуурамч эш үзүүлэгчдийн эсрэгээр өгүүлдэг жинхэнэ эш үзүүлэгч мөн. Хабаккукийн «үзэгдэл» нь урьд нь хэлгүй байсан Езекиелийн амаар өгүүлдэг бөгөөд түүний ам тэр үед нээгддэг. Бурханы ам болох амлалт Иеремиад өгөгдсөн юм.</w:t>
      </w:r>
    </w:p>
    <w:p>
      <w:pPr>
        <w:pStyle w:val="ArticleScripture"/>
        <w:jc w:val="left"/>
      </w:pPr>
      <w:r>
        <w:rPr>
          <w:rFonts w:ascii="Times New Roman" w:hAnsi="Times New Roman" w:eastAsia="Times New Roman" w:cs="Times New Roman"/>
        </w:rPr>
        <w:t>Яагаад миний өвдөлт үргэлжийнх байж, эдгэхээс татгалздаг шарх минь эмчлэгдэхийн аргагүй байдаг юм бэ? Та надад бүхэлдээ худалч мэт, ширгэдэг ус мэт байх уу? Тиймээс ЭЗЭН ийнхүү айлдаж байна: Хэрэв чи эргэж ирвэл, Би чамайг дахин авчирч, чи Миний өмнө зогсох болно. Хэрэв чи үнэтэйг адгаасаас ялган гаргавал, чи Миний ам мэт байх болно. Тэд чам уруу эргэн ирэг; харин чи тэдэн уруу бүү эргэн оч. Иеремиа 15:18, 19.</w:t>
      </w:r>
    </w:p>
    <w:p>
      <w:pPr>
        <w:pStyle w:val="ArticleBody"/>
        <w:jc w:val="left"/>
      </w:pPr>
      <w:r>
        <w:rPr>
          <w:rFonts w:ascii="Times New Roman" w:hAnsi="Times New Roman" w:eastAsia="Times New Roman" w:cs="Times New Roman"/>
        </w:rPr>
        <w:t>Ням гаргийн хуулийн үед Зехариагийн есөн сарын хэлгүй байдал эцэслэж, тэрээр ярьж, хүүгийнх нь нэр Иохан байх ёстойг батлан хэлсэн. Зехариа гурав дахь тэнгэрэлчийн үгэнд үл итгэдэг удирдлагыг төлөөлж байсан бөгөөд Иохан нь Христийн Хоёр дахь Ирэлтийг угтан оруулах Елиагийн хөдөлгөөн буюу сүмийг төлөөлж байсан.</w:t>
      </w:r>
    </w:p>
    <w:p>
      <w:pPr>
        <w:pStyle w:val="ArticleScripture"/>
        <w:jc w:val="left"/>
      </w:pPr>
      <w:r>
        <w:rPr>
          <w:rFonts w:ascii="Times New Roman" w:hAnsi="Times New Roman" w:eastAsia="Times New Roman" w:cs="Times New Roman"/>
        </w:rPr>
        <w:t>Зехариа тэнгэрэлчид хандан, «Үүнийг би юугаар мэдэх вэ? Учир нь би өтөл хүн, эхнэр минь ч нас ахисан билээ» гэв. Тэнгэрэлч түүнд хариулан, «Би бол Бурханы өмнө зогсдог Габриел мөн; чамд айлдан, эдгээр баярт мэдээг чамд тунхаглахаар илгээгдсэн юм. Мөн болгоогтун, эдгээр зүйл биелэгдэх өдөр хүртэл чи хэлгүй болж, ярьж чадахгүй болно. Учир нь чи цагтаа биелэх миний үгсэд итгээгүй» гэв.</w:t>
      </w:r>
    </w:p>
    <w:p>
      <w:pPr>
        <w:pStyle w:val="ArticleScripture"/>
        <w:jc w:val="left"/>
      </w:pPr>
      <w:r>
        <w:rPr>
          <w:rFonts w:ascii="Times New Roman" w:hAnsi="Times New Roman" w:eastAsia="Times New Roman" w:cs="Times New Roman"/>
        </w:rPr>
        <w:t>Ард түмэн Захариаг хүлээн хүлээж, түүнийг сүмд ийнхүү удаан саатсанд гайхаж байв. Тэгээд түүнийг гарч ирэхэд, тэр тэдэнд ярьж чадсангүй. Ийнхүү тэд түүнийг сүмд үзэгдэл харсныг мэдэв. Учир нь тэр тэдэнд дохиж байсан бөгөөд хэлгүй хэвээр үлдсэн юм. Лук 1:18–22.</w:t>
      </w:r>
    </w:p>
    <w:p>
      <w:pPr>
        <w:pStyle w:val="ArticleBody"/>
        <w:jc w:val="left"/>
      </w:pPr>
      <w:r>
        <w:rPr>
          <w:rFonts w:ascii="Times New Roman" w:hAnsi="Times New Roman" w:eastAsia="Times New Roman" w:cs="Times New Roman"/>
        </w:rPr>
        <w:t>Зехариа нь тахилчдын наймдугаар ээлжийнх байв.</w:t>
      </w:r>
    </w:p>
    <w:p>
      <w:pPr>
        <w:pStyle w:val="ArticleScripture"/>
        <w:jc w:val="left"/>
      </w:pPr>
      <w:r>
        <w:rPr>
          <w:rFonts w:ascii="Times New Roman" w:hAnsi="Times New Roman" w:eastAsia="Times New Roman" w:cs="Times New Roman"/>
        </w:rPr>
        <w:t>Иудейн хаан Херодын өдрүүдэд Абиагийн ээлжийн Зехариа хэмээх нэгэн тахилч байв; түүний эхнэр нь Аароны охидын нэгэн бөгөөд нэр нь Елизавет байлаа. Тэд хоёул Бурханы өмнө зөвт хүмүүс байж, Эзэний бүх тушаал ба тогтоолуудын дагуу гэм зэмгүйгээр явдаг байв. Гэвч Елизавет үргүй байсан тул тэд хүүхэдгүй ажээ; мөн хоёул нас өндөр болсон байв. Тэгээд тэр өөрийн ээлжийн дэсийн дагуу Бурханы өмнө тахилчийн үүргийг гүйцэтгэж байх үед, тахилчийн албаны ёс заншлын дагуу Эзэний сүмд орж хүж утах нь түүнд оногдов. Харин хүж утах цагт ард олны бүх олонх нь гадна залбирч байлаа. Лук 1:5–10.</w:t>
      </w:r>
    </w:p>
    <w:p>
      <w:pPr>
        <w:pStyle w:val="ArticleBody"/>
        <w:jc w:val="left"/>
      </w:pPr>
      <w:r>
        <w:rPr>
          <w:rFonts w:ascii="Times New Roman" w:hAnsi="Times New Roman" w:eastAsia="Times New Roman" w:cs="Times New Roman"/>
        </w:rPr>
        <w:t>Бүх эш үзүүлэгчид эцсийн өдрүүдийг төлөөлдөг бөгөөд Зехариа Езекиелийн адил сүмд орсон. Тэрээр тахилчдын найм дахь ээлжийнх байсан нь хуучин ертөнцөөс шинэ ертөнцөд шилжсэн Ноагийн хөвөгч авдар дахь найман сүнсний бэлгэ тэмдгийг илтгэнэ. Тэр ч байтугай эхнэрийнхээ хамт гэм зэмгүй байсан боловч Зехариа Габриелийн үгэнд эргэлзэх байсан. Миллерийн хөдөлгөөн Филадельфийнхан (гэм зэмгүй) байдлаар эхэлсэн боловч 1856 онд Лаодикийнханд шилжсэн. Эцсийн өдрүүдэд тэнгэрэлчийн мэдээ нь гурав дахь тэнгэрэлчийн мэдээ мөн бөгөөд Зехариад өгсөн Габриелийн мэдээ нь гурав дахь тэнгэрэлчийн мэдээг, мөн Баптист Иоханаар төлөөлүүлэгдсэн Елиагийн мэдээг ч төлөөлдөг.</w:t>
      </w:r>
    </w:p>
    <w:p>
      <w:pPr>
        <w:pStyle w:val="ArticleScripture"/>
        <w:jc w:val="left"/>
      </w:pPr>
      <w:r>
        <w:rPr>
          <w:rFonts w:ascii="Times New Roman" w:hAnsi="Times New Roman" w:eastAsia="Times New Roman" w:cs="Times New Roman"/>
        </w:rPr>
        <w:t>Тэгтэл Эзэний тэнгэрэлч утлагын тахилын ширээний баруун талд зогсож түүнд үзэгдэв. Закариа түүнийг хараад цочирдон, айдас түүн дээр буув. Харин тэнгэрэлч түүнд, Закариа, бүү ай; учир нь чиний залбирал сонсогдсон. Чиний эхнэр Елизабет чамд хүү төрүүлнэ, чи түүний нэрийг Иохан гэж дууд. Чи баяр хөөр, баяслыг эдлэх бөгөөд түүний төрөхөд олон хүн баярлана. Учир нь тэр Эзэний мэлмийд агуу байх болно. Тэр дарс ч, хүчтэй ундаа ч уухгүй, мөн эхийнхээ хэвлийд байхаасаа эхлэн Ариун Сүнсээр дүүргэгдэх болно. Израилийн хөвгүүдээс олныг тэр тэдний Бурхан Эзэн уруу эргүүлнэ. Тэр Элиагийн сүнс ба хүчээр Түүний өмнө явж, эцгүүдийн зүрхийг хүүхдүүд уруу, дуулгаваргүй хүмүүсийг зөвт хүмүүсийн мэргэн ухаан уруу эргүүлж, Эзэнд бэлтгэгдсэн ардыг бэлэн болгоно. Закариа тэнгэрэлчид, Үүнийг би юугаар мэдэх вэ? Би хөгшин хүн, эхнэр маань ч нас ахисан хэмээн хэлэв. Тэнгэрэлч хариулан түүнд, Би бол Бурханы өмнө зогсдог Габриел; чамд айлдаж, эдгээр баярт мэдээг чамд тунхаглахаар илгээгдсэн юм гэв. Лук 1:11–19.</w:t>
      </w:r>
    </w:p>
    <w:p>
      <w:pPr>
        <w:pStyle w:val="ArticleBody"/>
        <w:jc w:val="left"/>
      </w:pPr>
      <w:r>
        <w:rPr>
          <w:rFonts w:ascii="Times New Roman" w:hAnsi="Times New Roman" w:eastAsia="Times New Roman" w:cs="Times New Roman"/>
        </w:rPr>
        <w:t>Закариа ирэх Елиагийн тухай мэдээг биелнэ гэдэгт эргэлзсэн.</w:t>
      </w:r>
    </w:p>
    <w:p>
      <w:pPr>
        <w:pStyle w:val="ArticleScripture"/>
        <w:jc w:val="left"/>
      </w:pPr>
      <w:r>
        <w:rPr>
          <w:rFonts w:ascii="Times New Roman" w:hAnsi="Times New Roman" w:eastAsia="Times New Roman" w:cs="Times New Roman"/>
        </w:rPr>
        <w:t>Харагтун, ЭЗЭНий агуу бөгөөд аймшигт өдөр ирэхээс өмнө Би эш үзүүлэгч Елиаг та нар уруу илгээнэ. Тэр эцгүүдийн зүрхийг хүүхдүүд уруу, хүүхдүүдийн зүрхийг эцгүүд уруугаа эргүүлнэ. Эс тэгвээс Би ирж, газрыг хараалаар цохино. Малахи 4:5, 6.</w:t>
      </w:r>
    </w:p>
    <w:p>
      <w:pPr>
        <w:pStyle w:val="ArticleBody"/>
        <w:jc w:val="left"/>
      </w:pPr>
      <w:r>
        <w:rPr>
          <w:rFonts w:ascii="Times New Roman" w:hAnsi="Times New Roman" w:eastAsia="Times New Roman" w:cs="Times New Roman"/>
        </w:rPr>
        <w:t>Езекиелийн есдүгээр бүлэгт гардаг тамгалах үйл явдлын хүрээнд Уайт эгч, Лаодикийн Долоо дахь өдрийн Адвентист сүмийн удирдагчид яагаад Зехариагийн үл итгэлээр төлөөлүүлэн дүрслэгдсэнийг тодорхойлдог.</w:t>
      </w:r>
    </w:p>
    <w:p>
      <w:pPr>
        <w:pStyle w:val="ArticleScripture"/>
        <w:jc w:val="left"/>
      </w:pPr>
      <w:r>
        <w:rPr>
          <w:rFonts w:ascii="Times New Roman" w:hAnsi="Times New Roman" w:eastAsia="Times New Roman" w:cs="Times New Roman"/>
        </w:rPr>
        <w:t>Өөрсдийнхөө сүнслэг уруудал доройтолд эмгэнэн гашууддаггүй, мөн бусдын нүглийн төлөө гашуудан харамсдаггүй тэр бүлэг хүмүүс Бурханы тамгагүйгээр үлдэнэ. Эзэн Өөрийн элч нарт, гартаа хядлагын зэвсэг атгасан тэдгээр хүмүүст, ийнхүү тушаадаг: “Та нар түүний араас хот дундуур явж, цохигтун; нүд чинь бүү өршөөг, мөн бүү энэр; хөгшин залуу, онгон охид, бяцхан хүүхдүүд, эмэгтэйчүүдийг бүгдийг нь бүрмөсөн хөнөөгтүн; харин тэмдэг нь дээр нь буй хэнд ч бүү ойртогтун; мөн Миний ариун газраас эхэл. Тэгээд тэд өргөөний өмнө байсан хөгшчүүлээс эхлэв.”</w:t>
      </w:r>
    </w:p>
    <w:p>
      <w:pPr>
        <w:pStyle w:val="ArticleScripture"/>
        <w:jc w:val="left"/>
      </w:pPr>
      <w:r>
        <w:rPr>
          <w:rFonts w:ascii="Times New Roman" w:hAnsi="Times New Roman" w:eastAsia="Times New Roman" w:cs="Times New Roman"/>
        </w:rPr>
        <w:t>“Эндээс бид сүм—Эзэний ариун газар—Бурханы уур хилэнгийн цохилтыг хамгийн түрүүнд амссаныг харж байна. Ахмад эрчүүд, өөрөөр хэлбэл Бурхан агуу гэрэл өгч, ард түмний сүнслэг ашиг сонирхлын харгалзагч болгон тавьсан хүмүүс, өөрсдөд нь хүлээлгэсэн итгэлийг урван зөрчсөн байв. Тэд урьдын өдрүүдэд байсанчлан гайхамшгууд болон Бурханы хүчний онцгой илрэлийг бид хүлээх хэрэггүй гэсэн байр суурийг баримталсан. Цаг үе өөрчлөгдсөн. Эдгээр үгс нь тэдний үл итгэлийг улам бэхжүүлж, тэд: Эзэн сайн ч хийхгүй, муу ч хийхгүй. Тэр Өөрийн ард түмнийг шүүлтээр эргэж ирэхэд дэндүү өршөөнгүй гэж хэлдэг. Ийнхүү Бурханы ард түмэнд тэдний гэм бурууг, Иаковын гэрт тэдний нүглийг үзүүлэхийн тулд дахин хэзээ ч бүрээ мэт дуу хоолойгоо өргөхгүй хүмүүсээс ‘Амар тайван, аюулгүй байдал’ гэсэн хашхираан гарч байна. Хуцахыг хүсээгүй эдгээр дүлий ноход бол доромжлогдсон Бурханы зөвт өшөө авалтыг амсах хүмүүс мөн. Эрчүүд, бүсгүйчүүд, жаахан хүүхдүүд бүгд хамтдаа мөхнө.” Testimonies, volume 5, 211.</w:t>
      </w:r>
    </w:p>
    <w:p>
      <w:pPr>
        <w:pStyle w:val="ArticleBody"/>
        <w:jc w:val="left"/>
      </w:pPr>
      <w:r>
        <w:rPr>
          <w:rFonts w:ascii="Times New Roman" w:hAnsi="Times New Roman" w:eastAsia="Times New Roman" w:cs="Times New Roman"/>
        </w:rPr>
        <w:t>Захариа гурав дахь тэнгэрэлчийн мэдээнд, өөрөөр хэлбэл Иохан Баптистын түүхийг төдийгүй Уильям Миллерийн түүхийг давтан илэрхийлдэг Елиагийн мэдээнд эргэлзсэн.</w:t>
      </w:r>
    </w:p>
    <w:p>
      <w:pPr>
        <w:pStyle w:val="ArticleHeading"/>
        <w:jc w:val="left"/>
      </w:pPr>
      <w:r>
        <w:rPr>
          <w:rFonts w:ascii="Arial" w:hAnsi="Arial" w:eastAsia="Arial" w:cs="Arial"/>
        </w:rPr>
        <w:t>Таван сар</w:t>
      </w:r>
    </w:p>
    <w:p>
      <w:pPr>
        <w:pStyle w:val="ArticleBody"/>
        <w:jc w:val="left"/>
      </w:pPr>
      <w:r>
        <w:rPr>
          <w:rFonts w:ascii="Times New Roman" w:hAnsi="Times New Roman" w:eastAsia="Times New Roman" w:cs="Times New Roman"/>
        </w:rPr>
        <w:t>Елизабет жирэмслэлтээ таван сарын турш нуун далдалжээ.</w:t>
      </w:r>
    </w:p>
    <w:p>
      <w:pPr>
        <w:pStyle w:val="ArticleScripture"/>
        <w:jc w:val="left"/>
      </w:pPr>
      <w:r>
        <w:rPr>
          <w:rFonts w:ascii="Times New Roman" w:hAnsi="Times New Roman" w:eastAsia="Times New Roman" w:cs="Times New Roman"/>
        </w:rPr>
        <w:t>Тэдгээр өдрүүдийн дараа түүний эхнэр Елисавет жирэмслээд, “Хүмүүсийн дундах миний гутамшгийг зайлуулахын тулд Эзэн над руу анхааран харсан тэр өдрүүдэд надад ийнхүү үйлдэв” хэмээн хэлж, таван сар өөрийгөө нуун байв. Харин зургаа дахь сард тэнгэрэлч Габриел Бурханаас Галилын нэгэн хот уруу, Назарет хэмээх хотод илгээгдэв. Лук 1:24–26.</w:t>
      </w:r>
    </w:p>
    <w:p>
      <w:pPr>
        <w:pStyle w:val="ArticleBody"/>
        <w:jc w:val="left"/>
      </w:pPr>
      <w:r>
        <w:rPr>
          <w:rFonts w:ascii="Times New Roman" w:hAnsi="Times New Roman" w:eastAsia="Times New Roman" w:cs="Times New Roman"/>
        </w:rPr>
        <w:t>Захариа нь тахилчдын найм дахь ээлжийнх байсан бөгөөд энэ нь түүний хүү Иохан найм дахь өдөр хөвч хөндүүлэгдэх үед, Захариа дахин хэлд орохтой нийцэж байна. Тэр болон түүний хүү Иохан нь Ноагийн хөвөгч авдарт байсан найман хүнийг төлөөлдөг бөгөөд тэд үерийн уснаас ирсэн үхлээс таван сарын турш, өөрөөр хэлбэл нэг зуун тавин өдрийн турш нуугдан хамгаалагдсан билээ. Жирэмсний нэг зуун тавин өдөр болон үерийн ус нь Илчлэлт номын есдүгээр бүлэг дэх таван сарын хоёр үетэй нийцдэг.</w:t>
      </w:r>
    </w:p>
    <w:p>
      <w:pPr>
        <w:pStyle w:val="ArticleBody"/>
        <w:jc w:val="left"/>
      </w:pPr>
      <w:r>
        <w:rPr>
          <w:rFonts w:ascii="Times New Roman" w:hAnsi="Times New Roman" w:eastAsia="Times New Roman" w:cs="Times New Roman"/>
        </w:rPr>
        <w:t>Зехариа болон түүний хүү Иохан мөн долоо дахь Лаодикийн чуулган найм дахь Филаделфийн чуулганд шилжих үеийг төлөөлдөг. Зехариа найм дахь ээлжинд үйлчилсэн үеэс эхлэн түүний хүү Иоханыг найм дахь өдөр хөвч хөндсөн хүртэлх хугацаа нь эхлэл ба төгсгөлийг тодорхойлогч наймын тоогоор тэмдэглэгдсэн эш үзүүллэгийн нэгэн үеийг төлөөлнө. Тэрхүү эш үзүүллэгийн хугацааны дотор нуугдах үеийг төлөөлөх таван сарын хугацаа бий.</w:t>
      </w:r>
    </w:p>
    <w:p>
      <w:pPr>
        <w:pStyle w:val="ArticleBody"/>
        <w:jc w:val="left"/>
      </w:pPr>
      <w:r>
        <w:rPr>
          <w:rFonts w:ascii="Times New Roman" w:hAnsi="Times New Roman" w:eastAsia="Times New Roman" w:cs="Times New Roman"/>
        </w:rPr>
        <w:t>Зөгнөлийн “ярих” үйл нь удахгүй ирэх ням гаргийн хуулийг илтгэдэг; тиймээс Захариа өөрийн хүү хөвч хөндөлтийн үйлээр дүрслэгдсэнчлэн тамгалагдах үед, өөрөөр хэлбэл ням гаргийн хуулийн үед ярьдаг. Тэр түүхэнд, Захариа ярьдаг ням гаргийн хуулиас өмнө, таван сарын төгсгөлд, зургаа дахь сард Мариа Елизаветад айлчлан очдог бөгөөд Ариун Сүнс Елизаветыг тосолдог. Елизавета нь эмэгтэй хүний хувьд Бурханы сүмийг төлөөлдөг тул энэ нь удахгүй ирэх ням гаргийн хуулиас дөрвөн сарын өмнө Бурханы сүм тослогдохыг илэрхийлдэг.</w:t>
      </w:r>
    </w:p>
    <w:p>
      <w:pPr>
        <w:pStyle w:val="ArticleScripture"/>
        <w:jc w:val="left"/>
      </w:pPr>
      <w:r>
        <w:rPr>
          <w:rFonts w:ascii="Times New Roman" w:hAnsi="Times New Roman" w:eastAsia="Times New Roman" w:cs="Times New Roman"/>
        </w:rPr>
        <w:t>Тэр өдрүүдэд Мари босож, яаран уулархаг нутагт, Иудагийн нэгэн хотод очив. Тэгээд Захариагийн гэрт орж, Елизабеттай мэндчилэв. Мариагийн мэндчилэхийг Елизабет сонсмогц, хэвлий дэх хүүхэд нь цовхчив; тэгээд Елизабет Ариун Сүнсээр дүүрэв. Тэр чанга дуугаар хашхиран, —Чи эмэгтэйчүүдийн дунд ерөөлтэй еэ, мөн чиний хэвлийн үр жимс ерөөлтэй еэ. Эзэний минь эх над уруу ирнэ гэж, энэ нь надад юун завшаан бэ? Учир нь, харагтун, чиний мэндчилгээний дуу миний чихэнд сонсогдмогц, хэвлий дэх хүүхэд минь баяр хөөрөөр цовхчив. Итгэсэн эмэгтэй ерөөлтэй еэ. Учир нь Эзэнээс түүнд айлдагдсан зүйлс биелэх болно гэв. Лук 1:39–45.</w:t>
      </w:r>
    </w:p>
    <w:p>
      <w:pPr>
        <w:pStyle w:val="ArticleBody"/>
        <w:jc w:val="left"/>
      </w:pPr>
      <w:r>
        <w:rPr>
          <w:rFonts w:ascii="Times New Roman" w:hAnsi="Times New Roman" w:eastAsia="Times New Roman" w:cs="Times New Roman"/>
        </w:rPr>
        <w:t>Таван сарын төгсгөлд Элизабет Мариад “чанга дуугаар” хандан, Габриелын мэдээнд итгэсэн түүний итгэлийг магтсан бөгөөд тэрхүү мэдээ нь эцсийн өдрүүдэд гурав дахь тэнгэрэлчийн мэдээ юм. Элизабетын нөхөр Захариа итгээгүй, харин Мариа итгэсэн. Мариа Захариагаас таван сарын дараа Габриелын мэдээг сонссон тул, түүний гурав дахь тэнгэрэлчид итгэсэн итгэл нь таван сарын нууцлаг мэдээ илчлэгдсэний дараа ирдгээр тэмдэглэгдсэн байна. Эцсийн өдрүүд дэх таван сарын нууцлаг мэдээ нь Илчлэлт 9:5-ын эхний таван сар мөн. Мариа нь гурав дахь тэнгэрэлчийн мэдээг хүлээн авдаг эцсийн өдрүүдийн сүмийг төлөөлдөг бөгөөд энэ нь тун удалгүй ирэх Ням гаргийн хуулийн тухай яригдах үеэс ойролцоогоор дөрвөн сарын өмнөхөн явагдах таван сарын онцгой нэгэн лац тайлалтыг багтаадаг.</w:t>
      </w:r>
    </w:p>
    <w:p>
      <w:pPr>
        <w:pStyle w:val="ArticleBody"/>
        <w:jc w:val="left"/>
      </w:pPr>
      <w:r>
        <w:rPr>
          <w:rFonts w:ascii="Times New Roman" w:hAnsi="Times New Roman" w:eastAsia="Times New Roman" w:cs="Times New Roman"/>
        </w:rPr>
        <w:t>Мариагийн айлчлалын замын тэмдгүүд дээр, Захариа ба Елизаветагаар төлөөлөгдсөн эхний болон хоёр дахь тэнгэрэлчийн хөдөлгөөн Мариа ба Иосефоор төлөөлөгдсөн гурав дахь тэнгэрэлчийн хөдөлгөөнтэй холбогддог. Захариа нь гурав дахь тэнгэрэлчийн мэдээнд үл итгэсэн нэгэн сүмийн албан тушаалтныг төлөөлдөг бөгөөд мужаан Иосеф нь өөрийгөө тэтгэдэг ажлаар төлөөлөгдсөн нэгэн хөдөлгөөнийг төлөөлдөг. Адвентизм хэрхэн эхэлсэн, төгсгөл нь мөн тийм байдаг; харин энэ нь зохион байгуулалттай сүмийн бүтэц байдлаар бус, хөдөлгөөн байдлаар эхэлсэн юм. Иосеф, Мариа, Христээр төлөөлөгдсөн нэг зуун дөчин дөрвөн мянгын хөдөлгөөн нь Захариа, Елизавета, Иоханаар төлөөлөгдсөн Миллерит хөдөлгөөний шууд төрөл садан бөгөөд 1863 оны үл итгэл нь Захариагаар төлөөлөгддөг. 1863 он нь эхний болон хоёр дахь тэнгэрэлчийн мэдээнүүдэд үл итгэснийг төлөөлдөг бөгөөд гурав дахь тэнгэрэлчийн хөдөлгөөн нь Мариагийн итгэлийг төлөөлдөг.</w:t>
      </w:r>
    </w:p>
    <w:p>
      <w:pPr>
        <w:pStyle w:val="ArticleScripture"/>
        <w:jc w:val="left"/>
      </w:pPr>
      <w:r>
        <w:rPr>
          <w:rFonts w:ascii="Times New Roman" w:hAnsi="Times New Roman" w:eastAsia="Times New Roman" w:cs="Times New Roman"/>
        </w:rPr>
        <w:t>“Тэнгэрээс ирсэн хүчирхэг тэнгэрэлчид туслахаар тэнгэрэлч нар илгээгдсэн бөгөөд би хаа сайгүй цуурайтах мэт сонсогдох дуу хоолойг сонсов: ‘Миний ард түмэн, та нар түүний нүглүүдэд оролцогч болохгүйн тулд, мөн түүний гай гамшгуудаас хүртэхгүйн тулд түүнээс гарцгаа. Учир нь түүний нүглүүд тэнгэрт хүрсэн бөгөөд Бурхан түүний гэм бурууг санасан билээ.’ Энэ мэдээ нь гурав дахь мэдээнд нэмэгдэн, 1844 онд шөнө дундын хашхираан хоёр дахь тэнгэрэлчийн мэдээнд нэгдсэнтэй адил түүнтэй нэгдэж буй мэт санагдав. Бурханы алдар тэвчээртэйгээр хүлээж байсан ариун хүмүүст дээр нь оршиж, тэд аймшиггүйгээр эцсийн ноцтой сэрэмжлүүлгийг тунхаглан, Вавилоны уналтыг зарлаж, Бурханы ард түмнийг түүний аймшигт тавилангаас зугтахын тулд түүнээс гарахыг уриалав.” Эртний бичвэрүүд, 277.</w:t>
      </w:r>
    </w:p>
    <w:p>
      <w:pPr>
        <w:pStyle w:val="ArticleBody"/>
        <w:jc w:val="left"/>
      </w:pPr>
      <w:r>
        <w:rPr>
          <w:rFonts w:ascii="Times New Roman" w:hAnsi="Times New Roman" w:eastAsia="Times New Roman" w:cs="Times New Roman"/>
        </w:rPr>
        <w:t>Хоёр мэдээ нэгдэн нийлэхийг Мариа Елизаветад зочлон очсоноор дүрслэн үзүүлсэн бөгөөд далд байсан таван сар илчлэгдэх үед тэр мөч ирсэн юм. Тэр мөч нь хоёр эш үзүүллэг нэгдэн холбогдож, хамтад нь тунхаглагдах цэг мөн. Нэг нь Елизаветаар, нөгөө нь Мариагаар тунхаглагдсан. Хоёр мэдээний нэгдэл нь шөнө дундын хашхираан хоёр дахь тэнгэрэлчийн мэдээтэй хэзээ нэгдсэнийг тогтоон харуулдаг бөгөөд энэ нь Миллерчүүдийн түүхэнд Эксетерийн майхант цуглаанд болсон юм.</w:t>
      </w:r>
    </w:p>
    <w:p>
      <w:pPr>
        <w:pStyle w:val="ArticleBody"/>
        <w:jc w:val="left"/>
      </w:pPr>
      <w:r>
        <w:rPr>
          <w:rFonts w:ascii="Times New Roman" w:hAnsi="Times New Roman" w:eastAsia="Times New Roman" w:cs="Times New Roman"/>
        </w:rPr>
        <w:t>Элизабет, дараа нь Мариа тунхаглалаа айлдсаны дараа, “Мариа түүнтэй гурван сар орчим байгаад, өөрийн гэртээ буцав.” Лук 1:56. Эксетераас 1844 оны 10 дугаар сарын 22 хүртэлх жаран зургаан өдрийн хугацаа нь Захариа ярьсан тэр үед төгссөн, удахгүй ирэх Ням гаргийн хуулиар өндөрлөсөн тэр дөрвөн сараар төлөөлөгддөг. Тэр дөрвөн сар нь нууцлагдсан таван сарын мэдээний дараа ирдэг шөнө дундын хашхирааны мэдээний тунхаглалын үеийг төлөөлдөг.</w:t>
      </w:r>
    </w:p>
    <w:p>
      <w:pPr>
        <w:pStyle w:val="ArticleBody"/>
        <w:jc w:val="left"/>
      </w:pPr>
      <w:r>
        <w:rPr>
          <w:rFonts w:ascii="Times New Roman" w:hAnsi="Times New Roman" w:eastAsia="Times New Roman" w:cs="Times New Roman"/>
        </w:rPr>
        <w:t>Миллерит хөдөлгөөний түүхэн дэх хоёр мэдээ нь эхний ба хоёр дахь тэнгэрэлчийн мэдээнүүд байсан бөгөөд эхний тэнгэрэлчийн мэдээ нь Иосиа Литчийн тайлбарласнаар 1840 оны 8 дугаар сарын 11-нд биеллээ олсон таван сарын хугацаанаас эхэлсэн цаг хугацааны эш үзүүллэгийн биелэлтээр хүчжүүлэгдсэн бөгөөд уг хугацаа биелэхээс арав хоногийн өмнө хүртэл хэсэгчлэн далд байв. Хоёр дахь тэнгэрэлчийн мэдээ хүчжсэн нь Самуел Сноугийн тайлбарласнаар Эксетерийн майхан цуглаан дээр гарсан 1843 оны буруу таамаглалыг зассан явдал байв.</w:t>
      </w:r>
    </w:p>
    <w:p>
      <w:pPr>
        <w:pStyle w:val="ArticleBody"/>
        <w:jc w:val="left"/>
      </w:pPr>
      <w:r>
        <w:rPr>
          <w:rFonts w:ascii="Times New Roman" w:hAnsi="Times New Roman" w:eastAsia="Times New Roman" w:cs="Times New Roman"/>
        </w:rPr>
        <w:t>Шөнө дундын хашхирааны давхар мэдээг тунхаглах явдал нь хаалга хаагдахаас өмнөх богино хугацаагаар дүрслэгдсэн байдаг бөгөөд Ноагийн түүхэнд энэ нь таван сарын хугацааг нээж өгсөн бөгөөд тэр хугацаа авдар Араратын уулын оройд тогтсоноор төгссөн юм. Шөнө дундын хашхирааг тунхаглах хугацаа нь 1840 оны 8 дугаар сарын 11-нээс арван өдрийн өмнө болсон нуугдмал таван сарын лац тайлагдсаны дараа ирдэг бөгөөд мөн Их Эзэн 1843 оны зурагт хуудсан дээр Өөрийн бүрхсэн байсан бэлгэдлүүдээс гараа авсны дараа ирдэг. 8 дугаар сарын 1-нээс 11 хүртэлх арван өдөр нь Экзетерээс 1844 оны 10 дугаар сарын 22 хүртэлх жаран зургаан өдөртэй нийцдэг бөгөөд давхар гэрчлэл нь нуугдмал таван сарын лац тайлагдах явдал, эхний урам хугарлыг бий болгосон буруу тунхаглалыг залруулсан явдалтай хамт, Мариа зургаа дахь сард Елизаветтай уулзан мэндчилэх үед тохиолддог болохыг тодорхойлдог.</w:t>
      </w:r>
    </w:p>
    <w:p>
      <w:pPr>
        <w:pStyle w:val="ArticleBody"/>
        <w:jc w:val="left"/>
      </w:pPr>
      <w:r>
        <w:rPr>
          <w:rFonts w:ascii="Times New Roman" w:hAnsi="Times New Roman" w:eastAsia="Times New Roman" w:cs="Times New Roman"/>
        </w:rPr>
        <w:t>Ням гаргийн хуулийн үед Америкийн Нэгдсэн Улс луу адил ярьж, Исламын илжиг ярьж, мөн Хабаккукийн үзэгдэл Иеремиа, Захариа, Езекиелийн амаар ярьдаг. Ням гаргийн хуулийн үед Езекиел бол тэмдэг мөн; иймээс тэр Ням гаргийн хуулийн үед өргөгддөг тугийг төлөөлдөг. Езекиел дэх “тэмдэг” гэсэн үгийн есөн ишлэлийн хоёул нь ариусгалын тэмдэг болох “амралтын өдрүүд”-ийг заадаг бөгөөд энэ нь Бурханы мөн чанар хүн төрөлхтөнтэй нэгдсэнийг төлөөлдөг.</w:t>
      </w:r>
    </w:p>
    <w:p>
      <w:pPr>
        <w:pStyle w:val="ArticleScripture"/>
        <w:jc w:val="left"/>
      </w:pPr>
      <w:r>
        <w:rPr>
          <w:rFonts w:ascii="Times New Roman" w:hAnsi="Times New Roman" w:eastAsia="Times New Roman" w:cs="Times New Roman"/>
        </w:rPr>
        <w:t>Гэвч Би Өөрийн нэрийн төлөө үйлдсэн нь, тэдний дунд байсан харь үндэстнүүдийн өмнө Миний нэр бузарлагдахгүйн тулд байв; тэдгээрийн нүдэн дээр Би Өөрийгөө тэдэнд илчлэн, тэднийг Египетийн нутгаас гарган авчирсан билээ. Иймийн тул Би тэднийг Египетийн нутгаас гаргаж, цөлд аваачсан. Тэгээд Би тэдэнд Өөрийн тогтоолуудыг өгч, Өөрийн шүүлтүүдийг мэдүүлсэн; эдгээрийг хүн үйлдвэл, тэдгээрээр амьд байх болно.</w:t>
      </w:r>
    </w:p>
    <w:p>
      <w:pPr>
        <w:pStyle w:val="ArticleScripture"/>
        <w:jc w:val="left"/>
      </w:pPr>
      <w:r>
        <w:rPr>
          <w:rFonts w:ascii="Times New Roman" w:hAnsi="Times New Roman" w:eastAsia="Times New Roman" w:cs="Times New Roman"/>
        </w:rPr>
        <w:t>Түүнчлэн Би Өөрийн амралтын өдрүүдийг тэдэнд өгсөн нь, Би ба тэдний хоорондох тэмдэг байлгахын тулд байсан бөгөөд ингэснээр тэднийг ариусгагч ЭЗЭН нь Би мөн гэдгийг тэд мэдэх ёстой байв. Гэвч Израилийн гэр цөлд Миний эсрэг тэрсэлсэн: тэд Миний тогтоолуудаар яваагүй, Миний шүүлтүүдийг жигшсэн; эдгээрийг хүн үйлдвэл, тэдгээрийн дотор амьдрах болно; мөн тэд Миний амралтын өдрүүдийг үлэмжээр бузарласан. Тэгэхэд Би цөлд Өөрийн уур хилэнг тэдэн дээр асгаж, тэднийг устган төгсгөе гэж айлдсан. Гэвч Би тэднийг гарган авчирсан харь үндэстнүүдийн нүдний өмнө Миний нэр бузарлагдахгүйн тулд, Өөрийн нэрийн төлөө үйлдсэн. Гэвч мөн Би цөлд тэдэнд гар өргөн тангараглаж, Би тэдэнд өгсөн, сүү ба балаар урсдаг, бүх газрын сүр жавхлан болсон тэр нутагт тэднийг оруулахгүй гэж айлдсан. Учир нь тэд Миний шүүлтүүдийг жигшиж, Миний тогтоолуудаар яваагүй, харин Миний амралтын өдрүүдийг бузарласан; учир нь тэдний зүрх сэтгэл шүтээнүүдийнх нь араас явсан. Гэсэн ч Миний нүд тэднийг устгахаас өршөөсөн бөгөөд Би цөлд тэдний төгсгөлийг хийсэнгүй. Харин Би цөлд тэдний хүүхдүүдэд хандан, Өөрсдийн эцгүүдийн тогтоолуудаар бүү яв, тэдний шүүлтүүдийг бүү сахи, мөн тэдний шүтээнүүдээр өөрсдийгөө бүү бузарла; Би бол ЭЗЭН, та нарын Бурхан; Миний тогтоолуудаар явж, Миний шүүлтүүдийг сахин, тэдгээрийг үйлдэгтүн; Миний амралтын өдрүүдийг ариунаар сахигтун; тэгвэл тэдгээр нь Би ба та нарын хоорондох тэмдэг болно, ингэснээр та нар Намайг та нарын Бурхан ЭЗЭН мөн гэдгийг мэдэх болно. Езекиел 20:9–20.</w:t>
      </w:r>
    </w:p>
    <w:p>
      <w:pPr>
        <w:pStyle w:val="ArticleBody"/>
        <w:jc w:val="left"/>
      </w:pPr>
      <w:r>
        <w:rPr>
          <w:rFonts w:ascii="Times New Roman" w:hAnsi="Times New Roman" w:eastAsia="Times New Roman" w:cs="Times New Roman"/>
        </w:rPr>
        <w:t>Езекиел нь нэг зуун дөчин дөрвөн мянгын туг тэмдэглэлийг төлөөлдөг бөгөөд хүн чанартай нэгдсэн Тэнгэрлэг чанарын тэмдэг нь Эзэний “амралтын өдрүүд” юм. Езекиел бүслэлтийн эхэнд тэмдэг мөн бөгөөд туг тэмдэглэл болгон өргөгдөхдөө Иерусалимын сүйрлийн үеийн ч мөн тэмдэг болдог. Бүслэлтийн эхэнд Түүний “амралтын өдрүүд”-ийг бузарлагч, мөн харахыг ч, сонсохыг ч үл хүсэгчид бас тэмдэг мөн.</w:t>
      </w:r>
    </w:p>
    <w:p>
      <w:pPr>
        <w:pStyle w:val="ArticleScripture"/>
        <w:jc w:val="left"/>
      </w:pPr>
      <w:r>
        <w:rPr>
          <w:rFonts w:ascii="Times New Roman" w:hAnsi="Times New Roman" w:eastAsia="Times New Roman" w:cs="Times New Roman"/>
        </w:rPr>
        <w:t>Тэгээд Израилийн ахлагчдаас зарим нь над уруу ирж, миний өмнө суув. ЭЗЭНий үг надад ирж, ийн айлдав: Хүний хүү ээ, эдгээр хүмүүс зүрхэндээ өөрсдийн шүтээнүүдийг босгож, гэмийнхээ бүдрүүлэх саадыг нүүрийнхээ өмнө тавьжээ. Тэгэхэд Би тэднээр Өөрийгөө огт асуулгах ёстой гэж үү? Иймийн тул тэдэнд ярьж, тэдэнд ийн хэл: Эзэн БУРХАН ийн айлдаж байна; Израилийн гэрийн хүн бүр, зүрхэндээ өөрийн шүтээнүүдийг босгож, гэмийнхээ бүдрүүлэх саадыг нүүрийнхээ өмнө тавиад, эш үзүүлэгч уруу ирвэл, Би, ЭЗЭН, ирж буй түүнд шүтээнүүдийнх нь олны хэрээр хариулах болно. Ингэснээр Би Израилийн гэрийг өөрсдийнх нь зүрхээр барьж авна. Учир нь тэд бүгд шүтээнүүдийнхээ улмаас Надаас харьжээ.</w:t>
      </w:r>
    </w:p>
    <w:p>
      <w:pPr>
        <w:pStyle w:val="ArticleScripture"/>
        <w:jc w:val="left"/>
      </w:pPr>
      <w:r>
        <w:rPr>
          <w:rFonts w:ascii="Times New Roman" w:hAnsi="Times New Roman" w:eastAsia="Times New Roman" w:cs="Times New Roman"/>
        </w:rPr>
        <w:t>Тиймээс Израилийн гэрт хэлэгтүн: Эзэн БУРХАН ийнхүү айлдаж байна; Гэмшигтүн, өөрсдийгөө шүтээнүүдээсээ эргүүлэгтүн; бүх жигшүүрт зүйлсээсээ нүүрээ буруулэгтүн. Учир нь Израилийн гэрийн хэн боловч, эсвэл Израильд оршин суугч харь хүн хэн боловч, надаас өөрийгөө тусгаарлаж, шүтээнүүдээ зүрхэндээ босгож, гэм буруугийнхаа бүдрүүлэх саадыг нүүрийнхээ өмнө тавиад, Миний тухай асуухаар эш үзүүлэгч дээр ирвэл, Би, ЭЗЭН, түүнд Өөрөө хариулна. Би тэр хүний эсрэг нүүрээ чиглүүлж, түүнийг тэмдэг ба зүйр үг болгоно; мөн Би түүнийг Өөрийн ард түмний дундаас таслан хаяна; тэгэхэд та нар Намайг ЭЗЭН мөн гэдгийг мэдэх болно. Хэрэв эш үзүүлэгч мэхлэгдэн ямар нэг үг хэлбэл, тэр эш үзүүлэгчийг Би, ЭЗЭН, мэхэлсэн юм; Би түүн дээр мутраа сунгаж, түүнийг Өөрийн ард түмэн Израилийн дундаас устгана. Тэд өөрсдийн гэм буруугийн шийтгэлийг үүрнэ: эш үзүүлэгчийн шийтгэл нь түүнээс эрэн асуугчийн шийтгэлтэй адил байх болно. Ингэснээр Израилийн гэр цаашид Надаас төөрөхгүй, мөн бүх гэмт үйлдлээрээ цаашид бузарлагдахгүй; харин тэд Миний ард түмэн байж, Би тэдний Бурхан байх болно гэж Эзэн БУРХАН айлдаж байна. Езекиел 14:1–11.</w:t>
      </w:r>
    </w:p>
    <w:p>
      <w:pPr>
        <w:pStyle w:val="ArticleBody"/>
        <w:jc w:val="left"/>
      </w:pPr>
      <w:r>
        <w:rPr>
          <w:rFonts w:ascii="Times New Roman" w:hAnsi="Times New Roman" w:eastAsia="Times New Roman" w:cs="Times New Roman"/>
        </w:rPr>
        <w:t>Нэшвиллд, Лаодикийн Долоо дахь өдрийн Адвентист сүмийн доторх, Зехариагийн адил үл итгэсэн; 1840-өөс 1844 он хүртэлхээр дүрслэгдсэнчлэн, “урьдын өдрүүдэд байсантай адил гайхамшиг болон Бурханы хүчний тод илрэлтийг бид хүлээх хэрэггүй” гэсэн байр суурийг баримталсан хүмүүсээс, яагаад тэд сэрэмжлүүлэг өгөөгүй вэ хэмээн Адвентизмын гаднах хүмүүс асууж тулгана. Тэд Эксетерийн хуарангийн цуглаанд бие биедээ эсрэг байрласан хоёр майханаар дүрслэгдсэн мэргэн ба мунхаг хүмүүсийн тусгаарлалтыг тэмдэглэдэг хуурамч амар тайван ба аюулгүй байдлын мэдээний “тэмдэг” болдог. Тэд шүтээн шүтлэг ба тэрслүү явдлын “тэмдэг”-ийг зүүдэг, харин Езекиел жинхэнэ эш үзүүллэгийн сэрэмжлүүлгийн мэдээг авч явдаг. Бүслэлтийн төгсгөлд, Иерусалим сүйрэх үед, энэ нь Ням гаргийн хуулийг төлөөлөхөд, тэрслүү явдлын тэмдэг нь араатны тамга бөгөөд дуулгавартай байдлын тэмдэг нь Бурханы тамга мөн.</w:t>
      </w:r>
    </w:p>
    <w:p>
      <w:pPr>
        <w:pStyle w:val="ArticleBody"/>
        <w:jc w:val="left"/>
      </w:pPr>
      <w:r>
        <w:rPr>
          <w:rFonts w:ascii="Times New Roman" w:hAnsi="Times New Roman" w:eastAsia="Times New Roman" w:cs="Times New Roman"/>
        </w:rPr>
        <w:t>Ням гаргийн хуулийн үед Адвентизмийн хувьд нигүүлслийн хугацаа бүрэн хаагддаг бөгөөд тэнд зөвт ба хорон хүмүүсийг тэмдэглэсэн нэгэн тэмдэг байдаг. Удахгүй ирэх Ням гаргийн хуулийн үеийн нигүүлслийн хугацааны хаагдал нь Михаел босон зогсох үеийн нигүүлслийн хугацааны хаагдлыг хэв шинжлэн илэрхийлдэг бөгөөд тэнд үй олон хүний үхлийн тэмдэг нь Гог ба Магогээр төлөөлөгдөн үзүүлэгддэг.</w:t>
      </w:r>
    </w:p>
    <w:p>
      <w:pPr>
        <w:pStyle w:val="ArticleScripture"/>
        <w:jc w:val="left"/>
      </w:pPr>
      <w:r>
        <w:rPr>
          <w:rFonts w:ascii="Times New Roman" w:hAnsi="Times New Roman" w:eastAsia="Times New Roman" w:cs="Times New Roman"/>
        </w:rPr>
        <w:t>Тэр газраар өнгөрөх хүмүүс, хэн нэгэн хүний яс хармагцаа, оршуулагчид түүнийг Хамонгогийн хөндийд оршуулах хүртэл түүний дэргэд тэмдэг босгоно. Хотын нэр ч мөн Хамонах байх болно. Ийнхүү тэд тэр газрыг цэвэршүүлэх болно. Езекиел 39:15, 16.</w:t>
      </w:r>
    </w:p>
    <w:p>
      <w:pPr>
        <w:pStyle w:val="ArticleBody"/>
        <w:jc w:val="left"/>
      </w:pPr>
      <w:r>
        <w:rPr>
          <w:rFonts w:ascii="Times New Roman" w:hAnsi="Times New Roman" w:eastAsia="Times New Roman" w:cs="Times New Roman"/>
        </w:rPr>
        <w:t>Эш үзүүлэгч гэрээний тэмдэг нь Езекиелийн гучин долоодугаар бүлэгт, үхсэн ясны хөндий амилуулж, хоёр савааг нэгтгэн нийлүүлдэг тэр газарт тодорхойлогддог. Яснууд Исламын мэдээгээр амьдралд хүргэгддэг бөгөөд энэ нь дөрвөн салхиар төлөөлөгдөн, ийнхүү 1840 оны 8 дугаар сарын 11-ийг дүрслэн үзүүлдэг. Хоёр саваа нэг болгон нийлүүлэгддэг нь ийнхүү хоёр дахь тэнгэрэлчийн мэдээг шөнийн дунд хашхирааны мэдээтэй нэгтгэхийг төлөөлдөг. Яснууд нь эхний тэнгэрэлчийн хүчирхэгжүүлэлт бөгөөд хоёр саваа нь хоёр дахь тэнгэрэлчийн хүчирхэгжүүлэлт юм. Түүнээс хойш Бурханы ард түмэн нь Түүний эцсийн өдрүүдийн сонгогдсон гэрээт ард түмэн болж, Иоханоор нэг зуун дөчин дөрвөн мянга хэмээн төлөөлөгдөнө.</w:t>
      </w:r>
    </w:p>
    <w:p>
      <w:pPr>
        <w:pStyle w:val="ArticleScripture"/>
        <w:jc w:val="left"/>
      </w:pPr>
      <w:r>
        <w:rPr>
          <w:rFonts w:ascii="Times New Roman" w:hAnsi="Times New Roman" w:eastAsia="Times New Roman" w:cs="Times New Roman"/>
        </w:rPr>
        <w:t>Түүнчлэн Би тэдэнтэй энхийн гэрээ байгуулна; тэр нь тэдэнтэй байгуулах мөнхийн гэрээ байх болно. Би тэднийг суурьшуулж, өнөржүүлэн олшруулж, ариун газраа тэдний дунд үүрд мөнхөд байрлуулна. Миний асар майхан ч мөн тэдэнтэй хамт байх болно. Тийм ээ, Би тэдний Бурхан нь байж, тэд Миний ард түмэн байх болно. Миний ариун газар тэдний дунд үүрд мөнхөд байх үед, Би, ЭЗЭН, Израилийг ариусгадаг гэдгийг харь үндэстнүүд мэдэх болно. Езекиел 37:26–28.</w:t>
      </w:r>
    </w:p>
    <w:p>
      <w:pPr>
        <w:pStyle w:val="ArticleBody"/>
        <w:jc w:val="left"/>
      </w:pPr>
      <w:r>
        <w:rPr>
          <w:rFonts w:ascii="Times New Roman" w:hAnsi="Times New Roman" w:eastAsia="Times New Roman" w:cs="Times New Roman"/>
        </w:rPr>
        <w:t>Бурханы Үгэнд Бурханлаг чанар ба хүн чанарын нэгдэл олон янзаар дүрслэгдэн илэрхийлэгддэг бөгөөд түүний нэг жишээ нь хүний дээд мөн чанарт орших “сэтгэлийн цайз”-ыг Бурханы ариун газрын цайзтай холбон нэгтгэх явдал юм. Бурханы цайзыг төлөөлдөг тэнгэрлэг сэнтийн өргөө хүний дээд мөн чанарын цайзтай нэгдэх үед Бурханы ард түмэн “ариусгагдаж,” Тэр “үүрд мөнхөд тэдний дунд” оршин суудаг.</w:t>
      </w:r>
    </w:p>
    <w:p>
      <w:pPr>
        <w:pStyle w:val="ArticleBody"/>
        <w:jc w:val="left"/>
      </w:pPr>
      <w:r>
        <w:rPr>
          <w:rFonts w:ascii="Times New Roman" w:hAnsi="Times New Roman" w:eastAsia="Times New Roman" w:cs="Times New Roman"/>
        </w:rPr>
        <w:t>Гучин долоодугаар бүлгийн дараа Езекиел гучин найм ба гучин есдүгээр бүлгүүдийг өгүүлдэг бөгөөд тэнд тэрээр Гог ба Магогийг Бурханы сонгосон гэрээт ард түмнээс гадуурх хүн төрөлхтний эвслийн бэлгэдэл болгон авч үздэг. Дөчдүгээр бүлэгт гучин долоодугаар бүлгийн гэрээт ард түмэн бүх дэлхийг дүүргэх сүмээр дүрслэгддэг. Гучин наймаас дөчдүгээр бүлгүүд нь 38 ба 40 тоогоор төлөөлөгдөх эцсийн өдрүүдэд Бурханы гэрээт ард түмэн өндийн босохыг илэрхийлдэг.</w:t>
      </w:r>
    </w:p>
    <w:p>
      <w:pPr>
        <w:pStyle w:val="ArticleBody"/>
        <w:jc w:val="left"/>
      </w:pPr>
      <w:r>
        <w:rPr>
          <w:rFonts w:ascii="Times New Roman" w:hAnsi="Times New Roman" w:eastAsia="Times New Roman" w:cs="Times New Roman"/>
        </w:rPr>
        <w:t>Бид эдгээр зүйлийг дараагийн өгүүлэлд үргэлжлүүлэн авч үзэх болно.</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Дөчин Дөрөвдүгээр Ишлэлийн Нуугдмал Түүх - Гучин Хоёрдугаар Дугаар</dc:title>
  <dc:subject>Езекиел арван гуравдугаар бүлэг</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