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Гуравдугаар дугаар</w:t>
      </w:r>
    </w:p>
    <w:p>
      <w:pPr>
        <w:pStyle w:val="ArticleSubtitle"/>
        <w:jc w:val="left"/>
      </w:pPr>
      <w:r>
        <w:rPr>
          <w:rFonts w:ascii="Arial" w:hAnsi="Arial" w:eastAsia="Arial" w:cs="Arial"/>
        </w:rPr>
        <w:t>Улаан дарсны усан үзмийн талбай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Бид өмнөх өгүүллээ “Эдгээр ойлголтуудыг тогтоосны дараа 9/11-ийн үед Иоелын ном хэрхэн Петр Пентекостын өдөр онцлон заасан мэдээ болсон юм бэ?” гэсэн асуултаар төгсгөсөн.</w:t>
      </w:r>
    </w:p>
    <w:p>
      <w:pPr>
        <w:pStyle w:val="ArticleBody"/>
        <w:jc w:val="left"/>
      </w:pPr>
      <w:r>
        <w:rPr>
          <w:rFonts w:ascii="Times New Roman" w:hAnsi="Times New Roman" w:eastAsia="Times New Roman" w:cs="Times New Roman"/>
        </w:rPr>
        <w:t>Петр Иоелын эш үзүүллэг Пентекостын өдөр биелж байгааг зааж байсан бөгөөд энэ нь Пентекостын үеийн төгсгөлийг тэмдэглэсэн цаг хугацааны нэгэн цэг байв. Пентекостын үед эхэндээ Ариун Сүнсний илрэл байсан бөгөөд дараа нь төгсгөлд нь Ариун Сүнсний илүү агуу илрэл болсон юм. Библи болон Зөгнөлийн Сүнс хоёулаа Иоелыг хожуугийн борооны цаг үед хамааруулдгийг итгэлээр ойлгосноор, Иоелын ном 9/11-нд өнөө цагийн үнэн болсон гэдгийг бид мэдэж болно; мөн уг номын бүрэлдэхүүн хэсэг нэг бүр 9/11-нд эхэлж, сүүлчийн долоон гай гамшгийг хүртэл, тэдгээрийг багтаан үргэлжлэх эш үзүүллэгийн түүхийн талаар шууд өгүүлэх бөгөөд Иоел үүнийг “Эзэний өдөр” хэмээн нэрлэдэг.</w:t>
      </w:r>
    </w:p>
    <w:p>
      <w:pPr>
        <w:pStyle w:val="ArticleBody"/>
        <w:jc w:val="left"/>
      </w:pPr>
      <w:r>
        <w:rPr>
          <w:rFonts w:ascii="Times New Roman" w:hAnsi="Times New Roman" w:eastAsia="Times New Roman" w:cs="Times New Roman"/>
        </w:rPr>
        <w:t>1888 оноор бэлгэдэгдсэнчлэн, 9/11-нд Лаодикийн мэдээний тунхаглал нь тухайн цаг үеийн шалгах үнэн болсон. Исаиа мөнөөх л мэдээг тавин наймдугаар бүлэгт бүрээн дуу мэт хоолойгоороо Бурханы ард түмэнд тэдний гэм нүглийг харуулдгаар бэлгэдэн үзүүлдэг. Исаиа хоолойгоо бүрээ мэт цуурайтуулж эхэлдэг тэр “өдөр” нь түүний усан үзмийн талбайн дууг дуулдаг мөнөөх өдөр мөн юм.</w:t>
      </w:r>
    </w:p>
    <w:p>
      <w:pPr>
        <w:pStyle w:val="ArticleScripture"/>
        <w:jc w:val="left"/>
      </w:pPr>
      <w:r>
        <w:rPr>
          <w:rFonts w:ascii="Times New Roman" w:hAnsi="Times New Roman" w:eastAsia="Times New Roman" w:cs="Times New Roman"/>
        </w:rPr>
        <w:t>Тэр өдөр та нар түүний тухай ийн дуул: Улаан дарсны усан үзмийн талбай. Би, ЭЗЭН, түүнийг сахин хамгаална; би түүнийг агшин бүр усална. Түүнд хор хүргэгч эс гаргахын тулд би түүнийг өдөр шөнөгүй сахин хамгаална. Уур хилэн надад байхгүй. Тулаанд өргөс ба хог өвсийг миний эсрэг хэн босгох билээ? Би тэдний дундуур дайран өнгөрч, тэднийг хамтад нь шатаана. Эс бөгөөс тэр миний хүчийг барьж, надтай эвлэрэл байгуулаг; тэгвэл тэр надтай эвлэрэл байгуулах болно. Тэр Иаковоос гарагсдыг үндэслүүлнэ; Израиль цэцэглэн дэлгэрч, нахиа гарган, дэлхийн гадаргыг жимсээр дүүргэнэ. Исаиа 27:2–6.</w:t>
      </w:r>
    </w:p>
    <w:p>
      <w:pPr>
        <w:pStyle w:val="ArticleBody"/>
        <w:jc w:val="left"/>
      </w:pPr>
      <w:r>
        <w:rPr>
          <w:rFonts w:ascii="Times New Roman" w:hAnsi="Times New Roman" w:eastAsia="Times New Roman" w:cs="Times New Roman"/>
        </w:rPr>
        <w:t>Орчин үеийн сүнслэг “Израиль” хожмын борооны үед “цэцэглэн нахиалж, дэлхийн хөрсийг жимсээр дүүргэнэ”; учир нь эрт бороо ургамлыг нахиа гаргаж, цэцэглүүлэхэд хүргэдэг бол хожмын бороо жимсийг бий болгодог. 9/11-нд Нью-Йоркийн барилгууд нуран унахад Илчлэл арван наймын хүчирхэг тэнгэрэлч бууж ирж, хожмын бороо шиврэн орж эхэлсэн. Тэр үед Бурханы харуулууд Лаодикийн чуулганд бүрээ үлээх ёстой байсан. Бурханы ард түмний нүглийг илчлэн тодорхойлдог Исаиагийн мэдээ нь мөн улаан дарсны усан үзмийн талбайн дуу мөн. Иоелын нэгдүгээр бүлэг нь яг тэрхүү мэдээ юм.</w:t>
      </w:r>
    </w:p>
    <w:p>
      <w:pPr>
        <w:pStyle w:val="ArticleScripture"/>
        <w:jc w:val="left"/>
      </w:pPr>
      <w:r>
        <w:rPr>
          <w:rFonts w:ascii="Times New Roman" w:hAnsi="Times New Roman" w:eastAsia="Times New Roman" w:cs="Times New Roman"/>
        </w:rPr>
        <w:t>Петуелын хүү Иоелд ирсэн ЭЗЭНий үг.</w:t>
      </w:r>
    </w:p>
    <w:p>
      <w:pPr>
        <w:pStyle w:val="ArticleScripture"/>
        <w:jc w:val="left"/>
      </w:pPr>
      <w:r>
        <w:rPr>
          <w:rFonts w:ascii="Times New Roman" w:hAnsi="Times New Roman" w:eastAsia="Times New Roman" w:cs="Times New Roman"/>
        </w:rPr>
        <w:t>Энийг сонсогтун, хөгшид өө, мөн газрын бүх оршин суугчид аа, анхааран чагнагтун. Ийм юм та нарын өдрүүдэд, эсвэл та нарын эцгүүдийн өдрүүдэд тохиолдож байсан уу? Үүнийг хүүхдүүддээ ярьж өгөгтүн; хүүхдүүд чинь өөрсдийн хүүхдүүдэд, тэдний хүүхдүүд нь дараагийн үед дамжуулан өгөг.</w:t>
      </w:r>
    </w:p>
    <w:p>
      <w:pPr>
        <w:pStyle w:val="ArticleScripture"/>
        <w:jc w:val="left"/>
      </w:pPr>
      <w:r>
        <w:rPr>
          <w:rFonts w:ascii="Times New Roman" w:hAnsi="Times New Roman" w:eastAsia="Times New Roman" w:cs="Times New Roman"/>
        </w:rPr>
        <w:t>Царцааны үлдээсэн юмыг царцаа идсэн; царцааны үлдээсэн юмыг үсэргэн идсэн; үсэргэний үлдээсэн юмыг авгалдай идсэн.</w:t>
      </w:r>
    </w:p>
    <w:p>
      <w:pPr>
        <w:pStyle w:val="ArticleScripture"/>
        <w:jc w:val="left"/>
      </w:pPr>
      <w:r>
        <w:rPr>
          <w:rFonts w:ascii="Times New Roman" w:hAnsi="Times New Roman" w:eastAsia="Times New Roman" w:cs="Times New Roman"/>
        </w:rPr>
        <w:t>Согтуучууд аа, сэрж, уйлагтун; дарс уугчид бүгдээрээ, орилогтун; шинэ дарсны төлөө, учир нь тэр нь та нарын амнаас таслагдав.</w:t>
      </w:r>
    </w:p>
    <w:p>
      <w:pPr>
        <w:pStyle w:val="ArticleScripture"/>
        <w:jc w:val="left"/>
      </w:pPr>
      <w:r>
        <w:rPr>
          <w:rFonts w:ascii="Times New Roman" w:hAnsi="Times New Roman" w:eastAsia="Times New Roman" w:cs="Times New Roman"/>
        </w:rPr>
        <w:t>Учир нь тоо томшгүй, хүчирхэг нэгэн үндэстэн Миний газарт довтлон иржээ. Түүний шүд нь арслангийн шүд мэт, соёо нь агуу арслангийн соёо мэт ажээ. Тэр Миний усан үзмийн модыг сүйтгэж, Миний инжрийн модны холтсыг хуу татан нүцгэлжээ. Тэр түүнийг цав цагаан нүцгэн болгож хаясан тул мөчир нь цайран харагдана. Залуудаа сүйт бүсгүй байсан үеийн нөхрийнхөө төлөө таар өмссөн онгон охин мэт гашууд. Идээн өргөл ба ундаан өргөл ЭЗЭНий өргөөнөөс таслагджээ; ЭЗЭНий үйлчлэгч тахилч нар гашуудан байна. Талбай сүйрч, газар нутаг гашуудаж байна. Учир нь үр тариа сүйдэж, шинэ дарс ширгэж, тос хатжээ.</w:t>
      </w:r>
    </w:p>
    <w:p>
      <w:pPr>
        <w:pStyle w:val="ArticleScripture"/>
        <w:jc w:val="left"/>
      </w:pPr>
      <w:r>
        <w:rPr>
          <w:rFonts w:ascii="Times New Roman" w:hAnsi="Times New Roman" w:eastAsia="Times New Roman" w:cs="Times New Roman"/>
        </w:rPr>
        <w:t>Ичигтүн, өө тариачид аа; улигтун, өө усан үзмийн талбай арчлагчид аа, буудай болон арвайн төлөө; учир нь талбайн ургац сүйрчээ. Усан үзмийн мод хатаж, инжрийн мод доройтон гунджээ; анарын мод, мөн дал мод, алимны мод, тэр ч байтугай талбайн бүх модод хатан ганджээ. Учир нь хүний хөвгүүдээс баяр хөөр гандаж, арилжээ.</w:t>
      </w:r>
    </w:p>
    <w:p>
      <w:pPr>
        <w:pStyle w:val="ArticleScripture"/>
        <w:jc w:val="left"/>
      </w:pPr>
      <w:r>
        <w:rPr>
          <w:rFonts w:ascii="Times New Roman" w:hAnsi="Times New Roman" w:eastAsia="Times New Roman" w:cs="Times New Roman"/>
        </w:rPr>
        <w:t>Тахилч нар аа, бүсээ чангалж, гашуудан уйлагтун; тахилын ширээний үйлчлэгчид ээ, улигтун; Миний Бурханы үйлчлэгчид ээ, ирж, тааран хувцас өмсөн шөнөжин хэвтэгтүн. Учир нь идээн өргөл ба ундаан өргөл та нарын Бурханы өргөөнөөс хоригдон таслагджээ. Мацагийг ариусган тогтоогтун, хүндэт цуглаан зарлагтун, ахмадууд болон газрын бүх оршин суугчдыг ЭЗЭН та нарын Бурханы өргөөнд цуглуулж, ЭЗЭНд хандан: Халаг, энэ өдөр! хэмээн хашхирагтун. Учир нь ЭЗЭНий өдөр ойртон иржээ, Төгс Хүчит Нэгэнээс ирэх сүйрэл мэтээр тэр ирнэ. Хоол хүнс бидний нүдний өмнөөс таслагдаагүй гэж үү? Тийм ээ, баяр хөөр ба цэнгэл манай Бурханы өргөөнөөс таслагджээ. Үр тариа өөрсдийн бөөн шороон дор ялзарчээ, агуулахууд эзгүйрэн хоосорч, амбаарууд нураагджээ; учир нь тариа хатжээ. Араатан амьтад хичнээн ёолно вэ! Бэлчээргүй тул үхэр сүргүүд будилан мэгдэж байна; тийм ээ, хонин сүргүүд ч сүйрэлд өртжээ.</w:t>
      </w:r>
    </w:p>
    <w:p>
      <w:pPr>
        <w:pStyle w:val="ArticleScripture"/>
        <w:jc w:val="left"/>
      </w:pPr>
      <w:r>
        <w:rPr>
          <w:rFonts w:ascii="Times New Roman" w:hAnsi="Times New Roman" w:eastAsia="Times New Roman" w:cs="Times New Roman"/>
        </w:rPr>
        <w:t>ЭЗЭН минь, би Танд хашхиръя. Учир нь гал цөлийн бэлчээрүүдийг залгиж, дөл талын бүх моддыг шатаав. Талын араатнууд ч мөн Таныг уруу хашхирч байна. Учир нь усны голууд ширгэж, гал цөлийн бэлчээрүүдийг залгив. Иоел 1:1–20.</w:t>
      </w:r>
    </w:p>
    <w:p>
      <w:pPr>
        <w:pStyle w:val="ArticleBody"/>
        <w:jc w:val="left"/>
      </w:pPr>
      <w:r>
        <w:rPr>
          <w:rFonts w:ascii="Times New Roman" w:hAnsi="Times New Roman" w:eastAsia="Times New Roman" w:cs="Times New Roman"/>
        </w:rPr>
        <w:t>Иоелын эхний бүлэг нь Бурханы усан үзмийн талбайн сүйрлийн тухай өгүүлдэг. Исаиа “тэр өдөр”-ийг хожмын бороо эхлэх өдөр хэмээн тогтоодог. Учир нь тэр өдөр ургамлууд цэцэглэж, нахиалж эхэлдэг. Бурханы ард түмэн “үндэслэж,” “цэцэглэн нахиалж,” мөн газрыг “жимсээр” дүүргэнэ хэмээн Исаиа бидэнд мэдүүлдэг нь гурван үе шаттай, урагшлан хөгжих түүхийг дүрслэн харуулж байгаа юм. Ургамал газар хөрсөнд “үндэслэдэг.” Иймээс “үндэслэх” гэдэг нь газар дээр зогсохыг, өөрөөр хэлбэл доод давхар буюу суурь дээр зогсохыг хэлнэ. “Иаковаас гарч ирэгчид” “үндэслэж,” дараа нь тэднийг “Израиль” хэмээн нэрлэдэг. Лаодикийн туршлагаас гарч ирэгчид дараа нь Филадельфичууд хэмээн нэрлэгддэг боловч, тэр туршлагыг хадгалан үлдэх нь Ням гаргийн хуулиар төгсөх сорилтын үйл явцад ялалт байгуулахыг шаарддаг.</w:t>
      </w:r>
    </w:p>
    <w:p>
      <w:pPr>
        <w:pStyle w:val="ArticleBody"/>
        <w:jc w:val="left"/>
      </w:pPr>
      <w:r>
        <w:rPr>
          <w:rFonts w:ascii="Times New Roman" w:hAnsi="Times New Roman" w:eastAsia="Times New Roman" w:cs="Times New Roman"/>
        </w:rPr>
        <w:t>Иаковын (мэхлэгч) болон Израилийн (ялагч) эш үзүүллэгийн холбоо нь 9/11-нд үндэс суурь руугаа буцан “үндэслэдэг” хүмүүс тэнд, тэр үедээ гэрээний харилцаанд ордгийг илтгэн харуулж байна. Эш үзүүллэгийн утгаар нэр өөрчлөгдөх нь гэрээний бэлгэдэл бөгөөд энэ нь Абрамаас Абрахам, Сарайгаас Сара, Иаковаас Израиль болсон явдал болон бусад жишээгээр дүрслэгддэг. Тэр эшлэлд 9/11-нд эртний суурь үнэнүүд рүү буцсан хүмүүс бороо цэцэглэл, нахиа ургуулж эхлэх үед гэрээний харилцаанд орсон байна. Ням гаргийн хууль тогтоогдох үед бороо хэмжээлшгүйгээр асгарч, улмаар бүх дэлхий “жимс”-ээр дүүрэх болно.</w:t>
      </w:r>
    </w:p>
    <w:p>
      <w:pPr>
        <w:pStyle w:val="ArticleBody"/>
        <w:jc w:val="left"/>
      </w:pPr>
      <w:r>
        <w:rPr>
          <w:rFonts w:ascii="Times New Roman" w:hAnsi="Times New Roman" w:eastAsia="Times New Roman" w:cs="Times New Roman"/>
        </w:rPr>
        <w:t>Исаиа Исаиатай, мөн мэдээж бусад бүх эш үзүүлэгчидтэй нийцэх ёстой. Харин Исаиа усан үзмийн талбайн дууны хүрээнд Лаодикийн Долоо дахь өдрийн Адвентистуудад тэдний нүглийг харуулахын тулд дуу хоолойгоо бүрээ мэт өндөрсгөх ёстой. Тэр дууг Есүс усан үзмийн талбайн тухай сургаалт зүйрлэлдээ дуулсан. Тэрээр загалмайд цовдлогдохынхоо өмнө сүүлчийн удаа Иерусалимыг ширтэн харахдаа, усан үзмийн талбай Түүнийг уйлуулахад хүргэсэн; учир нь эртний Израиль тэдний тэнсэх хугацааныхаа төгсгөлд хүрч, Бурханы гэрээт ард түмэн байхаас өнгөрөгдөж байгааг Тэр мэдэж байсан. Үүний зэрэгцээ Христ Бурханы усан үзмийн талбайгаас зохистой үр жимс гаргах нэгэн ард түмэнтэй гэрээ байгуулж байв. Эхэнд буй Иошуагийн усан үзмийн талбайн түүх ч бай, төгсгөлд буй Есүсийнх ч бай, шинэ гэрээний ард түмэн болсон хүмүүс нь нэг зуун дөчин дөрвөн мянгыг бэлгэдсэн юм.</w:t>
      </w:r>
    </w:p>
    <w:p>
      <w:pPr>
        <w:pStyle w:val="ArticleBody"/>
        <w:jc w:val="left"/>
      </w:pPr>
      <w:r>
        <w:rPr>
          <w:rFonts w:ascii="Times New Roman" w:hAnsi="Times New Roman" w:eastAsia="Times New Roman" w:cs="Times New Roman"/>
        </w:rPr>
        <w:t>Христ Исаиагийн усан үзмийн талбайн тухай эш үзүүллэгийн талаар айлдсан бөгөөд Уайт эгч ч мөн адил тийнхүү өгүүлсэн.</w:t>
      </w:r>
    </w:p>
    <w:p>
      <w:pPr>
        <w:pStyle w:val="ArticleScripture"/>
        <w:jc w:val="left"/>
      </w:pPr>
      <w:r>
        <w:rPr>
          <w:rFonts w:ascii="Times New Roman" w:hAnsi="Times New Roman" w:eastAsia="Times New Roman" w:cs="Times New Roman"/>
        </w:rPr>
        <w:t>“Усан үзмийн талбайн тухай сургаалт зүйрлэл нь зөвхөн Иудейн үндэстэнд л хамаарахгүй. Тэр нь бидэнд ч бас сургамжтай. Энэ үеийн сүмд Бурхан агуу их эрх ямба, ерөөлийг хүртээсэн бөгөөд Тэр түүнд тохирох үр шимийг хүсэн хүлээж байна.” Christ’s Object Lessons, 296.</w:t>
      </w:r>
    </w:p>
    <w:p>
      <w:pPr>
        <w:pStyle w:val="ArticleBody"/>
        <w:jc w:val="left"/>
      </w:pPr>
      <w:r>
        <w:rPr>
          <w:rFonts w:ascii="Times New Roman" w:hAnsi="Times New Roman" w:eastAsia="Times New Roman" w:cs="Times New Roman"/>
        </w:rPr>
        <w:t>Зөгнөлийн Сүнсний сүүлчийн мэдэгдэлд хүргэдэг тэрхүү хэсгийг унших нь сургамжтай юм.</w:t>
      </w:r>
    </w:p>
    <w:p>
      <w:pPr>
        <w:pStyle w:val="ArticleScripture"/>
        <w:jc w:val="left"/>
      </w:pPr>
      <w:r>
        <w:rPr>
          <w:rFonts w:ascii="Times New Roman" w:hAnsi="Times New Roman" w:eastAsia="Times New Roman" w:cs="Times New Roman"/>
        </w:rPr>
        <w:t>“23-р бүлэг—Эзэний усан үзмийн талбай”</w:t>
      </w:r>
    </w:p>
    <w:p>
      <w:pPr>
        <w:pStyle w:val="ArticleScripture"/>
        <w:jc w:val="left"/>
      </w:pPr>
      <w:r>
        <w:rPr>
          <w:rFonts w:ascii="Times New Roman" w:hAnsi="Times New Roman" w:eastAsia="Times New Roman" w:cs="Times New Roman"/>
        </w:rPr>
        <w:t>“Еврейн Үндэстэн”</w:t>
      </w:r>
    </w:p>
    <w:p>
      <w:pPr>
        <w:pStyle w:val="ArticleScripture"/>
        <w:jc w:val="left"/>
      </w:pPr>
      <w:r>
        <w:rPr>
          <w:rFonts w:ascii="Times New Roman" w:hAnsi="Times New Roman" w:eastAsia="Times New Roman" w:cs="Times New Roman"/>
        </w:rPr>
        <w:t>“Хоёр хүүгийн тухай сургаалт зүйрлэлийн дараа усан үзмийн талбайн тухай сургаалт зүйрлэл айлдагдсан. Эхнийхэд нь Христ Иудейн багш нарын өмнө дуулгавартай байдлын ач холбогдлыг тавьсан. Нөгөөд нь Тэр Израильд хүртээсэн арвин их ерөөлүүдийг зааж, тэдгээрээр дамжуулан Бурханы тэдний дуулгавартай байдалд тавих шаардлагыг харуулсан. Тэр дуулгавартай байдлаар биелүүлж болох байсан Бурханы зорилгын алдрыг тэдний өмнө дэлгэн тавьсан. Ирээдүйн хөшгийг сөхөн, Тэр Өөрийн зорилгыг биелүүлээгүйгээс болж бүхэл үндэстэн Түүний ерөөлийг алдаж, өөрсдөдөө сүйрлийг авчирч байгааг харуулсан.”</w:t>
      </w:r>
    </w:p>
    <w:p>
      <w:pPr>
        <w:pStyle w:val="ArticleScripture"/>
        <w:jc w:val="left"/>
      </w:pPr>
      <w:r>
        <w:rPr>
          <w:rFonts w:ascii="Times New Roman" w:hAnsi="Times New Roman" w:eastAsia="Times New Roman" w:cs="Times New Roman"/>
        </w:rPr>
        <w:t>“‘Нэгэн газрын эзэн байсан юм’ хэмээн Христ өгүүлэв, ‘тэрээр усан үзмийн талбай тарьж, түүнийг тойруулан хашаалж, дотор нь дарсны шахуурга ухаж, цамхаг босгоод, түүнийгээ тариаланчдад түрээслэн өгч, алс нутагт оджээ.’”</w:t>
      </w:r>
    </w:p>
    <w:p>
      <w:pPr>
        <w:pStyle w:val="ArticleScripture"/>
        <w:jc w:val="left"/>
      </w:pPr>
      <w:r>
        <w:rPr>
          <w:rFonts w:ascii="Times New Roman" w:hAnsi="Times New Roman" w:eastAsia="Times New Roman" w:cs="Times New Roman"/>
        </w:rPr>
        <w:t>Энэ усан үзмийн талбайн дүрслэлийг эш үзүүлэгч Исаиа ийн өгүүлжээ: «Одоо би өөрийн Хайрт Нэгэний усан үзмийн талбайн тухай, Өөрийн хамгийн хайртай Нэгэндээ зориулсан дууг дуулъя. Миний Хайрт Нэгэн маш үржил шимт толгод дээр усан үзмийн талбайтай байв; Тэр түүнийг хашаалж, чулууг нь түүж зайлуулан, хамгийн сайн усан үзмийн модоор суулгаж, дунд нь харуулын цамхаг барьж, мөн тэндээ дарс шахах онгоц хийв; мөн Тэр үүнээс усан үзэм гарна хэмээн хүлээв.» Исаиа 5:1, 2.</w:t>
      </w:r>
    </w:p>
    <w:p>
      <w:pPr>
        <w:pStyle w:val="ArticleScripture"/>
        <w:jc w:val="left"/>
      </w:pPr>
      <w:r>
        <w:rPr>
          <w:rFonts w:ascii="Times New Roman" w:hAnsi="Times New Roman" w:eastAsia="Times New Roman" w:cs="Times New Roman"/>
        </w:rPr>
        <w:t>“Тариачин зэл газраас нэгэн хэсэг газрыг сонгон авдаг; тэр түүнийг хашаалж, цэвэрлэн, боловсруулж, шилмэл усан үзмийн мод тарин, арвин ургац хүлээдэг. Энэ талбай нь тариалагдаагүй эзгүй газраас давуу байдгаараа, түүнийг арчлан тордож, хөдөлмөрлөснийх нь үр дүнг харуулснаар өөрт нь нэр төр авчирна хэмээн тэр найдана. Үүнчлэн Бурхан ертөнцөөс нэгэн ардыг сонгон авч, Христээр сурган дадлагажуулж, хүмүүжүүлэхээр болгосон юм. Эш үзүүлэгч ийнхүү өгүүлдэг: ‘Түмэн цэргийн ЭЗЭНий усан үзмийн талбай нь Израилийн гэр бөгөөд, Иудагийн эрчүүд бол Түүний тааламжит таримал мөн.’ Исаиа 5:7. Энэ ард түмэнд Бурхан агуу давуу эрхүүдийг соёрхож, Өөрийн арвин сайн сайхнаас тэднийг элбэгээр ерөөсөн билээ. Тэрээр тэднийг үр жимс гарган Өөрийг нь алдаршуулна хэмээн харж байсан. Тэд Түүний хаанчлалын зарчмуудыг илэрхийлэх ёстой байв. Унасан, ёс бус ертөнцийн дунд тэд Бурханы зан чанарыг төлөөлөх ёстой байлаа.”</w:t>
      </w:r>
    </w:p>
    <w:p>
      <w:pPr>
        <w:pStyle w:val="ArticleScripture"/>
        <w:jc w:val="left"/>
      </w:pPr>
      <w:r>
        <w:rPr>
          <w:rFonts w:ascii="Times New Roman" w:hAnsi="Times New Roman" w:eastAsia="Times New Roman" w:cs="Times New Roman"/>
        </w:rPr>
        <w:t>“Тэд Эзэний усан үзмийн талбайн хувьд харь үндэстнүүдийнхээс бүхэлдээ өөр үр жимс ургуулах ёстой байв. Эдгээр шүтээн шүтэгч ард түмэн өөрсдийгөө бузар мууг үйлдэхэд бүрэн өгчээ. Хүчирхийлэл ба гэмт хэрэг, шунал, дарлал, мөн хамгийн завхарсан үйлдлүүдийг ямар ч хязгаарлалгүйгээр үйлдэж байв. Ёс бус байдал, доройтол, зовлон шаналал нь тэр ялзарсан модны үр жимс байлаа. Үүний тод эсрэгээр Бурханы суулгасан усан үзмийн модноос гарах үр жимс байх ёстой байв.</w:t>
      </w:r>
    </w:p>
    <w:p>
      <w:pPr>
        <w:pStyle w:val="ArticleScripture"/>
        <w:jc w:val="left"/>
      </w:pPr>
      <w:r>
        <w:rPr>
          <w:rFonts w:ascii="Times New Roman" w:hAnsi="Times New Roman" w:eastAsia="Times New Roman" w:cs="Times New Roman"/>
        </w:rPr>
        <w:t>“Мосед илчлэгдсэнээр Бурханы зан чанарыг төлөөлөн харуулах нь еврей үндэстний онцгой эрх байв. Мосе, ‘Надад Өөрийн алдарыг харуулаач’ хэмээн залбирахад, Эзэн, ‘Би бүх Өөрийн сайн сайхныг чиний өмнүүр өнгөрүүлнэ’ гэж амласан.” Египетээс гарсан нь 33:18, 19. “Тэгээд ЭЗЭН түүний өмнүүр өнгөрч, ийн тунхаглав: ЭЗЭН, ЭЗЭН Бурхан, өршөөнгүй бөгөөд нигүүлсэнгүй, тэвчээр арвин, энэрэл ба үнэнээр баялаг, мянга мянгад өршөөлөө хадгалдаг, гэм буруу, тэрсэлдэлт, нүглийг уучилдаг.” Египетээс гарсан нь 34:6, 7. Энэ л бол Бурхан Өөрийн ард түмнээс хүссэн үр жимс байв. Тэд зан чанарынхаа ариун цэвэрт, амьдралынхаа ариун байдалд, өршөөл ба энэрэнгүй сэтгэлдээ, нигүүлсэлдээ “ЭЗЭНий хууль төгс бөгөөд сэтгэлийг сэргээдэг” гэдгийг харуулах ёстой байсан. Дуулал 19:7.</w:t>
      </w:r>
    </w:p>
    <w:p>
      <w:pPr>
        <w:pStyle w:val="ArticleScripture"/>
        <w:jc w:val="left"/>
      </w:pPr>
      <w:r>
        <w:rPr>
          <w:rFonts w:ascii="Times New Roman" w:hAnsi="Times New Roman" w:eastAsia="Times New Roman" w:cs="Times New Roman"/>
        </w:rPr>
        <w:t>“Еврей үндэстнээр дамжуулан бүх ард түмэнд арвин их ерөөлийг хүртээх нь Бурханы зорилго байсан юм. Израилаар дамжуулан Түүний гэрлийг бүх дэлхий даяар түгээн дэлгэрүүлэх замыг бэлтгэх ёстой байв. Дэлхийн үндэстнүүд завхарсан ёсыг дагаснаар Бурханы тухай мэдлэгээ алдсан байлаа. Гэвч Бурхан Өөрийн өршөөлөөр тэднийг оршин тогтнохоос нь арчин үгүй хийгээгүй. Тэрээр Өөрийн сүмээр дамжуулан Өөртэй нь танилцах боломжийг тэдэнд өгөхөөр зорьсон юм. Тэрээр Өөрийн ард түмнээр илчилсэн зарчмуудыг хүний доторх Бурханы ёс суртахууны дүр төрхийг сэргээх хэрэгсэл болгохоор тогтоосон билээ.”</w:t>
      </w:r>
    </w:p>
    <w:p>
      <w:pPr>
        <w:pStyle w:val="ArticleScripture"/>
        <w:jc w:val="left"/>
      </w:pPr>
      <w:r>
        <w:rPr>
          <w:rFonts w:ascii="Times New Roman" w:hAnsi="Times New Roman" w:eastAsia="Times New Roman" w:cs="Times New Roman"/>
        </w:rPr>
        <w:t>“Энэ зорилгыг биелүүлэхийн тулд Бурхан Абрахамыг шүтээн шүтдэг төрөл садан дундаас нь дуудан гаргаж, Канаан нутагт суухыг түүнд тушаасан юм. «Би чамаас агуу их үндэстэн бий болгоно» гэж Тэр айлдсан, «мөн чамайг ерөөж, чиний нэрийг агуу болгоно; чи ерөөл болно.» Эхлэл 12:2.”</w:t>
      </w:r>
    </w:p>
    <w:p>
      <w:pPr>
        <w:pStyle w:val="ArticleScripture"/>
        <w:jc w:val="left"/>
      </w:pPr>
      <w:r>
        <w:rPr>
          <w:rFonts w:ascii="Times New Roman" w:hAnsi="Times New Roman" w:eastAsia="Times New Roman" w:cs="Times New Roman"/>
        </w:rPr>
        <w:t>“Абрахамын үр удам, Иаков болон түүний хойч үеийнхэн, тэр агуу бөгөөд ёс бус үндэстний дунд Бурханы хаанчлалын зарчмуудыг илчлэн харуулахын тулд Египетэд аваачигдсан юм. Иосефын шулуун үнэнч чанар болон Египетийн бүх ард түмний амийг аварч хамгаалсан түүний гайхамшигт үйлс нь Христийн амийн дүрслэл байв. Мосе болон бусад олон хүн Бурханы төлөөх гэрчүүд байлаа.</w:t>
      </w:r>
    </w:p>
    <w:p>
      <w:pPr>
        <w:pStyle w:val="ArticleScripture"/>
        <w:jc w:val="left"/>
      </w:pPr>
      <w:r>
        <w:rPr>
          <w:rFonts w:ascii="Times New Roman" w:hAnsi="Times New Roman" w:eastAsia="Times New Roman" w:cs="Times New Roman"/>
        </w:rPr>
        <w:t>“Израилийг Египетээс гарган авчрахдаа Эзэн Өөрийн хүч чадал болон Өөрийн өршөөлийг дахин илэрхийлэн харуулсан билээ. Тэднийг боолчлолоос чөлөөлөхдөө үйлдсэн Түүний гайхамшигт үйлс, мөн цөлөөр аялж явах хугацаанд тэдэнтэй харьцсан Түүний үйлдлүүд нь зөвхөн тэдний тусын тулд байсангүй. Эдгээр нь эргэн тойрны үндэстнүүдэд сургамжит жишээ болох учиртай байв. Эзэн Өөрийгөө хүний бүхий л эрх мэдэл, сүр хүчнээс дээгүүр Бурхан мөн гэдгийг илчилсэн. Өөрийн ард түмний төлөө Түүний үйлдсэн тэмдэг, гайхамшгууд нь байгалийг шүтэгчдийн дундаас хамгийн агуу нэгний дээр ч, мөн байгалийн өөрийнх нь дээр ч Түүний ноёрхох хүчийг харуулсан юм. Бурхан сүүлчийн өдрүүдэд газар дэлхийгээр дайран өнгөрөхийн адил бардам Египет орныг дайран өнгөрсөн. Гал, шуурга, газар хөдлөлт, үхлээр Агуу БИ БАЙНА хэмээгч Өөрийн ард түмнийг аварсан. Тэрбээр тэднийг боолчлолын газраас гаргасан. Тэр тэднийг ‘галт могой, хилэнцэт хорхой, ган гачигтай’ ‘агуу бөгөөд аймшигт цөлөөр’ дагуулан өнгөрүүлсэн. Дэд хууль 8:15. Тэрбээр тэдэнд ‘хатуу цахиур чулуунаас’ ус гарган өгч, ‘тэнгэрийн үр тариагаар’ хооллосон. Дуулал 78:24. ‘Учир нь,’ гэж Мосе өгүүлсэн, ‘Эзэний хувь нь Өөрийн ард түмэн мөн; Иаков бол Түүний өвийн ноогдол мөн. Тэрбээр түүнийг эзгүй хээр газарт, улих хоосон цөлд олсон; Тэр түүнийг тойруулан удирдсан, сургаж ухааруулсан, нүдний цөцгий мэт хамгаалсан. Бүргэд үүрээ хөдөлгөж, ангаахайнуудаа дээгүүр нь дэвэн нисэж, далавчаа дэлгэн тэднийг авч, далавчин дээрээ тээдэг шиг, Эзэн ганцаараа түүнийг удирдсан бөгөөд түүнтэй хамт харь бурхан байгаагүй.’ Дэд хууль 32:9–12. Ийнхүү Тэрбээр тэднийг Хамгийн Дээд Нэгэний сүүдэр дор оршин суухын тулд Өөртөө авчирсан юм.”</w:t>
      </w:r>
    </w:p>
    <w:p>
      <w:pPr>
        <w:pStyle w:val="ArticleScripture"/>
        <w:jc w:val="left"/>
      </w:pPr>
      <w:r>
        <w:rPr>
          <w:rFonts w:ascii="Times New Roman" w:hAnsi="Times New Roman" w:eastAsia="Times New Roman" w:cs="Times New Roman"/>
        </w:rPr>
        <w:t>“Христ бол Израилийн хөвгүүдийн цөлийн хэрэн тэнүүлчлэлийн үед тэдний Удирдагч нь байсан. Өдөр нь үүлэн баганаар, шөнө нь галан баганаар хүрээлэгдэн, Тэр тэднийг удирдан чиглүүлсэн. Тэр тэднийг цөлийн аюул ослоос хамгаалж, амлалтын нутагт оруулсан бөгөөд Бурханыг хүлээн зөвшөөрдөггүй бүх үндэстний нүдний өмнө Израилийг Өөрийн сонгосон өмч, Эзэний усан үзмийн талбай болгон тогтоосон.”</w:t>
      </w:r>
    </w:p>
    <w:p>
      <w:pPr>
        <w:pStyle w:val="ArticleScripture"/>
        <w:jc w:val="left"/>
      </w:pPr>
      <w:r>
        <w:rPr>
          <w:rFonts w:ascii="Times New Roman" w:hAnsi="Times New Roman" w:eastAsia="Times New Roman" w:cs="Times New Roman"/>
        </w:rPr>
        <w:t>“Бурханы айлдварууд энэ ард түмэнд даатгагдсан байв. Тэд Түүний хуулийн тушаалуудаар хүрээлэгдэж, үнэн, шударга ёс, ариун байдлын мөнхийн зарчмуудаар хамгаалагдаж байлаа. Эдгээр зарчимд дуулгавартай байх нь тэдний хамгаалалт байх учиртай байсан. Учир нь энэ нь тэднийг нүгэлт үйлдлээр өөрсдийгөө сүйрүүлэхээс аварна. Усан үзмийн талбайн цамхаг мэтээр Бурхан Өөрийн ариун сүмийг тэр газрын дунд байрлуулсан.”</w:t>
      </w:r>
    </w:p>
    <w:p>
      <w:pPr>
        <w:pStyle w:val="ArticleScripture"/>
        <w:jc w:val="left"/>
      </w:pPr>
      <w:r>
        <w:rPr>
          <w:rFonts w:ascii="Times New Roman" w:hAnsi="Times New Roman" w:eastAsia="Times New Roman" w:cs="Times New Roman"/>
        </w:rPr>
        <w:t>“Христос тэдний сургагч нь байв. Тэрээр цөлд тэдэнтэй хамт байсанчлан, мөн адил тэдний багш бөгөөд удирдагч хэвээр байх ёстой байлаа. Асар майхан болон сүмд Түүний алдар ариун эвлэрлийн тагийн дээрх шэхина дотор оршиж байв. Тэрээр тэдний төлөө Өөрийн хайр ба тэвчээрийн баялгийг тасралтгүй илэрхийлж байлаа.</w:t>
      </w:r>
    </w:p>
    <w:p>
      <w:pPr>
        <w:pStyle w:val="ArticleScripture"/>
        <w:jc w:val="left"/>
      </w:pPr>
      <w:r>
        <w:rPr>
          <w:rFonts w:ascii="Times New Roman" w:hAnsi="Times New Roman" w:eastAsia="Times New Roman" w:cs="Times New Roman"/>
        </w:rPr>
        <w:t>“Бурхан Өөрийн ард түмэн Израилийг магтаал ба алдар суу болгохыг хүссэн. Тэдэнд сүнслэг давуу тал бүхнийг өгсөн. Өөрийг нь төлөөлөгчид болгох зан чанарыг төлөвшүүлэхэд тустай юуг ч Бурхан тэднээс харамлаагүй.”</w:t>
      </w:r>
    </w:p>
    <w:p>
      <w:pPr>
        <w:pStyle w:val="ArticleScripture"/>
        <w:jc w:val="left"/>
      </w:pPr>
      <w:r>
        <w:rPr>
          <w:rFonts w:ascii="Times New Roman" w:hAnsi="Times New Roman" w:eastAsia="Times New Roman" w:cs="Times New Roman"/>
        </w:rPr>
        <w:t>“Бурханы хуульд тэдний дуулгавартай байх нь тэднийг дэлхийн үндэстнүүдийн өмнө хөгжил цэцэглэлтийн гайхамшиг болгох байв. Тэдэнд аливаа уран нарийн ажлыг гүйцэтгэх мэргэн ухаан, чадварыг өгч чадах Нэгэн нь тэдний Багш хэвээр байж, Өөрийн хуулиудад дуулгавартай байлгах замаар тэднийг эрхэмсэг болгож, өргөмжлөх байсан. Хэрэв тэд дуулгавартай байсан бол бусад үндэстнүүдийг зовоодог өвчнүүдээс хамгаалагдаж, оюун ухааны хүч чадлаар ерөөгдөх байв. Бурханы алдар, Түүний сүр жавхлан ба хүч чадал нь тэдний бүхий л хөгжил цэцэглэлтийн дунд илчлэгдэх ёстой байлаа. Тэд тахилч нар болон ноёдын хаанчлал байх ёстой байв. Бурхан тэднийг газар дэлхий дээрх хамгийн агуу үндэстэн болоход шаардлагатай бүхий л боломж, нөхцөлөөр хангасан юм.”</w:t>
      </w:r>
    </w:p>
    <w:p>
      <w:pPr>
        <w:pStyle w:val="ArticleScripture"/>
        <w:jc w:val="left"/>
      </w:pPr>
      <w:r>
        <w:rPr>
          <w:rFonts w:ascii="Times New Roman" w:hAnsi="Times New Roman" w:eastAsia="Times New Roman" w:cs="Times New Roman"/>
        </w:rPr>
        <w:t>“Христ Мосегоор дамжуулан Бурханы зорилгыг тэдний өмнө туйлын тодорхой байдлаар тавьж, тэдний хөгжин цэцэглэх нөхцөлийг илэрхий болгон мэдүүлсэн билээ. Тэрээр: ‘Чи бол өөрийн Бурхан ЭЗЭНд ариун ард түмэн мөн; өөрийн Бурхан ЭЗЭН чамайг газрын гадаргуу дээрх бүх ард түмнээс дээгүүр, Өөртөө онцгой ард түмэн болгохоор сонгосон юм.... Иймээс өөрийн Бурхан ЭЗЭН бол Бурхан мөн, Өөрийг нь хайрлаж, Түүний тушаалуудыг сахидаг хүмүүстэй мянган үеийн турш гэрээ ба энэрлийг сахин биелүүлдэг итгэмжит Бурхан мөн гэдгийг мэдэгтүн.... Тиймээс өнөөдөр миний чамд тушааж буй тушаалууд, тогтоолууд, шүүлтүүдийг чи сахин үйлдэгтүн. Иймээс хэрэв та нар эдгээр шүүлтүүдийг сонсож, сахиж, үйлдвэл, өөрийн Бурхан ЭЗЭН эцэг өвгөдөд чинь тангараглан амласан гэрээ ба энэрлийг чамд хадгалан биелүүлэх болно; Тэр чамайг хайрлаж, ерөөж, өнөржүүлэх болно; мөн Тэр чиний хэвлийн үр жимс, газрын чинь үр жимс, үр тариа, дарс, тос, үхрийн чинь өсөлт, хонин сүргийн чинь үржлийг, эцэг өвгөдөд чинь өгөхөөр тангарагласан тэр газарт ерөөх болно. Чи бүх ард түмнээс илүү ерөөгдөнө.... ЭЗЭН чамаас бүх өвчнийг зайлуулж, чиний мэдэх Египетийн тэр хорт өвчнүүдийн алийг нь ч чамд учруулахгүй’ гэж айлдсан. Дэд хууль 7:6, 9, 11–15.”</w:t>
      </w:r>
    </w:p>
    <w:p>
      <w:pPr>
        <w:pStyle w:val="ArticleScripture"/>
        <w:jc w:val="left"/>
      </w:pPr>
      <w:r>
        <w:rPr>
          <w:rFonts w:ascii="Times New Roman" w:hAnsi="Times New Roman" w:eastAsia="Times New Roman" w:cs="Times New Roman"/>
        </w:rPr>
        <w:t>“Хэрэв тэд Түүний тушаалуудыг сахих аваас, Бурхан тэдэнд буудайн хамгийн сайныг өгөхөө, мөн хаднаас бал гарган өгөхөө амласан. Тэр тэднийг урт насаар хангаж, Өөрийн авралыг тэдэнд үзүүлэх байв.</w:t>
      </w:r>
    </w:p>
    <w:p>
      <w:pPr>
        <w:pStyle w:val="ArticleScripture"/>
        <w:jc w:val="left"/>
      </w:pPr>
      <w:r>
        <w:rPr>
          <w:rFonts w:ascii="Times New Roman" w:hAnsi="Times New Roman" w:eastAsia="Times New Roman" w:cs="Times New Roman"/>
        </w:rPr>
        <w:t>“Бурханд дуулгаваргүй байснаар Адам, Ева хоёр Еденийг алдсан бөгөөд нүглийн улмаас бүх дэлхий хараагдсан юм. Харин Бурханы ард түмэн Түүний өгсөн зааврыг дагавал тэдний нутаг дахин үржил шимтэй, үзэсгэлэнтэй болох байв. Хөрсийг хэрхэн боловсруулан арчлах талаар Бурхан Өөрөө тэдэнд заавар өгсөн бөгөөд тэд түүнийг нь сэргээн босгох үйлст Түүнтэй хамтран ажиллах ёстой байлаа. Ийнхүү Бурханы захиргаан дор байсан бүх газар нутаг нь сүнслэг үнэний сургамжит жишээ болох байв. Түүний байгалийн хуулиудад дуулгавартай байснаар газар дэлхий эрдэнэс баялгаа гарган өгдөгийн адил, Түүний ёс суртахууны хуульд дуулгавартай байснаар хүмүүсийн зүрх сэтгэл Түүний зан чанарын шинжүүдийг тусган илэрхийлэх ёстой байв. Тэр ч байтугай харь үндэстнүүд хүртэл амьд Бурханд үйлчилж, мөргөдөг хүмүүсийн давуу байдлыг хүлээн зөвшөөрөх байлаа.”</w:t>
      </w:r>
    </w:p>
    <w:p>
      <w:pPr>
        <w:pStyle w:val="ArticleScripture"/>
        <w:jc w:val="left"/>
      </w:pPr>
      <w:r>
        <w:rPr>
          <w:rFonts w:ascii="Times New Roman" w:hAnsi="Times New Roman" w:eastAsia="Times New Roman" w:cs="Times New Roman"/>
        </w:rPr>
        <w:t>“‘Харагтун’ хэмээн Мосе өгүүлэв, ‘ЭЗЭН миний Бурхан надад тушаасан ёсоор би та нарт тогтоолууд ба шүүлтүүдийг заасан. Та нар эзэмшихээр очиж буй тэр нутагт тэдгээрийг үйлдэхийн тулд билээ. Иймээс тэдгээрийг сахиж, үйлдэгтүн. Учир нь энэ нь бүх эдгээр тогтоолыг сонсох үндэстнүүдийн нүдэнд та нарын мэргэн ухаан, ухаарал чинь мөн байх болно. Тэд “Үнэхээр энэ агуу үндэстэн бол мэргэн, ухаалаг ард түмэн юм” гэж хэлэх болно. Учир нь бидний Бурхан ЭЗЭНд бид Түүнд хандан дуудах бүрд Тэр бидэнд ойр байдаг шиг, өөрт нь бурхан тийнхүү ойр байдаг тийм агуу ямар үндэстэн байна вэ? Мөн өнөөдөр миний та нарын өмнө тавьж буй энэ бүх хуулийн адил ийм зөвт тогтоолууд ба шүүлтүүдтэй тийм агуу ямар үндэстэн байна вэ?’ Дэд хууль 4:5–8.”</w:t>
      </w:r>
    </w:p>
    <w:p>
      <w:pPr>
        <w:pStyle w:val="ArticleScripture"/>
        <w:jc w:val="left"/>
      </w:pPr>
      <w:r>
        <w:rPr>
          <w:rFonts w:ascii="Times New Roman" w:hAnsi="Times New Roman" w:eastAsia="Times New Roman" w:cs="Times New Roman"/>
        </w:rPr>
        <w:t>“Израилийн хөвгүүд Бурхан тэдэнд оноон өгсөн бүх нутгийг эзэмших ёстой байв. Жинхэнэ Бурханд мөргөж, Түүнд үйлчлэхийг няцаасан тэр үндэстнүүд өмч хөрөнгөөсөө салгагдах ёстой байлаа. Гэвч Өөрийн зан чанарыг Израилиар дамжуулан илчлэх замаар хүмүүсийг Өөртөө татах нь Бурханы зорилго байсан. Сайн мэдээний урилга бүх дэлхийд хүргэгдэх ёстой байв. Тахилын үйлчлэлийн сургаалаар дамжин Христ үндэстнүүдийн өмнө өргөмжлөгдөх ёстой байсан бөгөөд Түүн уруу харахыг хүссэн бүхэн амьдрах ёстой байв. Канаан эмэгтэй Рахаб, Моаб эмэгтэй Рут нарын адил, шүтээн мөргөлөөс буцаж жинхэнэ Бурханд мөргөх болсон бүхэн Түүний сонгосон ард түмэнтэй нэгдэх ёстой байлаа. Израилийн тоо өсөн нэмэгдэхийн хэрээр тэд хил хязгаараа тэлэх ёстой байсан бөгөөд эцэст нь тэдний хаанчлал бүх дэлхийг хамрах ёстой байв.”</w:t>
      </w:r>
    </w:p>
    <w:p>
      <w:pPr>
        <w:pStyle w:val="ArticleScripture"/>
        <w:jc w:val="left"/>
      </w:pPr>
      <w:r>
        <w:rPr>
          <w:rFonts w:ascii="Times New Roman" w:hAnsi="Times New Roman" w:eastAsia="Times New Roman" w:cs="Times New Roman"/>
        </w:rPr>
        <w:t>“Бурхан бүх ард түмнийг Өөрийн өршөөнгүй захиргаанд оруулахыг хүссэн. Тэрээр газрыг баяр хөөр, амар тайвнаар дүүргэхийг хүссэн. Тэрээр хүнийг жаргалын төлөө бүтээсэн бөгөөд хүний зүрх сэтгэлийг тэнгэрийн амар тайвнаар дүүргэхийг тэмүүлдэг. Тэрээр газар дээрх гэр бүлүүдийг дээрх агуу гэр бүлийн бэлгэдэл байгаасай хэмээн хүсдэг.”</w:t>
      </w:r>
    </w:p>
    <w:p>
      <w:pPr>
        <w:pStyle w:val="ArticleScripture"/>
        <w:jc w:val="left"/>
      </w:pPr>
      <w:r>
        <w:rPr>
          <w:rFonts w:ascii="Times New Roman" w:hAnsi="Times New Roman" w:eastAsia="Times New Roman" w:cs="Times New Roman"/>
        </w:rPr>
        <w:t>“Гэвч Израиль Бурханы зорилгыг биелүүлсэнгүй. Эзэн, ‘Би чамайг дээд зэргийн усан үзмийн мод, бүхэлдээ жинхэнэ үрээр тарьсан; тэгтэл чи яаж Миний хувьд харийн усан үзмийн доройтсон ургамал болон хувирсан юм бэ?’ хэмээн тунхагласан.” Иеремиа 2:21. “‘Израиль бол хоосон усан үзмийн мод бөгөөд өөртөө зориулан жимс гаргадаг.’” Хосеа 10:1. “‘Тэгээд одоо, Иерусалимын оршин суугчид аа, Иудагийн эрчүүд ээ, Би болон Миний усан үзмийн талбайн хооронд, та нар гуйя, шүүн тунгаа. Миний усан үзмийн талбайн төлөө Миний хийгээгүй атлаа түүнд өөр юу хийж болох байсан бэ? Би түүнийг усан үзэм гаргана гэж хүлээсэн атал яагаад тэр нь зэрлэг усан үзэм гаргав? Одоо тэгвэл, Би усан үзмийн талбайдаа юу хийхээ та нарт хэлье: Би түүний хашааг авч хаяна, тэгээд тэр нь идэгдэнэ; Би түүний ханыг нураана, тэгээд тэр нь гишгэлэгдэнэ. Би түүнийг эзгүйрүүлнэ; түүнийг тайрах ч үгүй, сийрүүлэх ч үгүй; харин өргөс, хог ургана. Мөн Би үүлсэд түүн дээр бороо бүү оруул хэмээн тушаана. Учир нь … Тэрээр шударга ёсыг хүлээсэн боловч, үзэгтүн, дарлал байв; зөвт байдлыг хүлээсэн боловч, үзэгтүн, хашхираан байв.’” Исаиа 5:3–7.</w:t>
      </w:r>
    </w:p>
    <w:p>
      <w:pPr>
        <w:pStyle w:val="ArticleScripture"/>
        <w:jc w:val="left"/>
      </w:pPr>
      <w:r>
        <w:rPr>
          <w:rFonts w:ascii="Times New Roman" w:hAnsi="Times New Roman" w:eastAsia="Times New Roman" w:cs="Times New Roman"/>
        </w:rPr>
        <w:t>“Эзэн Өөрийн ард түмэнд үнэнч бус байдлын үр дүнг Мосегоор дамжуулан урьдчилан тавьсан билээ. Түүний гэрээг сахихаас татгалзсанаар тэд өөрсдийгөө Бурханы амийн хүрээнээс таслан салгах бөгөөд Түүний ерөөл тэдний дээр ирэх боломжгүй болох байв. Мосе ийнхүү хэлсэн: ‘Өнөөдөр миний чамд тушааж буй Түүний тушаалууд, зарлигууд, тогтоолуудыг сахихгүйгээр, өөрийн Бурхан ЭЗЭНийг мартах вий хэмээн болгоомжил. Эс бөгөөс чи идэж цадаад, сайхан байшингууд барьж, тэдгээртээ суурьшаад; сүрэг мал чинь олширч, мөнгө алт чинь арвижиж, өөрт чинь байгаа бүхэн чинь өсөн нэмэгдэх үед; зүрх чинь бардамнан өргөгдөж, өөрийн Бурхан ЭЗЭНийг мартах вий…. Чи зүрхэндээ, “Энэ хөрөнгийг надад олж авсан нь миний хүч, миний гарын чадал юм” хэмээн хэлэх вий…. Хэрэв чи өөрийн Бурхан ЭЗЭНийг үнэхээр мартан, өөр бурхдын араас явж, тэдэнд үйлчилж, тэдэнд мөргөвөөс, та нар гарцаагүй мөхнө гэдгийг өнөөдөр та нарын эсрэг би гэрчилж байна. ЭЗЭН та нарын өмнө устгаж буй үндэстнүүдийн адил та нар ч мөхнө. Учир нь та нар өөрсдийн Бурхан ЭЗЭНий дуу хоолойд дуулгавартай байгаагүй юм.’ Дэд хууль 8:11–14, 17, 19, 20.”</w:t>
      </w:r>
    </w:p>
    <w:p>
      <w:pPr>
        <w:pStyle w:val="ArticleScripture"/>
        <w:jc w:val="left"/>
      </w:pPr>
      <w:r>
        <w:rPr>
          <w:rFonts w:ascii="Times New Roman" w:hAnsi="Times New Roman" w:eastAsia="Times New Roman" w:cs="Times New Roman"/>
        </w:rPr>
        <w:t>“Энэхүү сануулгыг еврей ард түмэн үл тоомсорлов. Тэд Бурханыг мартан, Түүний төлөөлөгчид болох өөрсдийн өндөр хувь завшааныг хараанаасаа алдсан юм. Өөрсдийн хүлээн авсан ерөөлүүд дэлхийд ерөөл болсонгүй. Бүх давуу байдлаа тэд өөрсдийн алдаршлын төлөө ашигласан. Тэд Бурханаас Өөрт нь үзүүлэхийг Түүний шаардсан үйлчлэлийг булаан авч, мөн хүмүүсээс шашны удирдамж ба ариун үлгэр жишээг нь булаан авсан. Усан галавын өмнөх ертөнцийн оршин суугчдын адил тэд өөрсдийн бузар зүрхний бодол санаа бүрийг даган үйлдсэн. Ийнхүү тэд ариун зүйлсийг элэг доог мэт харагдуулж, ‘ЭЗЭНий сүм, ЭЗЭНий сүм, эдгээр нь мөн’ (Иеремиа 7:4) хэмээн хэлж байсан атлаа, яг тэр үедээ Бурханы зан чанарыг буруу илэрхийлж, Түүний нэрийг гутаан, Түүний ариун сүмийг бузарлаж байв.”</w:t>
      </w:r>
    </w:p>
    <w:p>
      <w:pPr>
        <w:pStyle w:val="ArticleScripture"/>
        <w:jc w:val="left"/>
      </w:pPr>
      <w:r>
        <w:rPr>
          <w:rFonts w:ascii="Times New Roman" w:hAnsi="Times New Roman" w:eastAsia="Times New Roman" w:cs="Times New Roman"/>
        </w:rPr>
        <w:t>“Эзэний усан үзмийн талбайг хариуцуулахаар тавигдсан тариаланчид өөрсдөд нь итгэмжлэгдсэн даалгаварт үнэнч бус байв. Тахилч нар болон багш нар ард олны үнэнч сургагчид байсангүй. Тэд Бурханы сайн сайхан ба өршөөлийг, мөн Түүнийг хайрлан үйлчлэх тухай Түүний шаардлагыг ард түмний өмнө байнга байлгасангүй. Эдгээр тариаланчид өөрсдийн алдар хүндийг эрэлхийлэв. Тэд усан үзмийн талбайн үр жимсийг өөрсдөдөө завшихыг хүсэв. Тэдний чармайлт нь хүмүүсийн анхаарал ба хүндэтгэлийг өөрсөддөө татахад чиглэж байв.”</w:t>
      </w:r>
    </w:p>
    <w:p>
      <w:pPr>
        <w:pStyle w:val="ArticleScripture"/>
        <w:jc w:val="left"/>
      </w:pPr>
      <w:r>
        <w:rPr>
          <w:rFonts w:ascii="Times New Roman" w:hAnsi="Times New Roman" w:eastAsia="Times New Roman" w:cs="Times New Roman"/>
        </w:rPr>
        <w:t>Израилийн эдгээр удирдагчдын гэм буруу нь жирийн нүгэлтний гэм буруутай адил байсангүй. Эдгээр хүмүүс Бурханы өмнө хамгийн хүндэтгэлтэй, нэн эрхэм үүргийн дор зогсож байв. Тэд “ЭЗЭН ийнхүү айлдаж байна” хэмээх үгийг зааж, хатуу дуулгавартай байдлыг өөрсдийн бодит амьдралд хэрэгжүүлэхээр өөрсдийгөө тангараглан зориулсан байлаа. Гэтэл тийн үйлдэхийн оронд тэд Судруудыг гуйвуулж байв. Тэд хүний дээр хүнд ачаа үүрүүлж, амьдралын алхам бүрд хүрэх ёслолын шаардлагуудыг тулган сахиулж байлаа. Ард олон тасралтгүй түгшүүр дунд амьдарч байсан бөгөөд учир нь тэд раббинуудын тогтоосон шаардлагуудыг биелүүлж чадахгүй байв. Хүмүүсийн зохиосон тушаалуудыг сахин биелүүлэх боломжгүйг тэд харах тусам, Бурханы тушаалуудын талаар хайхрамжгүй болж байлаа.</w:t>
      </w:r>
    </w:p>
    <w:p>
      <w:pPr>
        <w:pStyle w:val="ArticleScripture"/>
        <w:jc w:val="left"/>
      </w:pPr>
      <w:r>
        <w:rPr>
          <w:rFonts w:ascii="Times New Roman" w:hAnsi="Times New Roman" w:eastAsia="Times New Roman" w:cs="Times New Roman"/>
        </w:rPr>
        <w:t>“Эзэн Өөрийн ард түмэнд усан үзмийн талбайн эзэн нь Өөрөө бөгөөд тэдний бүх өмч хөрөнгө Түүнд зориулан хэрэглэхээр итгэмжлэн өгөгдсөн гэдгийг заан сургасан билээ. Харин тахилч нар ба багш нар өөрсдийн ариун албаны ажлыг Бурханы өмч хөрөнгийг харьцаж буй хүмүүс мэтээр гүйцэтгэсэнгүй. Тэд Түүний ажлыг урагшлуулахад зориулан өөрсдөд нь итгэмжлэн өгсөн хөрөнгө хэрэгсэл, боломж бололцоог Түүнээс системтэйгээр дээрэмдэж байв. Тэдний шунахайрал ба шунал тачаалын улмаас тэднийг харь үндэстнүүд хүртэл жигшин үзэх болсон юм. Ийнхүү харь үндэстний ертөнцөд Бурханы зан чанар болон Түүний хаанчлалын хуулийг буруугаар ойлгох шалтаг өгөгдсөн юм.</w:t>
      </w:r>
    </w:p>
    <w:p>
      <w:pPr>
        <w:pStyle w:val="ArticleScripture"/>
        <w:jc w:val="left"/>
      </w:pPr>
      <w:r>
        <w:rPr>
          <w:rFonts w:ascii="Times New Roman" w:hAnsi="Times New Roman" w:eastAsia="Times New Roman" w:cs="Times New Roman"/>
        </w:rPr>
        <w:t>“Эцгийн зүрх сэтгэлээр Бурхан Өөрийн ард түмнийг тэвчин авч явсан. Тэрээр өгсөн өршөөлөөрөө ч, татан авсан өршөөлөөрөө ч тэдэнд гуйн учирласан. Тэр тэдний нүглийг тэвчээртэйгээр өмнө нь дэлгэн тавьж, тэд үүнийг хүлээн зөвшөөрөхийг хүлцэнгүйгээр хүлээсэн. Усан үзмийн талбай эрхлэгчдээс Бурханы эрхийг шаардан сануулахын тулд эш үзүүлэгчид болон элч нарыг илгээсэн; гэвч тэднийг баяртайгаар угтан авахын оронд дайснууд мэт үзэн харьцжээ. Усан үзмийн талбай эрхлэгчид тэднийг хавчин мөрдөж, алсан. Бурхан дахин өөр элч нарыг илгээсэн боловч тэд ч мөн эхнийхтэй адилхан хандлагад өртсөн бөгөөд усан үзмийн талбай эрхлэгчид бүр ч илүү шийдэмгий үзэн ядалт үзүүлэв.</w:t>
      </w:r>
    </w:p>
    <w:p>
      <w:pPr>
        <w:pStyle w:val="ArticleScripture"/>
        <w:jc w:val="left"/>
      </w:pPr>
      <w:r>
        <w:rPr>
          <w:rFonts w:ascii="Times New Roman" w:hAnsi="Times New Roman" w:eastAsia="Times New Roman" w:cs="Times New Roman"/>
        </w:rPr>
        <w:t>“Эцсийн арга болгон Бурхан Өөрийн Хүүг илгээж, ‘Тэд Миний Хүүг хүндэтгэнэ’ гэж айлдав. Гэвч тэдний эсэргүүцэл нь тэднийг өш хонзонтой болгосон тул тэд хоорондоо, ‘Энэ бол өв залгамжлагч; нааш ирцгээ, Түүнийг алцгаая, тэгвэл бид Түүний өвийг булаан авна’ гэж хэлэв. Тэгээд бид усан үзмийн талбайг эдлэн эзэмшиж, үр жимстэй нь хүссэнээрээ харьцах болно.”</w:t>
      </w:r>
    </w:p>
    <w:p>
      <w:pPr>
        <w:pStyle w:val="ArticleScripture"/>
        <w:jc w:val="left"/>
      </w:pPr>
      <w:r>
        <w:rPr>
          <w:rFonts w:ascii="Times New Roman" w:hAnsi="Times New Roman" w:eastAsia="Times New Roman" w:cs="Times New Roman"/>
        </w:rPr>
        <w:t>“Еврейн захирагчид Бурханыг хайрлаагүй; тиймээс тэд өөрсдийгөө Түүнээс таслан салгаж, шударга эвлэрэлд хүрэх Түүний бүх санал, хандлагыг няцаасан юм. Бурханы Хайрт Нэгэн болох Христ усан үзмийн талбайн Эзний эрхийг батлан тогтоохоор ирсэн; харин тариаланчид Түүнд илтэд жигшилтэйгээр хандаж, «Бид энэ хүнийг өөрсдөдөө ноёрхуулахгүй» гэж хэлсэн. Тэд Христийн зан чанарын гоо сайханд атаархсан. Түүний заах арга барил нь тэднийхээс хавьгүй дээгүүр байсан бөгөөд тэд Түүний амжилтаас айн эмээж байв. Тэр тэдэнд сануулан эсэргүүцэж, тэдний хоёр нүүрт байдлыг илчилж, тэдний үйлдэх замын гарцаагүй үр дүнг харуулсан. Энэ нь тэднийг галзууралд хүргэв. Тэд няцааж чадахгүй зэмлэлүүдийн дор шаналж байв. Христийн байнга өмнө нь тавьж байсан зөвт байдлын өндөр хэмжүүрийг тэд үзэн ядсан. Түүний сургаал тэднийг өөрсдийнх нь аминч байдлыг нүцгэлэн илчлэх байдалд хүргэж байгааг тэд харсан тул Түүнийг алахаар шийдсэн. Тэд Түүний үнэнч байдал, сүсэг бишрэлийн үлгэр жишээ, мөн Түүний хийсэн бүхнээс илэрч байсан өндөр дээд сүнслэг чанарыг үзэн ядсан. Түүний бүхий л амьдрал тэдний аминч үзлийн зэмлэл байсан бөгөөд мөнхийн аминд хүргэх дуулгавартай байдал эсвэл мөнхийн үхэлд хүргэх дуулгаваргүй байдал гэсэн утгатай эцсийн сорил ирэхэд, тэд Израилийн Ариун Нэгэнийг няцаасан юм. Тэднээс Христ ба Барабба хоёрын хооронд сонгохыг хүсэхэд, тэд «Бараббаг бидэнд сулла!» гэж хашхирсан. Лук 23:18. Пилатыг «Тэгвэл Есүсийг би яах вэ?» гэж асуухад, тэд догшин ширүүнээр, «Түүнийг цовдол!» гэж хашхирсан. Матай 27:22. «Би та нарын Хааныг цовдлох уу?» гэж Пилат асуухад, тахилчид болон захирагчдаас «Бидэнд Кайсараас өөр хаан байхгүй» гэсэн хариу гарсан. Иохан 19:15. Пилат «Би энэ зөвт хүний цусанд гэмгүй» хэмээн хэлж гараа угаахад, тахилчид мэдлэггүй үймээн олонтой нэгдэн, «Түүний цус бидний дээр, мөн бидний хүүхдүүдийн дээр байг» хэмээн догдлон тунхагласан. Матай 27:24, 25.”</w:t>
      </w:r>
    </w:p>
    <w:p>
      <w:pPr>
        <w:pStyle w:val="ArticleScripture"/>
        <w:jc w:val="left"/>
      </w:pPr>
      <w:r>
        <w:rPr>
          <w:rFonts w:ascii="Times New Roman" w:hAnsi="Times New Roman" w:eastAsia="Times New Roman" w:cs="Times New Roman"/>
        </w:rPr>
        <w:t>“Ийнхүү иудейн удирдагчид өөрсдийн сонголтыг хийсэн юм. Тэдний шийдвэр нь сэнтийд Залрагчийн мутарт Иоханы харсан, хэн ч нээж үл чадах номд бичигдэн тэмдэглэгдсэн байв. Иудагийн овгийн Арслан энэ номын лацыг тайлах тэр өдөр, энэ шийдвэр бүхий л өс хонзонт зангаар нь тэдний өмнө илчлэгдэх болно.</w:t>
      </w:r>
    </w:p>
    <w:p>
      <w:pPr>
        <w:pStyle w:val="ArticleScripture"/>
        <w:jc w:val="left"/>
      </w:pPr>
      <w:r>
        <w:rPr>
          <w:rFonts w:ascii="Times New Roman" w:hAnsi="Times New Roman" w:eastAsia="Times New Roman" w:cs="Times New Roman"/>
        </w:rPr>
        <w:t>“Иудей ард түмэн өөрсдийгөө тэнгэрийн таалалд хамгийн их нийцсэн хүмүүс бөгөөд Бурханы сүмийн хувьд үргэлж өргөмжлөгдөх ёстой хэмээх үзлийг нандигнан хадгалж байв. Бид Абрахамын үр хүүхдүүд мөн хэмээн тэд тунхаглаж байсан бөгөөд, өөрсдийнх нь хөгжин мандах суурь тэдэнд тийм бат бөх мэт санагдсан тул тэднийг эрхээс нь салгахын тулд газар дэлхий ч, тэнгэр ч юу ч хийж чадахгүй хэмээн тэд сөрөн зогсож байлаа. Гэвч тэд итгэлгүй амьдралаараа тэнгэрийн ял шийтгэлд өртөхөд болон Бурханаас салгагдахад өөрсдийгөө бэлтгэж байв.”</w:t>
      </w:r>
    </w:p>
    <w:p>
      <w:pPr>
        <w:pStyle w:val="ArticleScripture"/>
        <w:jc w:val="left"/>
      </w:pPr>
      <w:r>
        <w:rPr>
          <w:rFonts w:ascii="Times New Roman" w:hAnsi="Times New Roman" w:eastAsia="Times New Roman" w:cs="Times New Roman"/>
        </w:rPr>
        <w:t>“Усан үзмийн талбайн тухай сургаалт зүйрлэлд Христ тахилч нарт өөрсдийнх нь бузар муу үйлийн оргил үйлдлийг дүрслэн харуулсныхаа дараа, Тэр тэднээс: ‘Тэгвэл усан үзмийн талбайн эзэн ирэхэд тэдгээр тариаланчдад юу хийх вэ?’ хэмээн асуув. Тахилч нар энэ өгүүлэмжийг гүн сонирхон дагаж байсан бөгөөд тухайн сэдэв өөрсөдтэй нь ямар хамааралтайг үл бодон, ард олонтой нийлэн: ‘Тэр тэдгээр муу хүмүүсийг хүндээр устгаж, усан үзмийн талбайгаа улирал бүрд нь үр жимсийг нь түүнд өгөх өөр тариаланчдад түрээслүүлнэ’ хэмээн хариулжээ.”</w:t>
      </w:r>
    </w:p>
    <w:p>
      <w:pPr>
        <w:pStyle w:val="ArticleScripture"/>
        <w:jc w:val="left"/>
      </w:pPr>
      <w:r>
        <w:rPr>
          <w:rFonts w:ascii="Times New Roman" w:hAnsi="Times New Roman" w:eastAsia="Times New Roman" w:cs="Times New Roman"/>
        </w:rPr>
        <w:t>“Тэд өөрсдөө ч үл мэдэн өөрсдийн мөхлийг тунхагласан байлаа. Есүс тэднийг харцгаахад, Түүний нэвт шувт ширтэх харц дор Тэр тэдний зүрхний нууцыг уншиж байгааг тэд мэдэв. Түүний бурханлаг мөн чанар эргэлзээгүй хүч чадлаар тэдний өмнө гялалзан илэрлээ. Тэд тариачдын дотор өөрсдийнхөө дүр төрхийг олж хараад, өөрийн эрхгүй, ‘Бурхан бүү зөвшөөрөг!’ хэмээн уулга алдсан юм.”</w:t>
      </w:r>
    </w:p>
    <w:p>
      <w:pPr>
        <w:pStyle w:val="ArticleScripture"/>
        <w:jc w:val="left"/>
      </w:pPr>
      <w:r>
        <w:rPr>
          <w:rFonts w:ascii="Times New Roman" w:hAnsi="Times New Roman" w:eastAsia="Times New Roman" w:cs="Times New Roman"/>
        </w:rPr>
        <w:t>“Ёслол төгөлдөр бөгөөд харамсангуйгаар Христ ийнхүү асуулаа: ‘Та нар Судруудаас хэзээ ч уншаагүй гэж үү: Барилгачдын голсон чулуу нь булангийн толгой чулуу болсон; энэ нь Эзэний үйл хэрэг бөгөөд бидний нүдэнд гайхамшигтай байна? Тиймээс Би та нарт хэлье, Бурханы хаанчлал та нараас булаагдан, түүний үр жимсийг гаргадаг нэгэн үндэстэнд өгөгдөнө. Мөн энэ чулуун дээр унах хэн боловч хэмхэрнэ; харин энэ чулуу хэний дээр унана, түүнийг нунтаг мэт үйрүүлнэ.’”</w:t>
      </w:r>
    </w:p>
    <w:p>
      <w:pPr>
        <w:pStyle w:val="ArticleScripture"/>
        <w:jc w:val="left"/>
      </w:pPr>
      <w:r>
        <w:rPr>
          <w:rFonts w:ascii="Times New Roman" w:hAnsi="Times New Roman" w:eastAsia="Times New Roman" w:cs="Times New Roman"/>
        </w:rPr>
        <w:t>“Христийг ард түмэн нь хүлээн авсансан бол Тэр Иудейн үндэстний сүйрлийг зайлуулан өнгөрүүлэх байсан юм. Гэвч атаархал, жөтөөрхөл тэднийг үл эвлэрэх хатуу болгосон. Тэд Назаретын Есүсийг Мессиа хэмээн хүлээн авахгүй гэж шийдсэн билээ. Тэд ертөнцийн Гэрлийг няцаасан бөгөөд түүнээс хойш тэдний амьдрал шөнийн дунд харанхуй мэт харанхуйгаар хүрээлэгдэх болов. Урьдчилан зөгнөгдсөн сүйрэл Иудейн үндэстэн дээр ирэв. Тэдний өөрсдийнх нь хазаарлагдаагүй догшин хүсэл тачаал нь тэдний мөхлийг бүтээв. Сохор хилэнгээрээ тэд бие биеэ устгасан. Тэдний тэрслүү, зөрүүд бардамнал Ромын байлдан дагуулагчдын уур хилэнг өөрсөд дээрээ авчирсан. Иерусалим сүйдэж, сүм нь нуранги болон хэвтэж, түүний буйр газрыг талбай мэт анжисаар хагалсан. Иудагийн хөвгүүд үхлийн хамгийн аймшигт хэлбэрүүдээр мөхөв. Сая сая хүн харь үндэстний нутагт боолын алба хаахаар худалдагдсан.”</w:t>
      </w:r>
    </w:p>
    <w:p>
      <w:pPr>
        <w:pStyle w:val="ArticleScripture"/>
        <w:jc w:val="left"/>
      </w:pPr>
      <w:r>
        <w:rPr>
          <w:rFonts w:ascii="Times New Roman" w:hAnsi="Times New Roman" w:eastAsia="Times New Roman" w:cs="Times New Roman"/>
        </w:rPr>
        <w:t>Еврейчүүд ард түмэн болохын хувьд Бурханы зорилгыг биелүүлэхэд алдсан тул усан үзмийн талбай тэднээс хураагдан авогдов. Тэдний буруугаар ашигласан эрх ямба, үл ойшоосон ажил үүрэг нь бусдад даатгагдав.</w:t>
      </w:r>
    </w:p>
    <w:p>
      <w:pPr>
        <w:pStyle w:val="ArticleScripture"/>
        <w:jc w:val="left"/>
      </w:pPr>
      <w:r>
        <w:rPr>
          <w:rFonts w:ascii="Times New Roman" w:hAnsi="Times New Roman" w:eastAsia="Times New Roman" w:cs="Times New Roman"/>
        </w:rPr>
        <w:t>“Усан үзмийн талбайн тухай сургаалт зүйрлэл нь зөвхөн еврей үндэстэнд хамаарахгүй. Энэ нь бидэнд зориулсан сургамжтай. Энэ үед оршиж буй сүмийг Бурхан агуу эрх ямба ба ерөөлүүдээр шагнасан бөгөөд Тэр түүнд тохирох үр шимийг хүлээж байна.” Christ’s Object Lessons, 284–296.</w:t>
      </w:r>
    </w:p>
    <w:p>
      <w:pPr>
        <w:pStyle w:val="ArticleBody"/>
        <w:jc w:val="left"/>
      </w:pPr>
      <w:r>
        <w:rPr>
          <w:rFonts w:ascii="Times New Roman" w:hAnsi="Times New Roman" w:eastAsia="Times New Roman" w:cs="Times New Roman"/>
        </w:rPr>
        <w:t>Иоелын ном дэлхийн төгсгөл дэх хожмын борооны түүхийг тодорхойлдог. Хожмын бороо нь Илчлэл арван дөрөв дэх гурав дахь тэнгэрэлчийн Бурханы эцсийн сэрэмжлүүлгийн мэдээ мөн. Хэдийгээр хожмын бороо нь гурав дахь тэнгэрэлчийн мэдээг төлөөлдөг боловч, мөн Зехариагийн алтан тос, эртний ба хожмын бороонууд, тахилын ширээнээс гарсан гал болон бусад дүрслэлүүдээр бэлгэдэгдсэнчлэн Тэнгэрлэг ба хүн төрөлхтний хоорондын харилцааны үйл явцыг ч төлөөлдөг. Хожмын бороо нь зөвхөн нэгэн мэдээ, мөн Бурхан ба хүний хоорондын харилцааны үйл явц төдий бус, харин Бурханы Үгэнд батлагдсан Библийг судлах цорын ганц ариусгагдсан “арга зүй” мөн. Тэрхүү арга зүй нь хорин наймдугаар бүлэгт байдаг Исаиагийн “мөр дээр мөр” юм.</w:t>
      </w:r>
    </w:p>
    <w:p>
      <w:pPr>
        <w:pStyle w:val="ArticleBody"/>
        <w:jc w:val="left"/>
      </w:pPr>
      <w:r>
        <w:rPr>
          <w:rFonts w:ascii="Times New Roman" w:hAnsi="Times New Roman" w:eastAsia="Times New Roman" w:cs="Times New Roman"/>
        </w:rPr>
        <w:t>Эртний Израилийн ч, мөн орчин үеийн Израилийн ч эхэнд Бурхан, “усан үзмийн аж ахуйч,” Израилийг “цөлөөс” авчирсан. Египетэд дөрвөн зуун гучин жилийн боолчлолын олзлол байсан ч, эсвэл 538-аас 1798 он хүртэлх Харанхуй үеийн олзлол байсан ч, Израиль “цөлөөс” гаргагдсан; учир нь “цөл” нь боолчлол ба олзлолын бэлгэдэл юм. Эртний бодит Израиль ч бай, эсвэл орчин үеийн сүнслэг Израиль ч бай, Бурхан тэднийг цөлийн олзлолоос аварч, “Өөрийн сонгосон өмч, Эзэний усан үзмийн талбай” болгон “байгуулсан”; тэд “Бурханы айлдваруудыг” төлөөлөх эрх ямба “итгэмжлэгдсэн” тахилчид ба ноёд байхаар дуудагдсан юм. Эртний Израилийн хувьд “айлдварууд” нь Хууль байсан бол, орчин үеийн Израилийн хувьд Хууль болон эш үзүүллэгүүд хоёул байв.</w:t>
      </w:r>
    </w:p>
    <w:p>
      <w:pPr>
        <w:pStyle w:val="ArticleScripture"/>
        <w:jc w:val="left"/>
      </w:pPr>
      <w:r>
        <w:rPr>
          <w:rFonts w:ascii="Times New Roman" w:hAnsi="Times New Roman" w:eastAsia="Times New Roman" w:cs="Times New Roman"/>
        </w:rPr>
        <w:t>“Бурхан эртний Израилийг дуудсанчлан, энэ цаг үед Өөрийн сүмийг газар дэлхийд гэрэл болон зогсохоор дуудсан. Тэрээр үнэний хүчирхэг илдээр, эхний, хоёр дахь, гурав дахь тэнгэрэлчийн мэдээнүүдээр тэднийг сүмүүдээс болон ертөнцөөс тусгаарлан, Өөртөө ариун ойр дөт байдалд авчирсан. Тэрээр тэднийг Өөрийн хуулийн хадгалуулагчид болгож, энэ цаг үеийн эш үзүүллэгийн агуу үнэнүүдийг тэдэнд даатгасан. Эртний Израильд даатгагдсан ариун эшлэлүүдийн адил, эдгээр нь дэлхийд дамжуулагдах ёстой ариун итгэл хүлээлт мөн. Илчлэл 14-ийн гурван тэнгэрэлч нь Бурханы мэдээнүүдийн гэрлийг хүлээн авч, газар дэлхийн өнцөг булан бүрээр сэрэмжлүүлгийг тунхаглахаар Түүний элч төлөөлөгчид болон урагшилдаг хүмүүсийг төлөөлдөг.” Testimonies, volume 5, 455.</w:t>
      </w:r>
    </w:p>
    <w:p>
      <w:pPr>
        <w:pStyle w:val="ArticleBody"/>
        <w:jc w:val="left"/>
      </w:pPr>
      <w:r>
        <w:rPr>
          <w:rFonts w:ascii="Times New Roman" w:hAnsi="Times New Roman" w:eastAsia="Times New Roman" w:cs="Times New Roman"/>
        </w:rPr>
        <w:t>Орчин үеийн Израиль нь Ариун Сүнсний хүч дор хувийн туршлагадаа Христийн зан чанарыг илэрхийлж байх зуур, хожмын борооны хүчээр гурав дахь тэнгэрэлчийн чанга хашхирааг тунхаглахаар томилогдсон байв. Гурав дахь тэнгэрэлчийн чанга хашхираа нь хожмын бороо асгарах үед биелдэг бөгөөд тэр цагт Вавилоны дарсанд согтсон нэгэн бүлэг хүмүүс хуурамч амар тайван ба аюулгүй байдлын хожмын борооны мэдээг дэлгэрүүлж байдаг. Эд бол Ефраимын Исаиагийн согтуучууд мөн амнаас нь шинэ дарс таслагдсан Иоилийн дарс уугчид юм. Жинхэнэ хожмын борооны мэдээг хүлээн авагчдыг, тэнгэрлэг хоолыг сонгон Вавилоны хоолноос татгалзсан Даниел, Мишаел, Хананиа, Азариа нар төлөөлдөг. Эд бол Мосе ба Хурганы дууг, мөн усан үзмийн талбайн дууг дуулдаг нэг зуун дөчин дөрвөн мянган хүн мөн. Учир нь усан үзмийн талбайн тухай сургаалт зүйрлэл нь эртний Израилийн гэрээний харилцааны эхэнд Мосегийн түүхэнд биелсэн бөгөөд эртний Израилийн гэрээний харилцааны төгсгөлд Хурганы түүхэнд дахин биелсэн юм.</w:t>
      </w:r>
    </w:p>
    <w:p>
      <w:pPr>
        <w:pStyle w:val="ArticleBody"/>
        <w:jc w:val="left"/>
      </w:pPr>
      <w:r>
        <w:rPr>
          <w:rFonts w:ascii="Times New Roman" w:hAnsi="Times New Roman" w:eastAsia="Times New Roman" w:cs="Times New Roman"/>
        </w:rPr>
        <w:t>Усан үзмийн талбайн дуу нь шинэ гэрээний ард түмэн Эзэнд сүйтгэгдэн нэгдэх үед хуучин гэрээний ард түмэн өнгөрөгдөн орхигдож байгаагаар төгсөнө. Эзэн дөчин жилийн цөлийн хэрэн хэсүүчлэлд үхэгсдийг өнгөрөн, тэднийг үхэлд хүргэх хүмүүсээс салж байх яг тэр үед Иошуатай гэрээ байгуулсан. Эзэн эртний Израилиас салж байх яг тэр үедээ Христийн сүмийг Өөртөө эхнэр болгон авч байсан. Альфа буюу эхлэл үеийн түүхийг Мосе төлөөлдөг бөгөөд омегаг Хурга төлөөлдөг. Тэдний хоёулын төлөөлдөг түүх нь усан үзмийн талбайн тухай сургаалт зүйрлэлийн түүх мөн; иймээс Исаиагийн усан үзмийн талбайн дуу нь Илчлэгч Иоханы Мосе ба Хурганы дуу мөн.</w:t>
      </w:r>
    </w:p>
    <w:p>
      <w:pPr>
        <w:pStyle w:val="ArticleBody"/>
        <w:jc w:val="left"/>
      </w:pPr>
      <w:r>
        <w:rPr>
          <w:rFonts w:ascii="Times New Roman" w:hAnsi="Times New Roman" w:eastAsia="Times New Roman" w:cs="Times New Roman"/>
        </w:rPr>
        <w:t>Бид эдгээр бодлуудыг дараагийн өгүүлэлд үргэлжлүүлэн авч үзэх болно.</w:t>
      </w:r>
    </w:p>
    <w:p>
      <w:pPr>
        <w:pStyle w:val="ArticleScripture"/>
        <w:jc w:val="left"/>
      </w:pPr>
      <w:r>
        <w:rPr>
          <w:rFonts w:ascii="Times New Roman" w:hAnsi="Times New Roman" w:eastAsia="Times New Roman" w:cs="Times New Roman"/>
        </w:rPr>
        <w:t>“Эдгээр нь Уайт эгчийн үгс бус, харин Эзэний үгс бөгөөд Түүний элч тэдгээрийг надад, та нарт дамжуулахын тулд, өгсөн юм. Бурхан та нарыг Өөртэй нь эсрэг зорилгоор цаашид ажиллахгүй байхыг уриалж байна. Христэд итгэгч хэмээн өөрсдийгөө нэрлэдэг атлаа Сатаны шинж чанаруудыг илэрхийлж, үнэн урагшлан дэвшихэд сүнс, үг, үйлсээрээ саад учруулан эсэргүүцэж, улмаар Сатаны тэднийг удирдан дагуулж буй зам мөрөөр гарцаагүй явж байгаа хүмүүсийн талаар ихээхэн заавар өгөгдсөн. Тэд зүрхнийхээ хатуу коравтаа өөрсдөд нь огт хамаарахгүй, мөн тэдний хэрэгжүүлэх ёсгүй эрх мэдлийг булаан авсан. Агуу Багш ийн айлдаж байна: ‘Би эргүүлнэ, эргүүлнэ, эргүүлнэ.’ Батл-Крикт хүмүүс, ‘ЭЗЭНИЙ сүм, ЭЗЭНИЙ сүм нь бид мөн’ гэж хэлдэг, гэвч тэд энгийн гал хэрэглэж байна. Тэдний зүрх сэтгэл Бурханы нигүүлслээр зөөлөрч, номхроогдоогүй байна.” Manuscript Releases, 13-р боть, 222.</w:t>
      </w:r>
    </w:p>
    <w:p>
      <w:pPr>
        <w:pStyle w:val="ArticleScripture"/>
        <w:jc w:val="left"/>
      </w:pPr>
      <w:r>
        <w:rPr>
          <w:rFonts w:ascii="Times New Roman" w:hAnsi="Times New Roman" w:eastAsia="Times New Roman" w:cs="Times New Roman"/>
        </w:rPr>
        <w:t>“Бурханы тэвчээр зорилготой байдаг, харин та нар түүнийг нь үгүй хийж байна. Тэр та нарын хожим нь болиулахыг хүсэх тийм нэг байдлыг бий болохыг зөвшөөрч байна, гэвч тэр үед аль хэдийнэ хэт оройтсон байх болно. Бурхан эш үзүүлэгч Елиад харгис бөгөөд мэхлэгч Хазаелыг Сирийн хаанаар тослохыг тушаасан нь, тэрээр шүтээн шүтэгч Израилийн дээр гэсгээлтийн ташуур болохын тулд байв. Бурхан та нарыг дурлан хайрладаг мэхлэлүүдэд чинь орхин өгч магадгүйг хэн мэдэх билээ? Манай талархалгүй чуулгануудад энхийн сайн мэдээг өргөх сүүлчийн хүмүүс нь үнэнч, бат, үнэн номлогчид байхыг хэн мэдэх билээ? Сүйтгэгчид аль хэдийнэ Сатаны гар дор бэлтгэгдэж, туг баригчдаас дахиад хэдхэн нь явмагц тэдний байрыг эзлэн, Эзэн энхийн тухай айлдаагүй байхад хуурамч эш үзүүлэгчийн дуугаар, ‘Амар амгалан, амар амгалан’ хэмээн хашхирахыг л хүлээж байгаа ч байж мэднэ. Би тун ховорхон уйлдаг, харин одоо нулимснаас болж нүд минь бүрэлзэж байна; бичиж суух зуур минь нулимс цаасан дээр минь дусалж байна. Удахгүй манай дунд бүх эш үзүүллэг эцэс болж, ард олныг хөдөлгөж ирсэн дуу хоолой цаашид тэдний махан биеийн нойрмог нойрыг сэрээхээ болих ч байж мэднэ.”</w:t>
      </w:r>
    </w:p>
    <w:p>
      <w:pPr>
        <w:pStyle w:val="ArticleScripture"/>
        <w:jc w:val="left"/>
      </w:pPr>
      <w:r>
        <w:rPr>
          <w:rFonts w:ascii="Times New Roman" w:hAnsi="Times New Roman" w:eastAsia="Times New Roman" w:cs="Times New Roman"/>
        </w:rPr>
        <w:t>“Бурхан газар дээр Өөрийн хачин үйлсийг үйлдэх үед, ариун гарууд авдрыг цаашид үүрэхгүй болох үед, ард түмэн дээр гай ирэх болно. Өө, чи, бүр чи өөрөө энэ өөрийн өдрөө энх амгаланд чинь хамаарах зүйлсийг мэдсэн ч болоосой! Өө, манай ард түмэн Ниневе хотынхны адил бүх хүчээрээ гэмшиж, бүх зүрхээрээ итгэх болтугай, тэгвэл Бурхан Өөрийн ширүүн уур хилэнг тэднээс буцаах болно.” Testimonies, volume 5, 77.</w:t>
      </w:r>
    </w:p>
    <w:p>
      <w:pPr>
        <w:pStyle w:val="ArticleScripture"/>
        <w:jc w:val="left"/>
      </w:pPr>
      <w:r>
        <w:rPr>
          <w:rFonts w:ascii="Times New Roman" w:hAnsi="Times New Roman" w:eastAsia="Times New Roman" w:cs="Times New Roman"/>
        </w:rPr>
        <w:t>“Хэрэв та зүрхний зөрүүдлээ өөгшүүлж, бардамнал ба өөрийн зөвт байдалдаа автан буруугаа хүлээн зөвшөөрөхгүй бол, та Сатаны сорилтуудад захирагдан үлдэх болно. Эзэн таны алдаануудыг илчилсэн үед та гэмшихгүй, эсвэл хүлээн наманчлахгүй бол, Түүний удирдамж таныг өнөөх л замаар дахин дахин явуулах болно. Та ижил шинжтэй алдаа гаргахаар орхигдох бөгөөд, мэргэн ухаанаар үргэлж дутаж, нүглийг зөвт байдал, зөвт байдлыг нүгэл хэмээн нэрлэх болно. Эдгээр эцсийн өдрүүдэд ноёрхох олон мэхлэлүүд таныг бүчин хүрээлэх бөгөөд, та удирдагчаа сольчихоод, түүнийгээ хийснээ ч мэдэхгүй байх болно.” Review and Herald, 1890 оны 12 дугаар сарын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Гуравдугаар дугаар</dc:title>
  <dc:subject>Улаан дарсны усан үзмийн талбай</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