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Дөрөвдүгээр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Дөрөвдүгээр тоо</w:t>
      </w:r>
    </w:p>
    <w:p>
      <w:pPr>
        <w:pStyle w:val="ArticleBody"/>
        <w:jc w:val="left"/>
      </w:pPr>
      <w:r>
        <w:rPr>
          <w:rFonts w:ascii="Times New Roman" w:hAnsi="Times New Roman" w:eastAsia="Times New Roman" w:cs="Times New Roman"/>
        </w:rPr>
        <w:t>Исаиа хорин наймдугаар бүлэгт “Иерусалим”-ыг захирдаг “доог тохуулагч хүмүүс”-ийг “Ефраимын архичид” хэмээн, мөн “бардамналын титэм” хэмээн дүрсэлсэн байдаг. “Титэм” нь удирдлагыг, “бардамнал” нь сатанлаг зан чанарыг илэрхийлдэг.</w:t>
      </w:r>
    </w:p>
    <w:p>
      <w:pPr>
        <w:pStyle w:val="ArticleBody"/>
        <w:jc w:val="left"/>
      </w:pPr>
      <w:r>
        <w:rPr>
          <w:rFonts w:ascii="Times New Roman" w:hAnsi="Times New Roman" w:eastAsia="Times New Roman" w:cs="Times New Roman"/>
        </w:rPr>
        <w:t>Согтуурагчдыг Бурханы алдрын “титэм” болох үлдэгдэл (“үлдэц”)-тэй эсрэгцүүлэн тавьсан байдаг. Учир нь хожмын борооны үед Эзэн, Өөрийн “нигүүлслийн хаанчлалыг” загалмай дээр байгуулснаар бэлгэдэгдсэнчлэн, Өөрийн “алдрын хаанчлалыг” байгуулдаг. Загалмай дээрх нигүүлслийн хаанчлал нь Ням гаргийн хуулийн үеийн алдрын хаанчлалыг төлөөлдөг. Хожмын бороо 9/11-нд, нэг зуун дөчин дөрвөн мянгын лацлалт болон амьд хүмүүсийн шүүлт эхэлсэн үед эхэлсэн.</w:t>
      </w:r>
    </w:p>
    <w:p>
      <w:pPr>
        <w:pStyle w:val="ArticleScripture"/>
        <w:jc w:val="left"/>
      </w:pPr>
      <w:r>
        <w:rPr>
          <w:rFonts w:ascii="Times New Roman" w:hAnsi="Times New Roman" w:eastAsia="Times New Roman" w:cs="Times New Roman"/>
        </w:rPr>
        <w:t>“Бүх зүйл өөрсдийн өмнө тулгарч буй айсуй хямралыг ширтэн харж, бодол санаагаа түүн рүү хүчтэйгээр сунган төвлөрүүлж байгааг би харсан. Израилийн нүглүүд шүүлтэд урьдаар очих ёстой. Нүгэл бүр ариун сүмд гэмшин хүлээн зөвшөөрөгдөх ёстой, тэгвэл ажил урагшлах болно. Үүнийг одоо хийх ёстой. Зовлонгийн цаг дахь үлдэгсэд: Миний Бурхан, Миний Бурхан, Та юунд намайг орхив? хэмээн хашхирах болно.”</w:t>
      </w:r>
    </w:p>
    <w:p>
      <w:pPr>
        <w:pStyle w:val="ArticleScripture"/>
        <w:jc w:val="left"/>
      </w:pPr>
      <w:r>
        <w:rPr>
          <w:rFonts w:ascii="Times New Roman" w:hAnsi="Times New Roman" w:eastAsia="Times New Roman" w:cs="Times New Roman"/>
        </w:rPr>
        <w:t>“Сүүлчийн бороо нь цэвэр ариун хүмүүст дээр ирж байна—тэгэхэд бүгд урьдын адил түүнийг хүлээн авах болно.</w:t>
      </w:r>
    </w:p>
    <w:p>
      <w:pPr>
        <w:pStyle w:val="ArticleScripture"/>
        <w:jc w:val="left"/>
      </w:pPr>
      <w:r>
        <w:rPr>
          <w:rFonts w:ascii="Times New Roman" w:hAnsi="Times New Roman" w:eastAsia="Times New Roman" w:cs="Times New Roman"/>
        </w:rPr>
        <w:t>“Тэр дөрвөн тэнгэрэлч тавьж явуулах үед Христ Өөрийн хаанчлалыг байгуулна. Хожмын бороог өөрсдийн чадах бүхнийг хийж буй хүмүүсээс өөр хэн ч хүлээн авахгүй. Христ бидэнд туслах болно. Бүгд Бурханы нигүүлслээр, Есүсийн цусаар дамжин ялагч болж чадна. Бүх тэнгэр энэ ажилд анхааран сонирхож байна. Тэнгэрэлч нар ч сонирхож байна.” Spalding and Magan, 3.</w:t>
      </w:r>
    </w:p>
    <w:p>
      <w:pPr>
        <w:pStyle w:val="ArticleBody"/>
        <w:jc w:val="left"/>
      </w:pPr>
      <w:r>
        <w:rPr>
          <w:rFonts w:ascii="Times New Roman" w:hAnsi="Times New Roman" w:eastAsia="Times New Roman" w:cs="Times New Roman"/>
        </w:rPr>
        <w:t>Илчлэлийн дөрвөн салхийг Исаиа мөн зүүн салхины өдөрт тогтоогдсон ширүүн салхи хэмээн дүрсэлсэн байдаг; энэ нь Илчлэл дэх тэмцлийн дөрвөн салхийг дөрвөн тэнгэрэлч хянан барьж буйтай адил юм. Эгч Уайт дөрвөн салхийг “тасран гарахыг эрмэлзсэн ууртай морь” хэмээн тодорхойлж, “үхэл ба сүйрэл”-ийг авчирдаг гэжээ. Дөрвөн салхи аажмаар тавигддаг бөгөөд 9/11-ээс эхэлж, Ням гаргийн хуулийн үед үлэмж хүчтэйгээр нэмэгдэн, улмаар хүний сорилтын хугацаа хаагдах үед бүрэн суллагддаг.</w:t>
      </w:r>
    </w:p>
    <w:p>
      <w:pPr>
        <w:pStyle w:val="ArticleHeading"/>
        <w:jc w:val="left"/>
      </w:pPr>
      <w:r>
        <w:rPr>
          <w:rFonts w:ascii="Arial" w:hAnsi="Arial" w:eastAsia="Arial" w:cs="Arial"/>
        </w:rPr>
        <w:t>Суллагдсан ба Хязгаарлагдсан</w:t>
      </w:r>
    </w:p>
    <w:p>
      <w:pPr>
        <w:pStyle w:val="ArticleBody"/>
        <w:jc w:val="left"/>
      </w:pPr>
      <w:r>
        <w:rPr>
          <w:rFonts w:ascii="Times New Roman" w:hAnsi="Times New Roman" w:eastAsia="Times New Roman" w:cs="Times New Roman"/>
        </w:rPr>
        <w:t>Бурханы нууцын төгсгөл ойртсоныг тунхаглагч долоо дахь бүрээ, өөрөөр хэлбэл гурав дахь гай, 9/11-ийн үед Ислам чөлөөлөгдөж, улмаар 9/11-ийн дараа George W. Bush-ээр эш үзүүллэгийн утгаар хязгаарлагдсан тэр үед эш үзүүллэгийн байдлаар дуугарсан юм. Исламын эх болох Хагар, Ишмаелийн эх нь хязгаарлалт ба чөлөөлөлтийн бэлгэдэл мөн. Түүнийг Сарагийн зөвшөөрлөөр Абрахамтай үр удмаа үлдээхийн тулд Сара чөлөөлсөн; дараа нь атаархлын улмаас Сара түүнийг хязгаарласнаар Хагар зугтан одсон боловч, тэнгэрэлч Хагарыг зугтахаас нь хориглон барьж, буцаж очихыг түүнд тушаав. Исаак төрсний дараа Хагар ба Сарагийн зөрчил тэмцэл үргэлжилсээр, эцэст нь Абрахам шивэгчин эмэгтэйг хөөн гаргаснаар түүн дээр дахин нэгэн хязгаарлалт тавигдсан юм.</w:t>
      </w:r>
    </w:p>
    <w:p>
      <w:pPr>
        <w:pStyle w:val="ArticleBody"/>
        <w:jc w:val="left"/>
      </w:pPr>
      <w:r>
        <w:rPr>
          <w:rFonts w:ascii="Times New Roman" w:hAnsi="Times New Roman" w:eastAsia="Times New Roman" w:cs="Times New Roman"/>
        </w:rPr>
        <w:t>Илчлэл номын есдүгээр бүлгийн арван тавдугаар зүйл дэх гурван зуун ерэн нэгэн жил, арван таван өдрийн эш үзүүллэгийн эхэнд Исламын дөрвөн тэнгэрэлч суллагдсан бөгөөд дараа нь 1840 оны 8 дугаар сарын 11-нд тэд хязгаарлагдсан юм.</w:t>
      </w:r>
    </w:p>
    <w:p>
      <w:pPr>
        <w:pStyle w:val="ArticleScripture"/>
        <w:jc w:val="left"/>
      </w:pPr>
      <w:r>
        <w:rPr>
          <w:rFonts w:ascii="Times New Roman" w:hAnsi="Times New Roman" w:eastAsia="Times New Roman" w:cs="Times New Roman"/>
        </w:rPr>
        <w:t>Зургаа дахь тэнгэрэлч бүрээ үлээхэд, би Бурханы өмнө буй алтан тахилын ширээний дөрвөн эвэрнээс гарах нэгэн дууг сонсов. Тэр дуу бүрээтэй зургаа дахь тэнгэрэлчид: Агуу Евфрат мөрөнд хүлэгдсэн дөрвөн тэнгэрэлчийг суллагтун хэмээн айлдав. Тэгээд хүн төрөлхтний гуравны нэгийг алахаар нэгэн цаг, нэгэн өдөр, нэгэн сар, нэгэн жилд зориулан бэлтгэгдсэн байсан тэр дөрвөн тэнгэрэлч суллагдав. Илчлэлт 9:13–15.</w:t>
      </w:r>
    </w:p>
    <w:p>
      <w:pPr>
        <w:pStyle w:val="ArticleBody"/>
        <w:jc w:val="left"/>
      </w:pPr>
      <w:r>
        <w:rPr>
          <w:rFonts w:ascii="Times New Roman" w:hAnsi="Times New Roman" w:eastAsia="Times New Roman" w:cs="Times New Roman"/>
        </w:rPr>
        <w:t>Гурав дахь гаслангийн Ислам 9/11-нд довтлохоор суллагдсаны дараа, Жорж У. Буш терроризмын эсрэг дэлхий даяарх дайнаа эхлүүлж, Исламд хязгаарлалт тавив. Исламын бэлгэдэл болох Ишмаелын тухай анхны дурдалт нь Ишмаелын үр удам хүн бүрийн эсрэг байх бөгөөд хүн бүр ч тэдний эсрэг байх болно гэдгийг тодорхойлдог.</w:t>
      </w:r>
    </w:p>
    <w:p>
      <w:pPr>
        <w:pStyle w:val="ArticleScripture"/>
        <w:jc w:val="left"/>
      </w:pPr>
      <w:r>
        <w:rPr>
          <w:rFonts w:ascii="Times New Roman" w:hAnsi="Times New Roman" w:eastAsia="Times New Roman" w:cs="Times New Roman"/>
        </w:rPr>
        <w:t>ЭЗЭНИЙ тэнгэрэлч түүнд ийн хэлэв: Харагтун, чи жирэмсэн болж, хүү төрүүлнэ; түүний нэрийг Ишмаел хэмээн дууд, учир нь ЭЗЭН чиний зовлонг сонссон билээ. Тэрээр зэрлэг хүн байх болно; түүний гар хүн бүрийн эсрэг, хүн бүрийн гар түүний эсрэг байх бөгөөд тэрээр бүх ах дүүсийнхээ өмнө оршин суух болно. Эхлэл 16:11, 12.</w:t>
      </w:r>
    </w:p>
    <w:p>
      <w:pPr>
        <w:pStyle w:val="ArticleBody"/>
        <w:jc w:val="left"/>
      </w:pPr>
      <w:r>
        <w:rPr>
          <w:rFonts w:ascii="Times New Roman" w:hAnsi="Times New Roman" w:eastAsia="Times New Roman" w:cs="Times New Roman"/>
        </w:rPr>
        <w:t>Ислам бол төгсгөлийн үед “хүн бүрийн гар” түүний эсрэг байх бөгөөд, мөн Ислам хүн бүрийн эсрэг байх хүч мөн; энэ нь өнөөдөр төгсөөр биелж буйтай яг адил юм. Зөгнөлийн бэлгэдэл болохын хувьд Исламын онцгой ажил нь дэлхийн дайныг бий болгох явдал юм. Энэ сэдэв нь Елиа, Баптисч Иоханы түүхээр батлагдаж, Илчлэлт номд “үндэстнүүдийн хилэгнэл” хэмээн дүрслэгдсэн байдаг.</w:t>
      </w:r>
    </w:p>
    <w:p>
      <w:pPr>
        <w:pStyle w:val="ArticleScripture"/>
        <w:jc w:val="left"/>
      </w:pPr>
      <w:r>
        <w:rPr>
          <w:rFonts w:ascii="Times New Roman" w:hAnsi="Times New Roman" w:eastAsia="Times New Roman" w:cs="Times New Roman"/>
        </w:rPr>
        <w:t>“Энд дурдсан ‘тэр зовлонгийн цагийн эхлэл’ нь гай гамшгууд асгарч эхлэх цагийг заахгүй, харин тэдгээр нь асгарахын яг өмнөх богино хугацааг, Христ ариун газарт байх үеийг зааж байна. Тэр үед, авралын ажил хаагдаж байх зуур, газар дэлхий дээр зовлон нүүрлэж, үндэстнүүд уурлан хилэгнэх боловч гурав дахь тэнгэрэлчийн ажлыг саатуулахгүй байхаар хязгаарлагдан баригдсан байх болно. Тэр үед гурав дахь тэнгэрэлчийн чанга дуу хоолойд хүч өгөхийн тулд, мөн долоон сүүлчийн гай гамшиг асгарах үед ариун хүмүүсийг бат зогсохоор бэлтгэхийн тулд ‘хожмын бороо,’ буюу Эзэний оршихуйгаас ирэх сэргээлт ирэх болно.” Early Writings, 85.</w:t>
      </w:r>
    </w:p>
    <w:p>
      <w:pPr>
        <w:pStyle w:val="ArticleBody"/>
        <w:jc w:val="left"/>
      </w:pPr>
      <w:r>
        <w:rPr>
          <w:rFonts w:ascii="Times New Roman" w:hAnsi="Times New Roman" w:eastAsia="Times New Roman" w:cs="Times New Roman"/>
        </w:rPr>
        <w:t>“сүүлчийн бороо” орж буй “өдрүүдэд” Христ Даниелын номд дүрслэгдсэнчлэн Өөрийн алдрын хаанчлалыг байгуулдаг.</w:t>
      </w:r>
    </w:p>
    <w:p>
      <w:pPr>
        <w:pStyle w:val="ArticleScripture"/>
        <w:jc w:val="left"/>
      </w:pPr>
      <w:r>
        <w:rPr>
          <w:rFonts w:ascii="Times New Roman" w:hAnsi="Times New Roman" w:eastAsia="Times New Roman" w:cs="Times New Roman"/>
        </w:rPr>
        <w:t>Эдгээр хаадын өдрүүдэд тэнгэрийн Бурхан хэзээ ч мөхөхгүй нэгэн хаанчлалыг босгоно. Тэрхүү хаанчлал нь өөр ард түмэнд шилжихгүй, харин энэ бүх хаанчлалыг бут цохин үгүй хийж, өөрөө мөнхөд оршин тогтноно. Даниел 2:44.</w:t>
      </w:r>
    </w:p>
    <w:p>
      <w:pPr>
        <w:pStyle w:val="ArticleBody"/>
        <w:jc w:val="left"/>
      </w:pPr>
      <w:r>
        <w:rPr>
          <w:rFonts w:ascii="Times New Roman" w:hAnsi="Times New Roman" w:eastAsia="Times New Roman" w:cs="Times New Roman"/>
        </w:rPr>
        <w:t>Христ Өөрийн алдрын хаанчлалыг тогтоох тэрхүү “өдрүүдэд”, Христийнх болох бөгөөд Түүний алдрын “титэм” болсон хүмүүс нь бардамналын “титэм” өмсөгч согтуу хүмүүстэй эсрэгцүүлэн тавигдана. “Хүснэгтүүд” дээр бичиж, тодорхой болгох ёстой байсан Хабаккукийн “үзэгдэл” нь Адвентизмийн суурь үнэнүүдийн түүхэн гэрчлэлийг дүрслэн харуулдаг. Хабаккукийн гэрчлэл дотор Иоелын “бардамнал” эсвэл “алдар”-ын хоёр ангийг—итгэлээр зөвтгөгдсөн анги эсвэл бардамналд өргөгдсөн анги—хэмээн төлөөлүүлэн үзүүлсэн байдаг. Хоёрдугаар бүлгийн дөрөвдүгээр эшлэл эдгээр хоёр ангид хандсан бөгөөд тэдгээр нь Фарисай ба Татвар хураагчийн сонгодог жишээтэй дүйцнэ. Татвар хураагч зөвтгөгдөн гэртээ харьсан, харин Фарисайн “сүнс” нь “зөв шулуун бус” аж, учир нь тэр “өргөгдсөн” байв.</w:t>
      </w:r>
    </w:p>
    <w:p>
      <w:pPr>
        <w:pStyle w:val="ArticleScripture"/>
        <w:jc w:val="left"/>
      </w:pPr>
      <w:r>
        <w:rPr>
          <w:rFonts w:ascii="Times New Roman" w:hAnsi="Times New Roman" w:eastAsia="Times New Roman" w:cs="Times New Roman"/>
        </w:rPr>
        <w:t>Харагтун, бардамнан өргөгдсөн түүний сэтгэл дотор нь зөв шударга бус; харин зөвт хүн итгэлээрээ амьдрах болно. Хабаккук 2:4.</w:t>
      </w:r>
    </w:p>
    <w:p>
      <w:pPr>
        <w:pStyle w:val="ArticleBody"/>
        <w:jc w:val="left"/>
      </w:pPr>
      <w:r>
        <w:rPr>
          <w:rFonts w:ascii="Times New Roman" w:hAnsi="Times New Roman" w:eastAsia="Times New Roman" w:cs="Times New Roman"/>
        </w:rPr>
        <w:t>Дараагийн эшлэлд Хабаккук зүрх нь бардамналаар өргөгдсөн тэр бүлгийг согтуу хүмүүс хэмээн тодорхойлсноор Исаиа ба Хабаккукийн согтуу хүмүүсийг “бардамнал”-тай холбон үзүүлдэг.</w:t>
      </w:r>
    </w:p>
    <w:p>
      <w:pPr>
        <w:pStyle w:val="ArticleScripture"/>
        <w:jc w:val="left"/>
      </w:pPr>
      <w:r>
        <w:rPr>
          <w:rFonts w:ascii="Times New Roman" w:hAnsi="Times New Roman" w:eastAsia="Times New Roman" w:cs="Times New Roman"/>
        </w:rPr>
        <w:t>Тийм ээ, тэрээр дарсаар хилэгнэн гэмтдэг учир бардам хүн бөгөөд гэртээ тогтон сууддаггүй; хүслээ там шиг тэлж, үхэл мэт байдаг бөгөөд ханадаггүй, харин бүх үндэстнийг өөртөө хурааж, бүх ард түмнийг өөр дээрээ овоолдог. Хабаккук 2:5.</w:t>
      </w:r>
    </w:p>
    <w:p>
      <w:pPr>
        <w:pStyle w:val="ArticleBody"/>
        <w:jc w:val="left"/>
      </w:pPr>
      <w:r>
        <w:rPr>
          <w:rFonts w:ascii="Times New Roman" w:hAnsi="Times New Roman" w:eastAsia="Times New Roman" w:cs="Times New Roman"/>
        </w:rPr>
        <w:t>Хабаккук дахь эдгээр эшлэлүүд зөвхөн Миллеритүүдийн түүхэнд биелсэн төдийгүй, тэдгээрийн биелэл нь Эллен Уайт болон Адвентизмийн эхэн үеийн анхдагчдын аль алиных нь нийтлэг авч үздэг сэдэв байсныг санах нь зүйтэй. Миллеритүүдийн түүхийн дөрөвдүгээр эшлэлд дүрслэгдсэн итгэлээр зөвтгөгдсөн хүмүүс нь анхны урам хугаралтын хямралыг тэсвэрлэн давсан хүмүүс байсан бөгөөд тэрхүү хямрал нь саатлын хугацаа болон Вавилоны уналтыг тунхагласан хоёр дахь тэнгэрэлчийн мэдээ ирснийг хоёуланг нь тэмдэглэсэн юм. Миллеритүүд тэрхүү сорилтын түүхэн дотор, түүхийн хувьд Протестантууд байсан хуучин гэрээний ард түмэн Вавилоны охид болсон гэдгийг ойлгосон. Тэдгээр Протестантууд нь Сардисын чуулганаар төлөөлөгдсөн Протестантууд байсан бөгөөд тэд гэрээт ард түмнийг төлөөлж байв. Учир нь тэдэнд зан чанар болон гэрээний харилцааны аль алины бэлгэдэл болсон “нэр” байсан боловч тэд үхсэн байлаа.</w:t>
      </w:r>
    </w:p>
    <w:p>
      <w:pPr>
        <w:pStyle w:val="ArticleScripture"/>
        <w:jc w:val="left"/>
      </w:pPr>
      <w:r>
        <w:rPr>
          <w:rFonts w:ascii="Times New Roman" w:hAnsi="Times New Roman" w:eastAsia="Times New Roman" w:cs="Times New Roman"/>
        </w:rPr>
        <w:t>Сардис дахь чуулганы тэнгэрэлчид ийнхүү бич: Бурханы долоон Сүнс болон долоон оддыг эзэмшигч ийнхүү айлдаж байна; Би чиний үйлсийг мэднэ, чи амьд хэмээх нэртэй боловч үхсэн байна. Илчлэлт 3:1.</w:t>
      </w:r>
    </w:p>
    <w:p>
      <w:pPr>
        <w:pStyle w:val="ArticleBody"/>
        <w:jc w:val="left"/>
      </w:pPr>
      <w:r>
        <w:rPr>
          <w:rFonts w:ascii="Times New Roman" w:hAnsi="Times New Roman" w:eastAsia="Times New Roman" w:cs="Times New Roman"/>
        </w:rPr>
        <w:t>1844 оны 4 дүгээр сарын 19-нд эхэлж, улмаар 10 дугаар сарын 22-нд дууссан шалгалтын үйл явцын дунд—тэрхүү шалгалтыг давж чадаагүй хүмүүс бардамналд өргөгдсөн бөгөөд, хэрэв бид тавдугаар эшлэлийн дараах эшлэлүүдийг унших аваас, хүний бардамналын шинж чанар нь папын ихэрхэл ба өөрийгөө өргөмжлөхийн жишээгээр тэнд тодорхой үзүүлэгдсэн байдаг. Энэ нь хорьдугаар эшлэлээр төгсөж, тэнд “ЭЗЭН Өөрийн ариун сүмд байна; бүх газар дэлхий Түүний өмнө дуугүй байг” хэмээн тунхаглагддаг.</w:t>
      </w:r>
    </w:p>
    <w:p>
      <w:pPr>
        <w:pStyle w:val="ArticleScripture"/>
        <w:jc w:val="left"/>
      </w:pPr>
      <w:r>
        <w:rPr>
          <w:rFonts w:ascii="Times New Roman" w:hAnsi="Times New Roman" w:eastAsia="Times New Roman" w:cs="Times New Roman"/>
        </w:rPr>
        <w:t>Харин ЭЗЭН Өөрийн ариун сүмд байна; Түүний өмнө бүх дэлхий нам гүм байг. Хабаккук 2:20.</w:t>
      </w:r>
    </w:p>
    <w:p>
      <w:pPr>
        <w:pStyle w:val="ArticleBody"/>
        <w:jc w:val="left"/>
      </w:pPr>
      <w:r>
        <w:rPr>
          <w:rFonts w:ascii="Times New Roman" w:hAnsi="Times New Roman" w:eastAsia="Times New Roman" w:cs="Times New Roman"/>
        </w:rPr>
        <w:t>Хабаккук номын хоёрдугаар бүлгийн хоёрдугаар ишлэл нь 1844 оны 4 дүгээр сарын 19-ний анхны урам хугарлыг зааж өгдөг бөгөөд энэ бүлэг хорьдугаар ишлэлээр төгсөж, Эзэн Өөрийн сүмд гэнэт ирсэн 1844 оны 10 дугаар сарын 22-ны өдрийг тодорхой тэмдэглэдэг.</w:t>
      </w:r>
    </w:p>
    <w:p>
      <w:pPr>
        <w:pStyle w:val="ArticleHeading"/>
        <w:jc w:val="left"/>
      </w:pPr>
      <w:r>
        <w:rPr>
          <w:rFonts w:ascii="Arial" w:hAnsi="Arial" w:eastAsia="Arial" w:cs="Arial"/>
        </w:rPr>
        <w:t>1844 оны 10 дугаар сарын 22-ны дөрвөн ирэлт (мөр дээр мөр)</w:t>
      </w:r>
    </w:p>
    <w:p>
      <w:pPr>
        <w:pStyle w:val="ArticleScripture"/>
        <w:jc w:val="left"/>
      </w:pPr>
      <w:r>
        <w:rPr>
          <w:rFonts w:ascii="Times New Roman" w:hAnsi="Times New Roman" w:eastAsia="Times New Roman" w:cs="Times New Roman"/>
        </w:rPr>
        <w:t>“Даниел 8:14-т үзүүлэгдсэнчлэн ариун газрыг цэвэршүүлэхийн тулд Христ бидний Тэргүүн Тахилчийн хувиар хамгийн ариун газарт ирэх нь; Даниел 7:13-т дүрслэгдсэнчлэн Хүний Хүү Эртний Нэгэн уруу ирэх нь; мөн Малахигаар зөгнөгдсөнөөр Эзэн Өөрийн сүмдээ ирэх нь — эдгээр нь нэг л үйл явдлын дүрслэлүүд юм; мөн үүнийг Христ Матай 25 дахь арван онгон бүсгүйн тухай сургаалт зүйрлэлд дүрсэлсэн хүргэн гэрлэлтэд ирэх явдлаар ч мөн төлөөлүүлэн үзүүлсэн байдаг.” Агуу Тэмцэл, 426.</w:t>
      </w:r>
    </w:p>
    <w:p>
      <w:pPr>
        <w:pStyle w:val="ArticleBody"/>
        <w:jc w:val="left"/>
      </w:pPr>
      <w:r>
        <w:rPr>
          <w:rFonts w:ascii="Times New Roman" w:hAnsi="Times New Roman" w:eastAsia="Times New Roman" w:cs="Times New Roman"/>
        </w:rPr>
        <w:t>Гурав, дөрөвдүгээр ишлэлүүд нь хоёрдугаар ишлэлээс хорьдугаар ишлэл хүртэлх сорилтын үйл явцад, өөрөөр хэлбэл 1844 оны 4 дүгээр сарын 19-нөөс 1844 оны 10 дугаар сарын 22 хүртэлх сорилтын үйл явцад бий болдог хоёр ангийг тодорхойлж байна. Дөрөвдүгээр ишлэлээс арван есдүгээр ишлэл хүртэл нь, 9/11-д Илчлэл номын 18 дугаар бүлгийн тэнгэрэлч буун ирсний дараах түүхийг авч үздэг арван дөрөвдүгээр ишлэлийг эс тооцвол, папын эрх мэдэлд хандан өгүүлж байна.</w:t>
      </w:r>
    </w:p>
    <w:p>
      <w:pPr>
        <w:pStyle w:val="ArticleScripture"/>
        <w:jc w:val="left"/>
      </w:pPr>
      <w:r>
        <w:rPr>
          <w:rFonts w:ascii="Times New Roman" w:hAnsi="Times New Roman" w:eastAsia="Times New Roman" w:cs="Times New Roman"/>
        </w:rPr>
        <w:t>Учир нь тэнгис усаар бүрхэгддэгийн адил дэлхий Эзэний алдрын мэдлэгээр дүүрэх болно. Хабаккук 2:14.</w:t>
      </w:r>
    </w:p>
    <w:p>
      <w:pPr>
        <w:pStyle w:val="ArticleBody"/>
        <w:jc w:val="left"/>
      </w:pPr>
      <w:r>
        <w:rPr>
          <w:rFonts w:ascii="Times New Roman" w:hAnsi="Times New Roman" w:eastAsia="Times New Roman" w:cs="Times New Roman"/>
        </w:rPr>
        <w:t>Миллеритүүдийн түүхэн дэх хоёр дахь тэнгэрэлчийн сорилтын үйл явцад мөргөгчдийн хоёр ангилал бий болж, улмаар 1844 оны 10-р сарын 22-ны хямралын үед илэрхий болов. Тэр хэсэг дэх хорон муу хүмүүсийн зан чанар нь папын эрхт ёсны зан чанар мөн бөгөөд, тэрхүү сорилтын үед итгэлтэй Миллеритүүд хоёр дахь тэнгэрэлчийн мэдээтэй нийцүүлэн, Миллеритүүдийн мэдээг няцааснаараа Протестант сүм Ромын охид болсон хэмээн тунхаглахад хүрэв. 4-р сарын 19-нд эхэлж 10-р сарын 22-нд төгссөн тэр маргааны дунд зан чанар нь нэг бол Белшазартай адил Вавилоны дарсаар бардамнан согтогчийнх, эсвэл Белшазарын өмнө байсан Даниел шиг итгэлээрээ зөвтгөгдсөн нэгнийх болдог. Гурав дахь тэнгэрэлчийн мэдээтэй холбоотой мөнхийн бодит байдлуудад дэлхийг сэрээдэг жүжиг тэрхүү маргааны дунд өрнөдөг. Согтуу нэгэн ба зөвтгөгдсөн нэгний эсрэгцэл нь дэлхий эдгээр асуудлуудаар хэрхэн гэрэлтүүлэгдэх тухай маргааны хүрээнд тавигдсан байдаг. “Учир нь тэнгисийг бүрхэх ус мэт дэлхий ЭЗЭНий алдрын мэдлэгээр дүүрэх болно.” Тэрхүү гэрэлтүүлэлт 9/11-ээс эхэлсэн.</w:t>
      </w:r>
    </w:p>
    <w:p>
      <w:pPr>
        <w:pStyle w:val="ArticleBody"/>
        <w:jc w:val="left"/>
      </w:pPr>
      <w:r>
        <w:rPr>
          <w:rFonts w:ascii="Times New Roman" w:hAnsi="Times New Roman" w:eastAsia="Times New Roman" w:cs="Times New Roman"/>
        </w:rPr>
        <w:t>Хабаккукын хоёрдугаар бүлэгт дүрслэгдсэн түүхийн төгсгөлд Эзэн 1844 оны 10 дугаар сарын 22-нд Өөрийн сүмд гэнэт ирсэн. Тэрээр Даниелын наймдугаар бүлгийн арван дөрөвдүгээр эшлэлд Палмони хэмээн Өөрийн тогтоосон эш үзүүллэгийг биелүүлэн ийнхүү үйлдсэн юм.</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Библийн тооллын долоо дахь сарын арав дахь өдөр нь 1844 онд арав дахь сарын хорин хоёрны өдөрт тохиосон бөгөөд Хабаккук 2:20 биелсэн юм. Тэнгэрийн ариун сүм дэх Христийн ажлын эрин үеүдийн өөрчлөлтийг тодорхойлдог “бүлэг ба эшлэл”-д бэлгэдлийн “220” тоо харагдаж болно. Нэг зуун дөчин дөрвөн мянгын эш үзүүллэгийн шинж чанарын нэг нь тэд Хургыг Түүний хааш явна, тийш дагагчид байдаг явдал юм. Христийг дагана гэдэг нь Түүнийг Өөрийн Үгэнд нь дагана гэсэн үг юм.</w:t>
      </w:r>
    </w:p>
    <w:p>
      <w:pPr>
        <w:pStyle w:val="ArticleBody"/>
        <w:jc w:val="left"/>
      </w:pPr>
      <w:r>
        <w:rPr>
          <w:rFonts w:ascii="Times New Roman" w:hAnsi="Times New Roman" w:eastAsia="Times New Roman" w:cs="Times New Roman"/>
        </w:rPr>
        <w:t>Түүний Үгэнд “220” гэсэн тоо нь бэлгэдлийн утгаараа бурханлаг чанар ба хүний чанарын нэгдлийг илэрхийлдэг бөгөөд яг тэр өдөр Христийн эхлүүлсэн ажил нь Өөрийн бурханлаг чанарыг хүний чанартай нэгтгэх ажил байсан юм. 1844 оны арав дахь сарын хорин хоёрны өдөр, өөрөөр хэлбэл бэлгэдлийн утгаараа хорин хоёрыг арав дахин үржүүлсэнтэй тэнцэх “220” (22 X 10 = 220), эсвэл та хэлбэл, бэлгэдлийн утгаараа яг “220”-той дүйх тэр өдөр, Христ мөрдөн байцаах шүүлтийг эхлүүлэхээр Ариун газраас Хамгийн Ариун газар уруу шилжин орсноор Хабаккук “2:20” биелсэн юм.</w:t>
      </w:r>
    </w:p>
    <w:p>
      <w:pPr>
        <w:pStyle w:val="ArticleBody"/>
        <w:jc w:val="left"/>
      </w:pPr>
      <w:r>
        <w:rPr>
          <w:rFonts w:ascii="Times New Roman" w:hAnsi="Times New Roman" w:eastAsia="Times New Roman" w:cs="Times New Roman"/>
        </w:rPr>
        <w:t>Палмони буюу Гайхамшигт Тоологч нь Адвентизмийн төв багана болсон тэрхүү «асуулт ба хариулт»-ын дотор оршдог бөгөөд Адвентистуудын ихэнх нь энэ үнэнийг бүрэн мэддэггүй.</w:t>
      </w:r>
    </w:p>
    <w:p>
      <w:pPr>
        <w:pStyle w:val="ArticleScripture"/>
        <w:jc w:val="left"/>
      </w:pPr>
      <w:r>
        <w:rPr>
          <w:rFonts w:ascii="Times New Roman" w:hAnsi="Times New Roman" w:eastAsia="Times New Roman" w:cs="Times New Roman"/>
        </w:rPr>
        <w:t>“Бусад бүхнээс илүүтэйгээр Адвентийн итгэлийн суурь бөгөөд төв багана нь болж байсан Судрын ишлэл бол: ‘Хоёр мянга гурван зуун өдөр хүртэл; тэгээд ариун газар цэвэрлэгдэх болно’ [Даниел 8:14.] гэсэн тунхаглал байв.” Агуу Тэмцэл, 409.</w:t>
      </w:r>
    </w:p>
    <w:p>
      <w:pPr>
        <w:pStyle w:val="ArticleBody"/>
        <w:jc w:val="left"/>
      </w:pPr>
      <w:r>
        <w:rPr>
          <w:rFonts w:ascii="Times New Roman" w:hAnsi="Times New Roman" w:eastAsia="Times New Roman" w:cs="Times New Roman"/>
        </w:rPr>
        <w:t>Даниелын наймдугаар бүлгийн арван гурав, арван дөрөвдүгээр эшлэлүүд нь арван гуравдугаар эшлэл дэх нэгэн асуултыг, түүний дараа арван дөрөвдүгээр эшлэл дэх хариултыг илэрхийлдэг. Еврей хэлний “Palmoni” гэдэг үгийг арван гуравдугаар эшлэлд “тэр нэгэн тодорхой ариун нэгэн” хэмээн орчуулсан байдаг бөгөөд Христийн тэрхүү онцгой нэр нь “Гайхамшигт Тоологч” буюу “Нууцуудыг Тоологч” гэсэн утгатай.</w:t>
      </w:r>
    </w:p>
    <w:p>
      <w:pPr>
        <w:pStyle w:val="ArticleBody"/>
        <w:jc w:val="left"/>
      </w:pPr>
      <w:r>
        <w:rPr>
          <w:rFonts w:ascii="Times New Roman" w:hAnsi="Times New Roman" w:eastAsia="Times New Roman" w:cs="Times New Roman"/>
        </w:rPr>
        <w:t>Эллен Уайт арван дөрөвдүгээр эшлэлийг Адвентизмын төв багана бөгөөд суурь мөн гэж тодорхойлохдоо, Христ Гайхамшигт Тоологчийн хувьд зайлшгүй үндсэн ишлэл-цэг байх ёстойг шаарддаг эдгээр хоёр эшлэлийн асуулт ба хариултад тэнгэрлэг онцлон тэмдэглэл тавьж байна. Уайт эгч аливаа хэсгийн гол үнэн нь Христийг төв болгон харах явдлын ач холбогдлыг дахин дахин онцолж байсан бөгөөд арван гурав, арван дөрөвдүгээр эшлэлүүдэд Христийн шууд илрэл байдаг—“тэр нэгэн ариун хүн,”—энэ нь Палмони юм.</w:t>
      </w:r>
    </w:p>
    <w:p>
      <w:pPr>
        <w:pStyle w:val="ArticleBody"/>
        <w:jc w:val="left"/>
      </w:pPr>
      <w:r>
        <w:rPr>
          <w:rFonts w:ascii="Times New Roman" w:hAnsi="Times New Roman" w:eastAsia="Times New Roman" w:cs="Times New Roman"/>
        </w:rPr>
        <w:t>1863 онд Адвентизм Левит хорин зургаадугаар бүлгийн “долоон цаг”-ийг няцаахдаа Палмонийг нүдээ анин өнгөрөөсөн юм. Учир нь асуулт ба хариултын эш үзүүллэгийн бүтэц нь Мосегийн “долоон цаг” болон Даниелын “хоёр мянга гурван зуун өдөр”-ийн хоорондын харилцаан дээр үндэслэдэг. Мосегийн “долоон цаг”, өөрөөр хэлбэл хоёр мянга таван зуун хорин жил, мөн Даниелын “хоёр мянга гурван зуун үдэш ба өглөө”, өөрөөр хэлбэл хоёр мянга гурван зуун жил хэмээх эш үзүүллэгийн харилцаа нь тоогоор илэрхийлэгддэг цаг хугацаагаар тогтоогддог бөгөөд Гайхамшигт Тоологч нь Адвентизмын төв багана болох асуулт ба хариултын яг төвд оршдог. Иосефын бичээсүүдийг уншсан хүмүүс Бурханы бүтээсэн хоёр онцгой зүйлийг тодорхойлсон түүний логик үндэслэлүүдийг санаж байж болох юм. Нэг нь еврей хэл, нөгөө нь хэмжигдэхүйц цаг хугацаа бөгөөд энэ нь эргээд математик ухааныг шаарддаг.</w:t>
      </w:r>
    </w:p>
    <w:p>
      <w:pPr>
        <w:pStyle w:val="ArticleBody"/>
        <w:jc w:val="left"/>
      </w:pPr>
      <w:r>
        <w:rPr>
          <w:rFonts w:ascii="Times New Roman" w:hAnsi="Times New Roman" w:eastAsia="Times New Roman" w:cs="Times New Roman"/>
        </w:rPr>
        <w:t>Арван гуравдугаар эшлэлд “Хэр удаан?” гэж асуудаг. Тэр эшлэл “хэзээ” гэж бус, “хэр удаан” гэж асууж байна. Асуулт нь үргэлжлэх хугацааны тухай юу (хэр удаан?), эсвэл цаг хугацааны тодорхой нэг цэгийн тухай юу (хэзээ?) гэдгийг зөв ойлгох нь зөв тайлбарлахад нэн чухал юм. Арван дөрөвдүгээр эшлэл дэх асуултын хариулт нь эсвэл цаг хугацааны нэгэн цэгийг зааж байна, эсвэл тодорхой хугацааны үеийг, магадгүй хоёуланг нь ч зааж байж болно. Гэвч хариулт нь юу байхаас үл хамааран, тэр нь арван гуравдугаар эшлэлийн асуултын агуулга, хүрээнд байрлуулах ёстой. Үгийг зөв хуваан тайлбарлахын тулд, өөрөөр хэлбэл арван дөрөвдүгээр эшлэлийн хариултыг зөв ойлгохын тулд, асуултын нөхцөл байдлыг зөв ойлгох шаардлагатай. Энэ нь “хэзээ” юу, эсвэл “тэгээд” юу?</w:t>
      </w:r>
    </w:p>
    <w:p>
      <w:pPr>
        <w:pStyle w:val="ArticleBody"/>
        <w:jc w:val="left"/>
      </w:pPr>
      <w:r>
        <w:rPr>
          <w:rFonts w:ascii="Times New Roman" w:hAnsi="Times New Roman" w:eastAsia="Times New Roman" w:cs="Times New Roman"/>
        </w:rPr>
        <w:t>Ефраимын согтуучууд арван дөрөвдүгээр эшлэл нь цаг хугацааны нэгэн цэгийг зааж байна хэмээн бүдэг бадаг заадаг бөгөөд тэрхүү цэгийг тэд 1844 оны 10 дугаар сарын 22 гэж тодорхойлдог. Ийнхүү хийхдээ тэд бидний саяхан «Агуу тэмцэл»-ээс иш татсан хэсгийг тун магадгүй дурьдаж болох авч, Бурханы Үг хэзээ ч өөрчлөгддөггүй бөгөөд хэзээ ч бүтэлгүйтдэггүй. “Хэр удаан” гэсэн асуулт нь цаг хугацааны нэгэн цэгийг бус, харин үргэлжлэх хугацааг зааж байгаа юм. 1844 оны 10 дугаар сарын 22-нд мөрдөн байцаах шүүлтийн үе эхэлсэн бөгөөд тэрхүү ажилтай холбоотой үнэнүүд нь мөнхийн сайн мэдээг төлөөлдөг ба энэ бүхэн нь зүгээр л эхэлсэн огнооноос хавьгүй илүү чухал юм.</w:t>
      </w:r>
    </w:p>
    <w:p>
      <w:pPr>
        <w:pStyle w:val="ArticleBody"/>
        <w:jc w:val="left"/>
      </w:pPr>
      <w:r>
        <w:rPr>
          <w:rFonts w:ascii="Times New Roman" w:hAnsi="Times New Roman" w:eastAsia="Times New Roman" w:cs="Times New Roman"/>
        </w:rPr>
        <w:t>Еврей хэлний дүрэм тодорхой бөгөөд яг тэрхүү адил утга нь King James Version-д орчуулагдсан байдаг. Дүрэм нь асуултыг үргэлжлэх хугацааны хүрээнд тодорхой байршуулж байгаагаас гадна, “хэр удаан” гэсэн асуулт нь Библийн эш үзүүлгийн бэлгэдэл мөн юм. “Хэр удаан” гэсэн асуулт бэлгэдлийн хувьд 9/11-ээс Ням гаргийн хуулийг хүртэлх түүхийг илэрхийлдгийг хэд хэдэн гэрчээр нотлон харуулж болно. Бид эхлээд Палмони болон Иоел руу дахин эргэн очихоосоо өмнө “хэр удаан” гэсэн бэлгэдлийг авч үзнэ.</w:t>
      </w:r>
    </w:p>
    <w:p>
      <w:pPr>
        <w:pStyle w:val="ArticleHeading"/>
        <w:jc w:val="left"/>
      </w:pPr>
      <w:r>
        <w:rPr>
          <w:rFonts w:ascii="Arial" w:hAnsi="Arial" w:eastAsia="Arial" w:cs="Arial"/>
        </w:rPr>
        <w:t>Хэдий хүртэл вэ? Исаиа 6 бүлэг</w:t>
      </w:r>
    </w:p>
    <w:p>
      <w:pPr>
        <w:pStyle w:val="ArticleBody"/>
        <w:jc w:val="left"/>
      </w:pPr>
      <w:r>
        <w:rPr>
          <w:rFonts w:ascii="Times New Roman" w:hAnsi="Times New Roman" w:eastAsia="Times New Roman" w:cs="Times New Roman"/>
        </w:rPr>
        <w:t>Исаиа 6:3-т тэнгэрэлчүүд газар дэлхий Бурханы алдраар дүүрэн гэдгийг тунхагладаг.</w:t>
      </w:r>
    </w:p>
    <w:p>
      <w:pPr>
        <w:pStyle w:val="ArticleScripture"/>
        <w:jc w:val="left"/>
      </w:pPr>
      <w:r>
        <w:rPr>
          <w:rFonts w:ascii="Times New Roman" w:hAnsi="Times New Roman" w:eastAsia="Times New Roman" w:cs="Times New Roman"/>
        </w:rPr>
        <w:t>Тэд нэг нэгэндээ хашхиран: «Ариун, ариун, ариун бол түмэн цэргийн ЭЗЭН; бүх дэлхий Түүний алдраар дүүрэн байна» гэв. Исаиа 6:3.</w:t>
      </w:r>
    </w:p>
    <w:p>
      <w:pPr>
        <w:pStyle w:val="ArticleBody"/>
        <w:jc w:val="left"/>
      </w:pPr>
      <w:r>
        <w:rPr>
          <w:rFonts w:ascii="Times New Roman" w:hAnsi="Times New Roman" w:eastAsia="Times New Roman" w:cs="Times New Roman"/>
        </w:rPr>
        <w:t>Уайт эгч Илчлэлт арван наймдугаар бүлгийн тэнгэрэлчийн бууж ирэлтийг гуравдугаар эшлэлийн тэнгэрэлч нартай холбон тайлбарладаг.</w:t>
      </w:r>
    </w:p>
    <w:p>
      <w:pPr>
        <w:pStyle w:val="ArticleScripture"/>
        <w:jc w:val="left"/>
      </w:pPr>
      <w:r>
        <w:rPr>
          <w:rFonts w:ascii="Times New Roman" w:hAnsi="Times New Roman" w:eastAsia="Times New Roman" w:cs="Times New Roman"/>
        </w:rPr>
        <w:t>“Тэд [тэнгэрэлчүүд] Түүний алдраар бүх дэлхий дүүрэх тэр ирээдүйг харахдаа, ялалтын магтаалын дуу нь нэгнээс нөгөөд уянгат аялгуугаар цуурайтан, ‘Ариун, ариун, ариун, Түмэн цэргийн Эзэн мөн’ хэмээн эгшиглэдэг.” Review and Herald, December 22, 1896.</w:t>
      </w:r>
    </w:p>
    <w:p>
      <w:pPr>
        <w:pStyle w:val="ArticleBody"/>
        <w:jc w:val="left"/>
      </w:pPr>
      <w:r>
        <w:rPr>
          <w:rFonts w:ascii="Times New Roman" w:hAnsi="Times New Roman" w:eastAsia="Times New Roman" w:cs="Times New Roman"/>
        </w:rPr>
        <w:t>Исаиа 9/11 дээр зогсож, харахыг ч, сонсохыг ч хүсдэггүй Лаодикийн ард түмэнд 9/11-ийн мэдээг хэр удаан тунхаглах ёстойгоо “хэзээ хүртэл” хэмээн асуудаг. Түүнд, хотууд сүйрч нурах хүртэл тэсвэрлэн үргэлжлүүлэх ёстой гэж айлддаг; харин хотуудын сүйрэл нь үндэсний урвалт үндэсний мөхлөөр дагалдах Ням гаргийн хуулиас эхэлдэг.</w:t>
      </w:r>
    </w:p>
    <w:p>
      <w:pPr>
        <w:pStyle w:val="ArticleScripture"/>
        <w:jc w:val="left"/>
      </w:pPr>
      <w:r>
        <w:rPr>
          <w:rFonts w:ascii="Times New Roman" w:hAnsi="Times New Roman" w:eastAsia="Times New Roman" w:cs="Times New Roman"/>
        </w:rPr>
        <w:t>Тэгээд би: Эзэн минь, хэдий хүртэл вэ? гэж асуув. Тэр хариулав: Хотууд оршин суугчгүйгээр сүйрч, байшингууд хүнгүй болж, газар орон бүрмөсөн эзгүйрэн хоосрох хүртэл; мөн ЭЗЭН хүмүүсийг хол зайлуулж, газрын дунд агуу их орхигдол болох хүртэл. Харин түүнд арваны нэгэн үлдэж, тэр нь дахин эргэн ирэх боловч мөн л идэгдэнэ. Навчаа гөвөхөд ч доторх мөн чанараа хадгалан үлддэг теребинт мод ба царс мэт, тийнхүү ариун үр нь түүний мөн чанар нь болно. Исаиа 6:11–13.</w:t>
      </w:r>
    </w:p>
    <w:p>
      <w:pPr>
        <w:pStyle w:val="ArticleBody"/>
        <w:jc w:val="left"/>
      </w:pPr>
      <w:r>
        <w:rPr>
          <w:rFonts w:ascii="Times New Roman" w:hAnsi="Times New Roman" w:eastAsia="Times New Roman" w:cs="Times New Roman"/>
        </w:rPr>
        <w:t>9/11 үед, газар дэлхий Бурханы алдраар гэрэлтсэн үед, Исаиа сүүлчийн борооны мэдээг тунхаглахаар тослогдон, зүрх нь бүдүүрсэн хүмүүст 9/11-ийн мэдээг хэр удаан хүргэх ёстойгоо асууж, “хэр удаан” хэмээн лавладаг. Хариулт нь Ням гаргийн хууль хүртэл, тэр үед “газар орны дунд агуу орхигдолт” байх болно гэсэн үг юм. Энэхүү “агуу орхигдолт”-ыг Исаиа хорин хоёрдугаар бүлэгт Шебнагаар төлөөлүүлэн дүрсэлсэн Лаодикийн Адвентизм гүйцэлдүүлдэг.</w:t>
      </w:r>
    </w:p>
    <w:p>
      <w:pPr>
        <w:pStyle w:val="ArticleScripture"/>
        <w:jc w:val="left"/>
      </w:pPr>
      <w:r>
        <w:rPr>
          <w:rFonts w:ascii="Times New Roman" w:hAnsi="Times New Roman" w:eastAsia="Times New Roman" w:cs="Times New Roman"/>
        </w:rPr>
        <w:t>Үзэгтүн, ЭЗЭН чамайг хүчирхэг цөллөгөөр авч одно, мөн үнэхээр чамайг бүрхэнэ. Тэрээр чамайг гарцаагүй хүчтэй эргүүлж, уудам нутагт бөмбөг мэт шиднэ. Тэнд чи үхэх болно, мөн тэнд чиний алдрын тэрэгнүүд нь эзний чинь гэрийн гутамшиг болох болно. Би чамайг албан тушаалаас чинь зайлуулж, байр сууринаас чинь тэр чамайг буулгана. Исаиа 22:17–19.</w:t>
      </w:r>
    </w:p>
    <w:p>
      <w:pPr>
        <w:pStyle w:val="ArticleBody"/>
        <w:jc w:val="left"/>
      </w:pPr>
      <w:r>
        <w:rPr>
          <w:rFonts w:ascii="Times New Roman" w:hAnsi="Times New Roman" w:eastAsia="Times New Roman" w:cs="Times New Roman"/>
        </w:rPr>
        <w:t>Лаодикийн Адвентизм Ням гаргийн хуулийн үед үнэнийг орхиж, Даниел номын арван нэгдүгээр бүлгийн дөчин нэгдүгээр зүйлд дүрслэгдсэнээр тэнд “сөхөрч унадаг.”</w:t>
      </w:r>
    </w:p>
    <w:p>
      <w:pPr>
        <w:pStyle w:val="ArticleScripture"/>
        <w:jc w:val="left"/>
      </w:pPr>
      <w:r>
        <w:rPr>
          <w:rFonts w:ascii="Times New Roman" w:hAnsi="Times New Roman" w:eastAsia="Times New Roman" w:cs="Times New Roman"/>
        </w:rPr>
        <w:t>Тэр мөн алдар суу бүхий нутагт орж ирэх бөгөөд олон улс орон сүйрэн мөхөх болно. Харин эдгээр нь, өөрөөр хэлбэл Едом, Моаб, мөн Аммоны хөвгүүдийн тэргүүн хэсэг нь түүний гараас мултран аврагдана. Даниел 11:41.</w:t>
      </w:r>
    </w:p>
    <w:p>
      <w:pPr>
        <w:pStyle w:val="ArticleBody"/>
        <w:jc w:val="left"/>
      </w:pPr>
      <w:r>
        <w:rPr>
          <w:rFonts w:ascii="Times New Roman" w:hAnsi="Times New Roman" w:eastAsia="Times New Roman" w:cs="Times New Roman"/>
        </w:rPr>
        <w:t>Исаиа “хэзээ хүртэл” хэмээн асуухад, түүнд Даниел арван нэгийн дөчин нэгдүгээр зүйлд өгүүлсэн “олон хүн” Амралтын өдрийг болон Бурханыг орхин, “сүйрүүлэгдэх” Ням гаргийн хуулийн үе хүртэл энэ мэдээг Адвентист хөдөлгөөнд тунхаглахыг тушаасан. Тэгээд тэд Библийн бүх номууд уулзан төгсдөг Илчлэл номд дүрслэгдсэнчлэн, Эзэний амнаас бөөлжигдөн гаргагдах болно; мөн Исаиа хорин хоёрдугаар бүлэгт Шебна “алс хол” “зайлуулагдан”, “том газар уруу бөмбөг мэт” “хүчтэйгээр” шидэгддэгээр төлөөлөгдсөн билээ.</w:t>
      </w:r>
    </w:p>
    <w:p>
      <w:pPr>
        <w:pStyle w:val="ArticleBody"/>
        <w:jc w:val="left"/>
      </w:pPr>
      <w:r>
        <w:rPr>
          <w:rFonts w:ascii="Times New Roman" w:hAnsi="Times New Roman" w:eastAsia="Times New Roman" w:cs="Times New Roman"/>
        </w:rPr>
        <w:t>Тэр цаг үед “аравны нэг” (өөрөөр хэлбэл аравны нэг өргөл) хэмээн дүрслэгдсэн үлдэгсэд “эргэн ирнэ”; тэдгээрийг энэ эшлэлд навчаа гөвсөн ч дотроо “үлдэх чанар”-аа хадгалсан мододтой зүйрлэсэн байна. Эш үзүүллэгийн бэлгэдэлд “навч” нь итгэлийн мэргэжлийг төлөөлдөг. Адвентизм Ням гаргийн хуулинд хүрч, Бурханы Амралтын өдрийн оронд долоо хоногийн эхний өдрийг хүлээн зөвшөөрөх үедээ тэд өөрсдийн “мэргэжил”-ийн навчыг гөвж, цаашид Бурханы долоо дахь өдрийн Амралтын өдрийг сахин хамгаалдаг гэж үзэхээ болино.</w:t>
      </w:r>
    </w:p>
    <w:p>
      <w:pPr>
        <w:pStyle w:val="ArticleScripture"/>
        <w:jc w:val="left"/>
      </w:pPr>
      <w:r>
        <w:rPr>
          <w:rFonts w:ascii="Times New Roman" w:hAnsi="Times New Roman" w:eastAsia="Times New Roman" w:cs="Times New Roman"/>
        </w:rPr>
        <w:t>“Инжрийн модыг хараасан явдал нь үйлдлээр үзүүлсэн сургаалт зүйрлэл байв. Христийн яг өмнө хуурамч сүр жавхлант навчаа гайхуулан зогсож байсан тэр үргүй мод нь еврей үндэстний бэлгэ тэмдэг байлаа. Аврагч Израилийн сүйрлийн шалтгаан болон гарцаагүйг Өөрийн шавь нарт тодорхой ойлгуулахыг хүссэн юм. Энэ зорилгын үүднээс Тэр уг модонд ёс суртахууны шинж чанар оноож, түүнийг тэнгэрлэг үнэний тайлбарлагч болгосон. Еврейчүүд Бурханд үнэнч байгаагаа тунхагладаг, бусад бүх үндэстнээс онцгойрон харагдаж байв. Тэд Түүнээс онцгой ивээл хүртсэн бөгөөд өөрсдийгөө бусад бүх ард түмнээс илүү зөвт гэж үздэг байлаа. Гэвч тэд ертөнцийг хайрлах хайр болон ашиг хонжоо хөөцөлдөх шуналаар ялзарсан байв. Тэд мэдлэгээрээ сайрхдаг байсан ч Бурханы шаардлагуудыг үл мэдэх бөгөөд хоёр нүүртнээр дүүрэн байлаа. Үргүй модны адил тэд хуурамч сүртэй мөчрүүдээ өндөрт дэлгэн, өнгө үзэмжтэй, нүдэнд сайхан харагдаж байсан боловч “навчнаас өөр юу ч” өгсөнгүй. Өргөн сүрлэг сүмтэй, ариун тахилын ширээнүүдтэй, малгайт тахилч нартай, сүр жавхлант ёслолуудтай еврейн шашин нь үнэхээр гаднах байдлаараа үзэсгэлэнтэй байвч даруу байдал, хайр, энэрэнгүй сэтгэл үгүйлэгдэж байлаа.”</w:t>
      </w:r>
    </w:p>
    <w:p>
      <w:pPr>
        <w:pStyle w:val="ArticleScripture"/>
        <w:jc w:val="left"/>
      </w:pPr>
      <w:r>
        <w:rPr>
          <w:rFonts w:ascii="Times New Roman" w:hAnsi="Times New Roman" w:eastAsia="Times New Roman" w:cs="Times New Roman"/>
        </w:rPr>
        <w:t>“Инжрийн цэцэрлэг дэх бүх мод үр жимсгүй хоосон байв; харин навчисгүй модод ямар ч найдлага төрүүлдэггүй, тийнхүү урам хугаралт ч учруулдаггүй байлаа. Эдгээр модоор харь үндэстнүүдийг төлөөлүүлсэн юм. Тэд, иудейчүүдийн адил, бурханлаг чанараар хоосон байв; гэвч тэд Бурханд үйлчилнэ хэмээн тунхаглаагүй байлаа. Тэд сайн сайхны талаар сайрхсан дүр эсгэлт гаргадаггүй байв. Тэд Бурханы үйлс ба зам мөрийн талаар сохор байлаа. Тэдний хувьд инжрийн цаг хараахан болоогүй байв. Тэд өөрсдөд нь гэрэл ба найдвар авчрах өдрийг хүлээсээр байлаа. Бурханаас илүү их ерөөл хүлээн авсан иудейчүүд эдгээр бэлгүүдийг урвуулан ашигласныхаа төлөө хариуцлага хүлээх ёстой байв. Тэдний сайрхан ярьдаг байсан эрх ямба нь гэм бурууг нь улам л нэмэгдүүлсэн юм.” Эрин үеийн хүсэл. 582, 583.</w:t>
      </w:r>
    </w:p>
    <w:p>
      <w:pPr>
        <w:pStyle w:val="ArticleBody"/>
        <w:jc w:val="left"/>
      </w:pPr>
      <w:r>
        <w:rPr>
          <w:rFonts w:ascii="Times New Roman" w:hAnsi="Times New Roman" w:eastAsia="Times New Roman" w:cs="Times New Roman"/>
        </w:rPr>
        <w:t>Ням гаргийн хуулийн үед Лаодикийн Адвентизмын Бурханы гэрээт ард түмэн хэмээн өөрсдийгөө тунхагладаг байдал нь, тэд үхлийн гэрээний тэмдгийг хүлээн авч, амийн гэрээний лацыг няцаахад, үгүй болдог. Тэгээд тэд өөрсдийн тунхаглалын навчисыг хаяж, ил гарч ирдэг зүйл нь Исаиагаар төлөөлөгдсөн үлдэгдэл бөгөөд, тэр үлдэгдэл 9/11 дээр эртний замууд уруу “эргэн” очсон, дараа нь тэд (Исаиа) өөрийн завхарсан туршлагыг ухаарсан үедээ тоос шороонд хүртэл дорд болгогдож, үүний дараа тахилын ширээнээс авсан нүүрсээр ариусгагдсан юм. Систер Уайт бидэнд тахилын ширээнээс авсан нүүрс нь ариусгалыг төлөөлдөг гэж мэдэгддэг, харин ариусгал гэдэг нь ердөө л тэр нүүрс Исаиагийн уруулд хүрснээр биелүүлэгддэг зүйл мөн.</w:t>
      </w:r>
    </w:p>
    <w:p>
      <w:pPr>
        <w:pStyle w:val="ArticleScripture"/>
        <w:jc w:val="left"/>
      </w:pPr>
      <w:r>
        <w:rPr>
          <w:rFonts w:ascii="Times New Roman" w:hAnsi="Times New Roman" w:eastAsia="Times New Roman" w:cs="Times New Roman"/>
        </w:rPr>
        <w:t>“Амьд нүүрс нь ариуслын бэлгэдэл юм. Хэрэв тэр нь уруулд хүрвэл, тэдгээрээс ямар ч бузартай үг гарахгүй. Амьд нүүрс мөн Эзэний зарц нарын хүчин чармайлтын чадал нөлөөг бэлгэддэг.” Review and Herald, October 16, 1888.</w:t>
      </w:r>
    </w:p>
    <w:p>
      <w:pPr>
        <w:pStyle w:val="ArticleBody"/>
        <w:jc w:val="left"/>
      </w:pPr>
      <w:r>
        <w:rPr>
          <w:rFonts w:ascii="Times New Roman" w:hAnsi="Times New Roman" w:eastAsia="Times New Roman" w:cs="Times New Roman"/>
        </w:rPr>
        <w:t>Сүүлийн өдрүүдэд газар луу хаягдах тахилын ширээний “нүүрс” гэдэг нь Илчлэлт номын наймдугаар бүлгийн эхний таван эшлэлд долоо дахь бөгөөд эцсийн тамга нээгдэх үед газар луу хаягдсан нүүрс мөн. Исаиа, тиймээс нэг зуун дөчин дөрвөн мянга нь, нүүрс уруулд нь хүрснээр ариусгагддаг; харин тэр “нүүрс” нь нэгэн мэдээ юм. Тэд тэнгэрэлчийн гараас номыг авч идэх үед энэ нь тэдний уруулд хүрдэг.</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“Эргэн ирдэг” бөгөөд үлдэгдэл (үлдэц) болдог хүмүүсийг царс болон тэлийн моддоор төлөөлүүлсэн байдаг. Христ “модыг ёс суртахууны шинжээр хөрөнгөжүүлж, түүгээр тэнгэрлэг үнэний тайлбарлагчийг болгосон” шиг, Исаиагийн модод ч “бодис”-оор илэрхийлэгдсэн “ёс суртахууны чанарыг” өөрсдийн дотор агуулж байдаг. Зөвхөн дүр эсгэсэн навчис байсан хүмүүс хаягдан унасан ч, тэрхүү бодис мододтой хамт үлддэг. “Ариун үр” нь “бодис” мөн бөгөөд Христ бол эш үзүүлгийн “ариун үр” мөн. Үлдэгдлээр, мөн Исаиа өөрөөрөө зургаадугаар бүлэгт төлөөлүүлсэн тэрхүү модод нь хүмүүсийг, тийнхүү хүн төрөлхтнийг илэрхийлдэг; харин ариун үр нь тэнгэрлэг чанарыг илэрхийлдэг. Иймээс Исаиа 6 нь 9/11-ээс Ням гаргийн хууль хүртэлх хугацаанд Адвентизмийн ариусгалыг тодорхойлж байгаа бөгөөд Исаиагийн тэр эш үзүүллэгийн түүхэнд оруулж буй дэлгэрэнгүй бүх зүйл нь түүний “хэдий хүртэл” гэсэн асуултаар бүрэн төлөөлөгддөг. Исаиагийн хувьд “хэдий хүртэл” гэсэн асуултын хариулт нь 9/11-ээс Ням гаргийн хууль хүртэлх хугацаа байсан юм.</w:t>
      </w:r>
    </w:p>
    <w:p>
      <w:pPr>
        <w:pStyle w:val="ArticleHeading"/>
        <w:jc w:val="left"/>
      </w:pPr>
      <w:r>
        <w:rPr>
          <w:rFonts w:ascii="Arial" w:hAnsi="Arial" w:eastAsia="Arial" w:cs="Arial"/>
        </w:rPr>
        <w:t>Хэр удаан бэ? 1840–1844</w:t>
      </w:r>
    </w:p>
    <w:p>
      <w:pPr>
        <w:pStyle w:val="ArticleBody"/>
        <w:jc w:val="left"/>
      </w:pPr>
      <w:r>
        <w:rPr>
          <w:rFonts w:ascii="Times New Roman" w:hAnsi="Times New Roman" w:eastAsia="Times New Roman" w:cs="Times New Roman"/>
        </w:rPr>
        <w:t>1840 оны 8 дугаар сарын 11 нь 9/11-ийг хэв шинжлэн үзүүлсэн бөгөөд 1840 оны 8 дугаар сарын 11-ээс 1844 оны 10 дугаар сарын 22 хүртэлх эш үзүүллэгийн түүхийн хүрээнд Елиа болон Иезебелийн эш үзүүлэгчдийн хоорондох Кармел уулын тулалдаан болсон юм. Эцэст нь Баалын эш үзүүлэгчид хуурамч эш үзүүлэгчид болох нь илчлэгдэж, Елиагаар цаазлагдсан боловч, мөргөлдөөний яг эхэнд Елиа: «Та нар хэдий хүртэл» хоёр саналын хооронд хөл алдан зогсох вэ? гэж асуусан.</w:t>
      </w:r>
    </w:p>
    <w:p>
      <w:pPr>
        <w:pStyle w:val="ArticleScripture"/>
        <w:jc w:val="left"/>
      </w:pPr>
      <w:r>
        <w:rPr>
          <w:rFonts w:ascii="Times New Roman" w:hAnsi="Times New Roman" w:eastAsia="Times New Roman" w:cs="Times New Roman"/>
        </w:rPr>
        <w:t>Тэгээд Елиа бүх ард түмэнд хүрч ирээд, —Та нар хэдий болтол хоёр санааны хооронд гэлдрэх юм бэ? Хэрэв ЭЗЭН Бурхан мөн бол Түүнийг дагагтун; харин хэрэв Баал мөн бол түүнийг дагагтун, —гэв. Гэвч ард түмэн түүнд нэг ч үг хариулсангүй. Тэгэхэд Елиа ард түмэнд, —ЭЗЭНий эш үзүүлэгчдээс зөвхөн би, ганцаараа үлдсэн; харин Баалын эш үзүүлэгчид дөрвөн зуун тавин хүн байна, —гэв. Хаадын дээд 18:21, 22.</w:t>
      </w:r>
    </w:p>
    <w:p>
      <w:pPr>
        <w:pStyle w:val="ArticleBody"/>
        <w:jc w:val="left"/>
      </w:pPr>
      <w:r>
        <w:rPr>
          <w:rFonts w:ascii="Times New Roman" w:hAnsi="Times New Roman" w:eastAsia="Times New Roman" w:cs="Times New Roman"/>
        </w:rPr>
        <w:t>Елиа 1840 оны 8 дугаар сарын 11-нд байна; тэр үеийн үеийнхнээс Миллеритын мэдээ үнэн үү, эсвэл худал уу гэж асууж байна. Энэ нь Исаиа 6-гийн адил Лаодикейд хандсан өөр нэгэн мэдээ мөн.</w:t>
      </w:r>
    </w:p>
    <w:p>
      <w:pPr>
        <w:pStyle w:val="ArticleScripture"/>
        <w:jc w:val="left"/>
      </w:pPr>
      <w:r>
        <w:rPr>
          <w:rFonts w:ascii="Times New Roman" w:hAnsi="Times New Roman" w:eastAsia="Times New Roman" w:cs="Times New Roman"/>
        </w:rPr>
        <w:t>“Олон мянган хүн Уильям Миллерийн номлосон үнэнийг хүлээн авахад хөтлөгдөн орсон бөгөөд Бурханы зарц нар Елиагийн сүнс ба хүчээр босгогдон энэ мэдээг тунхаглав. Есүсийн өмнө замыг бэлтгэгч Иоханы адил, энэхүү сүр жавхлант мэдээг номлогсод сүхийг модны үндэс дээр тавьж, гэмшилд зохистой үр жимс гаргахыг хүмүүст уриалахаас өөр аргагүй гэж мэдэрч байв. Тэдний гэрчлэл сүмүүдийг сэрээж, хүчтэйгээр нөлөөлөн, тэдний жинхэнэ төрхийг илчлэхэд чиглэсэн байлаа. Мөн ирэх уур хилэнгээс зугтагтун гэсэн энэхүү сүр жавхлант анхааруулга цуурайтахад, сүмүүдтэй нэгдсэн байсан олон хүн эдгээх мэдээг хүлээн авсан; тэд өөрсдийн ухралтуудыг харж, гэмшлийн гашуун нулимс болон сэтгэлийн гүн шаналал дунд Бурханы өмнө өөрсдийгөө даруу болгосон. Бурханы Сүнс тэдний дээр буухад, тэд: ‘Бурханаас эмээгтүн, Түүнд алдрыг өргөгтүн; учир нь Түүний шүүлтийн цаг ирээд байна’ хэмээх уухайг түгээн дуугаргахад туслав.” Early Writings, 233.</w:t>
      </w:r>
    </w:p>
    <w:p>
      <w:pPr>
        <w:pStyle w:val="ArticleBody"/>
        <w:jc w:val="left"/>
      </w:pPr>
      <w:r>
        <w:rPr>
          <w:rFonts w:ascii="Times New Roman" w:hAnsi="Times New Roman" w:eastAsia="Times New Roman" w:cs="Times New Roman"/>
        </w:rPr>
        <w:t>1840-өөс 1844 он хүртэлх сорилтын түүхэнд Елиагийн мэдээг няцаасан протестантууд Ромын охид болж, протестантизмын нөмрөгийг Миллерит Адвентизмд шилжүүлэн өгсөн юм. Исаиа ба Елиа хоёроор бидэнд “хэр удаан” гэсэн асуулт нь 9/11-ээс эхлэн Ням гаргийн хууль дээр төгсөх түүхийн бэлгэдэл мөн болохыг гэрчилдэг хоёр гэрч байна. Миллерит түүхэнд 1840 оны 8-р сарын 11 нь 9/11-тэй, харин 1844 оны 10-р сарын 22 нь Ням гаргийн хуультай дүйдэг. Тэнгэрээс гал бууж ирэн Елиагийн өргөлийг шатаан идэхэд арван хоёр чулуу бүгд өргөлтэй хамт гэрэлтүүлэгдсэн бөгөөд ийнхүү нэг зуун дөчин дөрвөн мянгыг гэрэлтсэн чулуунуудаар төлөөлөгдсөн туг тэмдэг болгон тэмдэглэсэн юм. Дараа нь хуурамч эш үзүүлэгчид Елиагийн гараар алагдсанчлан, хуурамч эш үзүүлэгч болох Америкийн Нэгдсэн Улс ч Ням гаргийн хуулийн үед зургаа дахь хаанчлалын хувьд алагддаг.</w:t>
      </w:r>
    </w:p>
    <w:p>
      <w:pPr>
        <w:pStyle w:val="ArticleBody"/>
        <w:jc w:val="left"/>
      </w:pPr>
      <w:r>
        <w:rPr>
          <w:rFonts w:ascii="Times New Roman" w:hAnsi="Times New Roman" w:eastAsia="Times New Roman" w:cs="Times New Roman"/>
        </w:rPr>
        <w:t>Исаиа зургаадугаар бүлэг нь 9/11-өөс Ням гаргийн хууль хүртэлх хугацаанд Бурханы ард түмний дунд явагдах сорилт, цэвэршүүлэлт, ариусгалын үйл явцыг онцлон тэмдэглэж байна. Елиа нь Бурханы ард түмний Лаодикийн хандлагад хандаж байгаа төдийгүй, жинхэнэ ба хуурамч эш үзүүлэгчийн хоорондын ялгааг, улмаар жинхэнэ эсвэл хуурамч мэдээний нотолгоог мөн гаргаж өгч байна. Иймээс, 1840 оны 8 дугаар сарын 11-нээс эхлэн 1844 оны 10 дугаар сарын 22-нд төгсөх хүртэл, Сардисын үеийн протестантууд дээр эш үзүүллэгийн сорилт ирсэн бөгөөд Кармел уулан дээрх гал хоёр ангиллыг бий болгосонтой адил, 1844 онд мөн хоёр анги илэрхий болсон юм. Сорилтын үйл явц дахь нэг анги нь удалгүй “хуучин” гэрээний ард түмэн болох хүмүүс байсан бөгөөд нөгөө анги нь 1844 оны 10 дугаар сарын 22-нд Бурхан гэрээ байгуулах байсан Миллерит Адвентизм байв. Сорилт ба хуваагдлын энэ үе нь усан үзмийн талбайн түүх мөн; учир нь Миллерит Адвентизм жинхэнэ эш үзүүлэгч болох нь нотлогдсон яг тэр үед Сардисын протестантизм урвагч протестантизмын үүргээ биелүүлж эхэлсэн юм. Баалын эш үзүүлэгчид хуурамч болох нь илчлэгдсэнтэй адил, хуучин гэрээний ард түмэн ч мөн илчлэгдэж, дараа нь Миллеритүүдийн зүгээс Ромын охин хэмээн тодорхойлогдсон юм. Кармел уулын түүх, мөн тэрхүү түүхийн Миллеритүүдийн цаг үе дэх биелэл нь “хэр удаан” гэсэн асуулт 9/11-өөс Ням гаргийн хууль хүртэлх хугацааны бэлгэдэл мөн болохыг Исаиа зургаадугаар бүлэгт өгөгдсөн ойлголтод зориулсан хоёр дахь гэрчийг бүрдүүлж байна.</w:t>
      </w:r>
    </w:p>
    <w:p>
      <w:pPr>
        <w:pStyle w:val="ArticleScripture"/>
        <w:jc w:val="left"/>
      </w:pPr>
      <w:r>
        <w:rPr>
          <w:rFonts w:ascii="Times New Roman" w:hAnsi="Times New Roman" w:eastAsia="Times New Roman" w:cs="Times New Roman"/>
        </w:rPr>
        <w:t>“‘Абрахамын, Исаакийн, мөн Израилийн Эзэн Бурхан аа,’ хэмээн эш үзүүлэгч гуйж байна, ‘Та бол Израильд Бурхан мөн бөгөөд би Таны зарц, мөн эдгээр бүхнийг би Таны үгээр үйлдсэн гэдгийг энэ өдөр мэдэгдэг. Эзэн минь, намайг сонсооч, намайг сонсооч, ингэснээр энэ ард түмэн Та бол ЭЗЭН Бурхан мөн бөгөөд Та тэдний зүрхийг дахин буцаан эргүүлснийг мэдэх болтугай.’</w:t>
      </w:r>
    </w:p>
    <w:p>
      <w:pPr>
        <w:pStyle w:val="ArticleScripture"/>
        <w:jc w:val="left"/>
      </w:pPr>
      <w:r>
        <w:rPr>
          <w:rFonts w:ascii="Times New Roman" w:hAnsi="Times New Roman" w:eastAsia="Times New Roman" w:cs="Times New Roman"/>
        </w:rPr>
        <w:t>“Сүр жавхлант байдлынхаа дарамтаар дарсан нэгэн нам гүм бүгдийг нөмөрнө. Баалын тахилч нар айдаст автран чичирнэ. Өөрсдийн гэм бурууг ухамсарласан тэд түргэн шийтгэл буухыг хүлээнэ.</w:t>
      </w:r>
    </w:p>
    <w:p>
      <w:pPr>
        <w:pStyle w:val="ArticleScripture"/>
        <w:jc w:val="left"/>
      </w:pPr>
      <w:r>
        <w:rPr>
          <w:rFonts w:ascii="Times New Roman" w:hAnsi="Times New Roman" w:eastAsia="Times New Roman" w:cs="Times New Roman"/>
        </w:rPr>
        <w:t>Елиагийн залбирал дуусмагц тэнгэрээс гялалзсан аянгын цахилгаан адил галын дөл бууж, босгон байгуулсан тахилын ширээн дээр ирэн тахилыг шатааж, шуудуун дахь усыг долоон ширгээж, тэр ч байтугай тахилын ширээний чулууг хүртэл шатаав. Галын дүрэлзээний хурц гэрэл уулыг бүхэлд нь гэрэлтүүлж, цугласан олны нүдийг гялбуулна. Доорх хөндийгүүдэд, дээрх хүмүүсийн хөдөлгөөнийг түгшин түдгэлзсэн байдалтай ажиглаж байсан олон хүн гал бууж ирэхийг тодорхой харж, бүгд энэ үзэгдэлд гайхан алмайрав. Энэ нь Улаан тэнгис дээр Израилийн хөвгүүдийг египет цэргийн хөчөөс тусгаарлан зогссон галан баганыг санагдуулж байв.</w:t>
      </w:r>
    </w:p>
    <w:p>
      <w:pPr>
        <w:pStyle w:val="ArticleScripture"/>
        <w:jc w:val="left"/>
      </w:pPr>
      <w:r>
        <w:rPr>
          <w:rFonts w:ascii="Times New Roman" w:hAnsi="Times New Roman" w:eastAsia="Times New Roman" w:cs="Times New Roman"/>
        </w:rPr>
        <w:t>“Уулан дээрх ард олон үл үзэгдэх Бурханы өмнө айдас хүндлэлтэйгээр сөхөрч мөргөнө. Тэнгэрээс буусан галыг цаашид ширтэн харж зүрхэлсэнгүй. Өөрсдөө ч мөн шатаагдан үгүй болох вий хэмээн тэд эмээж; мөн өөрсдийн эцэг өвгөдийн Бурхан болох Елиагийн Бурханыг өөрсдийн үнэнчээр даган захирагдах ёстой Бурхан мөн гэдгийг хүлээн зөвшөөрөх үүрэгтэйгээ ухааран, тэд нэгэн дуугаар хамтдаа: “ЭЗЭН, Тэр бол Бурхан; ЭЗЭН, Тэр бол Бурхан” хэмээн хашхирав. Тэрхүү хашхираан гайхал төрөм тод сонсогдон уул даяар цуурайтаж, доорх талд ч цуурайтлаа. Эцэст нь Израиль сэргэж, мэхлэгдсэн байдлаасаа ангижирч, гэмшинэ. Эцэст нь ард түмэн Бурханыг хэчнээн ихээр гутаан доромжилсноо ойлгоно. Жинхэнэ Бурханы шаарддаг ухаалаг мөргөлтэй харьцуулахад Баалын шүтлэгийн шинж чанар бүрнээ илчлэгдэн харагдана. Ард олон шүүдэр, бороог Өөрийн нэрийг хүлээн зөвшөөртөл нь барьж саатуулснаараа Бурхан Өөрийн шударга ёс ба өршөөлийг хэрхэн үзүүлснийг ухаарна. Одоо тэд Елиагийн Бурхан аливаа шүтээнээс дээгүүр гэдгийг хүлээн зөвшөөрөхөд бэлэн болжээ.” Зөнчид ба Хаад, 153.</w:t>
      </w:r>
    </w:p>
    <w:p>
      <w:pPr>
        <w:pStyle w:val="ArticleHeading"/>
        <w:jc w:val="left"/>
      </w:pPr>
      <w:r>
        <w:rPr>
          <w:rFonts w:ascii="Arial" w:hAnsi="Arial" w:eastAsia="Arial" w:cs="Arial"/>
        </w:rPr>
        <w:t>Хэр удаан бэ? Мосе It looks like the provided source text contains only the title “How Long? Moses” and no body content. Please send the full English passage you want translated.</w:t>
      </w:r>
    </w:p>
    <w:p>
      <w:pPr>
        <w:pStyle w:val="ArticleBody"/>
        <w:jc w:val="left"/>
      </w:pPr>
      <w:r>
        <w:rPr>
          <w:rFonts w:ascii="Times New Roman" w:hAnsi="Times New Roman" w:eastAsia="Times New Roman" w:cs="Times New Roman"/>
        </w:rPr>
        <w:t>Бэлгэдэлт “хэр удаан” гэсэн асуулт эш үзүүллэгийн Үгэнд анх удаа Мосегийн үед египетчүүдэд буулгасан найм дахь гамшгийн үед гарч ирдэг. Найм дахь гамшиг нь “царцаа” (Исламын бэлгэ тэмдэг) бөгөөд тэднийг “зүүн салхи” (Исламын бэлгэ тэмдэг) авчирдаг.</w:t>
      </w:r>
    </w:p>
    <w:p>
      <w:pPr>
        <w:pStyle w:val="ArticleScripture"/>
        <w:jc w:val="left"/>
      </w:pPr>
      <w:r>
        <w:rPr>
          <w:rFonts w:ascii="Times New Roman" w:hAnsi="Times New Roman" w:eastAsia="Times New Roman" w:cs="Times New Roman"/>
        </w:rPr>
        <w:t>Мосе, Аарон хоёр Фараоныд орж, түүнд ийн хэлэв: “Еврейчүүдийн Бурхан ЭЗЭН ийн айлдаж байна: Чи Миний өмнө өөрийгөө даруусгахаас хэдий болтол татгалзах вэ? Миний ард түмнийг явуул, тэгвэл тэд Надад үйлчлэх болно. Эс бөгөөс, хэрэв чи Миний ард түмнийг явуулахаас татгалзвал, болгоогтун, маргааш Би царцааг чиний нутагт авчирна. Тэд газрын өнгийг бүрхэнэ, тэгэхэд газар үзэгдэхийн аргагүй болно. Мөндөрөөс мултарч, та нарт үлдсэн үлдэгдлийг тэд идэж, талбайгаас та нарт ургаж буй бүх модыг иднэ. Тэд чиний гэрүүд, бүх зарц нарын чинь гэрүүд, мөн бүх египетчүүдийн гэрүүдийг дүүргэнэ. Эцэг чинь ч, өвөг эцгүүд чинь ч газар дэлхий дээр байсан өдрөөс өнөөг хүртэл тийм юмыг үзээгүй юм.” Тэгээд тэр эргэж, Фараоны дэргэдээс гарч одов.</w:t>
      </w:r>
    </w:p>
    <w:p>
      <w:pPr>
        <w:pStyle w:val="ArticleScripture"/>
        <w:jc w:val="left"/>
      </w:pPr>
      <w:r>
        <w:rPr>
          <w:rFonts w:ascii="Times New Roman" w:hAnsi="Times New Roman" w:eastAsia="Times New Roman" w:cs="Times New Roman"/>
        </w:rPr>
        <w:t>Фараоны зарц нар түүнд — Энэ хүн бидэнд хэдий болтол урхи болох юм бэ? Эдгээр хүмүүсийг явуул, тэгвэл тэд өөрсдийн Бурхан ЭЗЭНд үйлчлэх болно. Египет сүйрснийг чи одоо хүртэл мэдэхгүй байна гэж үү? — хэмээн хэлэв.</w:t>
      </w:r>
    </w:p>
    <w:p>
      <w:pPr>
        <w:pStyle w:val="ArticleScripture"/>
        <w:jc w:val="left"/>
      </w:pPr>
      <w:r>
        <w:rPr>
          <w:rFonts w:ascii="Times New Roman" w:hAnsi="Times New Roman" w:eastAsia="Times New Roman" w:cs="Times New Roman"/>
        </w:rPr>
        <w:t>Тэгээд Мосе, Аарон хоёрыг дахин Фараоны өмнө авчирсанд тэр тэдэнд — Явж, өөрсдийн Бурхан ЭЗЭНд үйлчил; харин явах хүмүүс нь хэн байх вэ? гэв.</w:t>
      </w:r>
    </w:p>
    <w:p>
      <w:pPr>
        <w:pStyle w:val="ArticleScripture"/>
        <w:jc w:val="left"/>
      </w:pPr>
      <w:r>
        <w:rPr>
          <w:rFonts w:ascii="Times New Roman" w:hAnsi="Times New Roman" w:eastAsia="Times New Roman" w:cs="Times New Roman"/>
        </w:rPr>
        <w:t>Мосе хэлэв, Бид залуусаа ч, өтгөсөө ч, хөвгүүдээ ч, охидоо ч, хонь сүргээ ч, үхэр малаа ч авч явна. Учир нь бид ЭЗЭНд зориулан баяр ёслол үйлдэх ёстой.</w:t>
      </w:r>
    </w:p>
    <w:p>
      <w:pPr>
        <w:pStyle w:val="ArticleScripture"/>
        <w:jc w:val="left"/>
      </w:pPr>
      <w:r>
        <w:rPr>
          <w:rFonts w:ascii="Times New Roman" w:hAnsi="Times New Roman" w:eastAsia="Times New Roman" w:cs="Times New Roman"/>
        </w:rPr>
        <w:t>Тэр тэдэнд хандан, “Би та нарыг болон багачуудыг чинь явуулах аваас ЭЗЭН та нартай тийнхүү хамт байг! Болгоомжил; учир нь та нарын өмнө гай зовлон байна. Тийм биш; одоо эрчүүд та нар явж, ЭЗЭНд үйлчил; учир нь та нарын хүссэн нь энэ байсан” гэв. Тэгээд тэд Фараоны өмнөөс хөөгдөн гарчээ.</w:t>
      </w:r>
    </w:p>
    <w:p>
      <w:pPr>
        <w:pStyle w:val="ArticleScripture"/>
        <w:jc w:val="left"/>
      </w:pPr>
      <w:r>
        <w:rPr>
          <w:rFonts w:ascii="Times New Roman" w:hAnsi="Times New Roman" w:eastAsia="Times New Roman" w:cs="Times New Roman"/>
        </w:rPr>
        <w:t>Тэгээд ЭЗЭН Мосед — Чи гараа Египетийн нутаг дээгүүр царцаануудын төлөө сунгагтун; тэд Египетийн нутаг дээр гарч ирэн, мөндөрийн үлдээсэн бүгдийг хүртэл, газрын бүх ургамлыг идэг,— гэж айлдав. Мосе таягаа Египетийн нутаг дээгүүр сунгахад, ЭЗЭН тэр өдөржин, тэр шөнөжин зүүн салхийг тэр нутаг дээр салхилуулав; өглөө болоход, зүүн салхи царцаануудыг авчирчээ. Царцаанууд Египетийн бүх нутаг дээгүүр гарч ирэн, Египетийн бүх хязгаарт буув. Тэд маш аймшигтай байв; тэдний өмнө тийм царцаа хэзээ ч байгаагүй, тэдний дараа ч тийм байхгүй. Учир нь тэд бүх газрын мандлыг бүрхсэн тул, газар харанхуй болов; мөндөрийн үлдээсэн газрын бүх ургамал, моддын бүх жимсийг тэд идэв. Ийнхүү Египетийн бүх нутаг даяар модод дээр ч, хээрийн ургамал дунд ч, ямар ч ногоон юм үлдсэнгүй.</w:t>
      </w:r>
    </w:p>
    <w:p>
      <w:pPr>
        <w:pStyle w:val="ArticleScripture"/>
        <w:jc w:val="left"/>
      </w:pPr>
      <w:r>
        <w:rPr>
          <w:rFonts w:ascii="Times New Roman" w:hAnsi="Times New Roman" w:eastAsia="Times New Roman" w:cs="Times New Roman"/>
        </w:rPr>
        <w:t>Тэгээд Фараон Мосе, Аарон хоёрыг яаравчлан дуудан, —Би та нарын Бурхан ЭЗЭНий эсрэг болон та нарын эсрэг нүгэл үйлдлээ. Иймээс одоо, гуйя, энэ удаа л миний нүглийг уучлаач, мөн энэ үхлийг надаас зайлуулж өгөхийн тулд та нарын Бурхан ЭЗЭНд гуйн залбираач,— гэв. Тэгээд тэр Фараоны дэргэдээс гарч, ЭЗЭНд гуйн залбирав. ЭЗЭН маш хүчтэй өрнө зүгийн салхи хөдөлгөж, царцаануудыг авч яван Улаан тэнгист хаяжээ; Египетийн бүх хязгаар нутагт нэг ч царцаа үлдсэнгүй. Египетээс гарсан нь 10:3–19.</w:t>
      </w:r>
    </w:p>
    <w:p>
      <w:pPr>
        <w:pStyle w:val="ArticleBody"/>
        <w:jc w:val="left"/>
      </w:pPr>
      <w:r>
        <w:rPr>
          <w:rFonts w:ascii="Times New Roman" w:hAnsi="Times New Roman" w:eastAsia="Times New Roman" w:cs="Times New Roman"/>
        </w:rPr>
        <w:t>Эхлээд “Еврейчүүдийн Эзэн Бурхан” “Миний өмнө өөрийгөө номхотгохоос чи хэдий болтол татгалзах вэ?” хэмээн асуудаг; дараа нь Фараоны зарц нар Фараоноос дахин, “Энэ хүн хэдий болтол бидэнд урхи болох вэ?” хэмээн асуудаг. Энэ асуулт найм дахь гай гамшгийн үед тавигддаг бөгөөд энэ нь хэд хэдэн шалтгаанаар 9/11-тэй нийцдэг. Арав дахь гай гамшиг нь ууган хөвгүүдийг хөнөөх явдал бөгөөд энэ нь загалмайтай нийцдэг; үүний дараа Улаан тэнгисийн дэргэдэх урам хугаралт ирдэг бөгөөд онгодын гэрчлэл үүнийг загалмайн үед шавь нарын урам хугаралттай, мөн 1844 онд Миллерчүүдийн их урам хугаралттай нийцүүлдэг. Эдгээр гурван гэрч бүгд Ням гаргийн хуультай нийцдэг. Арав дахь гай гамшиг нь Ням гаргийн хууль бөгөөд түүнээс хоёр гай гамшгийн өмнөх найм дахь гай гамшиг “зүүн салхи”-ар “царцаанууд”-ыг авчирсан. “Царцаанууд” бүх дэлхийг дүүргэсэн нь өнөөдөр албадмал цагаачлалаар өөрийн харанхуйг түгээсэн Ислам бүх дэлхийг донсолгож байгаатай адил юм. “Цөлийн царцаа”-ны латин нэр нь “locusta migratoria” бөгөөд энэ нь байгалийн ертөнцөд нүүдэл шилжилтээр дүрслэгддэг, цагаачлалаар дамжин Ислам тархаж буйг төлөөлдөг.</w:t>
      </w:r>
    </w:p>
    <w:p>
      <w:pPr>
        <w:pStyle w:val="ArticleBody"/>
        <w:jc w:val="left"/>
      </w:pPr>
      <w:r>
        <w:rPr>
          <w:rFonts w:ascii="Times New Roman" w:hAnsi="Times New Roman" w:eastAsia="Times New Roman" w:cs="Times New Roman"/>
        </w:rPr>
        <w:t>Ес дэх гай гамшиг нь тэмтрэгдэм тийм харанхуй байв.</w:t>
      </w:r>
    </w:p>
    <w:p>
      <w:pPr>
        <w:pStyle w:val="ArticleScripture"/>
        <w:jc w:val="left"/>
      </w:pPr>
      <w:r>
        <w:rPr>
          <w:rFonts w:ascii="Times New Roman" w:hAnsi="Times New Roman" w:eastAsia="Times New Roman" w:cs="Times New Roman"/>
        </w:rPr>
        <w:t>Тэгээд ЭЗЭН Мосед хандан, “Египетийн газар дээр, бүр тэмтрэгдэм тийм харанхуй буухын тулд, тэнгэр өөд гараа сунга” гэв. Мосе тэнгэр өөд гараа сунгав; тэгэхэд Египетийн бүх нутагт гурван өдрийн турш битүү харанхуй болов. Тэд бие биеэ харсангүй, мөн гурван өдрийн турш хэн ч байгаа газраасаа боссонгүй. Харин Израилийн хөвгүүд бүгд оршин суудаг газартаа гэрэлтэй байв. Египетээс гарсан нь 10:21–23.</w:t>
      </w:r>
    </w:p>
    <w:p>
      <w:pPr>
        <w:pStyle w:val="ArticleBody"/>
        <w:jc w:val="left"/>
      </w:pPr>
      <w:r>
        <w:rPr>
          <w:rFonts w:ascii="Times New Roman" w:hAnsi="Times New Roman" w:eastAsia="Times New Roman" w:cs="Times New Roman"/>
        </w:rPr>
        <w:t>“Хэр удаан” хэмээх бэлгэдэлд Кармел уул болон Елиагаар дүрслэгдсэн зүйлд тэнгэрээс гал бууж ирэх үед илэрхий болдог нэгэн ялгаа байдаг. Елиагийн Бурхан Ваалын хийж үл чадахыг хийсэн. Миллеритүүдийн түүхэнд энэ ялгаа унасан Сардын Протестантизм ба Миллерит Адвентизмын хооронд тогтоогдсон. Мосегийн үед энэ ялгаа нь харанхуй эсвэл гэрэл байсан. Еврей айлуудад гэрэл байсан. Исаиа цааш нь бидэнд, Мосегийн шугаманд гэрэлгүй хүмүүс, мөн Елиагаар устгагддаг хүмүүс, мөн Миллеритийн цаг үед Протестантизмын нөмрөгийг алддаг хүмүүс нь “үнэхээр сонсдог боловч ойлгодоггүй; мөн үнэхээр хардаг боловч мэдэрдэггүй” “ард түмэн” болохыг мэдэгддэг. Дараа нь эдгээр хүмүүсийн талаар нэгэн тунхаглал гарч, “Энэ ард түмний зүрхийг таргалуул, чихийг нь хүндрүүл, нүдийг нь аниул; тэгэхгүй бол тэд нүдээрээ харж, чихээрээ сонсож, зүрхээрээ ойлгон, эргэж, эдгэх вий” гэж хэлдэг.</w:t>
      </w:r>
    </w:p>
    <w:p>
      <w:pPr>
        <w:pStyle w:val="ArticleBody"/>
        <w:jc w:val="left"/>
      </w:pPr>
      <w:r>
        <w:rPr>
          <w:rFonts w:ascii="Times New Roman" w:hAnsi="Times New Roman" w:eastAsia="Times New Roman" w:cs="Times New Roman"/>
        </w:rPr>
        <w:t>Ажлыг хийхэд бэлэн байсан боловч сонсохгүй хүмүүст номлохоор оноогдсон даалгаварт дарагдсан Исаиа “тэгээд хэлэхдээ,” “Эзэн, хэзээ хүртэл?” гэв.</w:t>
      </w:r>
    </w:p>
    <w:p>
      <w:pPr>
        <w:pStyle w:val="ArticleBody"/>
        <w:jc w:val="left"/>
      </w:pPr>
      <w:r>
        <w:rPr>
          <w:rFonts w:ascii="Times New Roman" w:hAnsi="Times New Roman" w:eastAsia="Times New Roman" w:cs="Times New Roman"/>
        </w:rPr>
        <w:t>Египетийн арван гай зовлонгийн сүүлийн гурав нь 9/11-ээс Ням гаргийн хууль хүртэлх гурван алхмын гэрчлэлийг өгдөг. 1840 оны 8 дугаар сарын 11-нд эхний тэнгэрэлчийн мэдээ хүчирхэгжсэн бөгөөд 1844 оны 4 дүгээр сарын 19-нд хоёр дахь тэнгэрэлч ирж, 8 дугаар сарын 12–17-нд болсон Exeter Camp Meeting дээр хүчирхэгжсэн, харин гурав дахь тэнгэрэлч 1844 оны 10 дугаар сарын 22-нд ирсэн. Гурав дахь тэнгэрэлч Ням гаргийн хуультай нийцдэг бөгөөд иймээс гурван алхамт үйл явцыг тодорхойлдог. Учир нь эхний ба хоёр дахьгүйгээр гурав дахь нь байж үл чадна.</w:t>
      </w:r>
    </w:p>
    <w:p>
      <w:pPr>
        <w:pStyle w:val="ArticleScripture"/>
        <w:jc w:val="left"/>
      </w:pPr>
      <w:r>
        <w:rPr>
          <w:rFonts w:ascii="Times New Roman" w:hAnsi="Times New Roman" w:eastAsia="Times New Roman" w:cs="Times New Roman"/>
        </w:rPr>
        <w:t>“Эхний ба хоёр дахь мэдээ 1843 болон 1844 онд өгөгдсөн бөгөөд бид эдүгээ гурав дахь мэдээний тунхаглалын дор байна; гэвч эдгээр гурван мэдээ бүгд одоо ч тунхаглагдсаар байх ёстой. Үнэнийг эрж хайж буй хүмүүст эдгээрийг дахин давтан хүргэх нь урьдын адил, бүр түүнээс ч дутуугүй чухал юм. Бид үзгээр болон дуу хоолойгоороо энэ тунхаглалыг цуурайтуулж, тэдгээрийн дараалал болон биднийг гурав дахь тэнгэрэлчийн мэдээнд хүргэдэг эш үзүүллэгүүдийн хэрэглээг харуулах ёстой. Эхний ба хоёр дахьгүйгээр гурав дахь нь байж үл чадна. Бид эдгээр мэдээг дэлхийд хэвлэл нийтлэлээр, айлдвар номлолоор хүргэх ёстой бөгөөд ингэхдээ эш үзүүллэгийн түүхийн шугамын дагуу болсон зүйлсийг ч, болох зүйлсийг ч харуулах ёстой.” Selected Messages, book 2, 104, 105.</w:t>
      </w:r>
    </w:p>
    <w:p>
      <w:pPr>
        <w:pStyle w:val="ArticleBody"/>
        <w:jc w:val="left"/>
      </w:pPr>
      <w:r>
        <w:rPr>
          <w:rFonts w:ascii="Times New Roman" w:hAnsi="Times New Roman" w:eastAsia="Times New Roman" w:cs="Times New Roman"/>
        </w:rPr>
        <w:t>Египетийн арав дахь гай гамшгийг онгодоор загалмай болон түүнтэй холбоотой дараах урам хугаралттай нийцүүлэн авч үзсэн байдаг. Иймээс арав дахь гай гамшиг нь гурав дахь мэдээ мөн бөгөөд эш үзүүллэгийн зайлшгүй шаардлагаар үүний өмнө эхний болон хоёр дахь мэдээ байх ёстой. 9/11-д Эзэн Фараоноос, “хэдий хүртэл” хэмээн асуусан бөгөөд үүний дараахан Фараоны зарц нар ч мөн, “хэдий хүртэл” хэмээн асуусан. Мосе Бурханы “хэдий хүртэл” гэсэн асуултыг Фараонд дамжуулсны дараа, мөн зарц нар Мосегийн асуултыг Фараонд давтан хэлэхийн яг өмнө, Мосе нэгэн эргэлтийн цэгийг, “тэр эргэж, Фараоны дэргэдээс гарч одов” хэмээн тэмдэглэдэг. Египетээс гарсан нь 10:6.</w:t>
      </w:r>
    </w:p>
    <w:p>
      <w:pPr>
        <w:pStyle w:val="ArticleBody"/>
        <w:jc w:val="left"/>
      </w:pPr>
      <w:r>
        <w:rPr>
          <w:rFonts w:ascii="Times New Roman" w:hAnsi="Times New Roman" w:eastAsia="Times New Roman" w:cs="Times New Roman"/>
        </w:rPr>
        <w:t>9/11 нь зүүн салхиар ирсэн царцааны гайг Мосе авчирсан явдлаар хэвшин дүрслэгдсэн, эш үзүүллэгийн эргэлтийн цэг байсан юм.</w:t>
      </w:r>
    </w:p>
    <w:p>
      <w:pPr>
        <w:pStyle w:val="ArticleScripture"/>
        <w:jc w:val="left"/>
      </w:pPr>
      <w:r>
        <w:rPr>
          <w:rFonts w:ascii="Times New Roman" w:hAnsi="Times New Roman" w:eastAsia="Times New Roman" w:cs="Times New Roman"/>
        </w:rPr>
        <w:t>“Үндэстнүүдийн болон чуулганы түүхэнд эргэлтийн цэг болдог үеүүд байдаг. Бурханы ивээлт удирдлагын дагуу эдгээр янз бүрийн хямралт мөчүүд ирэхэд, тэр цаг үеийн гэрэл өгөгддөг.” Bible Echo, August 26, 1895.</w:t>
      </w:r>
    </w:p>
    <w:p>
      <w:pPr>
        <w:pStyle w:val="ArticleBody"/>
        <w:jc w:val="left"/>
      </w:pPr>
      <w:r>
        <w:rPr>
          <w:rFonts w:ascii="Times New Roman" w:hAnsi="Times New Roman" w:eastAsia="Times New Roman" w:cs="Times New Roman"/>
        </w:rPr>
        <w:t>Дараагийн гай нь та аль ангид байснаас шалтгаалан харанхуй эсвэл гэрлийг авчирсан. 9/11 нь “үндэстнүүдийн болон сүмийн түүхэн дэх эргэлтийн цэг” байсан. Тэр үед Бурханы ард түмэн эргэн ирж, эртний жимээр явахыг дуудсан боловч тэд түүгээр явахаас татгалзаж, бүрээний дууг сонссонгүй. Елиагийн дараа харанхуй ба гэрлийн хооронд ялгарал тогтоогдсон бөгөөд Мосе “хэдий болтол?” хэмээн асуусан. Тэрээр уг эшлэлд цааш нь ийнхүү өгүүлдэг:</w:t>
      </w:r>
    </w:p>
    <w:p>
      <w:pPr>
        <w:pStyle w:val="ArticleScripture"/>
        <w:jc w:val="left"/>
      </w:pPr>
      <w:r>
        <w:rPr>
          <w:rFonts w:ascii="Times New Roman" w:hAnsi="Times New Roman" w:eastAsia="Times New Roman" w:cs="Times New Roman"/>
        </w:rPr>
        <w:t>“Үндэстнүүдийн болон сүмийн түүхэнд эргэлтийн цэг болдог үеүүд байдаг. Бурханы ивээлт удирдлагад эдгээр янз бүрийн хямралт мөчүүд ирэхэд тухайн цаг үед зориулсан гэрэл өгөгддөг. Хэрэв түүнийг хүлээн авбал, сүнслэг ахиц дэвшил гарна; харин түүнийг няцаавал, сүнслэг доройтол болон сүйрэл дагалдана.” Bible Echo, August 26, 1895.</w:t>
      </w:r>
    </w:p>
    <w:p>
      <w:pPr>
        <w:pStyle w:val="ArticleBody"/>
        <w:jc w:val="left"/>
      </w:pPr>
      <w:r>
        <w:rPr>
          <w:rFonts w:ascii="Times New Roman" w:hAnsi="Times New Roman" w:eastAsia="Times New Roman" w:cs="Times New Roman"/>
        </w:rPr>
        <w:t>Бид “хэр удаан” гэсэн сэдвийг дараагийн өгүүлэлд үргэлжлүүлэн авч үзнэ.</w:t>
      </w:r>
    </w:p>
    <w:p>
      <w:pPr>
        <w:pStyle w:val="ArticleScripture"/>
        <w:jc w:val="left"/>
      </w:pPr>
      <w:r>
        <w:rPr>
          <w:rFonts w:ascii="Times New Roman" w:hAnsi="Times New Roman" w:eastAsia="Times New Roman" w:cs="Times New Roman"/>
        </w:rPr>
        <w:t>1842 оны 5 дугаар сард Массачусетс мужийн Бостон хотод Ерөнхий чуулган хуралдав. Энэхүү хурлын нээлтийн үеэр Хаверхиллаас ирсэн ах дүүс Чарльз Фитч, Аполлос Хейл нар Даниел ба Иоханы зөгнөлүүдийг, тэдгээрийн биеллийг харуулсан эш үзүүллэгийн тоонуудын хамт, даавуун дээр зурж дүрсэлснээ танилцуулав. Ах Фитч чуулганы өмнө өөрийн хүснэгтээр тайлбарлахдаа, эдгээр зөгнөлүүдийг судлан үзэж байхдаа, хэрэв энд үзүүлсэнтэй адилхан ямар нэгэн зүйлийг гаргаж чадвал энэ нь сэдвийг илүү ойлгомжтой болгож, сонсогчдод танилцуулахад өөрт нь хялбар болгоно гэж бодсон гэж хэлэв. Энд бидний замд илүү их гэрэл байлаа. Эдгээр ах дүүс Эзэн 2,468 жилийн өмнө Хабаккукт үзэгдлээрээ үзүүлэн, “Үзэгдлийг бичиж, самбарууд дээр ойлгомжтой болго; уншигч нь гүйж байхад ч уншиж чадахаар болго. Учир нь энэ үзэгдэл тогтоогдсон цагийн төлөө мөн” хэмээн айлдсан тэрхүү зүйлийг хийж байсан юм. Хабаккук 2:2.</w:t>
      </w:r>
    </w:p>
    <w:p>
      <w:pPr>
        <w:pStyle w:val="ArticleScripture"/>
        <w:jc w:val="left"/>
      </w:pPr>
      <w:r>
        <w:rPr>
          <w:rFonts w:ascii="Times New Roman" w:hAnsi="Times New Roman" w:eastAsia="Times New Roman" w:cs="Times New Roman"/>
        </w:rPr>
        <w:t>“Энэ асуудлын талаар хэсэг хэлэлцсэний дараа, үүнтэй төстэй гурван зууг чулуун хэвлэлээр хэвлүүлэхээр санал нэгтэй шийдвэрлэсэн бөгөөд удалгүй энэ нь хэрэгжсэн юм. Тэднийг ‘’43 оны хүснэгтүүд’ гэж нэрлэв. Энэ нь маш чухал Чуулган байсан.” Joseph Bates-ийн Намтар, 263.</w:t>
      </w:r>
    </w:p>
    <w:p>
      <w:pPr>
        <w:pStyle w:val="ArticleScripture"/>
        <w:jc w:val="left"/>
      </w:pPr>
      <w:r>
        <w:rPr>
          <w:rFonts w:ascii="Times New Roman" w:hAnsi="Times New Roman" w:eastAsia="Times New Roman" w:cs="Times New Roman"/>
        </w:rPr>
        <w:t>“1843 оны хүснэгт нь Эзэний мутрын удирдлагаар хийгдсэнийг, мөн түүнийг өөрчилж болохгүйг би харсан; тоонууд нь Түүний хүссэнчлэн байсан; Түүний мутар зарим тоон дахь нэгэн алдааг далдлан бүрхэж байсан тул, Түүний мутар авагдах хүртэл хэн ч түүнийг харж чадахгүй байсан.” Early Writings, 74.</w:t>
      </w:r>
    </w:p>
    <w:p>
      <w:pPr>
        <w:pStyle w:val="ArticleScripture"/>
        <w:jc w:val="left"/>
      </w:pPr>
      <w:r>
        <w:rPr>
          <w:rFonts w:ascii="Times New Roman" w:hAnsi="Times New Roman" w:eastAsia="Times New Roman" w:cs="Times New Roman"/>
        </w:rPr>
        <w:t>“‘анхны итгэл’ дээр бат зогсож байсан үедээ, Хоёр дахь Ирэлтийн илтгэгчид ба хэвлэлүүдийн нэгдмэл гэрчлэл нь хүснэгтийг хэвлэн нийтэлсэн явдал Хабаккук 2:2, 3-ын биелэл байсан гэсэнд оршиж байв. Хэрэв тэрхүү хүснэгт эш үзүүллэгийн сэдэв байсан бол (үүнийг үгүйсгэдэг хүмүүс анхны итгэлээсээ няцдаг), тэгвэл 457 МЭӨ он нь 2300 өдрийг тоолон эхлэх он байсан нь дагалдан гарна. ‘Үзэгдэл’ ‘саатах’ ёстой, өөрөөр хэлбэл саатлын хугацаа байх ёстой байсны тулд, 1843 он нь нийтлэгдсэн анхны хугацаа байх шаардлагатай байсан; тэр хугацаанд он цагийн агуу асуудлын талаар онгон охидын бүлэг Нис дунд хашхиралтаар сэрээгдэхийнхээ яг өмнө мэгдэн нойрсож, унтах ёстой байв.” Second Advent Review and Sabbath Herald, I боть, 2 дугаар, Жеймс Уайт.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Дөрөвдүгээр дугаар</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