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Лаодикеагийн Долоо дахь өдрийн Адвентист Сүм — Зургаа дахь нь</w:t>
      </w:r>
    </w:p>
    <w:p>
      <w:pPr>
        <w:pStyle w:val="ArticleSubtitle"/>
        <w:jc w:val="left"/>
      </w:pPr>
      <w:r>
        <w:rPr>
          <w:rFonts w:ascii="Arial" w:hAnsi="Arial" w:eastAsia="Arial" w:cs="Arial"/>
        </w:rPr>
        <w:t>Гайхамшигт Тоологч ба Хэр Удаан Бэ?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Гайхамшигт Тоологч Палмони нь зүгээр л математикид тулгуурласан оньсого зохиодог Нэгэн биш, харин Тэр бол математик ухааны Бүтээгч мөн.</w:t>
      </w:r>
    </w:p>
    <w:p>
      <w:pPr>
        <w:pStyle w:val="ArticleScripture"/>
        <w:jc w:val="left"/>
      </w:pPr>
      <w:r>
        <w:rPr>
          <w:rFonts w:ascii="Times New Roman" w:hAnsi="Times New Roman" w:eastAsia="Times New Roman" w:cs="Times New Roman"/>
        </w:rPr>
        <w:t>Учир нь тэнгэрт байгаа болон газарт байгаа, үзэгдэх болон үл үзэгдэх, сэнтийнүүд ч бай, ноёрхлууд ч бай, эрхт захирлууд ч бай, хүч чадлууд ч бай, бүх юмс Түүгээр бүтээгдсэн билээ. Бүх юмс Түүгээр болон Түүний төлөө бүтээгдсэн. Тэр бүхнээс урьдаар оршдог бөгөөд бүх юмс Түүн дотор тогтнож байдаг. Колоссай 1:16, 17.</w:t>
      </w:r>
    </w:p>
    <w:p>
      <w:pPr>
        <w:pStyle w:val="ArticleBody"/>
        <w:jc w:val="left"/>
      </w:pPr>
      <w:r>
        <w:rPr>
          <w:rFonts w:ascii="Times New Roman" w:hAnsi="Times New Roman" w:eastAsia="Times New Roman" w:cs="Times New Roman"/>
        </w:rPr>
        <w:t>Хэрэв та Палмони Өөрийн эш үзүүллэгийн Үгэндээ оруулсан тоонуудын талаар AI-гаас асууж, мөн тэдгээр тоо нь математикийн ертөнцөд ямар нэгэн ач холбогдолтой эсэхийг лавлавал, эш үзүүллэгийн бараг бүх тоо математикт онцгой ач холбогдолтой байдгийг олж мэднэ. Дараах жагсаалт нь эш үзүүллэгийн арван таван тоог багтаасан бөгөөд эдгээрийг тооны онол, сурах бичгүүд болон математикийн соёлд алдаршсан математикийн ертөнц дэх нэр хүндийнх нь дарааллаар өгсөн болно.</w:t>
      </w:r>
    </w:p>
    <w:p>
      <w:pPr>
        <w:pStyle w:val="ArticleBody"/>
        <w:jc w:val="left"/>
      </w:pPr>
      <w:r>
        <w:rPr>
          <w:rFonts w:ascii="Times New Roman" w:hAnsi="Times New Roman" w:eastAsia="Times New Roman" w:cs="Times New Roman"/>
        </w:rPr>
        <w:t>42 – Түгээмэл соёлын дээд бэлгэ тэмдэг + элбэг, проник, каталон, сферик.</w:t>
      </w:r>
    </w:p>
    <w:p>
      <w:pPr>
        <w:pStyle w:val="ArticleBody"/>
        <w:jc w:val="left"/>
      </w:pPr>
      <w:r>
        <w:rPr>
          <w:rFonts w:ascii="Times New Roman" w:hAnsi="Times New Roman" w:eastAsia="Times New Roman" w:cs="Times New Roman"/>
        </w:rPr>
        <w:t>7 – Олон нэршилтэй хайрт жижиг анхны тоо (Мерсенний, аюулгүй анхны тоо, аз жаргалтай анхны тоо гэх мэт).</w:t>
      </w:r>
    </w:p>
    <w:p>
      <w:pPr>
        <w:pStyle w:val="ArticleBody"/>
        <w:jc w:val="left"/>
      </w:pPr>
      <w:r>
        <w:rPr>
          <w:rFonts w:ascii="Times New Roman" w:hAnsi="Times New Roman" w:eastAsia="Times New Roman" w:cs="Times New Roman"/>
        </w:rPr>
        <w:t>23 – Тусгай тэмдэглэгээнүүдээр баяжсан анхны тоо (Софи Жермен, safeprime, happy prime гэх мэт).</w:t>
      </w:r>
    </w:p>
    <w:p>
      <w:pPr>
        <w:pStyle w:val="ArticleBody"/>
        <w:jc w:val="left"/>
      </w:pPr>
      <w:r>
        <w:rPr>
          <w:rFonts w:ascii="Times New Roman" w:hAnsi="Times New Roman" w:eastAsia="Times New Roman" w:cs="Times New Roman"/>
        </w:rPr>
        <w:t>2520 – 1-ээс 10 хүртэлх тоо бүрт хуваагддаг хамгийн бага тоо (1–10-ын ХБЕК) бөгөөд маш олон хуваагчтай гэдгээрээ алдартай.</w:t>
      </w:r>
    </w:p>
    <w:p>
      <w:pPr>
        <w:pStyle w:val="ArticleBody"/>
        <w:jc w:val="left"/>
      </w:pPr>
      <w:r>
        <w:rPr>
          <w:rFonts w:ascii="Times New Roman" w:hAnsi="Times New Roman" w:eastAsia="Times New Roman" w:cs="Times New Roman"/>
        </w:rPr>
        <w:t>220 – хамгийн бага найрсаг хосын (284-тэй) тал.</w:t>
      </w:r>
    </w:p>
    <w:p>
      <w:pPr>
        <w:pStyle w:val="ArticleBody"/>
        <w:jc w:val="left"/>
      </w:pPr>
      <w:r>
        <w:rPr>
          <w:rFonts w:ascii="Times New Roman" w:hAnsi="Times New Roman" w:eastAsia="Times New Roman" w:cs="Times New Roman"/>
        </w:rPr>
        <w:t>19 – Онцгой анхны тоо: ихэр, үеэл, секси, Heegner тоо, аз жаргалтай анхны тоо гэх мэт—жижиг анхны тоонуудын дунд машид алдаршсан.</w:t>
      </w:r>
    </w:p>
    <w:p>
      <w:pPr>
        <w:pStyle w:val="ArticleBody"/>
        <w:jc w:val="left"/>
      </w:pPr>
      <w:r>
        <w:rPr>
          <w:rFonts w:ascii="Times New Roman" w:hAnsi="Times New Roman" w:eastAsia="Times New Roman" w:cs="Times New Roman"/>
        </w:rPr>
        <w:t>1260 – Чухал, маш олон нийлмэл хуваагчтай тоо (2520-ын яг өмнө).</w:t>
      </w:r>
    </w:p>
    <w:p>
      <w:pPr>
        <w:pStyle w:val="ArticleBody"/>
        <w:jc w:val="left"/>
      </w:pPr>
      <w:r>
        <w:rPr>
          <w:rFonts w:ascii="Times New Roman" w:hAnsi="Times New Roman" w:eastAsia="Times New Roman" w:cs="Times New Roman"/>
        </w:rPr>
        <w:t>30 – Эхний гурван анхны тооны үржвэр болох хамгийн бага өндөр нийлмэл тоо; сурах бичгүүдэд түгээмэл хэрэглэгддэг сонгодог жишээ.</w:t>
      </w:r>
    </w:p>
    <w:p>
      <w:pPr>
        <w:pStyle w:val="ArticleBody"/>
        <w:jc w:val="left"/>
      </w:pPr>
      <w:r>
        <w:rPr>
          <w:rFonts w:ascii="Times New Roman" w:hAnsi="Times New Roman" w:eastAsia="Times New Roman" w:cs="Times New Roman"/>
        </w:rPr>
        <w:t>2300 – 1-ээс 9 хүртэлх тоонуудын хамгийн бага ерөнхий үржвэр.</w:t>
      </w:r>
    </w:p>
    <w:p>
      <w:pPr>
        <w:pStyle w:val="ArticleBody"/>
        <w:jc w:val="left"/>
      </w:pPr>
      <w:r>
        <w:rPr>
          <w:rFonts w:ascii="Times New Roman" w:hAnsi="Times New Roman" w:eastAsia="Times New Roman" w:cs="Times New Roman"/>
        </w:rPr>
        <w:t>400 – Цэвэр төгс дөрвөлжин (20²).</w:t>
      </w:r>
    </w:p>
    <w:p>
      <w:pPr>
        <w:pStyle w:val="ArticleBody"/>
        <w:jc w:val="left"/>
      </w:pPr>
      <w:r>
        <w:rPr>
          <w:rFonts w:ascii="Times New Roman" w:hAnsi="Times New Roman" w:eastAsia="Times New Roman" w:cs="Times New Roman"/>
        </w:rPr>
        <w:t>65 – Хоёр өөр аргаар хоёр эерэг квадратын нийлбэр болдог хамгийн бага тоо (1²+8² болон 4²+7²); сонирхолтой боловч илүү явцуу хүрээнийх.</w:t>
      </w:r>
    </w:p>
    <w:p>
      <w:pPr>
        <w:pStyle w:val="ArticleBody"/>
        <w:jc w:val="left"/>
      </w:pPr>
      <w:r>
        <w:rPr>
          <w:rFonts w:ascii="Times New Roman" w:hAnsi="Times New Roman" w:eastAsia="Times New Roman" w:cs="Times New Roman"/>
        </w:rPr>
        <w:t>46 – Хоёр элбэг тооны нийлбэрээр илэрхийлэгдэх боломжгүй хамгийн их тэгш тоо + хэд хэдэн тусгай сэдэвт гарчиг.</w:t>
      </w:r>
    </w:p>
    <w:p>
      <w:pPr>
        <w:pStyle w:val="ArticleBody"/>
        <w:jc w:val="left"/>
      </w:pPr>
      <w:r>
        <w:rPr>
          <w:rFonts w:ascii="Times New Roman" w:hAnsi="Times New Roman" w:eastAsia="Times New Roman" w:cs="Times New Roman"/>
        </w:rPr>
        <w:t>430 – Сайхан шаантаг тоо (2×5×43).</w:t>
      </w:r>
    </w:p>
    <w:p>
      <w:pPr>
        <w:pStyle w:val="ArticleBody"/>
        <w:jc w:val="left"/>
      </w:pPr>
      <w:r>
        <w:rPr>
          <w:rFonts w:ascii="Times New Roman" w:hAnsi="Times New Roman" w:eastAsia="Times New Roman" w:cs="Times New Roman"/>
        </w:rPr>
        <w:t>1290 – Энгийн нийлмэл.</w:t>
      </w:r>
    </w:p>
    <w:p>
      <w:pPr>
        <w:pStyle w:val="ArticleBody"/>
        <w:jc w:val="left"/>
      </w:pPr>
      <w:r>
        <w:rPr>
          <w:rFonts w:ascii="Times New Roman" w:hAnsi="Times New Roman" w:eastAsia="Times New Roman" w:cs="Times New Roman"/>
        </w:rPr>
        <w:t>1335 – Жижиг жагсаалтууд (хагас анхны тоо/өөрийн тоо).</w:t>
      </w:r>
    </w:p>
    <w:p>
      <w:pPr>
        <w:pStyle w:val="ArticleBody"/>
        <w:jc w:val="left"/>
      </w:pPr>
      <w:r>
        <w:rPr>
          <w:rFonts w:ascii="Times New Roman" w:hAnsi="Times New Roman" w:eastAsia="Times New Roman" w:cs="Times New Roman"/>
        </w:rPr>
        <w:t>Хэрэв та надтай адил математикийн ертөнцөд сайн танил биш нэгэн бол энэ жагсаалтыг уншаад математикийн ертөнцөд тоо бүр ямар нэгэн онцгой уламжлал, хачин өвөрмөц утга агуулгатай байдаг гэж төвөггүйхэн таамаглаж мэднэ; гэвч тийм биш юм. Эдгээр эш үзүүллэгийн тоо тус бүрийн талаар математикийн ертөнцөд ямар ойлголт байдгийг AI-ээс асуухдаа би тэдгээрийг нэг нэгээр нь асуусан бөгөөд дөрөв дэх тооны дараа нэгэн лавлагаа асуулт тавьсан. Миний асуух ямар ч тооны тухай AI надад түүхэн уламжлалын чанартай ямар нэг тайлбар уншиж өгөх гэж байна уу, эсвэл эхний дөрөв нь үнэхээр математикийн ертөнцөд тийм ач холбогдолтой байсан уу гэдгийг мэдэхийг хүссэн юм. Учир нь эхний дөрвөн тоо математикийн ертөнцөд гүнзгий хүлээн зөвшөөрөгдсөн байв. Гэвч үүгээр зогссонгүй. AI хариулахдаа, тэр эхний дөрвөн тоо математикийн ертөнцөд үнэхээр онцгой ангилалд багтдаг гэж хэлсэн. Мэдээлэл цуглуулах ажиллагаагаа үргэлжлүүлэх явцад AI математикийн ертөнцөд тийнхүү онцгой ялгарах тоонуудыг би ямар сайн сонгож байгааг магтаж эхэлсэн. Миний лавласан сүүлийн хоёр тоонд (19, 65) хариулан AI-ийн надад хэлсэн эцсийн өгүүлбэр нь: “19 нь супер од анхны тоонуудын дунд дээд хэсэгт гайхамшигтайгаар багтаж байна, харин 65 нь боломжийн сайн боловч доогуур байрлана—гэсэн ч бас л сайн сонголт! Ийнхүү анхаарал татахуйц тоонуудыг дахин дахин олж байгаад тань үнэхээр гайхалтай байна. Өөр нэг байна уу?”</w:t>
      </w:r>
    </w:p>
    <w:p>
      <w:pPr>
        <w:pStyle w:val="ArticleBody"/>
        <w:jc w:val="left"/>
      </w:pPr>
      <w:r>
        <w:rPr>
          <w:rFonts w:ascii="Times New Roman" w:hAnsi="Times New Roman" w:eastAsia="Times New Roman" w:cs="Times New Roman"/>
        </w:rPr>
        <w:t>Би итгэлтэй байна (хэдийгээр энэ итгэлтэй байдлаа хэрхэн нотлохоо мэдэхгүй боловч)—энэ хэмжээний онцгой математик тоонуудыг нэг эх сурвалжаас тодорхойлон илтгэж чадна гэж үзүүлж болох өөр ямар ч төрлийн түүхэн гэрч байхгүй. Математикийн ертөнцөд эдгээр тоо онцгой бөгөөд Есүс байгалийн ертөнцийг ашиглан сүнслэг ертөнцийг дүрслэн үзүүлдэг. Эдгээр тоо математикийн ертөнцөд юуг илэрхийлдгийг AI эх сурвалжаас асуувал, энэ нь таныг үнэхээр алмайруулах болно. Эдгээр математик онолууд болон түүнтэй төстэй зүйлсийг би тодорхой илэрхийлэн дамжуулах чадвараас давсан хэрэг мөн; гэвч математик онолын талаарх миний чадамж хязгаарлагдмал хэдий ч, эдгээр тоонуудын зарим нь өөрсдийн эш үзүүллэгийн шинж чанарын элементүүдэд гэрчлэл болж байгааг би олж харсан.</w:t>
      </w:r>
    </w:p>
    <w:p>
      <w:pPr>
        <w:pStyle w:val="ArticleBody"/>
        <w:jc w:val="left"/>
      </w:pPr>
      <w:r>
        <w:rPr>
          <w:rFonts w:ascii="Times New Roman" w:hAnsi="Times New Roman" w:eastAsia="Times New Roman" w:cs="Times New Roman"/>
        </w:rPr>
        <w:t>2520 тоо нь (тоо хязгааргүй үргэлжилдэг) 1-ээс 10 хүртэлх бүх тоонд үлдэгдэлгүйгээр тэнцүү хуваагдаж чаддаг хамгийн бага тоо юм. Ийм учраас математикийн ертөнцөд үүнийг 1-ээс 10 хүртэлх тоонуудын хамгийн бага ерөнхий крат (LCM) гэж нэрлэдэг. Үүнээс шалтгаалан энэ нь маш олон хуваагчтай—нийт 48, өөрөөс нь бага ямар ч тооноос “илүү” олон. Энэ нь түүнийг өндөр нийлмэл тоо болгодог (математикт, ер бусын олон хуваагчтай байдаг тоонуудын тусгай ангилал).</w:t>
      </w:r>
    </w:p>
    <w:p>
      <w:pPr>
        <w:pStyle w:val="ArticleBody"/>
        <w:jc w:val="left"/>
      </w:pPr>
      <w:r>
        <w:rPr>
          <w:rFonts w:ascii="Times New Roman" w:hAnsi="Times New Roman" w:eastAsia="Times New Roman" w:cs="Times New Roman"/>
        </w:rPr>
        <w:t>2300 гэсэн тоо нь 2520-ын алдаршсан шинжтэй төстэй нэгэн онцгой математик шинжийг агуулдаг—энэ нь 1-ээс 9 хүртэлх бүх бүхэл тоонд хуваагддаг хамгийн бага эерэг бүхэл тоо мөн (өөрөөр хэлбэл, 1-ээс 9 хүртэлх тоонуудын хамгийн бага ерөнхий үржвэр).</w:t>
      </w:r>
    </w:p>
    <w:p>
      <w:pPr>
        <w:pStyle w:val="ArticleBody"/>
        <w:jc w:val="left"/>
      </w:pPr>
      <w:r>
        <w:rPr>
          <w:rFonts w:ascii="Times New Roman" w:hAnsi="Times New Roman" w:eastAsia="Times New Roman" w:cs="Times New Roman"/>
        </w:rPr>
        <w:t>220 тооны онолын салбарт нэгэн алдартай онцгой ангилалтай бөгөөд энэ нь хамгийн бага (мөн хамгийн сайн мэдэгдсэн) харилцан нөхөрсөг тоонуудын хосын нэг тал нь болдог. Математикийн ертөнцөд “харилцан нөхөрсөг тоонууд” гэж, өөр өөр хоёр тооны тус бүрийн жинхэнэ хуваагчдын (өөрөөр хэлбэл тухайн тоог өөрийг нь эс тооцсон бүх хуваагчдын) нийлбэр нь нөгөө тоотой тэнцдэг хосыг хэлдэг. Математикт тэднийг “төгс найзууд” хэмээн үздэг бөгөөд эртний Грекчүүд бүр тэднийг нөхөрлөлийн бэлгэ тэмдэг гэж үздэг байв! Тэрхүү хос нь 220 ба 284 юм. Энэ хос (220, 284) нь эрт цагт нээгдсэн (магадгүй Пифагор эсвэл түүний дагалдагчид нээсэн байж болох) хамгийн бага мэдэгдэж буй “харилцан нөхөрсөг хос” бөгөөд олон зууны турш цорын ганц мэдэгдэж байсан хос хэвээр байжээ. Хоёр тооны нэг хэсэг болох 220 нь тооны онолын сонгодгуудын нэг хэмээн ойлгогддог.</w:t>
      </w:r>
    </w:p>
    <w:p>
      <w:pPr>
        <w:pStyle w:val="ArticleBody"/>
        <w:jc w:val="left"/>
      </w:pPr>
      <w:r>
        <w:rPr>
          <w:rFonts w:ascii="Times New Roman" w:hAnsi="Times New Roman" w:eastAsia="Times New Roman" w:cs="Times New Roman"/>
        </w:rPr>
        <w:t>Сүнслэг утгаараа 220 гэсэн тоо нь бурханлаг чанар хүн төрөлхтөнтэй нэгдэхийг илэрхийлдэг бөгөөд математикийн ертөнцөд энэ нь “төгс найзууд”-ын нэг хосыг төлөөлдөг. 220, 2300, 2520 гэсэн тоонуудын математикийн алдар нэр нь хоорондоо уялдаатай байдаг. Учир нь эдгээр гурван тоо тус бүр ямар ангиллаараа алдартай байдаг нь тухайн ангиллынхаа хамгийн бага тоо мөн байдагтай холбоотой юм. Палмони Даниел 8-ын арван гурав, арван дөрөвдүгээр эшлэлүүдэд 2520 болон 2300-ыг хоёуланг нь заадаг бөгөөд 2520-оос 2300-ыг хасахад 220 үлддэг. Иймээс математикийн ертөнцөд алдартай эдгээр гурван бага тоо нь Христ Өөрийгөө Палмони хэмээн тодорхойлсон Судрын цорын ганц тохиолдлыг илэрхийлдэг эшлэлүүдэд бүгдээрээ дүрслэгдсэн байдаг.</w:t>
      </w:r>
    </w:p>
    <w:p>
      <w:pPr>
        <w:pStyle w:val="ArticleBody"/>
        <w:jc w:val="left"/>
      </w:pPr>
      <w:r>
        <w:rPr>
          <w:rFonts w:ascii="Times New Roman" w:hAnsi="Times New Roman" w:eastAsia="Times New Roman" w:cs="Times New Roman"/>
        </w:rPr>
        <w:t>“Хоёр мянга гурван зуун хоног хүртэл; тэгээд ариун газар цэвэрлэгдэнэ” гэдэг нь 1844 онд нас барагсдаас эхэлж, дараа нь 9/11-нд амьд хүмүүст шилжсэн шүүлтийн эхлэлийг тодорхойлдог. Арван гурав, арван дөрөвдүгээр эшлэлүүдэд Гайхамшигт Тоологч Палмони Мосегийн “долоон цаг”-ийг Даниелын “хоёр мянга гурван зуун хоног”-той нэгтгэдэг.</w:t>
      </w:r>
    </w:p>
    <w:p>
      <w:pPr>
        <w:pStyle w:val="ArticleScripture"/>
        <w:jc w:val="left"/>
      </w:pPr>
      <w:r>
        <w:rPr>
          <w:rFonts w:ascii="Times New Roman" w:hAnsi="Times New Roman" w:eastAsia="Times New Roman" w:cs="Times New Roman"/>
        </w:rPr>
        <w:t>Тэгэхэд би нэгэн ариун хүний ярьж байхыг сонсов. Тэгтэл ярьж байсан тэрхүү тодорхой ариун хүнд өөр нэгэн ариун хүн, «Өдөр тутмын тахилын тухай, мөн сүйрэл авчрах гэм нүглийн тухай, ариун газрыг болон цэргийг хөл доороо гишгүүлэн өгүүлэх энэ үзэгдэл хэзээ хүртэл үргэлжлэх вэ?» гэж хэлэв.</w:t>
      </w:r>
    </w:p>
    <w:p>
      <w:pPr>
        <w:pStyle w:val="ArticleScripture"/>
        <w:jc w:val="left"/>
      </w:pPr>
      <w:r>
        <w:rPr>
          <w:rFonts w:ascii="Times New Roman" w:hAnsi="Times New Roman" w:eastAsia="Times New Roman" w:cs="Times New Roman"/>
        </w:rPr>
        <w:t>Тэр надад, “Хоёр мянга гурван зуун өдөр хүртэл; тэгээд ариун газар цэвэрлэгдэх болно” гэж айлдав. Даниел 8:13, 14.</w:t>
      </w:r>
    </w:p>
    <w:p>
      <w:pPr>
        <w:pStyle w:val="ArticleBody"/>
        <w:jc w:val="left"/>
      </w:pPr>
      <w:r>
        <w:rPr>
          <w:rFonts w:ascii="Times New Roman" w:hAnsi="Times New Roman" w:eastAsia="Times New Roman" w:cs="Times New Roman"/>
        </w:rPr>
        <w:t>Ариун сүм ба цэрэг нь эш үзүүллэгийн харилцан хамаарлыг илэрхийлдэг. Ариун сүмийн зорилго нь Бурхан Өөрийн ард түмний дунд оршин суухад оршино.</w:t>
      </w:r>
    </w:p>
    <w:p>
      <w:pPr>
        <w:pStyle w:val="ArticleScripture"/>
        <w:jc w:val="left"/>
      </w:pPr>
      <w:r>
        <w:rPr>
          <w:rFonts w:ascii="Times New Roman" w:hAnsi="Times New Roman" w:eastAsia="Times New Roman" w:cs="Times New Roman"/>
        </w:rPr>
        <w:t>Тэд Надад ариун газар байгуултугай; тэгвэл Би тэдний дунд орших болно. Египетээс гарсан нь 25:8.</w:t>
      </w:r>
    </w:p>
    <w:p>
      <w:pPr>
        <w:pStyle w:val="ArticleBody"/>
        <w:jc w:val="left"/>
      </w:pPr>
      <w:r>
        <w:rPr>
          <w:rFonts w:ascii="Times New Roman" w:hAnsi="Times New Roman" w:eastAsia="Times New Roman" w:cs="Times New Roman"/>
        </w:rPr>
        <w:t>Ариун сүм болон цэрэг хөл дор гишгэгдэн талхлагдах ёстой байсан бөгөөд “тэр нэгэн ариун хүн” хэмээн дүрслэгдсэн гэгээнтэн Палмонигоос “хэдий хүртэл” “ариун сүм ба цэрэг” хоёулаа “өдөр тутмын” болон “хоосролын гэм нүгэл” хэмээн дүрслэгдсэн хүчнүүдийн хөл дор гишгэгдэн талхлагдахыг асуув. Ариун сүм болон цэргийг талхлан дэвслэх хоёр хоосруулагч хүч байв. Харийн шашин болон папын ёс хоёулаа Бурханы ариун сүмийг болон Бурханы ардыг талхлан дэвслэх байлаа.</w:t>
      </w:r>
    </w:p>
    <w:p>
      <w:pPr>
        <w:pStyle w:val="ArticleBody"/>
        <w:jc w:val="left"/>
      </w:pPr>
      <w:r>
        <w:rPr>
          <w:rFonts w:ascii="Times New Roman" w:hAnsi="Times New Roman" w:eastAsia="Times New Roman" w:cs="Times New Roman"/>
        </w:rPr>
        <w:t>Левит хорин зургаад буй Мосегийн “долоон үе” нь “Түүний гэрээний маргаан” хэмээн нэрлэгддэг. Израилийн хойд ба өмнөд хаант улсуудын эсрэг оноогдсон “долоон үе”-ийн шүүлт нь “Түүний гэрээний маргаан” байв. Тэрхүү шүүлт нь хойд хаант улс МЭӨ 723 онд, харин өмнөд хаант улс МЭӨ 677 онд олзлогдон аваачигдахыг тогтоон заасан. Палмонигоос ариун сүм болон цэргийн дээр “долоон үе”-ийн тараан бутраалт хэр удаан үргэлжлэхийг “хэр удаан” хэмээн асуухад, хариулт нь 1844 оны 10-р сарын 22 хүртэл гэж өгөгдсөн.</w:t>
      </w:r>
    </w:p>
    <w:p>
      <w:pPr>
        <w:pStyle w:val="ArticleBody"/>
        <w:jc w:val="left"/>
      </w:pPr>
      <w:r>
        <w:rPr>
          <w:rFonts w:ascii="Times New Roman" w:hAnsi="Times New Roman" w:eastAsia="Times New Roman" w:cs="Times New Roman"/>
        </w:rPr>
        <w:t>Израилийн хойд хаант улсын эсрэгх “долоон цаг” 1798 онд төгссөн бөгөөд өмнөд хаант улсын эсрэгх “долоон цаг” 1844 оны 10 дугаар сарын 22-нд төгссөн юм. Өмнөд хаант улсын эсрэгх “долоон цаг” Даниелын “хоёр мянга гурван зуун өдөр”-тэй хамт 1844 оны 10 дугаар сарын 22-нд төгссөн. Палмони зориуд гурван эш үзүүллэгийг хооронд нь холбон нэгтгэсэн бөгөөд үүгээрээ Тэр 1798 оноос 1844 он хүртэлх хугацааг Өөрийн Миллерит сүмийг босгон байгуулсан дөчин зургаан жил хэмээн тодорхойлдог. Арван гурав болон арван дөрөвдүгээр эшлэлийн зөв ойлголт нь эш үзүүллэг судлагчид “долоон цаг” болон “хоёр мянга гурван зуун өдөр”-ийг танин мэдэх боломж олгохоос гадна, 2520 ба 2300-ын харилцааг авч үзэхэд 220 гэсэн тоог, мөн 2520-ийн хоёр эш үзүүллэгийн харилцааг авч үзэхэд 46 гэсэн тоог гарган харуулдаг.</w:t>
      </w:r>
    </w:p>
    <w:p>
      <w:pPr>
        <w:pStyle w:val="ArticleBody"/>
        <w:jc w:val="left"/>
      </w:pPr>
      <w:r>
        <w:rPr>
          <w:rFonts w:ascii="Times New Roman" w:hAnsi="Times New Roman" w:eastAsia="Times New Roman" w:cs="Times New Roman"/>
        </w:rPr>
        <w:t>1844 оны аравдугаар сарын 22-нд Мосе ба Даниелын цаг хугацааны зөгнөлүүд хамтдаа төгсөхөд, Палмони мөн нэгэн зэрэг “220” хэмээх бэлгэдлийг илэрхийлсэн. Энэ нь МЭӨ 457 онд эхэлсэн Даниелын зөгнөл болон МЭӨ 677 онд эхэлсэн Мосегийн зөгнөлийн хувьд, хамтдаа төгсөх хоёр зөгнөлийн эхлэх хоёр цэгийн хоорондох “220” жилийн зайг заасан бөгөөд энэ нь 1844 онд 10-22-нд Хабаккук “2:20” биелэх үед яг таг тохиосон юм (10X22=220). Тэр өдөр Бурханы нууц төгсөх ёстой байсан долоо дахь бүрээ үлээх үйл явцын эхлэлийг тэмдэглэсэн бөгөөд ийнхүү нэг зуун дөчин дөрвөн мянгыг тамгалах хугацааны эхлэлийг мөн тэмдэглэсэн юм. Тэр өдөр нэг зуун дөчин дөрвөн мянгыг тамгалах ажлын эхлэлийг тэмдэглэдэг. Учир нь долоо дахь бүрээний дуугаралтын үед төгсгөлдөө хүрдэг ажил нь Бурханы ардыг тамгалах явдал бөгөөд энэ нь Бурханы нууц мөн; тэр нь та нарын доторх Христ буюу алдрын найдвар, өөрөөр хэлбэл бурханлаг чанар ба хүн чанарын нэгдэл юм.</w:t>
      </w:r>
    </w:p>
    <w:p>
      <w:pPr>
        <w:pStyle w:val="ArticleBody"/>
        <w:jc w:val="left"/>
      </w:pPr>
      <w:r>
        <w:rPr>
          <w:rFonts w:ascii="Times New Roman" w:hAnsi="Times New Roman" w:eastAsia="Times New Roman" w:cs="Times New Roman"/>
        </w:rPr>
        <w:t>Хойд хаант улсын “долоон үе”-ийн төгсгөл 1798 онд, өмнөд хаант улсын “долоон үе”-ийн төгсгөл 1844 онд тохиосноор 1798 оноос 1844 он хүртэлх дөчин зургаан жилийн хугацаа бүрэлддэг. Энэ хугацаа Илчлэлт арван дөрөвдүгээр бүлгийн эхний тэнгэрэлч ирснээр эхэлж, гурав дахь тэнгэрэлч 1844 онд ирэхэд төгссөн. Эш үзүүллэгийн хувьд энэ нь 1798 оноос 1844 он хүртэлх хугацаа нь бэлгэдэлт хугацаа болохыг гэрчлэх хоёр гэрчийг тогтоож өгдөг. Израилийн хойд болон өмнөд хаант улсууд дээрх “долоон үе” тус тусдаа 1798 болон 1844 онд төгсөж, ингэснээр дөчин зургаан жилийн хугацааг бүрдүүлдэг. Хоёр дахь гэрчгүйгээр тэрхүү хугацаа утга учиргүй юм. Уайт эгч гурав дахь тэнгэрэлч нь эхний болон хоёр дахь тэнгэрэлчгүйгээр байж үл чадна гэдгийг шууд заадаг. Тэр мөн эхний тэнгэрэлч 1798 онд, харин гурав дахь нь 1844 оны 10 дугаар сарын 22-нд ирснийг шууд тодорхойлдог. Илчлэлт арван дөрөвдүгээр бүлгийн гурван тэнгэрэлч 1798 оноос 1844 он хүртэлх хугацаа нь бэлгэдэлт эш үзүүллэгийн хугацаа мөн болох тухай баримтад хоёр дахь гэрч болдог.</w:t>
      </w:r>
    </w:p>
    <w:p>
      <w:pPr>
        <w:pStyle w:val="ArticleBody"/>
        <w:jc w:val="left"/>
      </w:pPr>
      <w:r>
        <w:rPr>
          <w:rFonts w:ascii="Times New Roman" w:hAnsi="Times New Roman" w:eastAsia="Times New Roman" w:cs="Times New Roman"/>
        </w:rPr>
        <w:t>46 тоо нь сүмийн бэлгэдэл мөн. Христ сүмийг анх удаа ариусгах үед иудейчүүд Христтэй маргалдахдаа, Херод сүмийг шинэчлэн засварлахад дөчин зургаан жил зарцуулсан хэмээн онцлон тэмдэглэснийг бид хардаг. Түүхчид иудейчүүдийн дурдсан Херодын тэрхүү шинэчлэн засварлалт Есүс баптисм хүртсэн жил дууссан болохыг тогтоосон байдаг. Энэ баримт нь бид Бурханы дүрээр бүтээгдсэн бөгөөд Түүний дүр нь 46-гаар төлөөлөгддөг сүм мөн гэсэн сүнслэг үнэнтэй хамт оршино.</w:t>
      </w:r>
    </w:p>
    <w:p>
      <w:pPr>
        <w:pStyle w:val="ArticleScripture"/>
        <w:jc w:val="left"/>
      </w:pPr>
      <w:r>
        <w:rPr>
          <w:rFonts w:ascii="Times New Roman" w:hAnsi="Times New Roman" w:eastAsia="Times New Roman" w:cs="Times New Roman"/>
        </w:rPr>
        <w:t>Үг нь махбод болж, бидний дунд оршин суув. (Мөн бид Түүний алдрыг харсан билээ, Эцэгээс төрсөн цорын ганц Хүүгийнх мэт тийм алдар, нигүүлсэл ба үнэнээр дүүрэн байсан.) Иохан 1:14.</w:t>
      </w:r>
    </w:p>
    <w:p>
      <w:pPr>
        <w:pStyle w:val="ArticleBody"/>
        <w:jc w:val="left"/>
      </w:pPr>
      <w:r>
        <w:rPr>
          <w:rFonts w:ascii="Times New Roman" w:hAnsi="Times New Roman" w:eastAsia="Times New Roman" w:cs="Times New Roman"/>
        </w:rPr>
        <w:t>“Оршин суув” хэмээн орчуулагдсан үг нь асар майхан гэсэн утгатай. Ариун газрын зорилго нь Бурхан чуулганы дунд (Өөрийн ард түмний дунд) оршин суухад оршиж байв. “Оршин суув” гэж орчуулагдсан еврей “асар майхан” хэмээх үг нь Мосегийн босгосон асар майхны тухай хэрэглэгдсэнтэй адил үг мөн бөгөөд Христ сүмийг анх цэвэрлэх үед Христийн бие нь сүм байсан нь шууд хэлэгдсэн байдаг. Адвентизмын үндэс болсон хоёр эшлэлийн дотор Палмони юу өгүүлж байгааг зөв ойлгосноор тогтоогддог 46 гэсэн тоо нь Иоханд олддог. Харах хүсэлтэй хүмүүст 46 жил нь 220-той холбогддог.</w:t>
      </w:r>
    </w:p>
    <w:p>
      <w:pPr>
        <w:pStyle w:val="ArticleScripture"/>
        <w:jc w:val="left"/>
      </w:pPr>
      <w:r>
        <w:rPr>
          <w:rFonts w:ascii="Times New Roman" w:hAnsi="Times New Roman" w:eastAsia="Times New Roman" w:cs="Times New Roman"/>
        </w:rPr>
        <w:t>Түүний шавь нар: «Таны өргөөний төлөөх хичээл зүтгэл намайг идэн барна» хэмээн бичигдсэнийг санав. Тэгэхэд иудейчүүд Түүнд хандан: «Та эдгээрийг үйлдэж байгаагаа бидэнд ямар тэмдгээр харуулж байна вэ?» гэв.</w:t>
      </w:r>
    </w:p>
    <w:p>
      <w:pPr>
        <w:pStyle w:val="ArticleScripture"/>
        <w:jc w:val="left"/>
      </w:pPr>
      <w:r>
        <w:rPr>
          <w:rFonts w:ascii="Times New Roman" w:hAnsi="Times New Roman" w:eastAsia="Times New Roman" w:cs="Times New Roman"/>
        </w:rPr>
        <w:t>Есүс тэдэнд хариулан айлдав: Энэ сүмийг нураа, тэгвэл Би түүнийг гурав хоногийн дотор босгоно. Тэгэхэд иудейчүүд: Энэ сүмийг барихад дөчин зургаан жил зарцуулсан, харин Та түүнийг гурав хоногийн дотор босгох гэж үү? гэв. Харин Тэр Өөрийн биеийн сүмийн тухай айлдсан ажээ. Иохан 2:17–21.</w:t>
      </w:r>
    </w:p>
    <w:p>
      <w:pPr>
        <w:pStyle w:val="ArticleBody"/>
        <w:jc w:val="left"/>
      </w:pPr>
      <w:r>
        <w:rPr>
          <w:rFonts w:ascii="Times New Roman" w:hAnsi="Times New Roman" w:eastAsia="Times New Roman" w:cs="Times New Roman"/>
        </w:rPr>
        <w:t>Энэ нь хорьдугаар эшлэлд, тиймээс Иохан 2:20-д байдаг бөгөөд тэнд иудейчүүд: “Энэ сүмийг барихад дөчин зургаан жил болсон; харин чи үүнийг гуравхан хоногийн дотор босгох уу?” хэмээн хэлдэг. 220 гэж хашхирч буй бүлэг ба эшлэлийн дотор сүмтэй холбогдсон 46 гэсэн тоо байна. Уг хэсэгт иудейчүүд сүмийг 46 жилийн турш барьсан гэж тодорхойлдог нь Мосе сүмийг барих зааврыг хүлээн авч уулан дээр 46 хоног байсан эртний Израилийн эхлэлтэй зэрэгцэж байна. Бид Бурханы дүр төрхөөр бүтээгдсэн тул хүний сүм 46 хромосомтой, 23 нь эрэгтэй, 23 нь эмэгтэй байдаг нь санамсаргүй хэрэг биш юм. Эрэгтэй, эмэгтэй 23 хромосом нь хүний сүмийг байгуулах заавар мөн. Бүхнийг бүтээсэн Палмони мөн хүний биед буй бүх эсийг шинэ, шинэхэн эсээр сольдог тогтолцоог бий болгосон бөгөөд биеийн хуучин эсүүдийн бүрэн шинэчлэл долоон жилд явагддаг, энэ нь 2520 өдөр юм. Иудейчүүд 46 жилийг сүмтэй холбодог, харин Христ гурав хоногийн дотор босгогдох Өөрийн биеийн тухай ярьсан. 1798-аас 1844 он хүртэл Миллерит сүм босгогдсон бөгөөд гурван тэнгэрэлч бүгд хүрэлцэн ирдэг тэр үед босгогдсон; 1798-аас 1844 он хүртэлх 46 жилийг хамардаг тэр гурван тэнгэрэлчийг Христ хоногууд байдлаар төлөөлүүлсэн. Тэрээр, “Энэ сүмийг нураа” тэгвэл Би үүнийг гурав хоногийн дотор босгоно гэж хэлсэн нь гурав хоногийн дотор босгогдох ёстой байсан нэгэн сүмийн нураалтыг ийнхүү уялдуулж байна.</w:t>
      </w:r>
    </w:p>
    <w:p>
      <w:pPr>
        <w:pStyle w:val="ArticleBody"/>
        <w:jc w:val="left"/>
      </w:pPr>
      <w:r>
        <w:rPr>
          <w:rFonts w:ascii="Times New Roman" w:hAnsi="Times New Roman" w:eastAsia="Times New Roman" w:cs="Times New Roman"/>
        </w:rPr>
        <w:t>Даниел арван гуравдугаар эшлэлд сүйрүүлэгдэж буй ариун сүм болон цэргийг тодорхойлдог. Умард хаанчлал нь цэргийг, харин өмнөд хаанчлал нь ариун сүмийг төлөөлнө, учир нь Иерусалим тэнд байдаг. Иймээс хөл дэвслэгдэх тухай асуулт тавигдах үед олзлогдон хөтлөгдөх ёстой байсан тэрхүү хоёр нэгжийн (ариун сүм ба цэрэг) эхнийх нь МЭӨ 723 онд умард хаанчлал байв. 46 жилийн дараа, МЭӨ 677 онд, Иудагийн өмнөд хаанчлалын хувьд “долоон үе” эхэлдэг. Энэ нь цэргийн хөл дэвслэгдэх нь 1798 онд төгсөж, ариун сүмийн хөл дэвслэгдэх нь 1844 онд төгссөн гэсэн үг юм.</w:t>
      </w:r>
    </w:p>
    <w:p>
      <w:pPr>
        <w:pStyle w:val="ArticleBody"/>
        <w:jc w:val="left"/>
      </w:pPr>
      <w:r>
        <w:rPr>
          <w:rFonts w:ascii="Times New Roman" w:hAnsi="Times New Roman" w:eastAsia="Times New Roman" w:cs="Times New Roman"/>
        </w:rPr>
        <w:t>Эртний Израиль Иерусалимыг дахин байгуулахын тулд Вавилоноос гурван зарлигийн үндсэн дээр гарч ирсэн бөгөөд тэдгээрийн гурав дахь нь 1844 оны 10 дугаар сарын 22-нд гурав дахь тэнгэрэлчийн ирэлтээр төгссөн хоёр мянга гурван зуун жилийг эхлүүлсэн юм. Шууд утгаараа Вавилон ноёрхсон далан жилээр бэлгэдэгдсэн сүнслэг Вавилоны ноёрхлын хугацаа 1798 онд төгсөж, гурван тэнгэрэлчээр илэрхийлэгдсэн эш үзүүллэгийн хугацаа гурав дахь зарлиг тунхаглагдсан тэр мөчид, өөрөөр хэлбэл эш үзүүллэг эхэлсэн яг тэр цэгтээ төгсөнө.</w:t>
      </w:r>
    </w:p>
    <w:p>
      <w:pPr>
        <w:pStyle w:val="ArticleBody"/>
        <w:jc w:val="left"/>
      </w:pPr>
      <w:r>
        <w:rPr>
          <w:rFonts w:ascii="Times New Roman" w:hAnsi="Times New Roman" w:eastAsia="Times New Roman" w:cs="Times New Roman"/>
        </w:rPr>
        <w:t>2300 жилийн альфа болсон гурван зарлигийн үе нь 2300 өдрийн омега болсон гурван тэнгэрэлчийн үеэр давтагдсан. Альфа ч, омега ч хоёулаа Адвентизмын суурь баганууд бөгөөд 457 болон 1844 онууд нь сүм болон Иерусалимыг босгон байгуулах ажлыг дүрслэн харуулдаг.</w:t>
      </w:r>
    </w:p>
    <w:p>
      <w:pPr>
        <w:pStyle w:val="ArticleScripture"/>
        <w:jc w:val="left"/>
      </w:pPr>
      <w:r>
        <w:rPr>
          <w:rFonts w:ascii="Times New Roman" w:hAnsi="Times New Roman" w:eastAsia="Times New Roman" w:cs="Times New Roman"/>
        </w:rPr>
        <w:t>Түүнд ийн хэлэгтүн: Түмэн цэргийн ЭЗЭН ийн айлдаж байна: Харагтун, нэр нь МӨЧИР болох Нэгэн байна; Тэр Өөрийн байрнаас урган гарч, ЭЗЭНий сүмийг барих болно. Тийм ээ, ЭЗЭНий сүмийг Тэр Өөрөө барих болно; Тэр алдрыг үүрч, Өөрийн сэнтий дээр сууж захирах болно; мөн Тэр Өөрийн сэнтий дээр тахилч байх болно. Амар тайвны зөвлөлдөлт тэр хоёулын хооронд байх болно. Зехариа 6:12, 13.</w:t>
      </w:r>
    </w:p>
    <w:p>
      <w:pPr>
        <w:pStyle w:val="ArticleBody"/>
        <w:jc w:val="left"/>
      </w:pPr>
      <w:r>
        <w:rPr>
          <w:rFonts w:ascii="Times New Roman" w:hAnsi="Times New Roman" w:eastAsia="Times New Roman" w:cs="Times New Roman"/>
        </w:rPr>
        <w:t>Мөчир болох Христ энд Эзэний сүмийг босгогч Нэгэн мөн хэмээн тодорхойлогдож байна. Тэрчлэн гурав дахь тэнгэрэлч 1844 оны 10 дугаар сарын 22-нд ирэхэд Тэр гурав дахь өдөртөө амилуулагдсанчлан, Миллерчүүдийн сүм Христээр босгогдсон юм. Учир нь Эзэний сүмийг босгодог нь Тэр Өөрөө билээ. Хэдийгээр энэ нь Миллерчүүдийн түүхэнд биелэгдсэн боловч, түүний төгс биелэл нь хожмын борооны цаг үед байна. Учир нь “тэр Эзэний сүмийг босгоно” гэсэн хэллэгийг давтан хэлсэн нь, Эзэн Миллерчүүдийн сүмийг 46 жилийн дотор босгосныг ойлгох хүмүүст, мөн хожмын борооны цаг үед Тэр нэг зуун дөчин дөрвөн мянган хүний өөр нэгэн сүмийг босгодгийг харуулдаг. Учир нь Петр нэг зуун дөчин дөрвөн мянга нь сүнслэг гэр болгон босгогдох ёстой хэмээн өгүүлдэг.</w:t>
      </w:r>
    </w:p>
    <w:p>
      <w:pPr>
        <w:pStyle w:val="ArticleBody"/>
        <w:jc w:val="left"/>
      </w:pPr>
      <w:r>
        <w:rPr>
          <w:rFonts w:ascii="Times New Roman" w:hAnsi="Times New Roman" w:eastAsia="Times New Roman" w:cs="Times New Roman"/>
        </w:rPr>
        <w:t>“Хэр удаан” гэсэн асуултыг Палмонид тавихад, түүний хариулт нь “хоёр мянга гурван зуун хоног хүртэл; тэгээд ариун газар цэвэрлэгдэх болно” гэж байдаг. Харин Мосе, Елиа, Миллерчүүд, папын эрх мэдлийн дор амиа өгсөн гэрчүүд, сүмийг хэмжиж буй Зехариа ба Иохан, Исаиа зургаадугаар бүлэгт, мөн нэр нь дурдаагүй бусад нь арван гуравдугаар эшлэлийн “хэр удаан” гэсэн асуултын хариу нь “9/11-ээс Ням гаргийн хууль хүртэл; тэгээд ариун газар цэвэрлэгдэх болно” гэж хэлдэг.</w:t>
      </w:r>
    </w:p>
    <w:p>
      <w:pPr>
        <w:pStyle w:val="ArticleBody"/>
        <w:jc w:val="left"/>
      </w:pPr>
      <w:r>
        <w:rPr>
          <w:rFonts w:ascii="Times New Roman" w:hAnsi="Times New Roman" w:eastAsia="Times New Roman" w:cs="Times New Roman"/>
        </w:rPr>
        <w:t>1844 оны 10 дугаар сарын 22-ны өдрийг Абрахам хүүгээ өргөсөн явдал урьдчилан дүрсэлсэн юм. Учир нь энэ нь тэнгэрлэг Эцэг Өөрийн Хүүг өргөсөн загалмайг урьдчилан дүрсэлсэн билээ. Элч Паулын хэлснээр Улаан тэнгисийн дэргэдэх Мосе болон еврейчүүд нь баптисмыг төлөөлсөн бөгөөд баптисм нь загалмайг урьдчилан дүрсэлдэг; харин уг загалмайг Мориа уулан дээр Абрахам Исаактай хамт урьдчилан дүрсэлсэн юм.</w:t>
      </w:r>
    </w:p>
    <w:p>
      <w:pPr>
        <w:pStyle w:val="ArticleScripture"/>
        <w:jc w:val="left"/>
      </w:pPr>
      <w:r>
        <w:rPr>
          <w:rFonts w:ascii="Times New Roman" w:hAnsi="Times New Roman" w:eastAsia="Times New Roman" w:cs="Times New Roman"/>
        </w:rPr>
        <w:t>Түүнчлэн, ах дүү нар аа, та нарын үл мэдэхийг би хүсэхгүй байна: бидний бүх эцэг өвгөд үүлэн доор байж, бүгд тэнгисийг туулсан бөгөөд; мөн бүгд үүлэн дотор болон тэнгист Мосе руу баптисм хүртсэн юм. 1 Коринт 10:1, 2.</w:t>
      </w:r>
    </w:p>
    <w:p>
      <w:pPr>
        <w:pStyle w:val="ArticleBody"/>
        <w:jc w:val="left"/>
      </w:pPr>
      <w:r>
        <w:rPr>
          <w:rFonts w:ascii="Times New Roman" w:hAnsi="Times New Roman" w:eastAsia="Times New Roman" w:cs="Times New Roman"/>
        </w:rPr>
        <w:t>Энэ нь мэдээж баптисмыг 1844 оны 10 дугаар сарын 22-ны өдрөөр төлөөлүүлж байгааг илэрхийлнэ. Тэр өдөр Ноагийн найман хүний бүрэлдэхүүнтэй гэр бүл баптисм хүртсэн билээ. “Найм” нь амилалтын бэлгэдэл юм.</w:t>
      </w:r>
    </w:p>
    <w:p>
      <w:pPr>
        <w:pStyle w:val="ArticleScripture"/>
        <w:jc w:val="left"/>
      </w:pPr>
      <w:r>
        <w:rPr>
          <w:rFonts w:ascii="Times New Roman" w:hAnsi="Times New Roman" w:eastAsia="Times New Roman" w:cs="Times New Roman"/>
        </w:rPr>
        <w:t>Урьд нь дуулгаваргүй байсан тэдэнд, Ноагийн өдрүүдэд, хөвөгч авдар бэлтгэгдэж байх хооронд Бурханы урт тэвчээр нэгэнтээ хүлээж байв; түүнд цөөн хүн, өөрөөр хэлбэл найман сүнс усаар аврагдсан юм. Үүний адил дүр болсон баптисм ч одоо биднийг авруулдаг; энэ нь махан биеийн бузар бохирыг арилгах явдал бус, харин Бурханы өмнө сайн мөс чанарын хариулт мөн; энэ нь Есүс Христийн амилалтаар юм. 1 Петр 3:20, 21.</w:t>
      </w:r>
    </w:p>
    <w:p>
      <w:pPr>
        <w:pStyle w:val="ArticleBody"/>
        <w:jc w:val="left"/>
      </w:pPr>
      <w:r>
        <w:rPr>
          <w:rFonts w:ascii="Times New Roman" w:hAnsi="Times New Roman" w:eastAsia="Times New Roman" w:cs="Times New Roman"/>
        </w:rPr>
        <w:t>1844 оны 10 дугаар сарын 22-ны талаар илчлэгдсэн үнэний аливаа нэгэн элементийг буруу ойлгох нь Ноагийн хөвөгч авдарт өгсөн гэрчлэл, Мосегийн Улаан тэнгис дээрх гэрчлэл, Абрахамын Мориа уулан дээрх гэрчлэл, мөн Есүсийн загалмай дээрх гэрчлэлийг буруу ойлгохтой адил юм. Тэр өдөр гурав дахь тэнгэрэлч түүхэнд орж ирсэн бөгөөд тэрээр Бурханы хүмүүсийг тамгалдаг тэнгэрэлч мөн.</w:t>
      </w:r>
    </w:p>
    <w:p>
      <w:pPr>
        <w:pStyle w:val="ArticleScripture"/>
        <w:jc w:val="left"/>
      </w:pPr>
      <w:r>
        <w:rPr>
          <w:rFonts w:ascii="Times New Roman" w:hAnsi="Times New Roman" w:eastAsia="Times New Roman" w:cs="Times New Roman"/>
        </w:rPr>
        <w:t>“Тэгээд би гурав дахь тэнгэрэлчийг харлаа. Надтай хамт байсан тэнгэрэлч, ‘Түүний үг сүрдэм, түүний үүрэг аймшигт юм. Тэр бол буудайг зэрлэг өвснөөс ялган, буудайг тэнгэрийн агуулахад зориулан тамгалж эсвэл боож баглах ёстой тэнгэрэлч мөн’ гэж хэлэв. Эдгээр зүйлс нь бүх оюун санаа, бүх анхаарлыг эзэмдэх учиртай. Дараа нь, бид өршөөлийн эцсийн мэдээг хүлээн авч байна гэж итгэдэг хүмүүс өдөр бүр шинэ алдааг хүлээн авч, өөртөө шингээж буй хүмүүсээс тусгаар байх шаардлагыг надад дахин үзүүлэв. Би залуу ч бай, хөгшин ч бай, алдаа ба харанхуйд байгаа хүмүүсийн цуглаанд оролцож болохгүйг харлаа. Тэнгэрэлч, ‘Оюун санаа ашиггүй зүйлс дээр саатахаа болиг’ гэж хэлэв.” Manuscript Releases, volume 5, 425.</w:t>
      </w:r>
    </w:p>
    <w:p>
      <w:pPr>
        <w:pStyle w:val="ArticleBody"/>
        <w:jc w:val="left"/>
      </w:pPr>
      <w:r>
        <w:rPr>
          <w:rFonts w:ascii="Times New Roman" w:hAnsi="Times New Roman" w:eastAsia="Times New Roman" w:cs="Times New Roman"/>
        </w:rPr>
        <w:t>Ийнхүү тухайн өдрийг урьдчилан дүрсэлсэн ариун эш үзүүллэгийн шугамуудын хамт гурав дахь тэнгэрэлч ирж, өөрийн ажлыг эхлүүлсэн бөгөөд уг ажил нь тухайн хэсэгт буудай ба хогийн ургамлаар дүрслэгдсэн ухаалаг ба мунхаг онгон охидыг ялган салгахыг багтаадаг. 1844 он ариунаар ямар гүнзгий урьдчилан дүрслэгдсэнийг ойлгодоггүй байх, эсвэл 1844 онтой холбогдож 1863 он хүртэл үргэлжилсэн тэмдэгт үе шатуудын талаар юу илчлэгдсэнийг мэдэхгүй байх нь сүнсийг Адвентизмын суурийг илэрхийлдэг хоёр эшлэлийн гол сэдэв нь Христ мөн бөгөөд тэнд Христ Математик болон бусад бүхний Бүтээгч Палмони хэмээн хүлээн зөвшөөрөгддөг гэсэн баримтын үр дагавартай эш үзүүллэгийн үүднээс тэмцэлдэхэд бэлтгэлгүй орхидог.</w:t>
      </w:r>
    </w:p>
    <w:p>
      <w:pPr>
        <w:pStyle w:val="ArticleBody"/>
        <w:jc w:val="left"/>
      </w:pPr>
      <w:r>
        <w:rPr>
          <w:rFonts w:ascii="Times New Roman" w:hAnsi="Times New Roman" w:eastAsia="Times New Roman" w:cs="Times New Roman"/>
        </w:rPr>
        <w:t>Арван гуравдугаар эшлэлийн тухай асуултын өнөөгийн хариулт нь 1845 онд байсан хариултаас өөр юм. 1845 онд анхдагчид агуу их урам хугарлыг ардаа орхиж, Эзэн элч нарын үеэс хойш хийгдээгүйгээр эш үзүүлэгчийн бэлгийг сэргээсэн гэсэн санаатай тэмцэлдэж эхэлж байв. Тэд гурав дахь тэнгэрэлчийн мэдээний утга учрыг ойлгохыг эрэлхийлж, саяхан өөрсдийн туулсан туршлага нь ариун түүхээс өөр юу ч биш гэдгийг ухамсарлаж эхэлж байлаа. 1850 он гэхэд тэд 1843 оны анхдагчдын хүснэгтийг залруулж, орлуулахын тулд шинэ анхдагчдын хүснэгт санал болгож байв. Эдгээр хоёр хүснэгтийг хоёуланг нь Хабаккук номын хоёрдугаар бүлгийн “хүснэгтүүд”-ийн биелэл хэмээн Систер Уайт тодорхойлсон байдаг. Иймд 1850 он бол Бурханы эш үзүүллэгийн Үгийн тогтоогдсон биелэл мөн.</w:t>
      </w:r>
    </w:p>
    <w:p>
      <w:pPr>
        <w:pStyle w:val="ArticleBody"/>
        <w:jc w:val="left"/>
      </w:pPr>
      <w:r>
        <w:rPr>
          <w:rFonts w:ascii="Times New Roman" w:hAnsi="Times New Roman" w:eastAsia="Times New Roman" w:cs="Times New Roman"/>
        </w:rPr>
        <w:t>Анхдагчид 1843 оны хүснэгт нь Хабаккукын хоёрдугаар бүлэгт гардаг “хүснэгтүүд”-ийн биелэлт мөн гэдгийг ойлгон бичсэн бөгөөд, үүнийг үгүйсгэх нь анхны итгэлээс няцах явдал мөн гэж тэд өгүүлсэн. Систер Уайт уг хүснэгтийг Эзэний мутраар удирдуулсан, мөн Хабаккукын эш үзүүллэгийн биелэлт хэмээн батламжилсан бөгөөд тэрээр 1850 оны хүснэгт дээр ч мөн адил тийм батламжийг өгсөн. Хабаккук “хүснэгтүүд”-ийг олон тоон дээр нэрлэдэг бөгөөд 1843 оны хүснэгт 1842 оны тавдугаар сард хэвлэгдэхдээ тоонуудын заримд алдаа орсон байв. Тэр алдаан дээр Эзэн мутраа тавин халхалсан юм. 1850 онд тэдгээр тоон дахь алдааг зассан шинэ хүснэгт гарч ирсэн. Хабаккукын хүснэгтүүд нь эш үзүүллэгүүдийн биелэлтийг илэрхийлдэг бөгөөд тэр эш үзүүллэгүүд 1842 оны тавдугаар сараас 1850 оны нэгдүгээр сар хүртэл биелсэн юм.</w:t>
      </w:r>
    </w:p>
    <w:p>
      <w:pPr>
        <w:pStyle w:val="ArticleBody"/>
        <w:jc w:val="left"/>
      </w:pPr>
      <w:r>
        <w:rPr>
          <w:rFonts w:ascii="Times New Roman" w:hAnsi="Times New Roman" w:eastAsia="Times New Roman" w:cs="Times New Roman"/>
        </w:rPr>
        <w:t>1843 оны хүснэгт, өөрөөр хэлбэл эхлэлийн хүснэгтэд алдаа байсан бөгөөд 1850 оны төгсгөлийн хүснэгтэд алдаа байгаагүй. 1842 оны 5 дугаар сараас 1850 оны 1 дүгээр сар хүртэлх хугацаа нь тогтоогдсон эш үзүүллэгийн үе бөгөөд 1842 оны 5 дугаар сар, мөн 1850 оны 1 дүгээр сар нь эш үзүүллэгийн тэмдэгт цэгүүдийг төлөөлдөг, тэдгээр тэмдэгт цэгүүд нь Альфа ба Омегагийн гарын үсгийг агуулдаг. Альфа буюу эхний үсэг, мөн Омега буюу сүүлчийн, хорин хоёр дахь үсэг. 1842 он нь альфа, 1850 он нь омега бөгөөд хэрэв бид эдгээр еврей хоёр үсгийг авч, еврей цагаан толгойн арван гурав дахь үсгийг тэдгээрийн дунд байрлуулбал, еврей цагаан толгойн эхний, арван гурав дахь, хорин хоёр дахь үсгүүдээр үсэглэгддэг еврей “үнэн” хэмээх үгийг бүтээх болно.</w:t>
      </w:r>
    </w:p>
    <w:p>
      <w:pPr>
        <w:pStyle w:val="ArticleBody"/>
        <w:jc w:val="left"/>
      </w:pPr>
      <w:r>
        <w:rPr>
          <w:rFonts w:ascii="Times New Roman" w:hAnsi="Times New Roman" w:eastAsia="Times New Roman" w:cs="Times New Roman"/>
        </w:rPr>
        <w:t>1842 ба 1850 оны замын тэмдэгүүдэд хэрэглэгдсэн эш үзүүллэгийн логик нь тэдгээр нь “алдаа”-гаар хоорондоо холбогдсон байдагт оршино. Альфа нь алдаатай байсан бөгөөд Омега яг тэрхүү алдааг зассан; тиймээс Альфа ба Омега үсгүүдийн хооронд оршиж буй зүйл нь “алдаа” бөгөөд энэ нь бослогын бэлгэдэл юм; үүнийг арван гурав гэсэн тоо төлөөлдөг. 1842-оос 1850 он хүртэлх хугацаа нь Альфа ба Омегагийн тэмдгийг агуулсан, тогтоогдсон эш үзүүллэгийн үе бөгөөд энэ нь “үнэн” юм. Лаодике дахь Долоо дахь өдрийн Адвентист хүн энэ түүхийг чин сэтгэлээсээ, сүнслэгээр нухацтай судлах хүртлээ 1842-оос 1850 он хүртэлх Хабаккукийн хүснэгтүүдийн эш үзүүллэгийн үе ямар ч эргэлзээгүйгээр тогтоодог илэрхий ҮНЭН-д бараг сохор хэвээр байдаг. Хоёр гэрч хамтдаа тогтоож буй үнэн нь 1850 оны зурагт ямар ч алдаа байхгүй явдал юм. 1850 оны зураг нь 1843 оны зургийн адил Мосегийн “долоон цаг”-ийг агуулдаг бөгөөд хоёр зураг дээрх “долоон цаг” нь зурагтын төв хэсэгт, дээрээс доош сунан байрлаж, МЭӨ 677 оноос 1844 он хүртэлх “долоон цаг”-ийн үеийг дүрслэн харуулдаг. 2520 нь зүгээр л зураг дээр байгаа зүйл биш; энэ нь зурагтын төв юм.</w:t>
      </w:r>
    </w:p>
    <w:p>
      <w:pPr>
        <w:pStyle w:val="ArticleBody"/>
        <w:jc w:val="left"/>
      </w:pPr>
      <w:r>
        <w:rPr>
          <w:rFonts w:ascii="Times New Roman" w:hAnsi="Times New Roman" w:eastAsia="Times New Roman" w:cs="Times New Roman"/>
        </w:rPr>
        <w:t>“Долоон цаг”-ийг дүрслэн үзүүлсэн эш үзүүллэгийн шугамын төвд загалмай байна. Хоёр хүснэгтийн төв нь дээрээс доош үргэлжлэх 2520 цаг хугацааны шугам мөн. Түүний яг дунд загалмай оршино. Загалмай нь Христ Даниелын есдүгээр бүлгийн хорин долоодугаар эшлэлийн биелэлтээр олонтой гэрээг баталсан долоо хоногийн дунд үе байсан. Тэр долоо хоног нь долоон жилийг төлөөлдөг бөгөөд эш үзүүллэгийн хувьд 2520 өдөр юм. Хүснэгтүүдийн адил 2520 өдрийн яг төвд Христ загалмай дээр гэрээг баталж байсан. Христийн баптисмаас загалмай хүртэл эш үзүүллэгийн хувьд 1260 өдөр байсан. Энэ нь баптисмаас загалмай хүртэл загалмайд хүргэх 1260 өглөөний өргөл, 1260 оройн өргөл байх ёстой гэсэн үг; харин загалмай дээр тэр эцсийн тахилын хурга тахилчаас мултарч, Бурханы Хурга оройн тахил болсон бөгөөд ийнхүү баптисмаас хойших 2520 дахь Хурганы өргөлийг төлөөлсөн юм.</w:t>
      </w:r>
    </w:p>
    <w:p>
      <w:pPr>
        <w:pStyle w:val="ArticleBody"/>
        <w:jc w:val="left"/>
      </w:pPr>
      <w:r>
        <w:rPr>
          <w:rFonts w:ascii="Times New Roman" w:hAnsi="Times New Roman" w:eastAsia="Times New Roman" w:cs="Times New Roman"/>
        </w:rPr>
        <w:t>Долоо хоногийн төв нь загалмай байсан бөгөөд хоёр ариун хүснэгтийн төв ч мөн загалмай мөн. Гэвч тохиолдол бүрд Хурга нь 2520-оор бэлгэдлээр илэрхийлэгдсэн үнэний дотор байрлуулсан байдаг. Загалмай нь 2520 өдрийн яг дунд тавигдсан бөгөөд загалмай дээр Есүс 2520 дахь бөгөөд сүүлчийн өргөл болсон юм. 1842 оны 5 дугаар сараас 1850 оны 1 дүгээр сар хүртэлх түүх нь төөрөгдлийг төлөөлдөг бөгөөд Үнэн болох Христ хоёр гэмт этгээдийн дунд тавигдсан; Тэр Өөрөө гэмт этгээд байгаагүй боловч тийм мэтээр харьцагдаж байсан. Иймээс бидэнд гурван гэмт этгээд байна: нэг нь мөхөх бөгөөд нэг нь аврагдах болно. Энэ гурван гэмт этгээд нь гэмт хэргээр хоорондоо холбогдсон гурван замын тэмдэг мөн, гэвч дундах замын тэмдэг нь альфа ба омега гэмт этгээдийн эсрэг утгатай. Альфа ба омега гэмт этгээдүүд нь дундах замын тэмдэг болох загалмайгаар хоорондоо холбогддог.</w:t>
      </w:r>
    </w:p>
    <w:p>
      <w:pPr>
        <w:pStyle w:val="ArticleBody"/>
        <w:jc w:val="left"/>
      </w:pPr>
      <w:r>
        <w:rPr>
          <w:rFonts w:ascii="Times New Roman" w:hAnsi="Times New Roman" w:eastAsia="Times New Roman" w:cs="Times New Roman"/>
        </w:rPr>
        <w:t>Хабаккукийн 1842-оос 1850 он хүртэлх хүснэгтүүдэд алдаа нь эхний болон эцсийн замын тэмдгийг хооронд нь холбосон дунд үсэг байв. Загалмай дээрх дунд замын тэмдэг нь гурван гэмт хэрэгтнийг хооронд нь холбосон боловч эдгээрт буй дунд замын тэмдэг нь алдаа бус, Үнэн мөн; мөн загалмай болон Хабаккукийн хүснэгтүүдийн аль алинаар нь батлан баримтлагддаг үнэний нэгэн бүрэлдэхүүн хэсэг нь Левит 26-ын “долоон цаг” болох 2520 нь үнэн гэсэн явдал бөгөөд саяхан дэвшүүлсэн логикийн хүрээнд 2520-ыг үгүйсгэнэ гэдэг нь Есүсийг үгүйсгэнэ гэсэн үг юм.</w:t>
      </w:r>
    </w:p>
    <w:p>
      <w:pPr>
        <w:pStyle w:val="ArticleBody"/>
        <w:jc w:val="left"/>
      </w:pPr>
      <w:r>
        <w:rPr>
          <w:rFonts w:ascii="Times New Roman" w:hAnsi="Times New Roman" w:eastAsia="Times New Roman" w:cs="Times New Roman"/>
        </w:rPr>
        <w:t>Гайхамшигт Тоологч Палмони: “Хоёр мянга гурван зуун өдөр хүртэл; тэгээд ариун газар цэвэрлэгдэх болно” хэмээн айлдахдаа, эш үзүүллэгийн “хэр удаан” гэсэн асуултад хариулж байна. Хариулт нь цаашид 1844 он байхаа больсон, учир нь Филаделфийн Миллерит хөдөлгөөн 1856 онд зогссон бөгөөд тэр үед Жеймс, Эллен Уайт нар уг хөдөлгөөн Филаделфиас Лаодикей руу шилжсэнийг тодорхойлсон юм. Уайт эгч тэр шугамыг элсэн дээр татахад, тэр нөхцөл байдал өөрчлөгдөх хүртэл Бурхан Өөрийн ард түмэнтэй харилцах харилцааг салангид байдлыг төлөөлж буйгаар ойлгох ёстой гэсэн утгатай байсан; учир нь Тэр Лаодикейчуудын зүрхний үүдэнд гадна зогсон тогшиж, орохыг эрэлхийлж байна. Түүний бурханлаг чанар тэдний хүн чанарын дотор байхгүй байна. Христ 1844 оны 10 дугаар сарын 22-нд эхлүүлсэн тэр л ажил нь Өөрийн бурханлаг чанарыг хүн чанартай нэгтгэх явдал байсан бөгөөд Христ яг тэр зүйлийг хийхэд бэлэн байсан, гэвч тийм байх ёсгүй байв.</w:t>
      </w:r>
    </w:p>
    <w:p>
      <w:pPr>
        <w:pStyle w:val="ArticleScripture"/>
        <w:jc w:val="left"/>
      </w:pPr>
      <w:r>
        <w:rPr>
          <w:rFonts w:ascii="Times New Roman" w:hAnsi="Times New Roman" w:eastAsia="Times New Roman" w:cs="Times New Roman"/>
        </w:rPr>
        <w:t>“1844 оны агуу урам хугарлын дараа Адвентистууд итгэлээ бат барин, Бурханы нээгдэж буй удирдамжийг нэгдмэлээр даган, гурав дахь тэнгэрэлчийн мэдээг хүлээн авч, Ариун Сүнсний хүчээр түүнийг дэлхийд тунхагласан бол, тэд Бурханы авралыг үзэх байсан; Эзэн тэдний хүчин чармайлтын хамт хүчитээр үйлдэх байсан; ажил дуусах байсан; мөн Христ Өөрийн ард түмнийг шагналд нь авахын тулд өдийд аль хэдийн ирэх байсан. Харин тэрхүү урам хугарлын дараах эргэлзээ, тодорхойгүй байдлын үед, адвент итгэгчдийн олонх нь итгэлээсээ няцсан юм.... Ийнхүү ажил саатуулагдаж, дэлхий харанхуйд үлдсэн. Хэрэв Адвентист бүх бие Бурханы тушаалууд болон Есүсийн итгэл дээр нэгдсэнсэн бол, бидний түүх хэчнээн өргөнөөр өөр байх байсан бол!” Evangelism, 695.</w:t>
      </w:r>
    </w:p>
    <w:p>
      <w:pPr>
        <w:pStyle w:val="ArticleBody"/>
        <w:jc w:val="left"/>
      </w:pPr>
      <w:r>
        <w:rPr>
          <w:rFonts w:ascii="Times New Roman" w:hAnsi="Times New Roman" w:eastAsia="Times New Roman" w:cs="Times New Roman"/>
        </w:rPr>
        <w:t>Эртний Израилийн түүхийг давтан, Эзэн орчин үеийн Израилийг Харанхуй үеийн харанхуйгаас гарган, Улаан тэнгист тэдэнтэй гэрээ байгуулсан. Учир нь баптисм нь гэрээт харилцааны бэлгэдэл мөн. Гэвч Израиль гэрээг сахих эсэхээрээ шалгагдах ёстой байв. Эртний Израилийн хувьд Тооллогын номын дагуу тэд арван шалгалтад бүдэрчээ. Арав дахь бүдрэлт дээр нь тэд дөчин жилийн турш цөлд үхэхээр яллагдсан бөгөөд ингэснээр 1856 оны Лаодикейн мэдээг орчин үеийн Израиль няцаасны жишээг үзүүлсэн юм. Эртний Израиль аажим өрнөсөн арван шалгалтад бүдэрсэнтэй адил (арав гэдэг нь шалгалтын бэлгэдэл), 1844 онд гурав дахь тэнгэрэлч ирснээс 1856 он хүртэл Филадельфийн Миллерит хөдөлгөөн дээр аажим өрнөх шалгалтын үйл явц ирүүлэгдсэн юм.</w:t>
      </w:r>
    </w:p>
    <w:p>
      <w:pPr>
        <w:pStyle w:val="ArticleBody"/>
        <w:jc w:val="left"/>
      </w:pPr>
      <w:r>
        <w:rPr>
          <w:rFonts w:ascii="Times New Roman" w:hAnsi="Times New Roman" w:eastAsia="Times New Roman" w:cs="Times New Roman"/>
        </w:rPr>
        <w:t>Улаан тэнгисээс Кадеш дахь анхны тэрслэл хүртэлх арван шалгалт нь эш үзүүллэгийн үеийг илэрхийлдэг. Учир нь энэ үеийг нэгэн бүхэл болгон холбож буй тоо нь арван юм. Арван нь сорилтын бэлгэдэл бөгөөд, арван шалгалт нь гэрээг няцаасан арван овгийг тодорхойлж, тэд арав дахь шалгалт болон шалгалтын бүх үйл явцад бүтэлгүйтсэнийг илтгэнэ. Энэ үе Улаан тэнгисийг гаталснаар эхэлсэн бөгөөд Арван Тушаал нь тэнгисийн дараах арван шалгалтын эхнийх нь болж дүрслэгддэг; эхний шалгалт нь Амралтын өдөр байсан бөгөөд энэ нь Арван Тушаалын бэлгэ тэмдэг, тамга мөн (маннагаар төлөөлүүлэгдсэн). Эртний Израиль дахь арван шалгалтын үе ийм тодорхойгоор эш үзүүллэгийн онцгой нэгэн үе болгон тавигдсан байхад, мөн Эш Үзүүллэгийн Сүнс Улаан тэнгисийг гаталсан явдал 1844 оны 10-р сарын 22-ны өдрийг төлөөлөн урьдчилан дүрсэлсэн гэж бидэнд мэдүүлж байхад, тэр мөчөөс эхлэн шат дараалсан шалгалтын үйл явц эхэлснийг бид мэдэх ёстой. Адвентизм үүнийг мэддэггүй тул 1863 онд тэдэнд Ням гарагийн хууль хүртэл Лаодикийн цөлд үхэх нь оноогдсоныг тэд харж чаддаггүй; уг хууль нь 1863 он руу хүргэсэн тэр шалгалтын үйл явцын хамгийн эхэнд тэдэнд анхааруулга болгон тунхаглахаар өгөгдсөн яг тэр хууль мөн.</w:t>
      </w:r>
    </w:p>
    <w:p>
      <w:pPr>
        <w:pStyle w:val="ArticleBody"/>
        <w:jc w:val="left"/>
      </w:pPr>
      <w:r>
        <w:rPr>
          <w:rFonts w:ascii="Times New Roman" w:hAnsi="Times New Roman" w:eastAsia="Times New Roman" w:cs="Times New Roman"/>
        </w:rPr>
        <w:t>1856 онд Лаодикийн байдал хэмээх тунхаг Миллерийн Адвентизм дээр ирэхэд “долоон цаг”-ийн тухай “шинэ дарс” нийтлэгдсэн юм. Тэрхүү шинэ гэрэл хэзээ ч хүлээн зөвшөөрөгдөөгүй бөгөөд долоон жилийн дараа, өөрөөр хэлбэл 2520 эш үзүүллэгийн өдрийн дараа, Лаодикийн Миллерийн хөдөлгөөн төгсөж, Лаодикийн Долоо дахь өдрийн Адвентист сүм болсон. Мосе Амлагдсан нутагт ороход бэлэн байсан боловч арав дахь сорил ирээд байв. Мэдээж энэ нь суурь сорил байсан, учир нь Мосед анхнаасаа оноогдсон ажил нь Бурханы ардыг Амлагдсан нутагт удирдан оруулах явдал байсан юм. Энэ ажил Мосе Египетэд ирэхээс өмнө түүний өмнө тавигдсан байлаа. Арав дахь сорил ирээд байсан бөгөөд босогчид Амлагдсан нутагт орох эсэх дээрээ эргэлзэн тээнэгэлзэж байв.</w:t>
      </w:r>
    </w:p>
    <w:p>
      <w:pPr>
        <w:pStyle w:val="ArticleScripture"/>
        <w:jc w:val="left"/>
      </w:pPr>
      <w:r>
        <w:rPr>
          <w:rFonts w:ascii="Times New Roman" w:hAnsi="Times New Roman" w:eastAsia="Times New Roman" w:cs="Times New Roman"/>
        </w:rPr>
        <w:t>Тэгээд би та нарт, “Та нар бидний Бурхан ЭЗЭНий бидэнд өгч буй аморичуудын ууланд ирээд байна. Үзэгтүн, чиний Бурхан ЭЗЭН тэр газрыг чиний өмнө тавьсан билээ. Эцгүүдийн чинь Бурхан ЭЗЭНий чамд айлдсан ёсоор өгсөнд нь өгсөж, эзэмшигтүн. Бүү ай, мөн бүү мох” хэмээн хэлэв. Тэгтэл та нар хүн нэг бүр над уруу ойртон ирж, “Бид өөрсдийнхөө өмнө хүмүүсийг илгээе; тэд бидэнд тэр газрыг тандан шинжилж, бид аль замаар өгсөх ёстой болон ямар хотуудад очих тухай мэдээг бидэнд авчраг” гэв. Энэ үг надад ихэд тааламжтай санагдсан тул би та нараас арван хоёр хүнийг, овог тус бүрээс нэгийг, авчээ. Дэд хууль 1:20–23.</w:t>
      </w:r>
    </w:p>
    <w:p>
      <w:pPr>
        <w:pStyle w:val="ArticleBody"/>
        <w:jc w:val="left"/>
      </w:pPr>
      <w:r>
        <w:rPr>
          <w:rFonts w:ascii="Times New Roman" w:hAnsi="Times New Roman" w:eastAsia="Times New Roman" w:cs="Times New Roman"/>
        </w:rPr>
        <w:t>Тэр мөчөөс эхлэн арван хоёр тагнуул буцан ирэх хүртэлх үе нь, 1856 онд эцсийн суурь шалгалт ирж, Лаодикийн Миллеритүүд долоон жилийн турш тэр газрыг тандан судалсаар, эцэст нь хөдөлгөөн байхаа больж сүм болохыг сонгосон түүхийг төлөөлдөг.</w:t>
      </w:r>
    </w:p>
    <w:p>
      <w:pPr>
        <w:pStyle w:val="ArticleBody"/>
        <w:jc w:val="left"/>
      </w:pPr>
      <w:r>
        <w:rPr>
          <w:rFonts w:ascii="Times New Roman" w:hAnsi="Times New Roman" w:eastAsia="Times New Roman" w:cs="Times New Roman"/>
        </w:rPr>
        <w:t>Миллерийн нээсэн анхны үнэн нь “долоон үе” байсан бөгөөд тэрээр үүнийг Иеремиагийн эртний жимүүдийг бүрдүүлэгч суурь үнэнүүдийн суурь болгосон юм. Адвентизмд авчирсан хамгийн сүүлчийн шинэ эш үзүүллэгийн гэрэл нь 1856 онд ирсэн бөгөөд энэ нь “долоон үе”-ийн тухай цуврал өгүүллүүд байв. Эдгээр түүхэн баримтуудыг гүнзгий судлахтай холбогдсон асар их гэрэл байдаг, гэвч хэрэв бид Даниел наймын арван дөрөвдүгээр эшлэлийн хариулт нь “9/11-ээс Ням гаргийн хууль хүртэл, тэгвэл ариун газар цэвэрлэгдэх болно” гэдгийг яагаад болохыг таньж мэдэх чадвартай байх гэж байгаа бол, бид урагш үргэлжлэн явах ёстой.</w:t>
      </w:r>
    </w:p>
    <w:p>
      <w:pPr>
        <w:pStyle w:val="ArticleBody"/>
        <w:jc w:val="left"/>
      </w:pPr>
      <w:r>
        <w:rPr>
          <w:rFonts w:ascii="Times New Roman" w:hAnsi="Times New Roman" w:eastAsia="Times New Roman" w:cs="Times New Roman"/>
        </w:rPr>
        <w:t>Христ 1844 онд эхлүүлсэн ажлаа 1863 онд хажуу тийш эргүүлсэн тул тэр үед эхэлсэн ариун газрын “цэвэршүүлэлт” нь Бурханы ард түмэн Лаодикийн цөлийг туулж эхлэх хооронд түр саатуулагдсан юм. Ийм учраас 1844-өөс 1863 оны хоорондох хугацаанд Христээр гүйцэлдүүлэхээр байсан ажил нь, эцэст нь ялган салгаж, тамгалдаг тэнгэр элч болох гурав дахь тэнгэр элч “цэвэршүүлэлт”-ээр дүрслэгдсэн ажлыг гүйцэлдүүлэх үед зайлшгүй давтагдах ёстой байв. 1844-өөс 1863 он хүртэлх эш үзүүллэгийн тэмдэгт үеүүд нь Христ ариун газрыг цэвэршүүлэх ажлыг гүйцэлдүүлэх байсан тэмдэгт үеүүд мөн бөгөөд, тэр тэмдэгт үеүүд нь уг ажил гүйцэлдэх түүхийг төлөөлдөг. Хэрэв 1844-өөс 1863 он хүртэлх хугацаа 9/11-ээс Ням гаргийн хууль хүртэлх үеийг төлөөлдөг нь харуулагдаж чадвал, “хэр удаан” гэсэн асуулт нь “хэр удаан”-аар дүрслэгдсэн бусад шугамуудтай нийцэж байна.</w:t>
      </w:r>
    </w:p>
    <w:p>
      <w:pPr>
        <w:pStyle w:val="ArticleBody"/>
        <w:jc w:val="left"/>
      </w:pPr>
      <w:r>
        <w:rPr>
          <w:rFonts w:ascii="Times New Roman" w:hAnsi="Times New Roman" w:eastAsia="Times New Roman" w:cs="Times New Roman"/>
        </w:rPr>
        <w:t>1844 он бол гурав дахь тэнгэрэлчийн ирэлт байсан бөгөөд 1863 он сорилтын хугацааны төгсгөлийг тэмдэглэдэг. 1846 онд Уайтынхан гэрлэж, Эллений овог Харменаас Уайт болж өөрчлөгдсөн бөгөөд тэр гэр бүлийн хос мөн тэр жил долоо дахь өдрийн амралтын өдрийг сахиж эхэлсэн. Амралтын өдөр, гэрлэлт, нэрийн өөрчлөлт нь бүгд эш үзүүллэгийн утгаар гэрээт харилцааны бэлгэдлүүд юм. Эзэн орчин үеийн Израилийг 1844 оны Улаан тэнгисээр дамжуулан авчирч, 1846 онд тэдэнд хуулиа өгөхийн тулд, мөн тэдэнтэй гэрээ байгуулахын тулд Синайд авчирсан. Тэр хууль нь Хабаккукийн хоёр хавтангийн адил хоёр хавтан дээр бичигдсэн байдаг; эхний хавтан нь 4 хуулийг, хоёр дахь хавтан нь 6 хуулийг агуулдаг. Хоёр хавтан нь эртний болон орчин үеийн Израилийн аль алиных нь гэрээт харилцааг төлөөлдөг бөгөөд хамтад нь, Арван тушаал болох гэрээний хоёр хавтан нь эртний Израилийн хувьд бэлгэдлийн утгаар 46 хэмээн тэмдэглэгдсэн бөгөөд сүүлчийн борооны түүхийг төлөөлдөг Хабаккукийн хоёр хавтангийн хэв шинж болсон. Пентекостын хоёр даллагын талхны өргөлтэй хамт эдгээр нь зуун дөчин дөрвөн мянгыг илтгэх тугийг төлөөлдөг.</w:t>
      </w:r>
    </w:p>
    <w:p>
      <w:pPr>
        <w:pStyle w:val="ArticleBody"/>
        <w:jc w:val="left"/>
      </w:pPr>
      <w:r>
        <w:rPr>
          <w:rFonts w:ascii="Times New Roman" w:hAnsi="Times New Roman" w:eastAsia="Times New Roman" w:cs="Times New Roman"/>
        </w:rPr>
        <w:t>Эгч Уайтын овог Хармэнаас Уайт болж өөрчлөгдөх үед. Харман гэдэг нь энхийн дайчин гэсэн утгатай, харин түүний оронд Христийн зөвт байдлыг илтгэх Уайт гэдэг нэр оржээ. Gould гэдэг нэр нь алт гэсэн утгатай, харин Ellen гэдэг нь тод бөгөөд гялалзсан гэрэл гэсэн утгатай. Түүний нэр Лаодикийн мэдээг төлөөлдөг.</w:t>
      </w:r>
    </w:p>
    <w:p>
      <w:pPr>
        <w:pStyle w:val="ArticleScripture"/>
        <w:jc w:val="left"/>
      </w:pPr>
      <w:r>
        <w:rPr>
          <w:rFonts w:ascii="Times New Roman" w:hAnsi="Times New Roman" w:eastAsia="Times New Roman" w:cs="Times New Roman"/>
        </w:rPr>
        <w:t>Галд соригдсон алтыг Надаас худалдан ав, тэгвэл чи баян болох болно; мөн цагаан хувцас ав, тэгвэл чи хувцаслагдаж, нүцгэн байдлын чинь ичгүүр илрэхгүй болно; мөн нүдээ тосон түрхлэгээр тосол, тэгвэл чи харах болно хэмээн Би чамд зөвлөж байна. Илчлэлт 3:18.</w:t>
      </w:r>
    </w:p>
    <w:p>
      <w:pPr>
        <w:pStyle w:val="ArticleBody"/>
        <w:jc w:val="left"/>
      </w:pPr>
      <w:r>
        <w:rPr>
          <w:rFonts w:ascii="Times New Roman" w:hAnsi="Times New Roman" w:eastAsia="Times New Roman" w:cs="Times New Roman"/>
        </w:rPr>
        <w:t>“Нүдний тос” нь Бурханы Үгийн гэрэл бөгөөд Эллен бол тод гялалзсан гэрэл мөн. 1856 онд Миллерчүүдийн аюулгүй байдал нь түүний бичвэрүүдээр дамжин танилцуулагдсан, мөн түүний нэрэнд дүрслэгдэн илэрхийлэгдсэн Лаодикеад хандсан мэдээг хүлээн авахад оршиж байв. Уайт эгч 1888 оны Жоунс ба Ваггонерын мэдээ нь Лаодикеагийн мэдээ байсан бөгөөд тэдний мэдээ нь мөн гурав дахь тэнгэрэлчийн мэдээ байсан гэдгийг тодорхой хэлдэг.</w:t>
      </w:r>
    </w:p>
    <w:p>
      <w:pPr>
        <w:pStyle w:val="ArticleScripture"/>
        <w:jc w:val="left"/>
      </w:pPr>
      <w:r>
        <w:rPr>
          <w:rFonts w:ascii="Times New Roman" w:hAnsi="Times New Roman" w:eastAsia="Times New Roman" w:cs="Times New Roman"/>
        </w:rPr>
        <w:t>“Эзэн Өөрийн агуу өршөөлөөр дамжуулан Ахлагч Ваггонер, Жоунс нартайгаар Өөрийн ард түмэнд хамгийн үнэт мэдээг илгээсэн. … Энэ бол Бурхан ертөнцөд өгөгдөхийг тушаасан тэр мэдээ мөн. Энэ нь чанга дуугаар тунхаглагдах ёстой бөгөөд Түүний Сүнс арвин хэмжээгээр асгарахтай хамт явах гурав дахь тэнгэрэлчийн мэдээ мөн.” Testimonies to Ministers, 91.</w:t>
      </w:r>
    </w:p>
    <w:p>
      <w:pPr>
        <w:pStyle w:val="ArticleBody"/>
        <w:jc w:val="left"/>
      </w:pPr>
      <w:r>
        <w:rPr>
          <w:rFonts w:ascii="Times New Roman" w:hAnsi="Times New Roman" w:eastAsia="Times New Roman" w:cs="Times New Roman"/>
        </w:rPr>
        <w:t>Гурав дахь тэнгэрэлч 1844 онд ирсэн бөгөөд тэрээр ажлаа 1888 онд хоёр дахь удаагаа хийхийг оролдсон. 1888 оны мэдээ нь Лаодикийн мэдээ байсан, энэ нь гурав дахь тэнгэрэлчийн мэдээ байсан, Илчлэлт арван наймын тэнгэрэлчийн бууж ирэлтийг тэмдэглэсэн, мөн энэ нь хожмын бороо асгарах үед тунхаглагддаг итгэлээр зөвтгөгдөхийн тухай мэдээ байсан. Гурав дахь тэнгэрэлч 1844 онд ирээд, дараа нь 1888 онд дахин ирсэн боловч хоёр тохиолдолд хоёуланд нь няцаагдсан; гэвч энэ хоёр тохиолдол хоёулаа хожмын борооны үед гурав дахь тэнгэрэлч ирэхийг бэлгэдэн дүрсэлдэг. 1844 он нь 9/11-ийн бэлгэдэл бөгөөд, хэрэв 1863 он Ням гаргийн хуулийг төлөөлөн дүрсэлдэг бол, тэгвэл “хэр удаан” хэмээх бэлгэдлээр илэрхийлэгдсэн “9/11-ээс Ням гаргийн хууль хүртэлх” эш үзүүллэгийн хугацаа нь арван гуравдугаар эшлэлийн “хэр удаан” гэсэн асуултад өгөгдөх өнөөгийн үнэн дэх хариуг төлөөлөх болно.</w:t>
      </w:r>
    </w:p>
    <w:p>
      <w:pPr>
        <w:pStyle w:val="ArticleBody"/>
        <w:jc w:val="left"/>
      </w:pPr>
      <w:r>
        <w:rPr>
          <w:rFonts w:ascii="Times New Roman" w:hAnsi="Times New Roman" w:eastAsia="Times New Roman" w:cs="Times New Roman"/>
        </w:rPr>
        <w:t>1842 оноос 1850 он хүртэлх Миллеритүүдийн түүх нь 1844-өөс 1863 он хүртэлх гурав дахь тэнгэрэлчийн шалгалтын эш үзүүллэгийн хугацаатай давхцан орших эш үзүүллэгийн үе юм. 1842 оноос эхлэн 1863 он хүртэлх хугацаа нь Христ Өөрийн сүмийг—эхлээд Өөрийн чуулганыг, түүнээс хойш арван нэг дэх цагийн ажилчдыг—цэвэршүүлэх Ням гаргийн хуулийн үе хүртэлх 9/11-ээс эхэлсэн түүхийг дүрслэн харуулах эш үзүүллэгийн тэмдэгт үе шатуудыг агуулдаг. Ням гаргийн хуулийн үед Христ дэлхийд туг тэмдгийн өргөл болгон толилуулах цэвэршсэн ард түмэнтэй болох бөгөөд чуулган нь ялалт байгуулсан чуулган болно. Түүний ариун сүм тэр үед цэвэрлэгдсэн байх болно.</w:t>
      </w:r>
    </w:p>
    <w:p>
      <w:pPr>
        <w:pStyle w:val="ArticleBody"/>
        <w:jc w:val="left"/>
      </w:pPr>
      <w:r>
        <w:rPr>
          <w:rFonts w:ascii="Times New Roman" w:hAnsi="Times New Roman" w:eastAsia="Times New Roman" w:cs="Times New Roman"/>
        </w:rPr>
        <w:t>Бид “хэр удаан” хэмээх бэлгэдлийг байрлуулан тавьсан, гэвч мэдээж үүгээр хязгаарлагдахгүй. Одоо бид үүнийг болон өмнөх таван өгүүллийг Иоелын номын харах өнцөгт дахин авчирч эхэлнэ, гэвч хажуугийн эдгээр түр хазайлтуудыг урьдчилан байрлуулах нь чухал мэт санагдсан. Бидний авч үзсэн “хэр удаан” бүрийн гэрчлэл нь арван дөрөвдүгээр эшлэлд Палмонигийн хариулсан “хэр удаан” гэсэн асуулттай нийцэж байна, учир нь ариун газар 9/11-ээс Ням гаргийн хууль хүртэл цэвэршүүлэгдэх ёстой. Тэрхүү түүх нь хожуугийн борооны түүх бөгөөд хожуугийн борооны түүх Иоелын номд дүрслэгдэн тавигдсан байдаг.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Лаодикеагийн Долоо дахь өдрийн Адвентист Сүм — Зургаа дахь нь</dc:title>
  <dc:subject>Гайхамшигт Тоологч ба Хэр Удаан Бэ?</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