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Долоо дахь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Долоо тоо</w:t>
      </w:r>
    </w:p>
    <w:p>
      <w:pPr>
        <w:pStyle w:val="ArticleBody"/>
        <w:jc w:val="left"/>
      </w:pPr>
      <w:r>
        <w:rPr>
          <w:rFonts w:ascii="Times New Roman" w:hAnsi="Times New Roman" w:eastAsia="Times New Roman" w:cs="Times New Roman"/>
        </w:rPr>
        <w:t>Өмнөх хэдэн өгүүлэлд бид Христ усан үзмийн талбайн тухай сургаалт зүйрлэлийг маргалдан мэтгэгч иудейчүүдэд толилуулсан талаар өгүүлдэг *The Desire of Ages*-ийн эшлэлийг оруулсан билээ. Усан үзмийн талбайн дууны тухай тэрхүү сургаалт зүйрлэл нь мөн Мосе ба Хурганы дуу бөгөөд зуун дөчин дөрвөн мянга түүнийг дуулдаг; мөн эш үзүүллэгт “дуу” нь “туршлага”-ыг төлөөлдөг хэмээн онгод бидэнд мэдүүлдэг. Зуун дөчин дөрвөн мянга Хургыг Тэр хаашаа явна, тийш нь дагадаг тул тэд Христ ба Мосегийн туулсан тэрхүү адил туршлагаар алхах болно. Эртний Израилийн эш үзүүллэгийн түүхийн омега болсон Христ болон эртний Израилийн эш үзүүллэгийн түүхийн альфа болсон Мосе хоёул өмнөх гэрээт ард түмэн хаягдан өнгөрч, харин шинэ гэрээт ард түмэн сонгогдож байсан зэрэгцээ үеүүдэд амьдарч байв. Зуун дөчин дөрвөн мянга Мосегийн болон Хурганы дууг, өмнөх гэрээт ард түмэн хаягдан өнгөрч байх зуур Эзэн Өөрийн эцсийн гэрээт ард түмэнтэй гэрээ байгуулж буй түүхийг биеэр туулснаар, дуулдаг.</w:t>
      </w:r>
    </w:p>
    <w:p>
      <w:pPr>
        <w:pStyle w:val="ArticleBody"/>
        <w:jc w:val="left"/>
      </w:pPr>
      <w:r>
        <w:rPr>
          <w:rFonts w:ascii="Times New Roman" w:hAnsi="Times New Roman" w:eastAsia="Times New Roman" w:cs="Times New Roman"/>
        </w:rPr>
        <w:t>Зөгнөлийн хувьд Христ энэхүү сургаалт зүйрлэлийг айлдахдаа Пентекостын үед Петр маргаанч иудейчүүдэд хандан үг хэлж байсантай нийцэж байна. Эцсийн хямралын үед Есүс маргаанч иудейчүүдэд энэ сургаалт зүйрлэлийг айлдаж буй нь Ефраимын согтуучуудад усан үзмийн талбайн дууг дуулж буй хүмүүсийг төлөөлдөг. Петр Пентекостын үед мөнөөх л ижил дууг толилуулж байгаа бөгөөд зөвхөн Иоелын аясаар дуулж байна. Усан үзмийн талбайн дуу нь шинэ гэрээний ард түмэн Эзэнтэй гэрлэж байх яг тэр үед хуучин гэрээний ард түмэн цуцлагдан салгагдаж буй тухай дуу юм. Урам хугарч, саатлын үед орсон онгон охид гэрлэлтийг хүлээж байсан бөгөөд төгс биелэл нь тэд нэг зуун дөчин дөрвөн мянгын тамгалагдлыг хүлээж байгаа явдал байх юм.</w:t>
      </w:r>
    </w:p>
    <w:p>
      <w:pPr>
        <w:pStyle w:val="ArticleBody"/>
        <w:jc w:val="left"/>
      </w:pPr>
      <w:r>
        <w:rPr>
          <w:rFonts w:ascii="Times New Roman" w:hAnsi="Times New Roman" w:eastAsia="Times New Roman" w:cs="Times New Roman"/>
        </w:rPr>
        <w:t>Иоелийн номын эхний бүлэгт Бурханы усан үзмийн талбай дарс болон хүчтэй ундаа уугчдаар сүйрүүлэгдсэн тухай, тэдний амнаас “шинэ дарс” таслагдсан тухай өгүүлснээр эхэлдэг. Есүс иудейчүүдэд тэдний хаанчлал тэднээс авагдаж, усан үзмийн талбайн жинхэнэ үр жимсийг гаргах тариачдын нэгэн бүлэгт өгөгдөнө гэж мэдэгдмэгцээ, Тэр чигээ өөрчилж, ариун сүмийн буланд тавигдсан боловч хожим оройн чулуу болохоор заяагдсан чулууны талаар иш татсан. Эхлэл нь төгсгөлд дахин давтагдах гэж байсан бөгөөд энэ үнэн илчлэгдэхэд, түүнийг “гайхамшигт” хэмээн дүрслэн үзүүлдэг.</w:t>
      </w:r>
    </w:p>
    <w:p>
      <w:pPr>
        <w:pStyle w:val="ArticleBody"/>
        <w:jc w:val="left"/>
      </w:pPr>
      <w:r>
        <w:rPr>
          <w:rFonts w:ascii="Times New Roman" w:hAnsi="Times New Roman" w:eastAsia="Times New Roman" w:cs="Times New Roman"/>
        </w:rPr>
        <w:t>Бурханы Үгэн дэх “анхны дурдлын зарчим” нь Иоел усан үзмийн талбайн сүйрлийг хамгийн түрүүнд хөндөн өгүүлдэг тул энэ нь түүний гэрчлэлийн үндсэн гол цэг мөн гэдгийг бидэнд мэдүүлдэг. Иоел ганцаараа биш, учир нь агуу эш үзүүлэгч бүрийн гэрчлэл Израилийн нүгэл болон мөхсөн байдлыг хөндөн өгүүлснээр эхэлдэг.</w:t>
      </w:r>
    </w:p>
    <w:p>
      <w:pPr>
        <w:pStyle w:val="ArticleBody"/>
        <w:jc w:val="left"/>
      </w:pPr>
      <w:r>
        <w:rPr>
          <w:rFonts w:ascii="Times New Roman" w:hAnsi="Times New Roman" w:eastAsia="Times New Roman" w:cs="Times New Roman"/>
        </w:rPr>
        <w:t>Исаиа хорин наймдугаар бүлэгт “Иерусалим”-ыг “захирч буй доогч хүмүүс”-ийг “Ефраимын согтуучууд” хэмээн, мөн “бардамналын титэм” хэмээн дүрсэлсэн байдаг. “Титэм” нь удирдлагыг, “бардамнал” нь сатанлаг зан чанарыг төлөөлдөг.</w:t>
      </w:r>
    </w:p>
    <w:p>
      <w:pPr>
        <w:pStyle w:val="ArticleBody"/>
        <w:jc w:val="left"/>
      </w:pPr>
      <w:r>
        <w:rPr>
          <w:rFonts w:ascii="Times New Roman" w:hAnsi="Times New Roman" w:eastAsia="Times New Roman" w:cs="Times New Roman"/>
        </w:rPr>
        <w:t>Согтууруулагчдад автсан хүмүүс нь Бурханы алдрын “титэм” болдог үлдэгдэл (“үлдэгдэл хэсэг”)-тэй эсрэгцүүлэгддэг. Учир нь хожмын борооны үед Эзэн загалмай дээр “нигүүлслийн хаанчлалаа” байгуулснаар урьдчилан дүрслэгдсэнчлэн Өөрийн “алдрын хаанчлалыг” байгуулдаг. Загалмай дээрх нигүүлслийн хаанчлал нь Ням гарагийн хуулийн үе дэх алдрын хаанчлалыг урьдчилан дүрсэлдэг.</w:t>
      </w:r>
    </w:p>
    <w:p>
      <w:pPr>
        <w:pStyle w:val="ArticleBody"/>
        <w:jc w:val="left"/>
      </w:pPr>
      <w:r>
        <w:rPr>
          <w:rFonts w:ascii="Times New Roman" w:hAnsi="Times New Roman" w:eastAsia="Times New Roman" w:cs="Times New Roman"/>
        </w:rPr>
        <w:t>Сүүлчийн бороо 9/11-нд эхэлсэн бөгөөд тэр үед нэг зуун дөчин дөрвөн мянгыг тамгалах үйл болон амьд хүмүүсийн шүүлт ч мөн эхэлсэн юм. Тамгалах хугацаанд Ариун Сүнсний асгалт 9/11-нд эхэлсэн бөгөөд Есүс хэдхэн дуслыг үлээсэн билээ. Суурь нь энэ бөгөөд Шөнө дундын Хашхирааны үеийн Ариун Сүнсний асгалт нь оройн чулуу мөн. “Гайхамшигт” хэмээх үг нь “9/11-ээс Ням гаргийн хууль хүртэлх” сүнсний асгалтын үеийн бэлгэдэл юм.</w:t>
      </w:r>
    </w:p>
    <w:p>
      <w:pPr>
        <w:pStyle w:val="ArticleBody"/>
        <w:jc w:val="left"/>
      </w:pPr>
      <w:r>
        <w:rPr>
          <w:rFonts w:ascii="Times New Roman" w:hAnsi="Times New Roman" w:eastAsia="Times New Roman" w:cs="Times New Roman"/>
        </w:rPr>
        <w:t>Удирдлагыг төлөөлдөг “титэм”-ийн зэрэгцээ атлаа эсрэг утгатай бэлгэдэл нь Исаиа хорин наймдугаар бүлгийн өгүүлэмжид илэрхий тавигддаг бөгөөд тэнд Иерусалимыг захирч буй согтуу хүмүүсийг өнгөрүүлэн, Бурханы чуулганы удирдлагыг үлдэгдэлд өгдөг. Энэ нь усан үзмийн талбайн тухай сургаалт зүйрлэлийг дүрслэн харуулдаг. Согтуугийн титмийг авч хаяж, дараа нь нэг зуун дөчин дөрвөн мянга нь Христийн хаанчлалыг төлөөлөх титэм болдог. Исаиа мөн энэ л үнэнийг хорин хоёрдугаар бүлэгт, Шебнаг алс холын нутагт хөөн зайлуулж, түүний оронд Елиакимыг тавих үед заадаг. Ефраимын согтуу хүмүүс ч бай, эсвэл хорин хоёрдугаар бүлгийн Шебна ч бай, аль аль нь Бурханы өмнөх гэрээний ард түмний удирдлагыг өнгөрүүлэн орхиж буйг төлөөлдөг.</w:t>
      </w:r>
    </w:p>
    <w:p>
      <w:pPr>
        <w:pStyle w:val="ArticleBody"/>
        <w:jc w:val="left"/>
      </w:pPr>
      <w:r>
        <w:rPr>
          <w:rFonts w:ascii="Times New Roman" w:hAnsi="Times New Roman" w:eastAsia="Times New Roman" w:cs="Times New Roman"/>
        </w:rPr>
        <w:t>Зехариа Ялалтын Орцыг, мөн түүнчлэн Шөнө дундын Хашхирааг, тодорхойлон өгүүлдэг бөгөөд түүнээс хойших эшлэлүүд нь Бурханы ард түмнийг титэм хэмээн тодорхойлсноор Исаиатай нийцэж байна.</w:t>
      </w:r>
    </w:p>
    <w:p>
      <w:pPr>
        <w:pStyle w:val="ArticleScripture"/>
        <w:jc w:val="left"/>
      </w:pPr>
      <w:r>
        <w:rPr>
          <w:rFonts w:ascii="Times New Roman" w:hAnsi="Times New Roman" w:eastAsia="Times New Roman" w:cs="Times New Roman"/>
        </w:rPr>
        <w:t>Сионы охин оо, үлэмжхэн баяс; Иерусалимын охин оо, чангаар хашхир: болгоогтун, чиний Хаан чам уруу ирж байна; Тэр зөвт бөгөөд авралтай; дөлгөөн агаад илжиг унаж, бүр илжигний унага, эм илжигний төлийг унан ирнэ. Тэгээд Би Ефраимаас тэрэгийг, Иерусалимаас морийг таслан зайлуулна, дайны нум ч таслагдана; Тэр харь үндэстнүүдэд амар амгаланг айлдана; Түүний ноёрхол тэнгисээс тэнгис хүрч, мөрнөөс газрын зах хязгаар хүртэл байна.</w:t>
      </w:r>
    </w:p>
    <w:p>
      <w:pPr>
        <w:pStyle w:val="ArticleScripture"/>
        <w:jc w:val="left"/>
      </w:pPr>
      <w:r>
        <w:rPr>
          <w:rFonts w:ascii="Times New Roman" w:hAnsi="Times New Roman" w:eastAsia="Times New Roman" w:cs="Times New Roman"/>
        </w:rPr>
        <w:t>Харин чиний хувьд, чиний гэрээний цусаар Би усгүй нүхнээс чиний хоригдлуудыг суллан гаргасан.</w:t>
      </w:r>
    </w:p>
    <w:p>
      <w:pPr>
        <w:pStyle w:val="ArticleScripture"/>
        <w:jc w:val="left"/>
      </w:pPr>
      <w:r>
        <w:rPr>
          <w:rFonts w:ascii="Times New Roman" w:hAnsi="Times New Roman" w:eastAsia="Times New Roman" w:cs="Times New Roman"/>
        </w:rPr>
        <w:t>Найдварын хоригдлууд аа, та нар бат цайз уруу эргэгтүн; өнөөдөр хүртэл Би чамд хоёр дахиныг өгнө гэж тунхаглаж байна. Учир нь Би Иудаг Өөртөө зориулан нум мэт хөвчилж, Ефраимаар нумыг дүүргэж, ай Сион, чиний хөвгүүдийг, ай Грек, чиний хөвгүүдийн эсрэг босгон, чамайг хүчирхэг хүний илд мэт болгоно.</w:t>
      </w:r>
    </w:p>
    <w:p>
      <w:pPr>
        <w:pStyle w:val="ArticleScripture"/>
        <w:jc w:val="left"/>
      </w:pPr>
      <w:r>
        <w:rPr>
          <w:rFonts w:ascii="Times New Roman" w:hAnsi="Times New Roman" w:eastAsia="Times New Roman" w:cs="Times New Roman"/>
        </w:rPr>
        <w:t>Мөн ЭЗЭН тэдний дээгүүр үзэгдэх бөгөөд Түүний сум аянга мэт харвана. Эзэн БУРХАН бүрээ үлээж, өмнөдийн хуй салхинуудын хамт явна. Түмэн цэргийн ЭЗЭН тэднийг хамгаалах бөгөөд тэд залгиж, дүүгүүрийн чулуунуудаар даран эзэлнэ. Тэд ууж, дарснаас болсон мэт шуугилдана; тэд аяганууд мэт, тахилын ширээний булангууд мэт дүүрнэ. Тэдний Бурхан ЭЗЭН тэр өдөр тэднийг Өөрийн ард түмний сүрэг мэт аварна. Учир нь тэд Түүний нутаг дээр туг адил өргөгдсөн титмийн чулуунууд мэт байх болно. Учир нь Түүний сайн сайхан нь хэчнээн агуу вэ, Түүний гоо үзэсгэлэн нь хэчнээн агуу вэ! Үр тариа идэр залуусыг баясгаж, шинэ дарс бүсгүйчүүдийг баясгана. Зехариа 9:9–17.</w:t>
      </w:r>
    </w:p>
    <w:p>
      <w:pPr>
        <w:pStyle w:val="ArticleBody"/>
        <w:jc w:val="left"/>
      </w:pPr>
      <w:r>
        <w:rPr>
          <w:rFonts w:ascii="Times New Roman" w:hAnsi="Times New Roman" w:eastAsia="Times New Roman" w:cs="Times New Roman"/>
        </w:rPr>
        <w:t>Арван нэгдүгээр эшлэл (9/11)-д: “Чиний тухайд ч мөн, чиний гэрээний цусаар Би чиний хоригдлуудыг усгүй нүхнээс гаргасан” гэж өгүүлдэг. Христ олон хүний төлөө нэг долоо хоногийн турш гэрээг баталсан бөгөөд тэрхүү долоо хоног Түүний баптисмаар эхэлсэн. Гурван жил хагасын турш Христ хүмүүсийн дунд явсан бөгөөд тэр гурван жил хагасын төгсгөлийн үед Христ Мессиагийн Иерусалимд ялалтын байдалтайгаар орохыг тодорхойлсон Зехариагийн зөгнөлийг биелүүлсэн. Шөнө дундын хашхираан нь Христийн үхэл, оршуулга, амилалтад хүргэсэн нэгэн үеийг эхлүүлсэн. Христийн баптисм нь Түүний үхэл, оршуулга, амилалтыг төлөөлдөг тул гурван жил хагасын хугацааны эхлэл ба төгсгөл нь адил юм.</w:t>
      </w:r>
    </w:p>
    <w:p>
      <w:pPr>
        <w:pStyle w:val="ArticleBody"/>
        <w:jc w:val="left"/>
      </w:pPr>
      <w:r>
        <w:rPr>
          <w:rFonts w:ascii="Times New Roman" w:hAnsi="Times New Roman" w:eastAsia="Times New Roman" w:cs="Times New Roman"/>
        </w:rPr>
        <w:t>Христийн баптисм нь 9/11-ийг бэлгэдэн дүрсэлдэг бөгөөд 9/11 нь Ням гаргийн хуулиар төгсөх нэгэн хугацааны эхлэлийг тэмдэглэдэг. 9/11-д хожмын бороо шивэрч эхэлсэн бөгөөд Ням гаргийн хууль дээр энэ нь хэмжээлшгүйгээр асгардаг; энэ нь Христ Пентекостын үед болох асгалтын өмнө дагалдагчид дээрээ урьдаас цөөн дусал бороо мэт амьсгалсан явдлаар бэлгэдэн дүрслэгдсэн байдаг.</w:t>
      </w:r>
    </w:p>
    <w:p>
      <w:pPr>
        <w:pStyle w:val="ArticleBody"/>
        <w:jc w:val="left"/>
      </w:pPr>
      <w:r>
        <w:rPr>
          <w:rFonts w:ascii="Times New Roman" w:hAnsi="Times New Roman" w:eastAsia="Times New Roman" w:cs="Times New Roman"/>
        </w:rPr>
        <w:t>Зехариа 9:11 нь 9/11-тэй, мөн Ням гаргийн хуулинд хүргэдэг Шөнө дундын хашхираантай нийцдэг. 9/11 дээр Лаодикеагийн мэдээ 1856 болон 1888 онуудад байсанчлан өнөөгийн үнэн болж ирсэн. Лаодикеагийн мэдээ нь өөрсдийгөө үхмэл гэдгээ мэддэггүй хүмүүст өгөгддөг. Тэд “нүхэнд” байгаа бөгөөд хожуугийн борооны тухай мэдээ тэдэнд үгүй, учир нь тэдний нүх усгүй. Хэрэв Лаодикеа зүрхэнд нь тогшиж буйд ердөө хариулах аваас, Эзэн тэднийг нүхнээс гарган өргөх болно. Учир нь Ням гаргийн хууль дээр сорилын хугацаа хаагдах хүртэл тэд “найдварын хоригдлууд” хэвээр байдаг.</w:t>
      </w:r>
    </w:p>
    <w:p>
      <w:pPr>
        <w:pStyle w:val="ArticleScripture"/>
        <w:jc w:val="left"/>
      </w:pPr>
      <w:r>
        <w:rPr>
          <w:rFonts w:ascii="Times New Roman" w:hAnsi="Times New Roman" w:eastAsia="Times New Roman" w:cs="Times New Roman"/>
        </w:rPr>
        <w:t>Чиний хувьд ч гэсэн, чиний гэрээний цусаар Би чиний хоригдлуудыг усгүй нүхнээс гарган явуулсан. Найдварын хоригдлууд аа, бэхлэлт рүүгээ буцагтун. Өнөөдөр хүртэл Би чамд давхар хариу өгнө хэмээн тунхаглаж байна. Зехариа 9:11, 12.</w:t>
      </w:r>
    </w:p>
    <w:p>
      <w:pPr>
        <w:pStyle w:val="ArticleBody"/>
        <w:jc w:val="left"/>
      </w:pPr>
      <w:r>
        <w:rPr>
          <w:rFonts w:ascii="Times New Roman" w:hAnsi="Times New Roman" w:eastAsia="Times New Roman" w:cs="Times New Roman"/>
        </w:rPr>
        <w:t>9/11 нь 1989 онд ирсэн мэдээг хүчинжүүлсэн. Тэрхүү мэдээ нь гурав дахь тэнгэрэлчийн мэдээ мөн боловч Миллеритийн шинэчлэлийн хөдөлгөөний бүтэц ба нэр томьёоны хүрээнд 1989 он нь эхний тэнгэрэлчийн ирэлтийг тэмдэглэсэн. Эхний тэнгэрэлчийн мэдээ 1840 оны 8-р сарын 11-нд Исламтай холбоотой нэгэн эш үзүүллэгийн биеллээр хүчинжсэн бөгөөд энэ нь 1989 онд гурав дахь тэнгэрэлчийн ирэлт мөн Исламтай холбоотой нэгэн эш үзүүллэгийн биеллээр хүчинжихыг заадаг.</w:t>
      </w:r>
    </w:p>
    <w:p>
      <w:pPr>
        <w:pStyle w:val="ArticleBody"/>
        <w:jc w:val="left"/>
      </w:pPr>
      <w:r>
        <w:rPr>
          <w:rFonts w:ascii="Times New Roman" w:hAnsi="Times New Roman" w:eastAsia="Times New Roman" w:cs="Times New Roman"/>
        </w:rPr>
        <w:t>1840 оны 8 дугаар сарын 11-нд Исламын тухай зөгнөл батлагдах үед Илчлэлт номын аравдугаар бүлгийн тэнгэрэлч бууж ирсэн бөгөөд энэ нь 9/11-нд Илчлэлт номын арван наймдугаар бүлгийн тэнгэрэлчийн бууж ирэлтийг бэлгэдэн дүрсэлсэн юм. 1840 онд эхний тэнгэрэлч хүч чадлаар хангагдсан нь, мөн 1844 онд хоёр дахь тэнгэрэлч хүч чадлаар хангагдсан нь хоёулаа 9/11-нд гурав дахь тэнгэрэлч хүч чадлаар хангагдсаныг бэлгэдэн дүрсэлдэг. 2020 оны 7 дугаар сарын 18 нь 1844 оны 4 дүгээр сарын 19-нд Миллерчүүдийн анхны урам хугарал бэлгэдэн дүрсэлснээр хоёр дахь тэнгэрэлчийн ирэлт байсан юм. Миллерчүүдийн түүхэн дэх эхний болон хоёр дахь тэнгэрэлчийн хүч чадлаар хангагдсан хоёр түүх, мөн түүнчлэн 9/11-нд гурав дахь тэнгэрэлч хүч чадлаар хангагдсан түүх нь 2023 оны 7 дугаар сард ирсэн Шөнө дундын Хашхирааны мэдээ хүч чадлаар хангагдсаны гэрчүүдийг өгдөг.</w:t>
      </w:r>
    </w:p>
    <w:p>
      <w:pPr>
        <w:pStyle w:val="ArticleBody"/>
        <w:jc w:val="left"/>
      </w:pPr>
      <w:r>
        <w:rPr>
          <w:rFonts w:ascii="Times New Roman" w:hAnsi="Times New Roman" w:eastAsia="Times New Roman" w:cs="Times New Roman"/>
        </w:rPr>
        <w:t>Тамгалагдах хугацаа 9/11-ээс эхэлж, Ням гаргийн хуулиар төгсөнө. Энэ нь Христ сүүлчийн борооны цөөн дуслыг үлээж эхлүүлснээр эхэлж, Пентекостын үед дэлхийд мэдээг дамжуулах галын хэлнүүдээр төгсөнө. Петр Пентекостыг Иоелын эш үзүүллэгийн биелэлт хэмээн тодорхойлсон. Энэ нь үнэхээр тийм болохоор Христийн үлээлт мөн Иоелын эш үзүүллэгийн биелэлт байсан гэдгийг тогтоож өгдөг. Учир нь Пентекостын улирал нь альфа мөн омега болохыг харуулдаг тодорхой эхлэл, төгсгөлтэй билээ. Христийн амилалтын өдөр арвайн анхны үр жимсний өргөл өргөгдсөн бөгөөд түүнээс хойш тавин хоногийн дараа Пентекостын үеэр улаан буудайн анхны үр жимсний өргөл өргөгдсөн юм. 9/11 нь Ням гаргийн хуулиас яг өмнө ирж, түүн рүү хөтөлдөг Шөнө дундын Хашхирааны хэв шинж болдог. Шөнө дундын Хашхирааны Захариа 9:9-ийн дүрслэлийн төгс биелэлт нь 2023 оны 7-р сараас хойших үе юм.</w:t>
      </w:r>
    </w:p>
    <w:p>
      <w:pPr>
        <w:pStyle w:val="ArticleScripture"/>
        <w:jc w:val="left"/>
      </w:pPr>
      <w:r>
        <w:rPr>
          <w:rFonts w:ascii="Times New Roman" w:hAnsi="Times New Roman" w:eastAsia="Times New Roman" w:cs="Times New Roman"/>
        </w:rPr>
        <w:t>Сионы охин оо, үлэмжээр баяс; Иерусалимын охин оо, хашхир: болгоогтун, чиний Хаан чам уруу ирж байна; Тэр зөв шударга бөгөөд авралтай; даруу агаад илжиг унан, илжигний унаганы төлөг унан ирнэ. Зехариа 9:9.</w:t>
      </w:r>
    </w:p>
    <w:p>
      <w:pPr>
        <w:pStyle w:val="ArticleBody"/>
        <w:jc w:val="left"/>
      </w:pPr>
      <w:r>
        <w:rPr>
          <w:rFonts w:ascii="Times New Roman" w:hAnsi="Times New Roman" w:eastAsia="Times New Roman" w:cs="Times New Roman"/>
        </w:rPr>
        <w:t>Ийнхүү Зехариа Бурханы ард түмэн титэм мөн хэмээх Исаиагийн бэлгэдэлтэй санал нийлж байна; харин тэрээр, “учир нь тэд Түүний нутаг дээр өргөгдсөн туг адил титмийн чулуунууд байх болно” хэмээн тэмдэглэхдээ, тэр титэм нь мөн туг мөн гэдгийг нэмж өгүүлдэг. Түүнчлэн Зехариа, Иоелын “үр тариа” ба “шинэ дарс” хэмээх бэлгэдэлтэй холбоотой баяр хөөрийг цуурайтуулан, “үр тариа нь залуу эрчүүдийг баясгана, шинэ дарс нь охидыг мөн” хэмээн өгүүлжээ. Бид хорин наймдугаар бүлэгт гардаг Ефраимын архичдын тухай тэмдэглэлийг авч үзэхдээ, энэ нь “амралт ба сэргээлт”-ийг тодорхойлон нэрлэдэг Библийн бүлэг мөн гэдгийг анхаарагтун. Энэ нь хожмын борооны тухай Судрууд дахь үндсэн эшлэлүүдийн нэг тул, Ефраимын эдгээр архичид нь Иоелын өгүүлдэг өнөөх архичидтай адилхан байх ёстой.</w:t>
      </w:r>
    </w:p>
    <w:p>
      <w:pPr>
        <w:pStyle w:val="ArticleScripture"/>
        <w:jc w:val="left"/>
      </w:pPr>
      <w:r>
        <w:rPr>
          <w:rFonts w:ascii="Times New Roman" w:hAnsi="Times New Roman" w:eastAsia="Times New Roman" w:cs="Times New Roman"/>
        </w:rPr>
        <w:t>Эфраимын архичдад, бардамналын титэмд гаслан! Тэдний сүр жавхлант гоо үзэсгэлэн нь гандаж буй цэцэг мэт, дарсанд дийлдсэн хүмүүсийн үржил шимт хөндийн толгой дээр оршдог билээ! Үзэгтүн, Эзэнд нэгэн хүчирхэг бөгөөд сүр хүчтэй нэгэн бий; тэр нь мөндрийн шуурга, сүйтгэгч аадар мэт, халин бялхах их усны үер мэт гараараа газар унагах болно. Бардамналын титэм, Эфраимын архичид хөл дор гишгэгдэх болно. Үржил шимт хөндийн толгой дээрх тэдний сүр жавхлант гоо үзэсгэлэн нь гандаж буй цэцэг мэт, зуны өмнөх эрт боловсорсон жимс мэт байх болно; түүнийг харсан хүн, гартаа байхад нь л шууд идчихдэг билээ. Тэр өдөр түмэн цэргийн Эзэн Өөрийн ард түмний үлдэгдэлд алдрын титэм, гоо үзэсгэлэнгийн өмсгөл болно. Мөн шүүлтэд суугчид шүүлтийн сүнс болж, тулалдааныг дааман хаалганд эргүүлэн авчрагчдад хүч чадал болно. Харин эд бас дарсаас болж төөрч, хатуу ундаанаас болж замаасаа гарчээ; тахилч ч, эш үзүүлэгч ч хатуу ундаанаас болж төөрчээ; тэд дарсанд залгиулж, хатуу ундаанаас болж замаасаа гарчээ; тэд үзэгдэлдээ төөрч, шүүлтэд бүдэрч байна. Учир нь бүх ширээ бөөлжис, бузраар дүүрч, цэвэр газар нэгээхэн ч үгүй болжээ. …</w:t>
      </w:r>
    </w:p>
    <w:p>
      <w:pPr>
        <w:pStyle w:val="ArticleScripture"/>
        <w:jc w:val="left"/>
      </w:pPr>
      <w:r>
        <w:rPr>
          <w:rFonts w:ascii="Times New Roman" w:hAnsi="Times New Roman" w:eastAsia="Times New Roman" w:cs="Times New Roman"/>
        </w:rPr>
        <w:t>Та нар өөрсдөө алмайран гайхагтун; хашхирцгаа, тийнхүү хашхир. Тэд дарснаас болж согтоогүй атлаа согтсон мэт, хүчтэй ундаанаас биш атлаа ганхаж байна. Учир нь ЭЗЭН та нарын дээр гүн нойрны сүнсийг асган, нүдийг чинь анив; эш үзүүлэгчид болон та нарын удирдагчид, үзмэрчдийг Тэр бүрхжээ. Бүх үзэгдэл та нарт лацдсан номын үгс мэт болсон бөгөөд хүмүүс түүнийг бичиг номд эрдэмтэй нэгэнд өгч, “Үүнийг уншаач” хэмээн гуйхад, тэр “Би чаднагүй; учир нь лацдсан байна” гэдэг. Харин уг номыг бичиг үсэг мэдэхгүй нэгэнд өгч, “Үүнийг уншаач” хэмээн гуйхад, тэр “Би бичиг үсэг мэдэхгүй” гэдэг.</w:t>
      </w:r>
    </w:p>
    <w:p>
      <w:pPr>
        <w:pStyle w:val="ArticleScripture"/>
        <w:jc w:val="left"/>
      </w:pPr>
      <w:r>
        <w:rPr>
          <w:rFonts w:ascii="Times New Roman" w:hAnsi="Times New Roman" w:eastAsia="Times New Roman" w:cs="Times New Roman"/>
        </w:rPr>
        <w:t>Тиймээс Эзэн ийн айлдав: Энэ ард түмэн амаараа Над уруу ойртож, уруулаараа Намайг хүндэтгэвч, зүрх сэтгэлээ Надаас холдуулсан бөгөөд Надаас эмээх нь хүний тушаалаар заалгасан зүйл болсон тул, тиймийн тул, болгоогтун, Би энэ ард түмний дунд гайхамшигт нэгэн үйлийг, тийм ээ, гайхамшигт үйл ба гайхалтай зүйлийг үйлдэх болно. Учир нь тэдний мэргэн хүмүүсийн мэргэн ухаан мөхөж, тэдний ухаалаг хүмүүсийн ойлголт нуугдах болно. Зөвлөгөөгөө Эзэнээс нуухын тулд гүн нуугдагсдад, үйлс нь харанхуйд үйлдэгддэг бөгөөд, “Хэн биднийг харна вэ? хэн биднийг мэднэ вэ?” гэж хэлдэг хүмүүст золгүй еэ. Та нарын юмсыг орвонгоор нь эргүүлдэг явдал ваарчны шавартай адилхан гэж үзэгдэх бус уу? Учир нь бүтээгдсэн зүйл өөрийг нь бүтээсэн нэгний тухай, “Тэр намайг бүтээгээгүй” гэж хэлэх үү? Эсвэл хэлбэржүүлэгдсэн зүйл өөрийг нь хэлбэржүүлсэн нэгний тухай, “Тэр ойлголтгүй байсан” гэж хэлэх үү? Исаиа 28:1–8; 29:9–16.</w:t>
      </w:r>
    </w:p>
    <w:p>
      <w:pPr>
        <w:pStyle w:val="ArticleBody"/>
        <w:jc w:val="left"/>
      </w:pPr>
      <w:r>
        <w:rPr>
          <w:rFonts w:ascii="Times New Roman" w:hAnsi="Times New Roman" w:eastAsia="Times New Roman" w:cs="Times New Roman"/>
        </w:rPr>
        <w:t>ЭЗЭН ойлголт нь тайлагдах үед мэдлэгийн өсөлтийг ухаарахтай холбоотой яг тэр хоёр зүйл болох мэргэн ухаан ба ойлголтыг нь зайлуулан, Ефраимын архичдын дунд “гайхамшигт үйлс” хийх гэж байна. Ойлгодог нь мэргэд билээ. “Гайхамшигт үйлс”-ийн нэг хэсэг нь Иуда овгийн Арслангаар тайлагддаг мэдлэгийг Ефраимын архичдын оюун ухаанаас зайлуулах явдал мөн. Мэргэд ба хорон муу хүмүүсийн салангид болох нь ЭЗЭНий “гайхамшигт үйлс”-ийн нэг хэсэг юм. Энэ бол мөнхийн сайн мэдээ мөн. Христ маргалдах дуртай иудейчүүдийг усан үзмийн талбайн тухай сургаалт зүйрлэлээр удирдан, улмаар тэднийг өөрсдийнх нь шүүлтийг өөрсдөөр нь тунхаглуулсны дараа Тэр Дуулал 118-аас нэгэн асуулт тавив:</w:t>
      </w:r>
    </w:p>
    <w:p>
      <w:pPr>
        <w:pStyle w:val="ArticleScripture"/>
        <w:jc w:val="left"/>
      </w:pPr>
      <w:r>
        <w:rPr>
          <w:rFonts w:ascii="Times New Roman" w:hAnsi="Times New Roman" w:eastAsia="Times New Roman" w:cs="Times New Roman"/>
        </w:rPr>
        <w:t>Барилгачдын голсон чулуу нь булангийн тэргүүн чулуу болов. Энэ нь ЭЗЭНий үйл мөн; бидний нүдэнд гайхамшигтай билээ. Энэ бол ЭЗЭНий бүтээсэн өдөр мөн; бид түүнд баярлан хөөрч, баясах болно. Дуулал 118:22–24.</w:t>
      </w:r>
    </w:p>
    <w:p>
      <w:pPr>
        <w:pStyle w:val="ArticleBody"/>
        <w:jc w:val="left"/>
      </w:pPr>
      <w:r>
        <w:rPr>
          <w:rFonts w:ascii="Times New Roman" w:hAnsi="Times New Roman" w:eastAsia="Times New Roman" w:cs="Times New Roman"/>
        </w:rPr>
        <w:t>Эзэн Ефраимын архичдын дээр “гайхамшигт үйл хэрэг ба гайхамшиг”-ийг үйлдэх гэж байгаа бөгөөд үүнд тэдний үнэнийг танин мэдэх чадварыг зайлуулах явдал багтана. Иоелын “шинэ дарс”-ыг эзэмшигчдийн нүдэнд “булангийн тэргүүн чулуу” гайхамшигтай байдаг.</w:t>
      </w:r>
    </w:p>
    <w:p>
      <w:pPr>
        <w:pStyle w:val="ArticleBody"/>
        <w:jc w:val="left"/>
      </w:pPr>
      <w:r>
        <w:rPr>
          <w:rFonts w:ascii="Times New Roman" w:hAnsi="Times New Roman" w:eastAsia="Times New Roman" w:cs="Times New Roman"/>
        </w:rPr>
        <w:t>“эрдэмтэй” хэмээн дүрслэгдсэн удирдагчид ч бай, “эрдэмгүй” хэмээн төлөөлөгдсөн жирийн итгэгчид ч бай, согтуурагсад лацадсан номыг уншиж чаддаггүй. “Лацадсан ном”-оор дүрслэгдсэн Бичээсийн эш үзүүллэгийн гэрчлэлийг согтуурагсад зөвөөр ойлгох нь боломжгүй. Согтуурагсад мөн “замаас гарсан” хэмээн хоёр удаа тодорхойлогддог. Энэ нь Исаиа хорин наймдугаар бүлэгт, хожмын борооны тухай Бичээсийн онцгой эшлэлд дахин тэмдэглэгдсэн байдаг бөгөөд тэнд Исаиа согтуурагсадын сонсохыг хүсээгүй “амралт ба сэргэлт”-ийг тодорхойлдог. “Амралт ба сэргэлт” нь нэгэн мэдээ юм, учир нь түүнийг сонсож болдог.</w:t>
      </w:r>
    </w:p>
    <w:p>
      <w:pPr>
        <w:pStyle w:val="ArticleBody"/>
        <w:jc w:val="left"/>
      </w:pPr>
      <w:r>
        <w:rPr>
          <w:rFonts w:ascii="Times New Roman" w:hAnsi="Times New Roman" w:eastAsia="Times New Roman" w:cs="Times New Roman"/>
        </w:rPr>
        <w:t>Тэрхүү согтуурал нь согтуу хүмүүсийг Иеремиагийн өгүүлсэн “эртний жимүүд”-ээс зайлуулсан бөгөөд тэр нь Иеремиагийн дүрслэн хэлснээр түүн дотор алхаж, хожмын бороог олох “зам”, өөрөөр хэлбэл “амралт” юм. Хожмын борооны мэдээг Ефраимын согтуу хүмүүс эсэргүүцэн няцаасан явдал бол Бурханы Үгийн тодорхой нэгэн сэдэв мөн. Тэд суурь түүх рүү буцан очихоос татгалзсан учраас согтуу болсон; харин тэрхүү суурь түүх нь хожмын борооны түүх болох нэг зуун дөчин дөрвөн мянгын түүхийн зураг төслийг өгдөг билээ.</w:t>
      </w:r>
    </w:p>
    <w:p>
      <w:pPr>
        <w:pStyle w:val="ArticleBody"/>
        <w:jc w:val="left"/>
      </w:pPr>
      <w:r>
        <w:rPr>
          <w:rFonts w:ascii="Times New Roman" w:hAnsi="Times New Roman" w:eastAsia="Times New Roman" w:cs="Times New Roman"/>
        </w:rPr>
        <w:t>Ефраимын архичдын дээр үйлдэгдэх тэрхүү “гайхамшигт ажил” нь хожмын бороо асгарах үед тохиолддог. Хожмын борооны үед сорих мэдээ нь мөргөгчдийг хоёр ангид хуваадаг бөгөөд тэдний хүртдэг “дарс”-аар энэ нь дүрслэгдэн харуулагддаг. Хорон муу хүмүүс эш үзүүллэгийн хэрэглээг ариун түүхийн шугамууд дээр үндэслэхээс татгалзсан байдаг, харин Исаиа хорин наймын “мөрийн дээр мөр” аргачлалыг хэрэглэдэг хүмүүс “шинэ дарс”-наас хүртдэг. Хорон муу хүмүүсийн согтуу байдал нь эш үзүүллэгийг ойлгох чадваргүй байдлаар илэрдэг бөгөөд тэдний сохорсон байдал нь суурь болсон эртний замууд руу буцаж очих хүсэлгүй байдлаас үүдэлтэй байв. Есүс маргалдах дуртай иудейчүүдийг зэмлэн, голсон чулуу булангийн тэргүүн болдог тухай тэд хэзээ нэгэн цагт уншиж байсан эсэхийг асуусан.</w:t>
      </w:r>
    </w:p>
    <w:p>
      <w:pPr>
        <w:pStyle w:val="ArticleBody"/>
        <w:jc w:val="left"/>
      </w:pPr>
      <w:r>
        <w:rPr>
          <w:rFonts w:ascii="Times New Roman" w:hAnsi="Times New Roman" w:eastAsia="Times New Roman" w:cs="Times New Roman"/>
        </w:rPr>
        <w:t>Булангийн тэргүүн болдог чулуу нь суурь буюу булангийн чулууны тухай эш үзүүллэгийн үнэн оройн чулуунд давтагддагийг илэрхийлдэг. Альфа чулуу нь мөн омега чулуу мөн. Мөр мөрийн дээр мөр гэсэн аргачлалыг тогтоож, тэтгэн барьдаг эш үзүүллэгийн үндсэн зарчим (энэ нь хожуугийн борооны аргачлал мөн) нь аливаа зүйлийн эхлэл нь түүний төгсгөлийг дүрслэн харуулдаг явдал юм. Миллерийн хөдөлгөөн дэх эш үзүүллэгийн үндсэн зарчим нь Илчлэлт арванын тэнгэрэлч бууж ирэхэд батлагдсан нэг өдөр нь нэг жилийн зарчим байсан. Нэг зуун дөчин дөрвөн мянгын хөдөлгөөн дэх эш үзүүллэгийн үндсэн зарчим нь эхлэл нь төгсгөлийг дүрслэн харуулдаг явдал бөгөөд энэ нь Илчлэлт арван наймын тэнгэрэлч бууж ирэхэд батлагдсан юм.</w:t>
      </w:r>
    </w:p>
    <w:p>
      <w:pPr>
        <w:pStyle w:val="ArticleBody"/>
        <w:jc w:val="left"/>
      </w:pPr>
      <w:r>
        <w:rPr>
          <w:rFonts w:ascii="Times New Roman" w:hAnsi="Times New Roman" w:eastAsia="Times New Roman" w:cs="Times New Roman"/>
        </w:rPr>
        <w:t>Бурханы эш үзүүллэгийн Үг нь хожмын бороотой холбоотой хүчин зүйлсийг тайлбарлахдаа маш нарийн дэлгэрэнгүй байдаг. Тэдгээр баримтуудын нэг нь Ефраимын архичид хожмын бороог таньж мэдэх чадваргүй байдаг явдал бөгөөд үүнийг шавь нар согтуу байна хэмээн Петрт хэлж байсан иудейчүүдээр бэлгэдэн үзүүлсэн юм. Аргачлалын гол зарчим нь Бурханы Үгэнд Альфа ба Омега хэмээн дахин дахин шууд тодорхойлогдон тавигддаг боловч Үг тэдний хувьд лацдан битүүмжлэгдсэн билээ. Аргачлал, эш үзүүллэгийн үндсэн дүрэм, мөн хожмын борооны мэдээ нь “гайхамшигт ажил” хэмээн дүрслэгддэг эш үзүүллэгийн түүхэн шугам дахь ариусгагдсан сэдвүүдийн нэгэн хэсэг мөн.</w:t>
      </w:r>
    </w:p>
    <w:p>
      <w:pPr>
        <w:pStyle w:val="ArticleScripture"/>
        <w:jc w:val="left"/>
      </w:pPr>
      <w:r>
        <w:rPr>
          <w:rFonts w:ascii="Times New Roman" w:hAnsi="Times New Roman" w:eastAsia="Times New Roman" w:cs="Times New Roman"/>
        </w:rPr>
        <w:t>Түмэн цэргийн ЭЗЭНий үг дахин над уруу ирж, ийнхүү айлдав: Түмэн цэргийн ЭЗЭН ийнхүү айлдаж байна: Би Сионы төлөө агуу хартайгаар хартсан бөгөөд түүний төлөө асар их хилэнтэйгээр хартсан билээ. ЭЗЭН ийнхүү айлдаж байна: Би Сион уруу буцан ирж, Иерусалимын дунд оршино; Иерусалим нь үнэний хот хэмээн нэрлэгдэх бөгөөд түмэн цэргийн ЭЗЭНий уул нь ариун уул хэмээн нэрлэгдэх болно. Түмэн цэргийн ЭЗЭН ийнхүү айлдаж байна: Иерусалимын гудамжуудад өтгөс хөгшид дахин суух болно, хүн бүр өндөр насныхаа улмаас гартаа таяг тулсан байх болно. Хотын гудамжууд мөн тэндээ тоглон наадах хөвгүүд, охидоор дүүрэх болно.</w:t>
      </w:r>
    </w:p>
    <w:p>
      <w:pPr>
        <w:pStyle w:val="ArticleScripture"/>
        <w:jc w:val="left"/>
      </w:pPr>
      <w:r>
        <w:rPr>
          <w:rFonts w:ascii="Times New Roman" w:hAnsi="Times New Roman" w:eastAsia="Times New Roman" w:cs="Times New Roman"/>
        </w:rPr>
        <w:t>Түмэн цэргийн ЭЗЭН ийнхүү айлдаж байна: Эдгээр өдрүүдэд энэ ард түмний үлдэгсдийн нүдэнд энэ нь гайхамшигтай санагдвал, Миний нүдэнд мөн гайхамшигтай санагдах ёстой гэж үү? хэмээн Түмэн цэргийн ЭЗЭН айлдаж байна. Түмэн цэргийн ЭЗЭН ийнхүү айлдаж байна: Үзэгтүн, Би Өөрийн ард түмнийг зүүн нутгаас, мөн баруун нутгаас аварна. Би тэднийг авчирч, тэд Иерусалимын дунд оршин суух болно; тэд Миний ард түмэн байх бөгөөд Би үнэн ба зөвт байдал дотор тэдний Бурхан байх болно. Түмэн цэргийн ЭЗЭН ийнхүү айлдаж байна: Эдгээр өдрүүдэд эш үзүүлэгчдийн амаар айлдагдсан, Түмэн цэргийн ЭЗЭНий өргөөний суурь тавигдаж, сүм баригдахын тэр өдөр байсантай холбоотой энэ үгсийг сонсож буй та нар, гараа бэхжүүлэгтүн. Учир нь эдгээр өдрүүдээс өмнө хүнд өгөх хөлс байсангүй, малд ч өгөх хөлс байсангүй; мөн зовлонгийн улмаас гарч явагчид ч, орж ирэгчид ч амар тайван байсангүй. Учир нь Би хүн бүрийг хөршийнх нь эсрэг босгосон билээ. Харин эдүгээ Би энэ ард түмний үлдэгсдэд урьдын өдрүүдийнх шиг хандахгүй гэж Түмэн цэргийн ЭЗЭН айлдаж байна. Зехариа 8:1–11.</w:t>
      </w:r>
    </w:p>
    <w:p>
      <w:pPr>
        <w:pStyle w:val="ArticleBody"/>
        <w:jc w:val="left"/>
      </w:pPr>
      <w:r>
        <w:rPr>
          <w:rFonts w:ascii="Times New Roman" w:hAnsi="Times New Roman" w:eastAsia="Times New Roman" w:cs="Times New Roman"/>
        </w:rPr>
        <w:t>Зехариа ийн хэлсэн нь: “ЭЗЭН түмэн цэргийн Бурханы өргөөний суурь тавигдаж, сүмийг босгохын төлөө байсан тэр өдөр эш үзүүлэгчдийн амаар айлдагдсан эдгээр үгсийг энэ өдрүүдэд сонсогч та нар, гар чинь хүчтэй байг.” Бурханы ард түмнийг хүчирхэгжүүлдэг зүйл бол өнцгийн тэргүүн чулуу болдог суурийн тухай мэдээ юм. Тэрхүү мэдээ нь Миллеритуудын түүх нэг зуун дөчин дөрвөн мянгын түүхэнд давтагддаг явдал мөн.</w:t>
      </w:r>
    </w:p>
    <w:p>
      <w:pPr>
        <w:pStyle w:val="ArticleBody"/>
        <w:jc w:val="left"/>
      </w:pPr>
      <w:r>
        <w:rPr>
          <w:rFonts w:ascii="Times New Roman" w:hAnsi="Times New Roman" w:eastAsia="Times New Roman" w:cs="Times New Roman"/>
        </w:rPr>
        <w:t>Христ: «Хэрэв энэ өдрүүдэд энэ ард түмний үлдэгсдийн нүдэнд энэ нь гайхамшигтай санагдвал, Миний нүдэнд мөн гайхамшигтай санагдах ёсгүй гэж үү?» хэмээн асуудаг. Энэ асуулт нь бүх эш үзүүлэгчдийн сэдэв болдог Бурханы «гайхамшигт үйлс»-ийн эш үзүүллэгийн үеийг тодорхойлоод зогсохгүй, мөн нэг зуун дөчин дөрвөн мянгын Лаодикийн хөдөлгөөн нэг зуун дөчин дөрвөн мянгын Филаделфийн хөдөлгөөн болон хувирдаг цаг үеийг ч мөн тодорхойлдог. Энэ нь тэд тамгалагдах мөчтэй адил цэг бөгөөд, мөн хөдөлгөөн тэмцэгч байдлаас ялгуусан байдалд шилждэг тэрхүү адил цэг мөн; энэ нь мөн ариун газар үнэхээр цэвэршүүлэх үед энэ бүлэг хүмүүсийн дунд бурханлаг чанарыг хүн чанартай нэгтгэх ажил эцэслэгддэг газар юм. Үүнийг эдгээр эшлэлүүдээс таньж болно. Учир нь Түүний «гайхамшигт үйлс»-ээр төлөөлөгдсөн эш үзүүллэгийн түүх нь Бурханы нүдэнд ч, үлдэгсдийн нүдэнд ч гайхамшигтай байдаг бөгөөд нүдээрээ нүд нийлүүлэх нь нэгдлийн бэлгэдэл юм. Энд дүрслэгдсэн энэхүү нэгдэл нь Хургыг Түүний хаашаа ч явсан дагадаг Бурханы хүмүүсийн тамгалагдлын тухай өгүүлж байгаа бөгөөд тэд нүгэл үйлдэж, Христийн зан чанарыг буруугаар илэрхийлэхээсээ илүү үхэхийг илүүд үзэх хэмжээнд хүрсэн байдаг.</w:t>
      </w:r>
    </w:p>
    <w:p>
      <w:pPr>
        <w:pStyle w:val="ArticleBody"/>
        <w:jc w:val="left"/>
      </w:pPr>
      <w:r>
        <w:rPr>
          <w:rFonts w:ascii="Times New Roman" w:hAnsi="Times New Roman" w:eastAsia="Times New Roman" w:cs="Times New Roman"/>
        </w:rPr>
        <w:t>Мика эртний Израилийн суурь түүхийг “гайхамшигт зүйлс” хэмээн тодорхойлдог.</w:t>
      </w:r>
    </w:p>
    <w:p>
      <w:pPr>
        <w:pStyle w:val="ArticleScripture"/>
        <w:jc w:val="left"/>
      </w:pPr>
      <w:r>
        <w:rPr>
          <w:rFonts w:ascii="Times New Roman" w:hAnsi="Times New Roman" w:eastAsia="Times New Roman" w:cs="Times New Roman"/>
        </w:rPr>
        <w:t>Чи Египетийн нутгаас гарч ирсэн өдрүүдийнх нь адил Би түүнд гайхамшигт зүйлсийг үзүүлэх болно. Мика 7:15.</w:t>
      </w:r>
    </w:p>
    <w:p>
      <w:pPr>
        <w:pStyle w:val="ArticleBody"/>
        <w:jc w:val="left"/>
      </w:pPr>
      <w:r>
        <w:rPr>
          <w:rFonts w:ascii="Times New Roman" w:hAnsi="Times New Roman" w:eastAsia="Times New Roman" w:cs="Times New Roman"/>
        </w:rPr>
        <w:t>“Гайхамшигт үйлс” гэдэг нь суурь түүх бөгөөд тэрхүү суурь түүх төгсгөлийн түүхэнд, оргил чулуугаар дүрслэгдсэн байдлаар давтагддаг учраас “гайхамшигт” юм. “Гайхамшигт үйлс” нь булангийн чулуугаар эхэлж, “оргил чулуу”-гаар төгсдөг түүх мөн. Түүний “гайхамшигт үйлс” нь Мосегийн түүхэнд илэрхийлэгдэж, Христийн түүхэнд давтагдсан. Мосе нь булангийн чулуу байсан бөгөөд Христ нь оргил чулуу байсан. Зөгнөлийн утгаараа Мосе нь альфа, Христ нь омега юм.</w:t>
      </w:r>
    </w:p>
    <w:p>
      <w:pPr>
        <w:pStyle w:val="ArticleScripture"/>
        <w:jc w:val="left"/>
      </w:pPr>
      <w:r>
        <w:rPr>
          <w:rFonts w:ascii="Times New Roman" w:hAnsi="Times New Roman" w:eastAsia="Times New Roman" w:cs="Times New Roman"/>
        </w:rPr>
        <w:t>“Мосегоос, Библийн түүхийн жинхэнэ Альфаас эхлэн, Христ Өөрийн тухай өгүүлсэн зүйлсийг бүх Судраар тайлбарлан өгүүлэв.” Хүсэл тэмүүллийн эрин үе, 797.</w:t>
      </w:r>
    </w:p>
    <w:p>
      <w:pPr>
        <w:pStyle w:val="ArticleBody"/>
        <w:jc w:val="left"/>
      </w:pPr>
      <w:r>
        <w:rPr>
          <w:rFonts w:ascii="Times New Roman" w:hAnsi="Times New Roman" w:eastAsia="Times New Roman" w:cs="Times New Roman"/>
        </w:rPr>
        <w:t>Мосе сургаж байсан бөгөөд Петр Пентекостын өдөр Мосегийн үгийг ашиглан Мосе нь Христийн бэлгэдэл байсныг тодорхойлсон.</w:t>
      </w:r>
    </w:p>
    <w:p>
      <w:pPr>
        <w:pStyle w:val="ArticleScripture"/>
        <w:jc w:val="left"/>
      </w:pPr>
      <w:r>
        <w:rPr>
          <w:rFonts w:ascii="Times New Roman" w:hAnsi="Times New Roman" w:eastAsia="Times New Roman" w:cs="Times New Roman"/>
        </w:rPr>
        <w:t>Харин Бурхан Өөрийн бүх эш үзүүлэгчдийн амаар Христ зовох болно хэмээн урьдчилан тунхагласан тэр зүйлсийг Тэр ийнхүү биелүүлсэн юм. Иймээс нүглүүд чинь арчигдан үгүй болохын тулд гэмшиж, эргэгтүн; тэгвэл Эзэний оршихуйгаас сэргээлтийн цагууд ирэх болно. Мөн Тэр та нарт урьд нь тунхаглагдсан Есүс Христийг илгээх болно. Эртнээс эхлэн Өөрийн бүх ариун эш үзүүлэгчдийн амаар Бурханы айлдсан, бүх юмсын сэргээн тогтоолтын цагууд хүртэл тэнгэр Түүнийг хүлээн авах ёстой. Учир нь Мосе эцгүүдэд үнэхээр, “Эзэн Бурхан чинь ахан дүүсийн чинь дундаас над лугаа адил нэгэн эш үзүүлэгчийг та нарт босгоно; Тэр та нарт юу ч айлдсан, та нар бүх зүйлд Түүнийг сонсогтун. Тэр эш үзүүлэгчийг сонсохгүй алив хүн ард түмний дундаас таслагдан устгагдах болно” хэмээн хэлсэн билээ. Тийм ээ, Самуелаас эхлээд түүний дараах бүх эш үзүүлэгчид, хэдий олон нь айлдсан байна, мөн эдгээр өдрүүдийн тухай урьдчилан тунхагласан билээ. Үйлс 3:18–24.</w:t>
      </w:r>
    </w:p>
    <w:p>
      <w:pPr>
        <w:pStyle w:val="ArticleBody"/>
        <w:jc w:val="left"/>
      </w:pPr>
      <w:r>
        <w:rPr>
          <w:rFonts w:ascii="Times New Roman" w:hAnsi="Times New Roman" w:eastAsia="Times New Roman" w:cs="Times New Roman"/>
        </w:rPr>
        <w:t>Мосег альфа, харин Христийг омега хэмээн тогтоосон нь Петрийн Пентекостын асгаралтын үеэр өгсөн Мосегийн тухай хоёр дахь гэрчлэлээр батлагдсан бөгөөд үүгээрээ Петр хожмын борооны мэдээний (мөн түүний эсрэг дэгдсэн маргааны) нэгэн үндсэн бүрэлдэхүүн хэсэг нь “альфа ба омега” хэмээх эш үзүүллэгийн зарчим мөн болохыг онцлон тэмдэглэж, тодорхойлон зааж байна. Тэрхүү зарчим нь нэг зуун дөчин дөрвөн мянгын хувьд Миллерийн хөдөлгөөний түүхэн дэх жил/өдрийн зарчимтай дүйх зарчим юм. “Альфа ба омега” хэмээх зарчим нь “суурь нь өнцгийн дээд чулуу болох” зарчим мөн; энэ нь “Мосе ба Хурганы” зарчмууд мөн; тиймээс ч энэ нь сүнслэг илчлэлтээр усан үзмийн талбайн дууны нэгэн эшлэл хэмээн тодорхойлогддог бөгөөд тэр дуу нь мөн Мосе ба Хурганы дуу билээ.</w:t>
      </w:r>
    </w:p>
    <w:p>
      <w:pPr>
        <w:pStyle w:val="ArticleBody"/>
        <w:jc w:val="left"/>
      </w:pPr>
      <w:r>
        <w:rPr>
          <w:rFonts w:ascii="Times New Roman" w:hAnsi="Times New Roman" w:eastAsia="Times New Roman" w:cs="Times New Roman"/>
        </w:rPr>
        <w:t>Төрөл бүрийн эш үзүүллэгийн шугамуудаар дүрслэгдсэн эхлэл ба төгсгөл нь Бурхан Өөрийн “гайхамшигт үйлс”-ээ биелүүлдэг түүхийг илэрхийлдэг бөгөөд “гайхамшигт үйлс” хэмээх бэлгэдэл юуг төлөөлдөгийг танин мэдсэнээс гарч ирдэг тэрхүү гэрэл нь Лаодикийг Филаделфи болгож хувирган, ийнхүү 1844 оны 10 дугаар сарын 22-нд Эзэн Өөрийн сүмдээ гэнэт ирэхээс өмнөх 46 жилийн турш баригдсан Миллерчүүдийн сүмийн адил баригдаж буй нэгэн сүмийн чулуу болгодог.</w:t>
      </w:r>
    </w:p>
    <w:p>
      <w:pPr>
        <w:pStyle w:val="ArticleScripture"/>
        <w:jc w:val="left"/>
      </w:pPr>
      <w:r>
        <w:rPr>
          <w:rFonts w:ascii="Times New Roman" w:hAnsi="Times New Roman" w:eastAsia="Times New Roman" w:cs="Times New Roman"/>
        </w:rPr>
        <w:t>Хэрэв та нар Эзэний энэрэнгүйг амссан бол, Түүн уруу ирэгтүн. Тэр нь амьд чулуу мөн; хүмүүст үнэхээр гологдсон боловч Бурханаар сонгогдсон, эрхэм билээ. Та нар ч мөн амьд чулуунуудын адил сүнслэг өргөө болон баригдаж, Есүс Христээр дамжуулан Бурханд тааламжит сүнслэг тахилуудыг өргөхийн тулд ариун санваартан болой. Иймийн тул Сударт ч бас ийнхүү агуулагджээ: «Харагтун, Би Сионд булангийн тэргүүн чулууг тавьж байна, сонгогдсон, эрхэм нэгнийг; Түүнд итгэгч нь ичиж балмагдахгүй.» Иймээс итгэгч та нарт Тэр эрхэм бөлгөө; харин дуулгаваргүй хүмүүст бол, барилгачдын голсон тэр чулуу нь булангийн тэргүүн болсон бөгөөд, бүдрүүлэх чулуу, тээглэх хад болсон юм; тэд Үгэнд бүдэрч, дуулгаваргүй байдаг бөгөөд үүнд ч мөн томилогдсон байв. Харин та нар бол сонгогдсон удам, хаадын санваартан, ариун үндэстэн, Бурханы онцгой ард түмэн мөн; энэ нь та нарыг харанхуйгаас Өөрийн гайхамшигт гэрэл уруу дуудсан Нэгэний магтаалуудыг тунхаглуулахын тулд билээ. Урьд цагт та нар ард түмэн биш байсан, харин эдүгээ Бурханы ард түмэн мөн; урьд нь өршөөлийг олоогүй байсан, харин эдүгээ өршөөлийг олсон билээ. 1 Петр 2:3–10.</w:t>
      </w:r>
    </w:p>
    <w:p>
      <w:pPr>
        <w:pStyle w:val="ArticleBody"/>
        <w:jc w:val="left"/>
      </w:pPr>
      <w:r>
        <w:rPr>
          <w:rFonts w:ascii="Times New Roman" w:hAnsi="Times New Roman" w:eastAsia="Times New Roman" w:cs="Times New Roman"/>
        </w:rPr>
        <w:t>Түүний гайхамшигт гэрэлд дуудагдах нь дуудлага хэзээ хийгдэж байгааг илтгэнэ. Учир нь 1888 оны замын тэмдэг нь, Мосегийн альфа түүхэн дэх Корахын тэрслүү явдалтай илчлэлтээр уялдуулан тогтоогдсон тэрхүү тэмдэг, эцсийн өдрүүдэд авчирэгдэхдээ 9/11-тэй давхцан нийцдэг бөгөөд тэр үед Лаодикийн мэдээ нь илчлэлтийн дагуу гурав дахь тэнгэрэлчийн хамт ирдэг. Зөгнөл дэх Лаодикийнхан нь “сохор” гэж нэрлэгддэг бөгөөд энэ нь тэд харанхуйд буйг илэрхийлнэ. Харанхуйгаас гарч ирэх дуудлага нь Лаодикийн мэдээ 1856, 1888, 9/11 онуудад ирэх үед эхэлсэн юм. 9/11-д “харанхуйгаас гарах дуудлага” нь зөвхөн Илчлэл арван наймдугаар бүлгийн тэнгэрэлчийн гэрлийг ойлгох дуудлага байгаад зогсохгүй, мөн сонсогчийг Бурханы “гайхамшигт үйлс” төгс биеллээ олох тэрхүү яг түүхэн дотор дуудах дуудлага мөн байв.</w:t>
      </w:r>
    </w:p>
    <w:p>
      <w:pPr>
        <w:pStyle w:val="ArticleBody"/>
        <w:jc w:val="left"/>
      </w:pPr>
      <w:r>
        <w:rPr>
          <w:rFonts w:ascii="Times New Roman" w:hAnsi="Times New Roman" w:eastAsia="Times New Roman" w:cs="Times New Roman"/>
        </w:rPr>
        <w:t>Сүүлийн гучин жилийн туршид “мөнхийн сайн мэдээ”-ний эш үзүүллэгийн тодорхойлолт нь эш үзүүллэгийн нэгэн үнэн лацнаасаа тайлагдан, улмаар гурван үе шаттай сорилтын үйл явцыг эхлүүлдэг түүх болох нь дахин дахин нотлогдсоор ирсэн бөгөөд тэрхүү гурван сорилтод хоорондын ялгааг илтгэх хоёр шинж бий. Эхний хоёр сорилт нь мөн чанарын хувьд гурав дахь сорилтоос өөр, учир нь гурав дахь нь та эхний болон хоёр дахь сорилтыг давсан эсэхийг харуулдаг шалгуур сорилт юм. Мөнхийн сайн мэдээний нөгөө ялгах шинж нь дараагийн сорилтод оролцохын тулд тухайн үеийн сорилтыг заавал давах ёстойд оршино.</w:t>
      </w:r>
    </w:p>
    <w:p>
      <w:pPr>
        <w:pStyle w:val="ArticleBody"/>
        <w:jc w:val="left"/>
      </w:pPr>
      <w:r>
        <w:rPr>
          <w:rFonts w:ascii="Times New Roman" w:hAnsi="Times New Roman" w:eastAsia="Times New Roman" w:cs="Times New Roman"/>
        </w:rPr>
        <w:t>“Гайхамшигт үйлс”-ийн түүх нь мөн “мөнхийн сайн мэдээ” оргилдоо хүрэх түүх мөн. Учир нь анхны тэнгэрэлчийн тунхагладаг, мөнхийн сайн мэдээ хэмээн тодорхойлогддог шүүлтийн цаг нь 9/11-ээс эхлэн төгс биеллээ олдог. Миллерчүүдэд сануулж байсан шүүлт нь арван охины сургаалт зүйрлэлд хаалга хаагдсан 1844 оны 10-р сарын 22-ны өдөр байсан бөгөөд энэ нь арван охины сургаалт зүйрлэлд хаалга дахин хаагдах Ням гаргийн хуулийг бэлгэдэн үзүүлдэг. Яг л Миллерчүүд 1844 оны 10-р сарын 22-нд мөрдөн шалгах шүүлтийн цаг эхэлснийг тунхагласан шиг, 9/11 нь Бурханы гүйцэтгэх шүүлтийн цаг Ням гаргийн хуулиар эхэлдгийг тунхаглаж байна.</w:t>
      </w:r>
    </w:p>
    <w:p>
      <w:pPr>
        <w:pStyle w:val="ArticleBody"/>
        <w:jc w:val="left"/>
      </w:pPr>
      <w:r>
        <w:rPr>
          <w:rFonts w:ascii="Times New Roman" w:hAnsi="Times New Roman" w:eastAsia="Times New Roman" w:cs="Times New Roman"/>
        </w:rPr>
        <w:t>9/11-ээс Ням гарагийн хуулийн үе хүртэлх хугацаа нь “Бурханы гайхамшигт үйлс” хэмээн дүрслэгдсэн үе мөн бөгөөд, мөн “булангийн тэргүүн” болдог суурийн чулуу шиг, мөн “Пентекостын улирал” шиг, мөн “Хабаккук номын хоёрдугаар бүлэг” шиг, мөн “нэг зуун дөчин дөрвөн мянгын лацдах үе” шиг, мөн “араатны дүрсний шалгалтын үе” шиг, мөн “мөнхийн сайн мэдээ” шиг, мөн “1840-өөс 1844 он хүртэлх ариун түүх” шиг, мөн “Илчлэл номын аравдугаар бүлгийн” түүх шиг, мөн “Христийн баптисмаас Түүний үхэл хүртэлх түүх” шиг төлөөлөгдөнө.</w:t>
      </w:r>
    </w:p>
    <w:p>
      <w:pPr>
        <w:pStyle w:val="ArticleBody"/>
        <w:jc w:val="left"/>
      </w:pPr>
      <w:r>
        <w:rPr>
          <w:rFonts w:ascii="Times New Roman" w:hAnsi="Times New Roman" w:eastAsia="Times New Roman" w:cs="Times New Roman"/>
        </w:rPr>
        <w:t>Түүний баптисмаар фрактал байдлаар дүрслэгдсэн түүх нь загалмай дээр төгссөн 2520 өдрийн үеийг эхлүүлсэн. Христийн баптисм нь Түүний үхэл, оршуулга, амилалтыг төлөөлсөн бөгөөд энэ нь 1260 өдрийн төгсгөлд бодитоор биелсэн юм.</w:t>
      </w:r>
    </w:p>
    <w:p>
      <w:pPr>
        <w:pStyle w:val="ArticleBody"/>
        <w:jc w:val="left"/>
      </w:pPr>
      <w:r>
        <w:rPr>
          <w:rFonts w:ascii="Times New Roman" w:hAnsi="Times New Roman" w:eastAsia="Times New Roman" w:cs="Times New Roman"/>
        </w:rPr>
        <w:t>Христийн баптисмын үед Ариун Сүнс бууж ирсэн нь 9/11-нд Илчлэлт арван наймын тэнгэрэлч бууж ирэхийг бэлгэдэн үзүүлсэн юм. Үүнээс хойш 1260 эш үзүүллэгийн өдөр өнгөрөхөд баптисмаар бэлгэдэгдсэн үйл явдлууд загалмай дээр бодитоор биелсэн. Баптисмаас загалмай хүртэлх түүхийн дотор тухайн хугацааны төгсгөлд үгчлэн биелдэг бэлгэдэлт альфа түүх агуулагддаг. Альфа ба омега түүхүүд нь бүхэл бүтэн ерөнхий түүхийн фракталууд мөн. Баптисмаас загалмай хүртэлх түүх нь “Бурханы гайхамшигт үйлс” бөгөөд тэрхүү түүхийг мөн “Христийн баптисм,” түүнчлэн Түүний бодит “үхэл, оршуулга ба амилалт,” үүнчлэн “эртний Израилийн Улаан тэнгист хүртсэн баптисм,” мөн “Ноагийн түүхийн үеэр найман сүнсний хүртсэн баптисм”-аар ч төлөөлүүлдэг. Эдгээр бүх хугацаа нь Түүний “гайхамшигт үйлс”-ийн түүхийг илэрхийлдэг.</w:t>
      </w:r>
    </w:p>
    <w:p>
      <w:pPr>
        <w:pStyle w:val="ArticleBody"/>
        <w:jc w:val="left"/>
      </w:pPr>
      <w:r>
        <w:rPr>
          <w:rFonts w:ascii="Times New Roman" w:hAnsi="Times New Roman" w:eastAsia="Times New Roman" w:cs="Times New Roman"/>
        </w:rPr>
        <w:t>8-ын тоог амилалтын бэлгэдэл гэж үзэхэд, хөвөгч авдарт байсан тэр найман сүнс нь 8-ын тоо бэлгэдэл байдлаар анх дурдагдсан анхны тохиолдол бөгөөд, анхны дурдалтын зарчмын дагуу эш үзүүллэгийн бүх нарийн утга тэр анхны дурдалтад агуулагддаг. Тэр найман сүнс хуучин дэлхийгээс шинэ дэлхий уруу шилжин явж байгаа биш гэж үү?</w:t>
      </w:r>
    </w:p>
    <w:p>
      <w:pPr>
        <w:pStyle w:val="ArticleBody"/>
        <w:jc w:val="left"/>
      </w:pPr>
      <w:r>
        <w:rPr>
          <w:rFonts w:ascii="Times New Roman" w:hAnsi="Times New Roman" w:eastAsia="Times New Roman" w:cs="Times New Roman"/>
        </w:rPr>
        <w:t>Тэр найман сүнс борооны үеийг туулан гарсан, харин борооны анхааруулах мэдээг хүлээн авахаас татгалзсан бүх хүн үхсэн, тийм үү? Няцаагдсан анхааруулах мэдээ, хаагдсан хаалга, бороо болон шинэ дэлхийтэй холбоотой түүхээр төлөөлөгдөх шинэ дэлхий рүү очих тэр “8” сүнс нь хуучин ертөнцөөс шинэ ертөнцөд шилжихдээ эрин үеийн өөрчлөлтийг туулсан юм.</w:t>
      </w:r>
    </w:p>
    <w:p>
      <w:pPr>
        <w:pStyle w:val="ArticleBody"/>
        <w:jc w:val="left"/>
      </w:pPr>
      <w:r>
        <w:rPr>
          <w:rFonts w:ascii="Times New Roman" w:hAnsi="Times New Roman" w:eastAsia="Times New Roman" w:cs="Times New Roman"/>
        </w:rPr>
        <w:t>Нэг зуун дөчин дөрвөн мянгыг бүрдүүлэгч найман сүнсийг тэмдэглэдэг диспэнсацийн өөрчлөлт нь Лаодикеагаас Филадельфи рүү шилжих шилжилт бөгөөд, мөн буудай ба хог ургамлаас бүрдсэн тэмцэгч чуулганаас бүх дэлхийд харагдахаар туг тэмдгийн өргөл болгон өргөгдсөн анхны үр жимсний буудайн өргөлөөс л бүрдсэн ялгуусан чуулган руу шилжих шилжилт мөн юм; энэ нь шуургат усан дээрх ганц завийг харж буйтай адил юм. Тэд бол долоогоос гарсан найм бөгөөд, авдар гаталсан түүх ба Улаан тэнгисийг гаталсан түүх хоёулаа Түүний “гайхамшигт үйлсийн” дүрслэл мөн.</w:t>
      </w:r>
    </w:p>
    <w:p>
      <w:pPr>
        <w:pStyle w:val="ArticleBody"/>
        <w:jc w:val="left"/>
      </w:pPr>
      <w:r>
        <w:rPr>
          <w:rFonts w:ascii="Times New Roman" w:hAnsi="Times New Roman" w:eastAsia="Times New Roman" w:cs="Times New Roman"/>
        </w:rPr>
        <w:t>Тэр сүнснүүд бол Илчлэлт 11:11-ийн биеллээр амилуулагдсан хүмүүс мөн. Тэд бол найм дахь өдөр үйлдэгдэх ёстой хөвч хөндөлтөөр гэрээний тэмдгийг авч явсан өөрсдийн эцэг Абрахамаар төлөөлөгдөх Бурханы гэрээний ард түмэн юм.</w:t>
      </w:r>
    </w:p>
    <w:p>
      <w:pPr>
        <w:pStyle w:val="ArticleBody"/>
        <w:jc w:val="left"/>
      </w:pPr>
      <w:r>
        <w:rPr>
          <w:rFonts w:ascii="Times New Roman" w:hAnsi="Times New Roman" w:eastAsia="Times New Roman" w:cs="Times New Roman"/>
        </w:rPr>
        <w:t>Эдгээр бүх шугам нэгэн адил цаг хугацааны үеийг төлөөлдөг бөгөөд тэрхүү үе нь 9/11-ийн сууринаас эхэлж, Ням гаргийн хуулиар төгсөнө. 9/11 нь суурийн чулуу бөгөөд Ням гаргийн хууль нь оройн чулуу мөн. Нехемиа ба Езрагийн цаг үе дэх Иерусалимыг дахин барьсан түүхэнд суурь нь анхны зарлигийн түүхэн үед гүйцээгдсэн бөгөөд сүм өөрөө гурав дахь зарлигаас нэлээд өмнө дууссан байв. Миллеритүүдийн түүхэнд суурь нь 1842 оны 5-р сард, 1843 оны хүснэгт хэвлэгдэн гарсан үед тавигдсан. Миллерит сүм 1798 оноос 1844 он хүртэл дөчин зургаан жилийн турш босгогдох ёстой байв. 1844 оны 10-р сарын 22-ноос өмнө Миллерит сүм дууссан бөгөөд оройн чулуу нь Шөнө дундын Хашхираан байв. 1844 оны 10-р сарын 22-нд Шөнө дундын Хашхираан төгсөхөд МЭӨ 457 оны альфа бөгөөд гурав дахь зарлиг нь 1844 оны омегад харгалзах эсрэг дүртэйгээ учирсан юм. МЭӨ 457 он нь 2300 жилийн альфа, харин 1844 он нь омега юм. Нэг түвшиндээ хоёулаа адилхан, учир нь зарлиг ч бай, тэнгэрэлч ч бай, аль аль нь мэдээ бөгөөд тэд хоёулаа Ням гаргийн хуулийг хэв шинжээр илэрхийлдэг; тэнд зарлиг гарч, гурав дахь тэнгэрэлчийн мэдээ чанга хашхираан болон өсөн нэмэгдэх болно.</w:t>
      </w:r>
    </w:p>
    <w:p>
      <w:pPr>
        <w:pStyle w:val="ArticleBody"/>
        <w:jc w:val="left"/>
      </w:pPr>
      <w:r>
        <w:rPr>
          <w:rFonts w:ascii="Times New Roman" w:hAnsi="Times New Roman" w:eastAsia="Times New Roman" w:cs="Times New Roman"/>
        </w:rPr>
        <w:t>МЭӨ 457 оноос МЭӨ 408 он хүртэлх дөчин есөн жилийг Даниел иудейчүүд барилгын ажлаа дуусгах үе хэмээн тодорхойлсон бөгөөд: «гудамж дахин баригдаж, хэрэм ч мөн хүнд бэрх цаг үед сүндэрлэн босно» гэжээ.</w:t>
      </w:r>
    </w:p>
    <w:p>
      <w:pPr>
        <w:pStyle w:val="ArticleScripture"/>
        <w:jc w:val="left"/>
      </w:pPr>
      <w:r>
        <w:rPr>
          <w:rFonts w:ascii="Times New Roman" w:hAnsi="Times New Roman" w:eastAsia="Times New Roman" w:cs="Times New Roman"/>
        </w:rPr>
        <w:t>Тиймээс Иерусалимыг сэргээн босгож байгуулах тушаал гарснаас эхлэн Ханхүү болох Мессиа хүртэл долоон долоо хоног, жаран хоёр долоо хоног байхыг мэдэж, ойлгогтун; гудамж дахин баригдаж, хэрэм нь бэрх цаг үед ч сэргээн байгуулагдах болно. Даниел 9:25.</w:t>
      </w:r>
    </w:p>
    <w:p>
      <w:pPr>
        <w:pStyle w:val="ArticleBody"/>
        <w:jc w:val="left"/>
      </w:pPr>
      <w:r>
        <w:rPr>
          <w:rFonts w:ascii="Times New Roman" w:hAnsi="Times New Roman" w:eastAsia="Times New Roman" w:cs="Times New Roman"/>
        </w:rPr>
        <w:t>МЭӨ 457 он болон 1844 он нь 2300 жилийн зөгнөлийн альфа ба омега юм. Тэд хоёулаа Ням гаргийн хуулийг бэлгэдэн дүрслэн харуулдаг. Учир нь альфа ба омега болохын хувьд тэд адил бөгөөд 1844 оны урам хугарал нь онгодоор загалмайн үеийн урам хугаралтай зэрэгцүүлэгддэг. Хэрэв 1844 он загалмайг бэлгэдэн дүрсэлдэг бөгөөд үнэхээр тийм бол түүний альфа талын хослол болох (МЭӨ 457 он) мөн адил түүнийг дүрсэлдэг. 1844 оноос 1863 он хүртэлх хугацаа нь гурав дахь тэнгэрэлчийн шалгалтын үйл явцыг харуулдаг. Тэрхүү шалгалтын үйл явц нь гурав дахь зарлиг, Ням гаргийн хуулийн зарлиг, мөн зовлонт цагт хийгддэг гудамж ба хэрмийн ажлыг дуусгахын хоорондох 49 жилээр төлөөлөгдөнө.</w:t>
      </w:r>
    </w:p>
    <w:p>
      <w:pPr>
        <w:pStyle w:val="ArticleBody"/>
        <w:jc w:val="left"/>
      </w:pPr>
      <w:r>
        <w:rPr>
          <w:rFonts w:ascii="Times New Roman" w:hAnsi="Times New Roman" w:eastAsia="Times New Roman" w:cs="Times New Roman"/>
        </w:rPr>
        <w:t>МЭӨ 457 оноос МЭӨ 408 он хүртэлх хугацаа нь 2300 жилийн альфа түүх бөгөөд 1844 оноос 1863 он хүртэлх омега түүхийг дүрслэн харуулдаг. Эдгээр хоёр түүх нь Ням гаргийн хуулийн үед лацдуулсны дараагаас хүний авралын хугацаа хаагдах хүртэлх нэг зуун дөчин дөрвөн мянгын түүхийг харуулдаг. Нэг зуун дөчин дөрвөн мянгын ажил нь эрэгтэй, эмэгтэй хүмүүсийг “хуучин жимүүд” рүү буцаан дуудах явдал бөгөөд үүнийг Исаиа эртний хоосрон сүйдсэн газруудыг дахин босгох хэмээн дүрсэлдэг, харин Иеремиа үүнийг хожуу борооны мэдээнд хүргэдэг зам мөн гэж тодорхойлдог. “Хана” нь Бурханы хууль бөгөөд нэг зуун дөчин дөрвөн мянга үүнийг бүх дэлхийд туг тэмдэг болгон төлөөлөн үзүүлэх болно. Энэ нь Исламын гурав дахь гайгийн зовлонт цаг үед тохиолдох бөгөөд учир нь үндэстнүүдийг хилэгнүүлдэг нь Ислам юм. Энэ ажил болон зовлонт цаг үе нь Михаел босон зогстол үргэлжилнэ.</w:t>
      </w:r>
    </w:p>
    <w:p>
      <w:pPr>
        <w:pStyle w:val="ArticleBody"/>
        <w:jc w:val="left"/>
      </w:pPr>
      <w:r>
        <w:rPr>
          <w:rFonts w:ascii="Times New Roman" w:hAnsi="Times New Roman" w:eastAsia="Times New Roman" w:cs="Times New Roman"/>
        </w:rPr>
        <w:t>Тиймээс, хэрэв та МЭӨ 457 оноос МЭӨ 408 он хүртэлх хугацаа нь гурав дахь зарлигаар эхэлсэн эш үзүүллэгийн үе бөгөөд 1844 онд гурав дахь тэнгэрэлч ирснээр эхэлж 1863 онд дууссан эш үзүүллэгийн үеийг хэв шинжээр төлөөлсөн болохыг харж чадвал, тэгвэл 2300 жилийн эш үзүүллэгтэй тэдний холбоо нь эхлэх цэг эсвэл төгсгөлийн цэгийн аль нэг байдлаар тогтоогддог учраас, тэднийг харилцан бие биетэйгээ холбоотой альфа ба омега мөн болохыг та харж чадна. Нехемиагийн үеийн хүнд бэрх цаг үе нь Иргэний дайнд хүргэж, түүнийг хамарсан хүнд бэрх цаг үеийг дүрслэн үзүүлдэг. Альфа түүхэн дэх дөчин есөн жилийн хугацаа нь омега түүхэн дэх 19 жилийн хугацааг төлөөлдөг. Тэр 19 жилийн хугацаа нь мөн Исаиагийн 65 жилийн эш үзүүллэгийн эхэн дэх 19 жилээр төлөөлөгдсөн юм.</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Исаиа 7:8.</w:t>
      </w:r>
    </w:p>
    <w:p>
      <w:pPr>
        <w:pStyle w:val="ArticleBody"/>
        <w:jc w:val="left"/>
      </w:pPr>
      <w:r>
        <w:rPr>
          <w:rFonts w:ascii="Times New Roman" w:hAnsi="Times New Roman" w:eastAsia="Times New Roman" w:cs="Times New Roman"/>
        </w:rPr>
        <w:t>Исаиа энэхүү эш үзүүллийг МЭӨ 742 онд тунхагласан бөгөөд түүнээс 19 жилийн дараа, МЭӨ 723 онд хойд хаант улс 2520 жилийн турш үргэлжлэх олзлогдолд аваачигдан, энэ нь 1798 онд төгссөн юм. МЭӨ 742 оноос МЭӨ 723 он хүртэлх 19 жил нь 1844 оноос 1863 он хүртэлх 19 жилтэй тохирч байгаа бөгөөд эхний 19 жил нь энэхүү эш үзүүллийн альфа, харин сүүлчийн 19 жил нь омега нь юм. Эдгээр 19 жилийн түүхэнд хорон муу хаан Ахазад Исаиа 8-р эшлэлд “долоон удаа”-гийн мэдээ хэмээн дүрслэгдсэн хожмын борооны мэдээгээр хандсан билээ. Ахаз уг мэдээг няцаасан бөгөөд 1863 онд Лаодикейн Миллерит Адвентизм ч мөн адил тийнхүү няцаасан юм.</w:t>
      </w:r>
    </w:p>
    <w:p>
      <w:pPr>
        <w:pStyle w:val="ArticleBody"/>
        <w:jc w:val="left"/>
      </w:pPr>
      <w:r>
        <w:rPr>
          <w:rFonts w:ascii="Times New Roman" w:hAnsi="Times New Roman" w:eastAsia="Times New Roman" w:cs="Times New Roman"/>
        </w:rPr>
        <w:t>Тэр үед Ахазын тэргүүн тахилч Ассирт очиж, тэдний харь сүмийн загварыг авчирсан бөгөөд Ахаз түүнийг Бурханы сүмийн хашаанд бариулжээ. Энэ шугам нь ирсэн тэр замаараа Иудад буцаж болохгүй байсан ч буцаж, худал хуурмаг эш үзүүлэгчид мэхлэгдсэн дуулгаваргүй эш үзүүлэгчийн түүхтэй зэрэгцэн оршдог бөгөөд энэ нь урвагч Протестант аргачлалд эргэн очиж, “долоон цаг”-ийн талаарх Миллерит ойлголтоос нуугдахыг төлөөлдөг бөгөөд энэ нь нохой өөрийн бөөлжсөндөө буцан очдог тухай сонгодог биелэл мөн.</w:t>
      </w:r>
    </w:p>
    <w:p>
      <w:pPr>
        <w:pStyle w:val="ArticleBody"/>
        <w:jc w:val="left"/>
      </w:pPr>
      <w:r>
        <w:rPr>
          <w:rFonts w:ascii="Times New Roman" w:hAnsi="Times New Roman" w:eastAsia="Times New Roman" w:cs="Times New Roman"/>
        </w:rPr>
        <w:t>Энэ нь хойд хаант улс ба өмнөд хаант улсын хооронд Иргэний дайн эхлэн өрнөж байх үед болж байсан бөгөөд ингэснээр 19 жилийн хугацаа дахин давтагдсан үед Америкийн Нэгдсэн Улсын Иргэний дайныг хэв шинжлэн төлөөлж байна. МЭӨ 742 оноос МЭӨ 723 он хүртэлх хугацаа нь 1844 оноос 1863 он хүртэлх 19 жилийн хугацааг төлөөлдөг бөгөөд энэ нь Ням гаргийн хуулиас нигүүлслийн хугацаа хаагдах хүртэлх үеийг төлөөлнө. 9/11-ээс Ням гаргийн хууль хүртэлх түүх нь Америкийн Нэгдсэн Улс дахь араатны дүрийн сорилтын түүх бөгөөд тэрхүү сорилт Ням гаргийн хуулиас эхлэх дэлхийн араатны дүрийн сорилтод давтагдана. Ийм учраас Ням гаргийн хуулиас нигүүлслийн хугацаа хаагдах хүртэлх үеийг төлөөлдөг 19 жилийн хугацаанууд нь мөн 9/11-ээс Ням гаргийн хууль хүртэлх түүхийг, өөрөөр хэлбэл Түүний “гайхамшигт үйлс”-ийн түүхийг төлөөлдөг.</w:t>
      </w:r>
    </w:p>
    <w:p>
      <w:pPr>
        <w:pStyle w:val="ArticleBody"/>
        <w:jc w:val="left"/>
      </w:pPr>
      <w:r>
        <w:rPr>
          <w:rFonts w:ascii="Times New Roman" w:hAnsi="Times New Roman" w:eastAsia="Times New Roman" w:cs="Times New Roman"/>
        </w:rPr>
        <w:t>Бид дараагийн өгүүлэлд үргэлжлүүлэн авч үзнэ.</w:t>
      </w:r>
    </w:p>
    <w:p>
      <w:pPr>
        <w:pStyle w:val="ArticleScripture"/>
        <w:jc w:val="left"/>
      </w:pPr>
      <w:r>
        <w:rPr>
          <w:rFonts w:ascii="Times New Roman" w:hAnsi="Times New Roman" w:eastAsia="Times New Roman" w:cs="Times New Roman"/>
        </w:rPr>
        <w:t>ЭЗЭНий үг надад ирж, ийнхүү айлдав: Хүний хүү, “Өдрүүд сунжирч, үзэгдэл бүр бүтэлгүйтэнэ” хэмээн Израилийн нутагт та нарт байдаг тэр зүйр үг юу вэ? Тиймээс тэдэнд хэлэгтүн: Эзэн БУРХАН ийнхүү айлдаж байна; Би энэ зүйр үгийг таслан зогсооно, тэгээд тэд Израильд үүнийг дахин зүйр үг болгон хэрэглэхгүй. Харин тэдэнд: Өдрүүд ойртсон, мөн үзэгдэл бүрийн биелэл ойртсон гэж хэл. Учир нь Израилийн гэрийн дотор цаашид ямар ч хоосон үзэгдэл, зусардсан мэргэлэл байхгүй болно. Учир нь Би бол ЭЗЭН; Би айлдах болно, Миний айлдах үг биелнэ; тэр нь цаашид саатахгүй. Учир нь, өө тэрслүү гэр ээ, та нарын өдрүүдэд Би үгийг айлдаж, түүнийг гүйцэлдүүлнэ гэж Эзэн БУРХАН айлдаж байна.</w:t>
      </w:r>
    </w:p>
    <w:p>
      <w:pPr>
        <w:pStyle w:val="ArticleScripture"/>
        <w:jc w:val="left"/>
      </w:pPr>
      <w:r>
        <w:rPr>
          <w:rFonts w:ascii="Times New Roman" w:hAnsi="Times New Roman" w:eastAsia="Times New Roman" w:cs="Times New Roman"/>
        </w:rPr>
        <w:t>ЭЗЭНий үг дахин надад ирж, ийнхүү айлдав: Хүний хүү, болгоогтун, Израилийн гэрийнхэн “Түүний үзэж буй үзэгдэл нь олон өдрийн хойшихын тухай бөгөөд тэрээр алс холын цаг үеийн тухай эш үзүүлж байна” гэж хэлдэг. Тиймээс тэдэнд хэлэгтүн, Эзэн Бурхан ийнхүү айлдаж байна: Миний үгсийн нэг нь ч цаашид хойшлогдохгүй, харин Миний айлдсан үг биелэх болно гэж Эзэн Бурхан айлдаж байна. Езекиел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Долоо дахь дугаар</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