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Иоелийн Ном ба Лаодикийн Долоо дахь өдрийн Адвентист Сүм - Аравдугаар хэсэг</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2025-12-14</w:t>
      </w:r>
    </w:p>
    <w:p>
      <w:pPr>
        <w:pStyle w:val="ArticleHeading"/>
        <w:jc w:val="left"/>
      </w:pPr>
      <w:r>
        <w:rPr>
          <w:rFonts w:ascii="Arial" w:hAnsi="Arial" w:eastAsia="Arial" w:cs="Arial"/>
        </w:rPr>
        <w:t>Аравын тоо</w:t>
      </w:r>
    </w:p>
    <w:p>
      <w:pPr>
        <w:pStyle w:val="ArticleBody"/>
        <w:jc w:val="left"/>
      </w:pPr>
      <w:r>
        <w:rPr>
          <w:rFonts w:ascii="Times New Roman" w:hAnsi="Times New Roman" w:eastAsia="Times New Roman" w:cs="Times New Roman"/>
        </w:rPr>
        <w:t>Бид Исаиагийн үзэгдлийн долоодугаар бүлгээс эхэлж арван хоёрдугаар бүлгийн төгсгөл хүртэл үргэлжлэх нэгэн хэсгийг авч үзэж байна. Учир нь 1850 онд “Эзэн Өөрийн мутрыг хоёр дахь удаагаа сунган, Өөрийн үлдэгдэл ардыг цуглуулсан” билээ. Бид 1844-өөс 1863 он хүртэлх замын тэмдгүүдийг байршуулж байна. “1850 он” болон хоёр дахь цуглуулалт нь тэдгээр замын тэмдгүүдийн нэг мөн.</w:t>
      </w:r>
    </w:p>
    <w:p>
      <w:pPr>
        <w:pStyle w:val="ArticleBody"/>
        <w:jc w:val="left"/>
      </w:pPr>
      <w:r>
        <w:rPr>
          <w:rFonts w:ascii="Times New Roman" w:hAnsi="Times New Roman" w:eastAsia="Times New Roman" w:cs="Times New Roman"/>
        </w:rPr>
        <w:t>Исаиагийн үзэгдэл долоодугаар бүлгийн нэгдүгээр эшлэлээс эхэлмэгц, үүнээс хойш “тэр өдөр” гэх мэт төстэй илэрхийлэл гарч ирэх бүрд, түүнийг долоодугаар бүлэгт тогтоогдсон эш үзүүллэгийн нөхцөл байдалд байрлуулан ойлгох ёстой. Үзэгдлийг зөв ялган тайлах нэгэн түлхүүр нь, эш үзүүллэг нь давтан өгүүлж улам тэлэх зарчмаар үйлчилдгийг ойлгох явдал бөгөөд энэ дүрэм уг үзэгдэлд үйлчилж байна.</w:t>
      </w:r>
    </w:p>
    <w:p>
      <w:pPr>
        <w:pStyle w:val="ArticleBody"/>
        <w:jc w:val="left"/>
      </w:pPr>
      <w:r>
        <w:rPr>
          <w:rFonts w:ascii="Times New Roman" w:hAnsi="Times New Roman" w:eastAsia="Times New Roman" w:cs="Times New Roman"/>
        </w:rPr>
        <w:t>Исаиа номын зургаадугаар бүлгээс эхлэн үзэгдэлд тодорхойлогдсон элдэв эш үзүүллэгийн үнэнүүдэд хандахдаа, “юуны өмнө, хамгийн түрүүнд” Исаиа нь 9/11-нд хожмын бороо ирснийг тунхаглахаар тослогдсон нэгэн сүнсийг төлөөлж байгаа гэсэн өнцгөөс хандах ёстой. Тэр ариусгагдсан нөхцөл дотор Исаиа номын долоодугаар бүлэг нь, зургаадугаар бүлэгт эш үзүүлэгчийн “нүдтэй атлаа харахаас татгалзаж, чихтэй атлаа сонсохоос татгалзсан” тэрсэлсэн сүмд 9/11-ийн мэдээг хэр удаан хүргэх хэрэгтэйгээ асуухдаа илэрхийлсэн яг тэр айдсыг дүрслэн үзүүлдэг.</w:t>
      </w:r>
    </w:p>
    <w:p>
      <w:pPr>
        <w:pStyle w:val="ArticleBody"/>
        <w:jc w:val="left"/>
      </w:pPr>
      <w:r>
        <w:rPr>
          <w:rFonts w:ascii="Times New Roman" w:hAnsi="Times New Roman" w:eastAsia="Times New Roman" w:cs="Times New Roman"/>
        </w:rPr>
        <w:t>Үзэгдэлд ёс бус, мунхаг хаан Ахаз нь, Исаиа болон түүний хөвгүүдээр төлөөлөгдөн ёс бус, мунхаг Ахазтай нүүр тулан зогсох харуулуудын танилцуулсан хожмын борооны мэдээний анхааруулгыг хүлээн авахгүй Лаодикейн хүний бэлгэдэл юм.</w:t>
      </w:r>
    </w:p>
    <w:p>
      <w:pPr>
        <w:pStyle w:val="ArticleBody"/>
        <w:jc w:val="left"/>
      </w:pPr>
      <w:r>
        <w:rPr>
          <w:rFonts w:ascii="Times New Roman" w:hAnsi="Times New Roman" w:eastAsia="Times New Roman" w:cs="Times New Roman"/>
        </w:rPr>
        <w:t>9/11 нь Даниел арван нэгдүгээр бүлгийн дөчдүгээр эшлэлийн эш үзүүллэгийн түүхэнд тохиосон; тиймээс Исаиа зургаадугаар бүлэгт 9/11 дээр байрлаж байгаа үед тэрээр эш үзүүллэгийн хувьд Даниел арван нэгдүгээр бүлгийн дөчдүгээр эшлэл дотор байрлаж байна. Гэвч үүнээс ч илүү ач холбогдолтой нь, тэрээр “дөчдүгээр эшлэлийн нууц түүх”-ийн дотор байрлаж байна. Дөчдүгээр эшлэлийн нууц түүх нь 1989 онд Зөвлөлт Холбоот Улс задран унаснаар уг эшлэл биелэгдэх үед эхэлсэн. 1989 оноос дөчин нэгдүгээр эшлэлийн Ням гаргийн хууль хүртэлх хугацаа бол, Иуда овгийн Арслан яг тэрхүү “нууц түүх”-ийн дотор тайлан нээдэг “дөчдүгээр эшлэлийн нууц түүх” мөн. Энэ нь, 9/11-ээс хойших хожуу борооны элчийг төлөөлж буй Исаиаг авч үзэхдээ, Исаиагийн тунхаглаж буй хожуу борооны мэдээний нэг хэсэг нь—Даниел арван нэгдүгээр бүлгийн дөчин нэгээс дөчин тавдугаар эшлэлүүд—гэдгийг тодорхойлж байна.</w:t>
      </w:r>
    </w:p>
    <w:p>
      <w:pPr>
        <w:pStyle w:val="ArticleBody"/>
        <w:jc w:val="left"/>
      </w:pPr>
      <w:r>
        <w:rPr>
          <w:rFonts w:ascii="Times New Roman" w:hAnsi="Times New Roman" w:eastAsia="Times New Roman" w:cs="Times New Roman"/>
        </w:rPr>
        <w:t>Исаиа эш үзүүлэгчийн байр сууринаас 9/11-нд, аравдугаар бүлэгт, дараагийнхан болох үйл явдал нь “шударга бус зарлиг” буюу Ням гаргийн хууль мөн бөгөөд Даниел арван нэгдүгээр бүлгийн дөчин нэгдүгээр эшлэлээр дүрслэгдсэн болохыг сануулсан анхааруулгыг толилуулж байна. Исаиагийн хожмын борооны мэдээний дүрслэл нь дөчин эшлэлийн, 9/11-ээс хойших “далд түүх”-ийн хүрээнд байрладаг. Дөчин эшлэлийн 1989 онд биелсэн байдал нь Исаиаг 1989 оноос хойш, 9/11 дээр, тахилын ширээнээс авсан нүүрсээр тослогдож буйгаар байршуулдаг. Исаиа нь Даниел арван нэгдүгээр бүлгийн сүүлийн зургаан эшлэлийг багтаасан мэдээтэй элчийг төлөөлдөг.</w:t>
      </w:r>
    </w:p>
    <w:p>
      <w:pPr>
        <w:pStyle w:val="ArticleBody"/>
        <w:jc w:val="left"/>
      </w:pPr>
      <w:r>
        <w:rPr>
          <w:rFonts w:ascii="Times New Roman" w:hAnsi="Times New Roman" w:eastAsia="Times New Roman" w:cs="Times New Roman"/>
        </w:rPr>
        <w:t>Исаиа өөрөө болон өөрийн хүүхдүүд тэмдэг ба гайхамшгуудын төлөө байдаг хэмээн шууд мэдэгддэг. Долоодугаар бүлгийн гуравдугаар зүйлд Исаиа болон түүний хүү дээд цөөрмийн сувгийн дэргэд, угаагчийн талбай хүрэх зам дээр байна. Исаиа зургаадугаар бүлэгт тунхаглахаар тослогдсон хожуугийн борооны мэдээг танилцуулж байгаа бөгөөд тэрээр хожуугийн борооны гурван бэлгэ тэмдгийн дэргэд, мөн өөрийн хүүхэд Шеар-яшувтай хамт зогсож байна. Дээд цөөрмийн суваг нь Зехариагийн тодорхойлсон, мөн Систер Уайт маш олон удаа тайлбарласан алтан тосоор дүүрсэн хоёр хоолойд эш үзүүллэгийн зүйрлэлээр ханддаг бөгөөд эдгээр нь хожуугийн борооны мэдээн дэх дээд цөөрмийн сувгаас ирдэг мэдээг тодорхойлдог.</w:t>
      </w:r>
    </w:p>
    <w:p>
      <w:pPr>
        <w:pStyle w:val="ArticleBody"/>
        <w:jc w:val="left"/>
      </w:pPr>
      <w:r>
        <w:rPr>
          <w:rFonts w:ascii="Times New Roman" w:hAnsi="Times New Roman" w:eastAsia="Times New Roman" w:cs="Times New Roman"/>
        </w:rPr>
        <w:t>Исаиагийн ус дамжуулах суваг нь Зехариагийн хоёр хоолойтой холбогддог бөгөөд Эллен Уайтын тайлбар нь Зехариаг арван охины тухай сургаалт зүйрлэлтэй уялдуулан холбодог. Исаиа Эзэний алдрыг үзэхдээ зургаадугаар бүлэгт тоос шороо руу даруулагдан бөхийдөг. Тэрээр гуравдугаар эшлэлд дүрслэгдсэн мэдээг Бурханы алдраар дэлхийг гэрэлтүүлдэг мэдээ хэмээн үүрч явахыг зөвшөөрдөг. Тэрээр тахилын ширээнээс авсан нүүрсээр ариусгагдаж, дараа нь дээд цөөрмөөс урсан ирэх усаар бий болсон цөөрмийн дэргэд зогсож байна. Хорин наймдугаар бүлэгт Исаиа хожуугийн борооны мэдээг “мөрийн дээр мөр” хэмээн тодорхойлдог бөгөөд гуравдугаар эшлэлд дээд цөөрөм нь эш үзүүллэгийн хэд хэдэн мөрийг төлөөлдөг.</w:t>
      </w:r>
    </w:p>
    <w:p>
      <w:pPr>
        <w:pStyle w:val="ArticleBody"/>
        <w:jc w:val="left"/>
      </w:pPr>
      <w:r>
        <w:rPr>
          <w:rFonts w:ascii="Times New Roman" w:hAnsi="Times New Roman" w:eastAsia="Times New Roman" w:cs="Times New Roman"/>
        </w:rPr>
        <w:t>9/11 дахь сүнсийг төлөөлж буй Исаиа, зөвхөн тэрхүү сүнс Иеремиагийн хуучин замд хүргэдэг сайн замыг асуусан тохиолдолд л дээд цөөрмөөс алтлаг тос бууж ирдэг газарт зогсож байх байсан; тэр нь Исаиагийн “даавуу цайруулагчийн талбайн дэргэдэх их зам (зам)” бөгөөд тэнд Иеремиагийн “амралт” олддог. Исаиагийн хожуу борооны мэдээ нь зөвхөн арван онгон охины шугам, Зехариагийн хоёр алтлаг хоолойн шугам, Иеремиагийн хуучин замын шугам дээр үндэслээд зогсохгүй, мөн Исаиа “даавуу цайруулагчийн талбай”-д зогсож байгаа бөгөөд тэнд Гэрээний Элч Левийн хөвгүүдийг мөнгө, алт мэт цэвэршүүлж, ариусган шүүдэг.</w:t>
      </w:r>
    </w:p>
    <w:p>
      <w:pPr>
        <w:pStyle w:val="ArticleBody"/>
        <w:jc w:val="left"/>
      </w:pPr>
      <w:r>
        <w:rPr>
          <w:rFonts w:ascii="Times New Roman" w:hAnsi="Times New Roman" w:eastAsia="Times New Roman" w:cs="Times New Roman"/>
        </w:rPr>
        <w:t>Бошлогын өөр шугамуудыг долоодугаар бүлгийн гуравдугаар эшлэлд авчран холбох нь тун амархан бошлогын үүрэг юм. Зехариагийн тос болон арван онгон бүсгүй нь Иаковын шат, Илчлэл номын эхний хоёр эшлэлтэй холбогддог; учир нь эдгээр нь бүгд Бурхан ба хүний хоорондын харилцаа холбооны үйл явцыг хөндөн өгүүлж байна. Иеремиагийн эртний замд, хорон муу бөгөөд мунхаг хаан Ахазын сонсохоос татгалздаг бүрээг үлээгч “харуул” багтдаг. Тэр бүрээ нь бошлогын бүх бүрээнүүдийг, мөн бошлогын харуулуудыг ч Исаиагийн “зам” уруу татан оруулдаг бөгөөд тэнд Исаиа хийгээд түүний хүү Лаодикийн удирдагчид нэгэн мэдээ дамжуулахын тулд зогсож байдаг.</w:t>
      </w:r>
    </w:p>
    <w:p>
      <w:pPr>
        <w:pStyle w:val="ArticleBody"/>
        <w:jc w:val="left"/>
      </w:pPr>
      <w:r>
        <w:rPr>
          <w:rFonts w:ascii="Times New Roman" w:hAnsi="Times New Roman" w:eastAsia="Times New Roman" w:cs="Times New Roman"/>
        </w:rPr>
        <w:t>“Үлдэгдэл нь эргэн ирнэ” гэсэн утгатай өөрийн хүү Шеар-Яшубын хамт Исаиа зогсон, 9/11-нд хүрч ирсэн хожмын борооны мэдээний тунхаглалыг дүрслэн харуулж байна. Тэд хорон муу хаан Ахазтай уулзахаар явж байгаа бөгөөд эцэг, хүүгийн хувьд альфа ба омегагийн бэлгэдэл, “мөр дээр мөр” аргачлалын үндсэн дүрмийг төлөөлж байна. “Мөр дээр мөр” гэдэг нь Миллерчүүдийн “өдөр/жил” зарчмаар хэв шинжлэгдсэн дүрэм мөн.</w:t>
      </w:r>
    </w:p>
    <w:p>
      <w:pPr>
        <w:pStyle w:val="ArticleBody"/>
        <w:jc w:val="left"/>
      </w:pPr>
      <w:r>
        <w:rPr>
          <w:rFonts w:ascii="Times New Roman" w:hAnsi="Times New Roman" w:eastAsia="Times New Roman" w:cs="Times New Roman"/>
        </w:rPr>
        <w:t>1840 оны 8 дугаар сарын 11-нд Илчлэлт есдүгээр бүлгийн хоёр дахь гайгийн тухай Исламын эш үзүүллэг биелж, Миллеритүүдийн “өдөр/жил”-ийн зарчим батлагдсан бөгөөд үүгээр өдөр/жил-ийн зарчимд тулгуурласан Миллерийн 1843 оны тухай зөгнөл эрх мэдэлтэй болсон юм. 2001 оны 9 дүгээр сарын 11-нд Илчлэлт ес, арав, арван нэгдүгээр бүлгүүдийн гурав дахь гайгийн тухай Исламын эш үзүүллэг биелж, альфа (1840-8-11) ба омега (9/11)-гийн зарчим батлагдсан бөгөөд Нью-Йоркийн агуу барилгууд нуран унах үед Илчлэлт арван наймдугаар бүлгийн хүчирхэг тэнгэрэлч бууж ирсэн юм—яг л омегаг бэлгэдсэн альфа биелэх үед, 1840 оны 8 дугаар сарын 11-нд Илчлэлт аравдугаар бүлгийн хүчирхэг тэнгэрэлч бууж ирсэнтэй адил.</w:t>
      </w:r>
    </w:p>
    <w:p>
      <w:pPr>
        <w:pStyle w:val="ArticleBody"/>
        <w:jc w:val="left"/>
      </w:pPr>
      <w:r>
        <w:rPr>
          <w:rFonts w:ascii="Times New Roman" w:hAnsi="Times New Roman" w:eastAsia="Times New Roman" w:cs="Times New Roman"/>
        </w:rPr>
        <w:t>Исаиа ба түүний хүү зөвхөн “мөр дээр мөр” хэмээх үндсэн зарчмыг төлөөлөөд зогсохгүй, мөн эцэг ба түүний хүүхдүүдийн харилцаагаар дүрслэгддэг мэдээг төлөөлдөг Елиагийн мэдээг ч төлөөлдөг. Эзэний агуу бөгөөд аймшигт өдрийн яг өмнө тунхаглагддаг Елиагийн мэдээ нь Бурханы гүйцэтгэх шүүлт эхлэхийн яг өмнө ирдэг мэдээг тодорхойлдог. Бурханы гүйцэтгэх шүүлтүүд нь “Эзэний агуу бөгөөд аймшигт өдөр” хэмээх үеийг илэрхийлдэг. Тэр үе Ням гаргийн хуулиас эхэлж, эцсийн долоон гамшиг хүртэл үргэлжилдэг. Тэр үе Ням гаргийн хуулиар эхэлж, эцсийн долоон гамшигаар төгсөнө. Иймд Елиагийн мэдээ нь альфа ба омега хэмээх зарчим дээр, авралын хугацаа хаагдах дөхөж буйг анхааруулсан сэрэмжлүүлэгтэй хослон үндэслэдэг. Елиагийн мэдээтэй хамт мөн Елиа дээр үндэслэсэн янз бүрийн эш үзүүллэгийн шугамууд байдаг. Учир нь Есүсийн хэлснээр Елиа нь Иохан Баптистыг төлөөлдөг байсан бөгөөд Хатагтай Уайтын хэлснээр Елиа ба Иохан хоёул Уильям Миллерийг төлөөлдөг байсан; мөн Елиа ба Иохан Баптист хоёул хамтдаа нэг зуун дөчин дөрвөн мянга (Елиа), мөн Илчлэлт долоод гардаг агуу олон түмнийг (Иохан) төлөөлдөг.</w:t>
      </w:r>
    </w:p>
    <w:p>
      <w:pPr>
        <w:pStyle w:val="ArticleBody"/>
        <w:jc w:val="left"/>
      </w:pPr>
      <w:r>
        <w:rPr>
          <w:rFonts w:ascii="Times New Roman" w:hAnsi="Times New Roman" w:eastAsia="Times New Roman" w:cs="Times New Roman"/>
        </w:rPr>
        <w:t>Исаиа болон түүний хүү эртний замуудын дээр зогсож байна; тэдгээр нь сууриуд мөн бөгөөд тэд алтан тосыг хүлээн авч байна. Учир нь тэд Ням гарагийн хуулийг бэлгэдэн төлөөлсөн, 1844 оны 10 дугаар сарын 22-нд биеллээ олсон угаагчийн цэвэршүүлэх үйл явцыг туулж буй мэргэн онгон охид юм. Исаиа болон буцан ирэх үлдэгсэд нь (учир нь түүний хүү Шеар-яшубын нэрийн утга нь тэр юм) 9/11-д эртний замууд уруу “буцан ирдэг” үлдэгсдийг төлөөлдөг. Эцэг ба үлдэгсдийн харилцаа нь, мөн альфа ба омега харилцаа, түүнчлэн Елиагийн “эцгүүдийн болон хүүхдүүдийн зүрх сэтгэлүүд” гэсэн харилцаа нь Эцэг Миллер болон түүний анхны тэнгэрэлчийн үлдэгсдийн хөдөлгөөнтэй байсан харилцаа нь Филадельфийн альфа хөдөлгөөн байсныг тодорхойлдог. Альфа хөдөлгөөнд Эцэг Миллер нь Елиа болон Гэрээний Элчид замыг бэлтгэсэн элч хэмээн Есүсийн тодорхойлсон Баптист Иохан гэж танигдсан. Эхний ба хоёр дахь тэнгэрэлчийн альфа түүхэн дэх тэр бүх эш үзүүллэгийн биеллүүд гурав дахь тэнгэрэлчийн омега түүхэнд давтагддаг.</w:t>
      </w:r>
    </w:p>
    <w:p>
      <w:pPr>
        <w:pStyle w:val="ArticleBody"/>
        <w:jc w:val="left"/>
      </w:pPr>
      <w:r>
        <w:rPr>
          <w:rFonts w:ascii="Times New Roman" w:hAnsi="Times New Roman" w:eastAsia="Times New Roman" w:cs="Times New Roman"/>
        </w:rPr>
        <w:t>Исаиагийн үзэгдэл дэх дүрслэлийн талаар илүү чухал баримтууд бий. Гэвч энд бид зүгээр л, Исаиа 9/11-ийн хожмын борооны мэдээний зүрхийг бүрдүүлдэг олон янзын үнэнүүдийг онцгойлон тодорхойлж байгааг тогтоож байна. Бидний сая авч үзсэн эдгээр бүх шугамууд, мөн мэдээж түүнчлэн үүнээс олон нь, долоодугаар бүлгийн гуравдугаар эшлэлд байрладаг.</w:t>
      </w:r>
    </w:p>
    <w:p>
      <w:pPr>
        <w:pStyle w:val="ArticleBody"/>
        <w:jc w:val="left"/>
      </w:pPr>
      <w:r>
        <w:rPr>
          <w:rFonts w:ascii="Times New Roman" w:hAnsi="Times New Roman" w:eastAsia="Times New Roman" w:cs="Times New Roman"/>
        </w:rPr>
        <w:t>Наймдугаар эшлэлд зөгнөлийн үнэн улам тодорч, “дөчдүгээр эшлэлийн нууц түүх”-ийг нээх түлхүүрийг заан илчилдэг бөгөөд гайхамшигтай нь, тэрхүү түлхүүр нь 2520 жилийн хугацаатай хоёр зөгнөлийн эхлэл тэмдэглэгдсэн яг тэр эшлэлийн дотор тодорхойлогдсон байдаг.</w:t>
      </w:r>
    </w:p>
    <w:p>
      <w:pPr>
        <w:pStyle w:val="ArticleScripture"/>
        <w:jc w:val="left"/>
      </w:pPr>
      <w:r>
        <w:rPr>
          <w:rFonts w:ascii="Times New Roman" w:hAnsi="Times New Roman" w:eastAsia="Times New Roman" w:cs="Times New Roman"/>
        </w:rPr>
        <w:t>Учир нь Сирийн тэргүүн нь Дамаск, Дамаскийн тэргүүн нь Резин мөн. Жаран таван жилийн дотор Ефраим бут цохигдон, ард түмэн байхаа болино. Ефраимын тэргүүн нь Самари, Самарийн тэргүүн нь Ремалиагийн хүү мөн.</w:t>
      </w:r>
    </w:p>
    <w:p>
      <w:pPr>
        <w:pStyle w:val="ArticleScripture"/>
        <w:jc w:val="left"/>
      </w:pPr>
      <w:r>
        <w:rPr>
          <w:rFonts w:ascii="Times New Roman" w:hAnsi="Times New Roman" w:eastAsia="Times New Roman" w:cs="Times New Roman"/>
        </w:rPr>
        <w:t>Хэрэв та нар итгэхгүй бол, үнэхээр та нар бат тогтохгүй. Исаиа 7:8, 9.</w:t>
      </w:r>
    </w:p>
    <w:p>
      <w:pPr>
        <w:pStyle w:val="ArticleBody"/>
        <w:jc w:val="left"/>
      </w:pPr>
      <w:r>
        <w:rPr>
          <w:rFonts w:ascii="Times New Roman" w:hAnsi="Times New Roman" w:eastAsia="Times New Roman" w:cs="Times New Roman"/>
        </w:rPr>
        <w:t>Исаиагийн сүүлчийн борооны мэдээний тухай дүрслэлд Мосегийн “долоон удаа” багтдаг. Учир нь наймдугаар эшлэлийн жаран таван жилийн зөгнөл нь Израилийн хойд болон өмнөд хаант улсуудын 2520 жилийн тархан бутралын аль алиных нь эхлэх цэгийг тодорхойлдог. Яг тэр эшлэл дотор 1989 онд Зөвлөлт Холбоот Улс нуран унасантай холбоотой Даниел 11:40-ийн эш үзүүллэгийн гурван шугамыг, түүнчлэн Даниел 11:10-ыг, мөн Исаиа 8:8-ыг эргүүлдэг түлхүүр агуулагдана. Эдгээр гурван шугамд (Исаиа 8:8, Даниел 11:10, 40) тэрхүү түлхүүр нь найм болон есдүгээр эшлэлийн “толгойнууд” юм. “Толгойнууд”-ын түлхүүрийг эдгээр зэрэгцээ гурван эшлэлд хэрэглэхэд Украины дайны түүх болон удахгүй ирэх Дэлхийн III дайны түүхийн үүд нээгддэг. Тэр эш үзүүллэгийн үүд нээгдэх үед Даниел 11:11–16 нь 1989 оны Зөвлөлт Холбоот Улсын нуран уналтын дараах Даниел 11:40-тэй зэрэгцээ түүх болох нь харагддаг. “Дөчдүгээр эшлэлийн нуугдмал түүх” тайлагдах нь авралын хугацаа хаагдахын яг өмнө Есүс Христийн Илчлэл тайлагдахтай холбоотойгоор лац нь тайлагдана хэмээн тодорхойлогдсон цөөн хэдэн үнэний нэг мөн.</w:t>
      </w:r>
    </w:p>
    <w:p>
      <w:pPr>
        <w:pStyle w:val="ArticleBody"/>
        <w:jc w:val="left"/>
      </w:pPr>
      <w:r>
        <w:rPr>
          <w:rFonts w:ascii="Times New Roman" w:hAnsi="Times New Roman" w:eastAsia="Times New Roman" w:cs="Times New Roman"/>
        </w:rPr>
        <w:t>Исаиа номын наймдугаар бүлгийн нэгдүгээр эшлэл “Түүнчлэн” гэсэн үгээр эхэлдэг бөгөөд энэ нь наймдугаар бүлэг долоодугаар бүлгийн дээр давхарлан авч үзэгдэх ёстойг заадаг. Эхний үг нь “түүнчлэн” байгаагаас гадна, наймдугаар бүлгийн гуравдугаар эшлэл нь долоодугаар бүлгийн гуравдугаар эшлэлтэй хоёр дахь гэрч болон холбогдож, эдгээр хоёр бүлгийг мөр мөрөөр нь хэрэглэх ёстойг харуулдаг. Хоёр “гуравдугаар” эшлэл хоёулаа Исаиагийн хөвгүүдийн нэгийг нэрлэдэг бөгөөд тэдний нэрс аль аль нь энэ өгүүлэмж доторх эш үзүүллэгийн мэдээг өгүүлдэг. Шеар-Яшуб гэдэг нь “үлдэгдэл нь буцаж ирнэ” гэсэн утгатай, харин Махер-Шалал-Хаш-Баз гэдэг нь “олз руу түргэн” гэсэн утгатай. Эхлээд Шеар-Яшуб, дараа нь Махер-Шалал-Хаш-Баз (энэ нь Библи дэх хамгийн урт нэр) дурдагддаг. “1”-ээр төлөөлөгдөх альфа нь бага бөгөөд энэ тохиолдолд бүр “үлдэгдэл” хэмээн тодорхойлогдсон байдаг. Харин “22”-оор төлөөлөгдөх омега нь илүү том бөгөөд Библи дэх хамгийн урт нэрээр төлөөлөгдөхийн зэрэгцээ Ням гаргийн хуулийн түргэн хөдөлгөөнүүдийг бэлгэддэг.</w:t>
      </w:r>
    </w:p>
    <w:p>
      <w:pPr>
        <w:pStyle w:val="ArticleBody"/>
        <w:jc w:val="left"/>
      </w:pPr>
      <w:r>
        <w:rPr>
          <w:rFonts w:ascii="Times New Roman" w:hAnsi="Times New Roman" w:eastAsia="Times New Roman" w:cs="Times New Roman"/>
        </w:rPr>
        <w:t>Гуравдугаар эшлэлд Шеар-яшувын дүрээр төлөөлөгдсөн альфа үлдэгдэл нь өөрийн эцэг Исаиатай хамт байна. Тэд хамтдаа альфа ба омега бөгөөд, хожмын борооны тухай ялгаатай гурван лавлагаанаас бүрдсэн газарт зогсож байна.</w:t>
      </w:r>
    </w:p>
    <w:p>
      <w:pPr>
        <w:pStyle w:val="ArticleScripture"/>
        <w:jc w:val="left"/>
      </w:pPr>
      <w:r>
        <w:rPr>
          <w:rFonts w:ascii="Times New Roman" w:hAnsi="Times New Roman" w:eastAsia="Times New Roman" w:cs="Times New Roman"/>
        </w:rPr>
        <w:t>Тэгээд ЭЗЭН Исаиад, “Чи хүү Шеар-жашубынхаа хамт одоо гарч, дээд цөөрмийн усан сувгийн төгсгөлд, угаагчийн талбай руу хүрэх зам дээр Ахазтай уулз. Исаиа 7:3.</w:t>
      </w:r>
    </w:p>
    <w:p>
      <w:pPr>
        <w:pStyle w:val="ArticleBody"/>
        <w:jc w:val="left"/>
      </w:pPr>
      <w:r>
        <w:rPr>
          <w:rFonts w:ascii="Times New Roman" w:hAnsi="Times New Roman" w:eastAsia="Times New Roman" w:cs="Times New Roman"/>
        </w:rPr>
        <w:t>Исаиа бол нэг зуун дөчин дөрвөн мянгын бэлгэдэл бөгөөд 9/11-ийн дуудлагыг төлөөлөхдөө Исаиа мөн 2023 оны долоодугаар сарын дуудлагыг ч төлөөлж байна. 9/11-ийн үед Исаиа нь Лаодикийн нэгэн бөгөөд Есавын ууган хүүгийн эрхийг авах гэж байсан мэхлэгч Иаковоор төлөөлөгдөнө. Энэ нь Адвентизм Эзэний амнаас бөөлжигдөн гарч байх үетэй давхцана. Харин 2023 онд Исаиа нь ялагч Израилийг төлөөлнө. Исаиа нь Бурханы мэдээг тунхаглаж байсан нэгнийг төлөөлдөг бөгөөд тэрээр өөрийгөө Лаодикийнх болохыг сэрэн ухаарч, улмаар нүүрсээр ариусгагдан Филаделфийн нэгэн болдог.</w:t>
      </w:r>
    </w:p>
    <w:p>
      <w:pPr>
        <w:pStyle w:val="ArticleScripture"/>
        <w:jc w:val="left"/>
      </w:pPr>
      <w:r>
        <w:rPr>
          <w:rFonts w:ascii="Times New Roman" w:hAnsi="Times New Roman" w:eastAsia="Times New Roman" w:cs="Times New Roman"/>
        </w:rPr>
        <w:t>“Исаиа Бурханы алдрын гайхамшигт үзэгдлийг харсан билээ. Тэрээр Бурханы хүч чадлын илрэлийг үзэж, Түүний сүр жавхланг харсны дараа очиж тодорхой нэгэн ажлыг гүйцэтгэх тухай мэдээ түүнд ирэв. Тэрээр өөрийгөө уг ажилд бүхэлдээ үл зохистой гэж мэдэрсэн. Юу түүнийг өөрийгөө үл зохистой гэж үзэхэд хүргэсэн бэ? Тэр Бурханы алдрыг үзэхээсээ өмнө өөрийгөө үл зохистой гэж бодож байсан уу?—Үгүй; тэрээр өөрийгөө Бурханы өмнө зөвт байдалд байна гэж төсөөлж байв; харин түмэн цэргийн ЭЗЭНий алдар түүнд илчлэгдэж, Бурханы үгээр илэрхийлшгүй сүр жавхланг хараад тэрээр: ‘Би сүйрлээ; учир нь би бузарт уруултай хүн бөгөөд бузарт уруултай ард түмний дунд оршин суудаг; учир нь миний нүд Хаан, түмэн цэргийн ЭЗЭНийг харлаа’ гэж хэлсэн. ‘Тэгтэл серафимуудын нэг нь тахилын ширээнээс хавчуураар авсан асаатай нүүрсийг гартаа барин над руу нисэн ирж, түүгээр миний аманд хүргээд: Харагтун, энэ нь чиний уруулд хүрлээ; чиний гэм буруу зайлуулагдаж, чиний нүгэл ариусгагдлаа гэж хэлэв.’ Энэ бол хувь хүн бүрийн хувьд бидэнд хийгдэх шаардлагатай ажил мөн. Бид тахилын ширээнээс авсан тэр амьд нүүрсийг уруул дээрээ тавиулахыг хүсэж байна. Бид ‘Чиний гэм буруу зайлуулагдаж, чиний нүгэл ариусгагдлаа’ хэмээх үгийг сонсохыг хүсэж байна” Review and Herald, June 4, 1889.</w:t>
      </w:r>
    </w:p>
    <w:p>
      <w:pPr>
        <w:pStyle w:val="ArticleBody"/>
        <w:jc w:val="left"/>
      </w:pPr>
      <w:r>
        <w:rPr>
          <w:rFonts w:ascii="Times New Roman" w:hAnsi="Times New Roman" w:eastAsia="Times New Roman" w:cs="Times New Roman"/>
        </w:rPr>
        <w:t>Исаиа номын зургаадугаар бүлэгт гардаг “Хэр удаан?” гэдэг нь 9/11-өөс Ням гаргийн хуулийн үе хүртэлхийг бэлгэддэг бөгөөд зургаадугаар бүлэг нь 9/11-ний дүрслэл мөн. Долоогоос есдүгээр бүлгүүдэд Исаиа Иудагийн урвасан удирдагчдад тунхагласан мэдээ, мөн Ефраимын согтуучууд бүдэрч унах үед зуун дөчин дөрвөн мянгын тамгалагдах цагт тохиолдох дүрслэлийг толилуулдаг. Тэрхүү нэгэн үзэгдэлдээ Исаиа ийнхүү тэмдэглэжээ:</w:t>
      </w:r>
    </w:p>
    <w:p>
      <w:pPr>
        <w:pStyle w:val="ArticleScripture"/>
        <w:jc w:val="left"/>
      </w:pPr>
      <w:r>
        <w:rPr>
          <w:rFonts w:ascii="Times New Roman" w:hAnsi="Times New Roman" w:eastAsia="Times New Roman" w:cs="Times New Roman"/>
        </w:rPr>
        <w:t>“Харагтун, би болон ЭЗЭНий надад өгсөн хүүхдүүд Израильд түмэн цэргийн ЭЗЭНээс ирсэн тэмдэг ба гайхамшгийн төлөө ажээ; Тэр Сион ууланд оршдог.” Исаиа 8:18.</w:t>
      </w:r>
    </w:p>
    <w:p>
      <w:pPr>
        <w:pStyle w:val="ArticleBody"/>
        <w:jc w:val="left"/>
      </w:pPr>
      <w:r>
        <w:rPr>
          <w:rFonts w:ascii="Times New Roman" w:hAnsi="Times New Roman" w:eastAsia="Times New Roman" w:cs="Times New Roman"/>
        </w:rPr>
        <w:t>Исаиа болон түүний хүүхдүүд нь долоогоос есдүгээр бүлгүүдэд буй нууцлаг утгууд доторх тэмдгүүд мөн. Долоогоос есдүгээр бүлгүүд нь бүх үзэгдлийн лавлах цэг бөгөөд “тэр өдөр” эсвэл “тэр цаг” гэсэн аливаа ишлэлийн хувьд чиг баримжаа болдог. Арван наймдугаар зүйлд Исаиа болон түүний хөвгүүд тэмдгүүд мөн болохыг тодорхойлдог, харин арван наймдугаар зүйлийг хүрээлэн буй зүйлүүд нь эдгээр тэмдгийг танин мэдэх ёстой цаг үеийг тодорхойлдог.</w:t>
      </w:r>
    </w:p>
    <w:p>
      <w:pPr>
        <w:pStyle w:val="ArticleScripture"/>
        <w:jc w:val="left"/>
      </w:pPr>
      <w:r>
        <w:rPr>
          <w:rFonts w:ascii="Times New Roman" w:hAnsi="Times New Roman" w:eastAsia="Times New Roman" w:cs="Times New Roman"/>
        </w:rPr>
        <w:t>Тэдний дундах олон нь бүдэрч, унаж, няцлагдаж, урхинд орж, баригдах болно. Гэрчлэлийг боож, хуулийг Миний шавь нарын дунд лацдан битүүмжил. Иаковын гэрээс Өөрийн нүүрийг нуудаг ЭЗЭНийг би хүлээж, Түүнийг би харуулдан хүлээнэ.</w:t>
      </w:r>
    </w:p>
    <w:p>
      <w:pPr>
        <w:pStyle w:val="ArticleScripture"/>
        <w:jc w:val="left"/>
      </w:pPr>
      <w:r>
        <w:rPr>
          <w:rFonts w:ascii="Times New Roman" w:hAnsi="Times New Roman" w:eastAsia="Times New Roman" w:cs="Times New Roman"/>
        </w:rPr>
        <w:t>Харагтун, ЭЗЭНий надад өгсөн би болон эдгээр хүүхдүүд нь Сион ууланд оршигч түмэн цэргийн ЭЗЭНээс Израильд тэмдгүүд ба гайхамшгуудын төлөө юм. Исаиа 8:15–18.</w:t>
      </w:r>
    </w:p>
    <w:p>
      <w:pPr>
        <w:pStyle w:val="ArticleBody"/>
        <w:jc w:val="left"/>
      </w:pPr>
      <w:r>
        <w:rPr>
          <w:rFonts w:ascii="Times New Roman" w:hAnsi="Times New Roman" w:eastAsia="Times New Roman" w:cs="Times New Roman"/>
        </w:rPr>
        <w:t>“ЭЗЭНийг хүлээгчид” нь Исаиа болон түүний хоёр хүүгээр төлөөлөгдөнө. Тэд бол ЭЗЭН “нүүрээ” тэднээс нуусан хүмүүс бөгөөд энэ нь 2023 оны долдугаар сараас хойш Левит 26-ын залбирлын шаардлагад сэрдэг хүмүүст хамаарах шинж юм. Тэд өөрсдийн гэмшлийн хүлээлтэд ЭЗЭН өөрсдийн эсрэг харшлан явсан гэдгийг, өөрөөр хэлбэл Тэрээр тэднээс нүүрээ нуусан гэдгийг багтаах ёстойг ухаардаг.</w:t>
      </w:r>
    </w:p>
    <w:p>
      <w:pPr>
        <w:pStyle w:val="ArticleBody"/>
        <w:jc w:val="left"/>
      </w:pPr>
      <w:r>
        <w:rPr>
          <w:rFonts w:ascii="Times New Roman" w:hAnsi="Times New Roman" w:eastAsia="Times New Roman" w:cs="Times New Roman"/>
        </w:rPr>
        <w:t>“Гэрчлэлийг боож, хуулийг битүүмжлэх” гэдэг нь “олонтой” эсрэгцүүлэн тавигдсан нэг зуун дөчин дөрвөн мянгыг битүүмжлэхийг хэлнэ. “Олон” нь дуудагдсан боловч, цөөн нь сонгогддог. Олон нь цөөнхийн төлөөлөл болсон Исаиа болон түүний хоёр хүүтэй эсрэгцүүлэгддэг. “Олон” нь ухаангүй таван онгон бөгөөд энэ шалтгааны улмаас тэдэнд таван зүйл тохиолддог: тэд “бүдэрч, унаж, хэмхэрч, урхидагдаж, баригдана.” Тэд хожмын борооны мэдээг няцаасан учраас бүдэрдэг.</w:t>
      </w:r>
    </w:p>
    <w:p>
      <w:pPr>
        <w:pStyle w:val="ArticleScripture"/>
        <w:jc w:val="left"/>
      </w:pPr>
      <w:r>
        <w:rPr>
          <w:rFonts w:ascii="Times New Roman" w:hAnsi="Times New Roman" w:eastAsia="Times New Roman" w:cs="Times New Roman"/>
        </w:rPr>
        <w:t>Учир нь Тэрээр ээрч бүдрэх мэт уруул, өөр хэлээр энэ ард түмэнд айлдана. Тэрээр тэдэнд, “Энэ бол та нарын ядарсанд амралт өгөх амралт мөн; энэ бол сэргээлт мөн” гэж айлдсан боловч тэд сонсохыг хүссэнгүй. Харин ЭЗЭНий үг тэдэнд тушаал дээр тушаал, тушаал дээр тушаал; мөр дээр мөр, мөр дээр мөр; энд бага зэрэг, тэнд бага зэрэг байв. Ингэснээр тэд явж, арагш унан, хэмхэрч, урхинд орж, баригдах ажээ. Исаиа 28:11–13.</w:t>
      </w:r>
    </w:p>
    <w:p>
      <w:pPr>
        <w:pStyle w:val="ArticleBody"/>
        <w:jc w:val="left"/>
      </w:pPr>
      <w:r>
        <w:rPr>
          <w:rFonts w:ascii="Times New Roman" w:hAnsi="Times New Roman" w:eastAsia="Times New Roman" w:cs="Times New Roman"/>
        </w:rPr>
        <w:t>Наймдугаар бүлгийн лацдах цаг үеийн талаар Исаиа хорон муу хүмүүсийн уналтыг, Ахазаар төлөөлүүлэн, дүрслэн өгүүлдэг бөгөөд хорин наймдугаар бүлгийн арван гуравдугаар эшлэлд тэрээр мөн тэрхүү бүлгийг тодорхойлдог. Тэдний “унадаг” шалтгаан нь, өөрсдөд нь “мөр дээр мөр” хэмээн ирсэн бөгөөд ээрүү мэт уруултай хүмүүсээр төлөөлөгдөн танилцуулагдсан хожуугийн борооны мэдээг тэд няцаасанд оршино. Пентекостын үед маргаанч иудейчүүд шавь нарыг согтуу хэмээн буруутгасан нь, тэд уг мэдээг ойлгож чадаагүйтэй холбоотой байв. Тэдний бодлоор энэ нь ээрүү уруултай хүмүүсээр дамжин тунхаглагдаж байсан юм.</w:t>
      </w:r>
    </w:p>
    <w:p>
      <w:pPr>
        <w:pStyle w:val="ArticleBody"/>
        <w:jc w:val="left"/>
      </w:pPr>
      <w:r>
        <w:rPr>
          <w:rFonts w:ascii="Times New Roman" w:hAnsi="Times New Roman" w:eastAsia="Times New Roman" w:cs="Times New Roman"/>
        </w:rPr>
        <w:t>Долоодугаар бүлгийн гуравдугаар зүйлд, эш үзүүлэгч Исаиа өөрийн хүү Шеар-яшубт хандахдаа альфа нь болж, харин хүү нь эцэгтэйгээ холбогдохдоо омега нь болдог, мөн түүнчлэн ахтайгаа холбогдохдоо альфа нь болдог. Альфа ба Омегагийн төлөөлөгчдийн хувьд тэд тэнгэрийн ариун газраас гарах хоёр алтан хоолой цөөрөм үүсгэж буй газарт, яг Иеремиагийн эртний замын их замын дэргэд, Маалинган хувцас нь толбоноос цэвэр цагаан болон солигддог талбай дээр зогсож байна; тэрхүү газарт Гэрээний Элч Левийн хөвгүүдийг, мөн Исаиа ба Шеар-яшубыг ариусгадаг. Тэнд очоод тэрээр хорон муу, мунхаг хаан Ахазад Левит хорин зургаагийн “долоо дахин” хэмээх Мосегийн эртний замын мэдээг толилуулдаг бөгөөд энэ нь мөнөөх зүйлд “толгой” гэдэг нь хаан, эсвэл хааны хаанчлал, эсвэл хаанчлалын нийслэл хотыг илэрхийлдгийг тогтоон харуулдаг.</w:t>
      </w:r>
    </w:p>
    <w:p>
      <w:pPr>
        <w:pStyle w:val="ArticleBody"/>
        <w:jc w:val="left"/>
      </w:pPr>
      <w:r>
        <w:rPr>
          <w:rFonts w:ascii="Times New Roman" w:hAnsi="Times New Roman" w:eastAsia="Times New Roman" w:cs="Times New Roman"/>
        </w:rPr>
        <w:t>Тэр түлхүүр Бурханы Үгийн гэрлийг нээдэг бөгөөд ингэснээр 2014 онд эхэлсэн Украины дайн нь нэг зуун дөчин дөрвөн мянгыг тамгалах цаг үед болон Америкийн Нэгдсэн Улсын сүүлийн гурван ерөнхийлөгчийн түүхийн үеэр болж буйгаар дүрслэгдсэн Библийн эш үзүүлгийн сэдэв мөн болох нь харагдаж чадна. Хожуугийн борооны мэдээ нь Исаиа номын арав, арван нэгдүгээр бүлгүүдэд дүрслэгдсэн байдаг бөгөөд энэ нь Даниелын арван нэгдүгээр бүлгийн сүүлийн зургаан эшлэлийн дотоод ба гадаад түүхийг өгүүлдэг. Эхний эшлэл, өөрөөр хэлбэл дөчдүгээр эшлэл, Исаиа номын зургаагаас есдүгээр бүлгүүдэд дүрслэгдсэн байдаг; дараа нь арав, арван нэгдүгээр бүлгүүдэд 1989 онд тайлагдсан мэдээний дотоод ба гадаад түүхүүдийг толилуулсан байна. Хожуугийн борооны мэдээний голлох бүх элемент үзэгдэлд дүрслэгдсэн байдаг.</w:t>
      </w:r>
    </w:p>
    <w:p>
      <w:pPr>
        <w:pStyle w:val="ArticleBody"/>
        <w:jc w:val="left"/>
      </w:pPr>
      <w:r>
        <w:rPr>
          <w:rFonts w:ascii="Times New Roman" w:hAnsi="Times New Roman" w:eastAsia="Times New Roman" w:cs="Times New Roman"/>
        </w:rPr>
        <w:t>Аравдугаар бүлгийн сүүлчийн эшлэлүүд нь арван нэгдүгээр бүлгийн сүүлчийн эшлэлүүдээр дүрслэгдсэнтэй адилхан эш үзүүллэгийн түүхийг тодорхойлдог. Аравдугаар бүлэг нь гаднах, харин арван нэгдүгээр бүлэг нь дотоод юм. Илчлэлт номд долоон чуулган нь дотоод, харин тамганууд нь гаднах юм. Аравдугаар бүлгийн төгсгөлийн эшлэлүүдэд папын эрх мэдэл Иерусалимын эсрэг гараа даллаж байгаа нь, Даниел арван нэгийн дөчин тавдугаар эшлэлд туслагч үгүйгээр төгсгөлдөө хүрч буй папын эрх мэдэлтэй зэрэгцүүлсэн хэсэг мөн.</w:t>
      </w:r>
    </w:p>
    <w:p>
      <w:pPr>
        <w:pStyle w:val="ArticleScripture"/>
        <w:jc w:val="left"/>
      </w:pPr>
      <w:r>
        <w:rPr>
          <w:rFonts w:ascii="Times New Roman" w:hAnsi="Times New Roman" w:eastAsia="Times New Roman" w:cs="Times New Roman"/>
        </w:rPr>
        <w:t>Тэр өдөр тэр Нобд байсаар байх болно; тэр Сионы охины уул, Иерусалимын толгодын өөдөөс гараа сэгсэрнэ. Харагтун, Эзэн, түмэн цэргийн ЭЗЭН, аймшигтайгаар мөчрийг тайрах болно; өндөр биетэйчүүд огтлогдон унах бөгөөд бардамнагчид дорд болгогдоно. Тэрээр ой модны шигүүг төмрөөр цавчин унагах бөгөөд Ливан нэгэн хүчирхэг нэгнээр унах болно. Исаиа 10:32–34.</w:t>
      </w:r>
    </w:p>
    <w:p>
      <w:pPr>
        <w:pStyle w:val="ArticleBody"/>
        <w:jc w:val="left"/>
      </w:pPr>
      <w:r>
        <w:rPr>
          <w:rFonts w:ascii="Times New Roman" w:hAnsi="Times New Roman" w:eastAsia="Times New Roman" w:cs="Times New Roman"/>
        </w:rPr>
        <w:t>Аравдугаар бүлгийн төгсгөл нь хүний сорилтын хугацааны төгсгөл бөгөөд Даниелын арван нэгдүгээр бүлгийн төгсгөл мөн тэнд л өндөрлөдөг.</w:t>
      </w:r>
    </w:p>
    <w:p>
      <w:pPr>
        <w:pStyle w:val="ArticleScripture"/>
        <w:jc w:val="left"/>
      </w:pPr>
      <w:r>
        <w:rPr>
          <w:rFonts w:ascii="Times New Roman" w:hAnsi="Times New Roman" w:eastAsia="Times New Roman" w:cs="Times New Roman"/>
        </w:rPr>
        <w:t>Тэрээр тэнгисүүдийн хооронд, сүр жавхлант ариун уулан дээр өөрийн орд харшийн майхнуудыг босгоно; гэвч тэрээр төгсгөлдөө хүрэх бөгөөд түүнд туслах хэн ч байхгүй. Мөн тэр цагт чиний ард түмний хөвгүүдийн төлөө зогсдог агуу ноён Михаел босон зогсоно; тэгээд үндэстэн бий болсноос хойш тэр цаг хүртэл хэзээ ч байгаагүй зовлонгийн цаг ирнэ; мөн тэр цагт номд бичигдсэнээр олдох хүн бүр, чиний ард түмэн аврагдах болно. Даниел 11:45, 12:1.</w:t>
      </w:r>
    </w:p>
    <w:p>
      <w:pPr>
        <w:pStyle w:val="ArticleBody"/>
        <w:jc w:val="left"/>
      </w:pPr>
      <w:r>
        <w:rPr>
          <w:rFonts w:ascii="Times New Roman" w:hAnsi="Times New Roman" w:eastAsia="Times New Roman" w:cs="Times New Roman"/>
        </w:rPr>
        <w:t>Аравдугаар бүлэг эхний эшлэлдээ Эгч Уайтын Ням гаргийн хууль хэмээн тодорхойлсон “шударга бус зарлиг”-аар эхэлдэг.</w:t>
      </w:r>
    </w:p>
    <w:p>
      <w:pPr>
        <w:pStyle w:val="ArticleScripture"/>
        <w:jc w:val="left"/>
      </w:pPr>
      <w:r>
        <w:rPr>
          <w:rFonts w:ascii="Times New Roman" w:hAnsi="Times New Roman" w:eastAsia="Times New Roman" w:cs="Times New Roman"/>
        </w:rPr>
        <w:t>Шударга бус зарлиг тогтоогчид болон өөрсдийн тогтоосон дарлал зовлонг бичигчид золгүй еэ. Исаиа 10:1.</w:t>
      </w:r>
    </w:p>
    <w:p>
      <w:pPr>
        <w:pStyle w:val="ArticleBody"/>
        <w:jc w:val="left"/>
      </w:pPr>
      <w:r>
        <w:rPr>
          <w:rFonts w:ascii="Times New Roman" w:hAnsi="Times New Roman" w:eastAsia="Times New Roman" w:cs="Times New Roman"/>
        </w:rPr>
        <w:t>Аравдугаар бүлэг Ням гаргийн хуулиас эхэлдэг бөгөөд энэ нь Даниелын арван нэгдүгээр бүлгийн дөчин нэгдүгээр зүйлтэй нийцдэг; мөн Даниелын арван нэгдүгээр бүлгийн дөчин тавдугаар зүйлийн түүхэнд Михаел босон зогсохтой зэрэгцэх үйл явдлаар төгсдөг.</w:t>
      </w:r>
    </w:p>
    <w:p>
      <w:pPr>
        <w:pStyle w:val="ArticleScripture"/>
        <w:jc w:val="left"/>
      </w:pPr>
      <w:r>
        <w:rPr>
          <w:rFonts w:ascii="Times New Roman" w:hAnsi="Times New Roman" w:eastAsia="Times New Roman" w:cs="Times New Roman"/>
        </w:rPr>
        <w:t>“Дурагийн талд алтан хөрөг босгосон шиг шүтээний амралтын өдөр босгогдсон байна. Вавилоны хаан Небухаднезар энэ хөрөгт сөхрөн мөргөж, шүтэн бишрэхгүй бүхнийг алах зарлиг гаргасанчлан, мөн адил Ням гаргийн тогтолцоог хүндэтгэхгүй бүхнийг шоронд хорих, үхлээр шийтгэх тухай тунхаглал гарах болно. Ийнхүү Эзэний Амралтын өдөр хөл дор гишгэгдэнэ. Гэвч Эзэн, ‘Зүй бус зарлиг тогтоогчид, өөрсдийн тогтоосон дарлал зовлонг бичигчид халаг’ [Isaiah 10:1] хэмээн айлдсан.” [Zephaniah 1:14–18; 2:1–3, эш татав.] Manuscript Releases, volume 14, 91.</w:t>
      </w:r>
    </w:p>
    <w:p>
      <w:pPr>
        <w:pStyle w:val="ArticleBody"/>
        <w:jc w:val="left"/>
      </w:pPr>
      <w:r>
        <w:rPr>
          <w:rFonts w:ascii="Times New Roman" w:hAnsi="Times New Roman" w:eastAsia="Times New Roman" w:cs="Times New Roman"/>
        </w:rPr>
        <w:t>Илчлэлт номын арван нэгдүгээр бүлгийн арван гуравдугаар эшлэл дэх Ням гаргийн хуулийг төлөөлсөн “агуу газар хөдлөлт”-тэй холбоотойгоор, Илчлэлт номын арван гуравдугаар бүлгийн араатан луу мэт ярьж эхлэх үед түүнийг донсолгох “газар хөдлөлт”-тэй холбогдсон Исламын гурван бэлгэдэл байдаг. Исаиа номын аравдугаар бүлэгт Ням гаргийн хуулийг дээр нь “гай” айлдсан “шударга бус зарлиг” хэмээн төлөөлүүлсэн байдаг. Илчлэлт номын арван нэгдүгээр бүлгийн арван гуравдугаар эшлэлээс арван наймдугаар эшлэл хүртэлх “агуу газар хөдлөлт”-д гурав дахь гаагийн Ислам нь Исламын дөрвөн бэлгэдлээр, мөн Ням гаргийн хуулийн үед Америкийн Нэгдсэн Улсын эсрэг үйлдэх цохилтоор танигдана; “Мөн тэр цагт агуу газар хөдлөлт болов,” мөн “хоёр дахь гай өнгөрөв; харагтун, гурав дахь гай түргэн ирнэ. Долоо дахь тэнгэрэлч бүрээ үлээв” “мөн үндэстнүүд уурлав.”</w:t>
      </w:r>
    </w:p>
    <w:p>
      <w:pPr>
        <w:pStyle w:val="ArticleBody"/>
        <w:jc w:val="left"/>
      </w:pPr>
      <w:r>
        <w:rPr>
          <w:rFonts w:ascii="Times New Roman" w:hAnsi="Times New Roman" w:eastAsia="Times New Roman" w:cs="Times New Roman"/>
        </w:rPr>
        <w:t>Аравдугаар бүлэг нь Даниел 11-ийн дөчин нэгдүгээр эшлэлээс эхлэн папын эрх мэдлийг, папство төгсгөлдөө хүрэх дөчин тавдугаар эшлэл хүртэл дүрслэн үзүүлж байна. Дөчдүгээр эшлэл нь аравдугаар бүлгийн өгүүлэмжийн хэсэг биш, учир нь Исаиа дөчдүгээр эшлэлийн “нуугдмал түүх”-ийг, Ахазаар төлөөлүүлсэн тэрслүү сүмд хожуугийн борооны мэдээ толилуулагдах үед, дүрслэн үзүүлж байна. Арван нэгдүгээр бүлгийн төгсгөл нь мөн тэрхүү түүхэнд папын эрх мэдлээс аврагдахыг харуулж байна.</w:t>
      </w:r>
    </w:p>
    <w:p>
      <w:pPr>
        <w:pStyle w:val="ArticleScripture"/>
        <w:jc w:val="left"/>
      </w:pPr>
      <w:r>
        <w:rPr>
          <w:rFonts w:ascii="Times New Roman" w:hAnsi="Times New Roman" w:eastAsia="Times New Roman" w:cs="Times New Roman"/>
        </w:rPr>
        <w:t>ЭЗЭН Египетийн тэнгисийн буланг бүрмөсөн устгах болно; Өөрийн хүчирхэг салхиар Тэр голын дээгүүр мутраа даллан, түүнийг долоон салаа болгон цохиж, хүмүүсийг хуурай газраар гатлуулах болно. Тэгээд Ассириас үлдэн хоцрох Өөрийн ард түмний үлдэгдэлд зориулсан дардан зам байх болно; энэ нь Израиль Египетийн нутгаас гарч ирсэн өдөрт нь байсан лугаа адил юм. Исаиа 11:15, 16.</w:t>
      </w:r>
    </w:p>
    <w:p>
      <w:pPr>
        <w:pStyle w:val="ArticleBody"/>
        <w:jc w:val="left"/>
      </w:pPr>
      <w:r>
        <w:rPr>
          <w:rFonts w:ascii="Times New Roman" w:hAnsi="Times New Roman" w:eastAsia="Times New Roman" w:cs="Times New Roman"/>
        </w:rPr>
        <w:t>Исаиа номын аравдугаар бүлэг нь нэгэн ижил түүхийн гадаад талыг, харин арваннэгдүгээр бүлэг нь түүний дотоод талыг илэрхийлдэг. Гадаад ба дотоодын ийм зэрэгцэл Бурханы Үгэнд элбэг байдаг бөгөөд эдгээр зэрэгцээ хоёр бүлэг нь Исаиагаар төлөөлөгдөн илэрхийлэгдсэн гурав дахь тэнгэрэлчийн анхааруулгыг дүрслэн харуулдаг. Гурав дахь тэнгэрэлчийн анхааруулга нь онгодын нөлөөгөөр олон янзаар хураангуйлагдан илэрхийлэгдсэн байдаг; гэвч уг анхааруулгын маш тустай нэгэн задлал нь, энэ нь нигүүлслийн хугацаа хаагдахтай холбоотой үйл явдлуудыг илэрхийлдэг бөгөөд мөн хувь хүний бэлтгэлийн хэрэгцээг онцолдог явдал юм. Исаиагийн аравдугаар бүлэг нь үйл явдлуудыг, харин арваннэгдүгээр бүлэг нь бэлтгэлийг өгүүлдэг.</w:t>
      </w:r>
    </w:p>
    <w:p>
      <w:pPr>
        <w:pStyle w:val="ArticleScripture"/>
        <w:jc w:val="left"/>
      </w:pPr>
      <w:r>
        <w:rPr>
          <w:rFonts w:ascii="Times New Roman" w:hAnsi="Times New Roman" w:eastAsia="Times New Roman" w:cs="Times New Roman"/>
        </w:rPr>
        <w:t>“Ивээлийн хугацаа хаагдахтай холбоотой үйл явдлууд болон зовлонгийн цагт бэлтгэх ажил тодорхойгоор илчлэгдсэн байдаг. Гэвч тоо томшгүй олон хүн эдгээр чухал үнэнүүдийг огтхон ч илчлэгдээгүй мэтээр ойлгодоггүй. Сатан тэднийг авралд мэргэн болгох аливаа сэтгэгдлийг булаан авахын тулд анхааран ажиглаж байдаг бөгөөд зовлонгийн цаг тэднийг бэлтгэлгүйгээр угтах болно.</w:t>
      </w:r>
    </w:p>
    <w:p>
      <w:pPr>
        <w:pStyle w:val="ArticleScripture"/>
        <w:jc w:val="left"/>
      </w:pPr>
      <w:r>
        <w:rPr>
          <w:rFonts w:ascii="Times New Roman" w:hAnsi="Times New Roman" w:eastAsia="Times New Roman" w:cs="Times New Roman"/>
        </w:rPr>
        <w:t>“Бурхан хүмүүст тэнгэрийн дунд нисэн яваа ариун тэнгэрэлч нарын тунхаглаж буйгаар дүрслэгдсэн тийм чухал сэрэмжлүүлгүүдийг илгээхдээ, оюун ухаантай хүн бүрээс тэрхүү мэдээг анхааран хүлээн авахыг шаарддаг. Араатан болон түүний хөрөгт мөргөх явдлын эсрэг тунхаглагдсан аймшигт шүүлтүүд (Илчлэлт 14:9–11) нь араатны тамга юу болохыг мэдэж, түүнийг хэрхэн хүлээн авахаас зайлсхийхээ ойлгохын тулд эш үзүүллэгүүдийг хичээнгүйлэн судлахад бүгдийг хөтлөх ёстой. Гэвч ард олны дийлэнх нь үнэнийг сонсохоос чихээ буруулж, үлгэр домогт ханддаг. Элч Паул эцсийн өдрүүдийг ширтэн ийнхүү тунхагласан: ‘Хүмүүс зөв сургаалыг тэвчихгүй цаг ирнэ.’ 2 Тимот 4:3. Тэр цаг бүрэн иржээ. Олон түмэн Библийн үнэнийг хүсдэггүй, учир нь энэ нь нүгэлт, ертөнцийг хайрлагч зүрхний хүсэлтэй харшилдаг; харин Сатан тэдний дурладаг мэхлэлүүдийг нь ханган өгдөг.”</w:t>
      </w:r>
    </w:p>
    <w:p>
      <w:pPr>
        <w:pStyle w:val="ArticleScripture"/>
        <w:jc w:val="left"/>
      </w:pPr>
      <w:r>
        <w:rPr>
          <w:rFonts w:ascii="Times New Roman" w:hAnsi="Times New Roman" w:eastAsia="Times New Roman" w:cs="Times New Roman"/>
        </w:rPr>
        <w:t>“Харин Бурхан газар дэлхий дээр бүх сургаалын жишиг, бүх шинэчлэлийн үндэс болгон Библи, зөвхөн Библийг баримтлан сахих нэгэн ардыг Өөртөө байлгах болно. Эрдэмт хүмүүсийн санал бодол, шинжлэх ухааны дүгнэлтүүд, төлөөлж буй сүмүүдийнх нь тоо олон, хоорондоо зөрөлдөөнтэй байдгийн адил олон бөгөөд нийцэшгүй сүмийн зөвлөлүүдийн итгэлийн тунхагууд буюу шийдвэрүүд, олонхийн дуу хоолой—эдгээрийн нэгийг ч, эсвэл бүгдийг нь ч шашны итгэлийн аливаа асуудлын төлөө эсвэл эсрэг нотолгоо хэмээн үзэж болохгүй. Ямар нэгэн сургаал эсвэл тушаалыг хүлээн авахаасаа өмнө бид түүнийг дэмжсэн тодорхой ‘Их Эзэн ингэж айлдаж байна’ хэмээх үгийг шаардах ёстой.</w:t>
      </w:r>
    </w:p>
    <w:p>
      <w:pPr>
        <w:pStyle w:val="ArticleScripture"/>
        <w:jc w:val="left"/>
      </w:pPr>
      <w:r>
        <w:rPr>
          <w:rFonts w:ascii="Times New Roman" w:hAnsi="Times New Roman" w:eastAsia="Times New Roman" w:cs="Times New Roman"/>
        </w:rPr>
        <w:t>“Сатан Бурханы оронд хүний зүг анхаарлыг хандуулахыг тасралтгүй чармайсаар байдаг. Тэрээр хүмүүсийг өөрсдийн үүргийг өөрсдөө мэдэхийн тулд Судруудыг шинжлэн судлахын оронд бишопууд, пасторууд, теологийн профессоруудыг өөрсдийн удирдагчид хэмээн харахад хүргэдэг. Дараа нь эдгээр удирдагчдын оюун санааг хянах замаар тэрээр олныг өөрийн хүслийн дагуу нөлөөлж чадна.” Агуу тэмцэл, 594, 595.</w:t>
      </w:r>
    </w:p>
    <w:p>
      <w:pPr>
        <w:pStyle w:val="ArticleBody"/>
        <w:jc w:val="left"/>
      </w:pPr>
      <w:r>
        <w:rPr>
          <w:rFonts w:ascii="Times New Roman" w:hAnsi="Times New Roman" w:eastAsia="Times New Roman" w:cs="Times New Roman"/>
        </w:rPr>
        <w:t>Бид энэхүү судалгааг дараагийн өгүүлэлд үргэлжлүүлнэ.</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Иоелийн Ном ба Лаодикийн Долоо дахь өдрийн Адвентист Сүм - Аравдугаар хэсэг</dc:title>
  <dc:subject/>
  <dc:creator>Jeff Pippenger</dc:creator>
  <cp:keywords/>
  <dc:description>Generated by ArticleDigger from joel\10_joel.json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