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Тавдугаар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Арван тавдугаар бүлэг</w:t>
      </w:r>
    </w:p>
    <w:p>
      <w:pPr>
        <w:pStyle w:val="ArticleBody"/>
        <w:jc w:val="left"/>
      </w:pPr>
      <w:r>
        <w:rPr>
          <w:rFonts w:ascii="Times New Roman" w:hAnsi="Times New Roman" w:eastAsia="Times New Roman" w:cs="Times New Roman"/>
        </w:rPr>
        <w:t>Иоелын номын нэгдүгээр бүлгийн эхний дөрвөн эшлэлийн ач холбогдлыг танин мэдэх хамгийн сайн найдвар бидэнд байхыг хүсвэл, дөрвөн үеийн бэлгэдэл ба хожмын борооны мэдээний хоорондын холбоог ойлгох нь чухал гэж би үздэг. Иоел усан үзмийн талбайн дууг дуулдаг боловч түүний эхний бадаг нь гэрээний дөрвөн үетэй холбогдох эш үзүүллэгийн холбоос мөн.</w:t>
      </w:r>
    </w:p>
    <w:p>
      <w:pPr>
        <w:pStyle w:val="ArticleScripture"/>
        <w:jc w:val="left"/>
      </w:pPr>
      <w:r>
        <w:rPr>
          <w:rFonts w:ascii="Times New Roman" w:hAnsi="Times New Roman" w:eastAsia="Times New Roman" w:cs="Times New Roman"/>
        </w:rPr>
        <w:t>Тэр Абрамд ийн хэлэв: «Чиний үр удам өөрсдийнх нь биш нутагт харь хүн болж, тэдэнд боолчлон үйлчлэх бөгөөд, тэд тэднийг дөрвөн зуун жилийн турш дарлах болно гэдгийг баттай мэдэгтүн. Мөн тэдний боолчлон үйлчлэх тэр үндэстнийг Би шүүх болно; үүний дараа тэд үлэмж их эд хөрөнгөтэйгөөр гарч ирнэ. Харин чи амар тайвнаар өвөг дээдэстээ очих бөгөөд, өндөр насалсны эцэст оршуулагдана. Гэвч дөрөв дэх үедээ тэд дахин энд ирэх болно. Учир нь аморичуудын гэм нүгэл одоохондоо дүүрээгүй байна». Эхлэл 15:13–16.</w:t>
      </w:r>
    </w:p>
    <w:p>
      <w:pPr>
        <w:pStyle w:val="ArticleBody"/>
        <w:jc w:val="left"/>
      </w:pPr>
      <w:r>
        <w:rPr>
          <w:rFonts w:ascii="Times New Roman" w:hAnsi="Times New Roman" w:eastAsia="Times New Roman" w:cs="Times New Roman"/>
        </w:rPr>
        <w:t>Энэ хэсэг бол Мосегийн амьдралаар дамжин биелсэн эш үзүүллэг мөн. Иоелын ном усан үзмийн талбайн дууг өсөн нэмэгдэж буй сүйрлийн дөрвөн үеийг дурдан эхлэхдээ, Иоелын номыг эш үзүүллэгийн дөрөв дэх бөгөөд эцсийн үедэй уялдуулж байна. Тэр үе нь Петрийн “сонгогдсон үе” бөгөөд тэд харанхуйгаас Түүний “гайхамшигт гэрэл” рүү дуудагдсан хүмүүс юм. Тэд өөрсдийн үеийн эсрэг дүртэй, могойн зулзагануудын үе хэмээн дүрслэгдсэн хүмүүстэй сөргүүлэн тавигддаг. Тэр дөрөв дэх бөгөөд эцсийн үе нь Иоханоор төлөөлөгддөг бөгөөд Иохан нь “дуудагдсан, сонгогдсон, итгэлтэй” нэг зуун дөчин дөрвөн мянгын бэлгэдэл мөн.</w:t>
      </w:r>
    </w:p>
    <w:p>
      <w:pPr>
        <w:pStyle w:val="ArticleBody"/>
        <w:jc w:val="left"/>
      </w:pPr>
      <w:r>
        <w:rPr>
          <w:rFonts w:ascii="Times New Roman" w:hAnsi="Times New Roman" w:eastAsia="Times New Roman" w:cs="Times New Roman"/>
        </w:rPr>
        <w:t>9/11-д дуудагдаж, Шөнө дундын хашхираанд сонгогдон, Ням гарагийн хуулийн хямралын үед үнэнч байдаг нь, Левичүүд Аарон болон Иеробоамын алтан тугалын бослогуудын үед үнэнч байсан лугаа адил юм. Малахи гуравт мөнгө мэт цэвэршүүлэгддэг сүнснүүд нь Шөнө дундын хашхирааны мэдээний үед сонгогддог Левичүүд мөн; учир нь тамгалах ажил нь Ариун Сүнсний юүлэлттэй хамт, мөн түүгээр дамжин, гүйцэлддэг билээ.</w:t>
      </w:r>
    </w:p>
    <w:p>
      <w:pPr>
        <w:pStyle w:val="ArticleBody"/>
        <w:jc w:val="left"/>
      </w:pPr>
      <w:r>
        <w:rPr>
          <w:rFonts w:ascii="Times New Roman" w:hAnsi="Times New Roman" w:eastAsia="Times New Roman" w:cs="Times New Roman"/>
        </w:rPr>
        <w:t>Өмнөх өгүүлэлдээ бид Библийн зөгнөлийн альфа хэмээн Эгч Уайт тодорхойлсон Мосегийн түүхээс шугамуудыг гаргаж тавьсан бөгөөд тэрээр зөгнөлийн утгаар Библийн зөгнөлийн омега болох Христтэй холбогддог. Мосе нь суурийн чулуу, харин Христ нь оройн чулуу мөн. Египетээс Мосегоор дамжуулан гарсан чөлөөлөлтөөр дүрслэгдсэнчлэн, тэд хоёул нүглээс авралын бэлгэдэл юм. Гэвч Мосегийн гараар үйлдэгдэн илэрсэн Бурханы хүчний бүх илрэл нь Христ олон хүний төлөө нэг долоо хоногийн турш гэрээг баталсан үед хавьгүй давуугаар давуулагдсан билээ. Мосе нь альфа, Христ нь омега бөгөөд омега нь “22” тоо, альфа нь “1” тоо юм.</w:t>
      </w:r>
    </w:p>
    <w:p>
      <w:pPr>
        <w:pStyle w:val="ArticleBody"/>
        <w:jc w:val="left"/>
      </w:pPr>
      <w:r>
        <w:rPr>
          <w:rFonts w:ascii="Times New Roman" w:hAnsi="Times New Roman" w:eastAsia="Times New Roman" w:cs="Times New Roman"/>
        </w:rPr>
        <w:t>Мосетой холбогдуулан авч үзвэл, түүний эш үзүүллэгийн гэрчлэлд нэвчин оршдог аврал нь усан дотор байрлуулсан байдаг. Төрөхөд нь Нил мөрний уснаас аврагдсан нь авдарт байсан Ноагийн дүр төрх байв. Улаан тэнгист болсон баптисм нь авдар доторх Ноа болон наймантай нийцдэг бөгөөд энэ нь эргээд Иорданы мөрөнд Иошуагийн баптисмтай, улмаар яг тэр газарт Христээр давтагдсан тэр баптисмтай нийцдэг. Мосегийн гэрчлэл Нил мөрөн дээрх авралаар эхэлж, Иорданы эрэг дээр төгсдөг. Христийн баптисм нь Түүний үхэлд хүргэх гурван жил хагасын турш гэрчлэхээр тослогдсон нь байсан бөгөөд энэ нь эхэндээ Түүний баптисмаар дүрслэгдсэн юм. Түүний амилалтаар хэдэн дусал байсан боловч Пентекостод бүрэн асгаралт болсон юм.</w:t>
      </w:r>
    </w:p>
    <w:p>
      <w:pPr>
        <w:pStyle w:val="ArticleBody"/>
        <w:jc w:val="left"/>
      </w:pPr>
      <w:r>
        <w:rPr>
          <w:rFonts w:ascii="Times New Roman" w:hAnsi="Times New Roman" w:eastAsia="Times New Roman" w:cs="Times New Roman"/>
        </w:rPr>
        <w:t>Хүн төрөлхтөнд өгсөн Бурханы гэрээний амлалт Ноагаар эхэлдэг бөгөөд Абрахамаар дамжуулан сонгогдсон ард түмэнд өгсөн Түүний гэрээний амлалт Мосегоор биелсэн юм. Альфа Мосе нь ирж “олонтой” гэрээг батлах Есүс омегагийн дүр төрх болсон бөгөөд энэ нь зөвхөн сонгогдсон ард түмэнтэй бус байв. Христийн хэв шинж болохын хувьд Мосегийн төрөлт нь бүх хүмүүст өгсөн тэмдэг болох солонготой Ноад өгөгдсөн гэрээтэй нийцдэг. Мосе мөн сонгогдсон ард түмэнд өгсөн, сонгогдсон хүмүүст зориулсан тэмдэг болох хөвч хөндөлттэй гэрээтэй ч нийцдэг. Мосегийн гэрээний ажил нь зүгээр нэг сонгогдсон ард түмэнтэй бус, “олонтой” байв. Хэрэв тийм биш байсан бол тэд холимог олон түмнээр байнга зовоогдохгүй байсан юм.</w:t>
      </w:r>
    </w:p>
    <w:p>
      <w:pPr>
        <w:pStyle w:val="ArticleBody"/>
        <w:jc w:val="left"/>
      </w:pPr>
      <w:r>
        <w:rPr>
          <w:rFonts w:ascii="Times New Roman" w:hAnsi="Times New Roman" w:eastAsia="Times New Roman" w:cs="Times New Roman"/>
        </w:rPr>
        <w:t>Мосегийн амьдралын туршид дүрслэгдсэн авралын төрөл бүрийн “уснууд”-ын яг дунд, Иордан голын Бетабарад болсон баптисм нь Амлагдсан нутаг дахь эртний Израилийн гэрээний түүхийн эхлэлийг Христ олон хүнтэй гэрээг баталгаажуулсан тэр долоо хоног дахь түүхийн төгсгөлтэй холбодог. Христийн баптисм нь эртний Израилийн баптисмтай дүйж, энэ хоёр түүх хоёулаа Түүний амилалтыг өгүүлдэг бөгөөд Тэрээр тавин өдрийн дараах Пентекостын элбэг дэлбэг аадар борооны өмнө хэдхэн дусал бороо амьсгалан өгсөн билээ. Мосегоос Христ хүртэлх альфа ба омегийн бүхэл шугам авралын уснууд дотор дүрслэгдэн үзүүлэгддэг.</w:t>
      </w:r>
    </w:p>
    <w:p>
      <w:pPr>
        <w:pStyle w:val="ArticleScripture"/>
        <w:jc w:val="left"/>
      </w:pPr>
      <w:r>
        <w:rPr>
          <w:rFonts w:ascii="Times New Roman" w:hAnsi="Times New Roman" w:eastAsia="Times New Roman" w:cs="Times New Roman"/>
        </w:rPr>
        <w:t>“Эдгээр шавь нарт сургахдаа Есүс Өөрийнх нь эрхэм зорилгод гэрчлэгч болох Хуучин Гэрээний ач холбогдлыг харуулсан. Өнөөдөр өөрсдийгөө Христэд итгэгч хэмээн нэрлэдэг олон хүн Хуучин Гэрээг ямар ч хэрэггүй болсон гэж үзэн, түүнийг орхидог. Гэвч энэ нь Христийн сургаал биш юм. Тэр үүнийг маш өндөрт үнэлдэг байсан тул нэгэн удаа, ‘Хэрэв тэд Мосе болон эш үзүүлэгчдийг сонсохгүй бол, үхэгсдээс нэг нь амилан ирсэн ч тэд үнэмшихгүй’ гэж айлдсан.” Лук 16:31.</w:t>
      </w:r>
    </w:p>
    <w:p>
      <w:pPr>
        <w:pStyle w:val="ArticleScripture"/>
        <w:jc w:val="left"/>
      </w:pPr>
      <w:r>
        <w:rPr>
          <w:rFonts w:ascii="Times New Roman" w:hAnsi="Times New Roman" w:eastAsia="Times New Roman" w:cs="Times New Roman"/>
        </w:rPr>
        <w:t>“Адамын өдрүүдээс эхлэн цаг хугацааны эцсийн үзэгдлүүд хүртэл өвөг дээдэс болон эш үзүүлэгчдээр дамжин айлдаж буй нь Христийн дуу хоолой мөн. Аврагч Хуучин Гэрээнд Шинэ Гэрээний адил тодорхой илчлэгддэг. Зөгнөлийн өнгөрсөн үеэс тусах гэрэл нь Христийн амь амьдрал болон Шинэ Гэрээний сургаалуудыг тод байдал, гоо үзэсгэлэнгээр ил гаргадаг. Христийн гайхамшгууд нь Түүний бурханлаг чанарын нотолгоо мөн; харин Тэр Өөрөө дэлхийн Аврагч мөн гэдгийн илүү хүчтэй баталгаа нь Хуучин Гэрээний эш үзүүллэгүүдийг Шинэ Гэрээний түүхтэй харьцуулан үзэхэд олддог.” The Desire of Ages, 799.</w:t>
      </w:r>
    </w:p>
    <w:p>
      <w:pPr>
        <w:pStyle w:val="ArticleBody"/>
        <w:jc w:val="left"/>
      </w:pPr>
      <w:r>
        <w:rPr>
          <w:rFonts w:ascii="Times New Roman" w:hAnsi="Times New Roman" w:eastAsia="Times New Roman" w:cs="Times New Roman"/>
        </w:rPr>
        <w:t>Иоелийн номын талаар өгүүлсэн өгүүллүүдэд бид “Хуучин Гэрээний эш үзүүлгүүдийг Шинэ Гэрээний түүхтэй,” мөн түүнчлэн орчин үеийн сүнслэг Израилийн түүхтэй “харьцуулж” ирсэн. Хуучин эсвэл Шинэ Гэрээ ч бай, эсхүл 1798 онд эхэлсэн гурван тэнгэрэлчийн түүх ч бай, эдгээр бүх шугамыг “Христийн дуу хоолой” хэмээн дүрслэн үзүүлдэг. Библийн бичмэл гэрчлэл болон Зөгнөлийн Сүнс бол Христийн дуу хоолой мөн бөгөөд Христийн дуу хоолой нь Бурханы Үг мөн Түүний дуу хоолой юм.</w:t>
      </w:r>
    </w:p>
    <w:p>
      <w:pPr>
        <w:pStyle w:val="ArticleBody"/>
        <w:jc w:val="left"/>
      </w:pPr>
      <w:r>
        <w:rPr>
          <w:rFonts w:ascii="Times New Roman" w:hAnsi="Times New Roman" w:eastAsia="Times New Roman" w:cs="Times New Roman"/>
        </w:rPr>
        <w:t>Бурханы Үгийн “дуу хоолой” нь Түүний бичмэл Үгэнд илэрхийлэгдсэн Бурханы мэдээ мөн. Эцсийн өдрүүд дэх Түүний мэдээ нь Иоелын дагуу эрт ба хожуугийн бороог хамардаг хожуугийн борооны мэдээ бөгөөд үүний өмнө эрт бороо, дараа нь эрт ба хожуугийн бороо ирдэг.</w:t>
      </w:r>
    </w:p>
    <w:p>
      <w:pPr>
        <w:pStyle w:val="ArticleBody"/>
        <w:jc w:val="left"/>
      </w:pPr>
      <w:r>
        <w:rPr>
          <w:rFonts w:ascii="Times New Roman" w:hAnsi="Times New Roman" w:eastAsia="Times New Roman" w:cs="Times New Roman"/>
        </w:rPr>
        <w:t>Илчлэгч Иохан нь эртний жимүүдэд буцан ирэх нэг зуун дөчин дөрвөн мянгыг төлөөлдөг, учир нь тэрээр ардаасаа нэгэн “дуу хоолой”-г сонсдог. Ардаас сонсогдох тэрхүү “дуу хоолой” нь “Адамын өдрүүдээс” хойшхи Христийн дуу хоолой мөн.</w:t>
      </w:r>
    </w:p>
    <w:p>
      <w:pPr>
        <w:pStyle w:val="ArticleScripture"/>
        <w:jc w:val="left"/>
      </w:pPr>
      <w:r>
        <w:rPr>
          <w:rFonts w:ascii="Times New Roman" w:hAnsi="Times New Roman" w:eastAsia="Times New Roman" w:cs="Times New Roman"/>
        </w:rPr>
        <w:t>Тэгээд надтай ярьж байсан дуу хоолойг харахаар би эргэв. Эргэж хараад, би долоон алтан дэнлүүний суурь үзлээ. Илчлэлт 1:12.</w:t>
      </w:r>
    </w:p>
    <w:p>
      <w:pPr>
        <w:pStyle w:val="ArticleBody"/>
        <w:jc w:val="left"/>
      </w:pPr>
      <w:r>
        <w:rPr>
          <w:rFonts w:ascii="Times New Roman" w:hAnsi="Times New Roman" w:eastAsia="Times New Roman" w:cs="Times New Roman"/>
        </w:rPr>
        <w:t>Энэ эшлэл нь нэгдүгээр бүлэгт нэгэн заагийг илэрхийлдэг. Учир нь өмнөх эшлэл хүртэл Иохан Патмос хэмээн нэрлэгддэг арал дээр байсан бол, арван хоёрдугаар эшлэлд тэр эргэж, түүнээс хойш Иохан Тэнгэрийн Ариун Сүмд байна. Тэр эргэхдээ, ийнхүү үйлдэж буй нь арвандугаар эшлэлд ар талаасаа дуу хоолой сонссон байсантай холбоотой юм.</w:t>
      </w:r>
    </w:p>
    <w:p>
      <w:pPr>
        <w:pStyle w:val="ArticleScripture"/>
        <w:jc w:val="left"/>
      </w:pPr>
      <w:r>
        <w:rPr>
          <w:rFonts w:ascii="Times New Roman" w:hAnsi="Times New Roman" w:eastAsia="Times New Roman" w:cs="Times New Roman"/>
        </w:rPr>
        <w:t>Эзэний өдөр би Сүнсэнд байхад, ар талаас минь бүрээ мэт агуу дуу сонсогдож, — Би бол Альфа ба Омега, эхнийх бөгөөд эцсийнх мөн; мөн чи юу үзнэ, түүнийгээ нэгэн номд бичээд Азид буй долоон чуулганд — Ефес, Смирна, Пергам, Тиатира, Сардис, Филаделфи, Лаодикея уруу илгээ, хэмээн айлдав. Илчлэл 1:10, 11.</w:t>
      </w:r>
    </w:p>
    <w:p>
      <w:pPr>
        <w:pStyle w:val="ArticleBody"/>
        <w:jc w:val="left"/>
      </w:pPr>
      <w:r>
        <w:rPr>
          <w:rFonts w:ascii="Times New Roman" w:hAnsi="Times New Roman" w:eastAsia="Times New Roman" w:cs="Times New Roman"/>
        </w:rPr>
        <w:t>Иохан нь ар талдаа Христийн дуу хоолойг сонсогсдыг төлөөлдөг. Тэрээр Иеремиагийн бүрээний мэдээг—хорон муу хүмүүсийн алхахаас татгалзсан эртний замууд уруу буцаж очих тухай, мөн тэдний сонсохоос татгалздаг анхааруулах бүрээний тухай—сонсов. Иохан сонссон бөгөөд ар талынх нь дуу хоолой өөрийгөө Альфа ба Омега, хуучин замаар шинэ замыг дүрслэн үзүүлэгч Нэгэн хэмээн илчилсэн юм.</w:t>
      </w:r>
    </w:p>
    <w:p>
      <w:pPr>
        <w:pStyle w:val="ArticleScripture"/>
        <w:jc w:val="left"/>
      </w:pPr>
      <w:r>
        <w:rPr>
          <w:rFonts w:ascii="Times New Roman" w:hAnsi="Times New Roman" w:eastAsia="Times New Roman" w:cs="Times New Roman"/>
        </w:rPr>
        <w:t>Долоон дэнлүүний суурийн дунд Хүний Хүүтэй адил Нэгэн байсан бөгөөд Тэр хөл хүрсэн урт өмсгөл өмсөн, цээжин дээрээ алтан бүс бүсэлсэн байв. Түүний толгой ба үс нь ноос мэт, цас мэт цагаан байсан; нүд нь галын дөл мэт; хөл нь зууханд шатаасан мэт өнгөлөг хүрэл адил; дуу нь их усны шуугиан мэт байлаа. Тэр баруун гартаа долоон од барьж байсан; амнаас нь хоёр талдаа иртэй хурц илд гарч байв; төрх нь хүч чадалдаа гийх нар мэт байлаа. Илчлэлт 1:13–16.</w:t>
      </w:r>
    </w:p>
    <w:p>
      <w:pPr>
        <w:pStyle w:val="ArticleBody"/>
        <w:jc w:val="left"/>
      </w:pPr>
      <w:r>
        <w:rPr>
          <w:rFonts w:ascii="Times New Roman" w:hAnsi="Times New Roman" w:eastAsia="Times New Roman" w:cs="Times New Roman"/>
        </w:rPr>
        <w:t>Арван хоёрдугаар эшлэлд Иохан эргэн харж, Христийн үзэгдлийг үздэг бөгөөд Эллен Уайт эгч үүнийг Даниелын үзсэн Христийн үзэгдэлтэй, мөн Исаиа, Иеремиа, Езекиел, Паул нарын үзсэн тэрхүү үзэгдэлтэй адилтган үздэг.</w:t>
      </w:r>
    </w:p>
    <w:p>
      <w:pPr>
        <w:pStyle w:val="ArticleScripture"/>
        <w:jc w:val="left"/>
      </w:pPr>
      <w:r>
        <w:rPr>
          <w:rFonts w:ascii="Times New Roman" w:hAnsi="Times New Roman" w:eastAsia="Times New Roman" w:cs="Times New Roman"/>
        </w:rPr>
        <w:t>“Пентекостын өдрийн үйл явдлууд тэр үед илэрснээс ч илүү агуу хүчээр дахин давтагдах цагийг би чин сэтгэлийн халуун хүслээр тэсэн ядан хүлээж байна. Иохан: ‘Би тэнгэрээс бууж ирэх өөр нэгэн тэнгэрэлчийг харлаа; тэр их эрх мэдэлтэй байсан бөгөөд газар дэлхий түүний алдар суугаар гэрэлтэв’ гэж өгүүлдэг. Тэгвэл Пентекостын үед байсанчлан, хүмүүс үнэнийг хүн бүр өөрийн төрөлх хэлээр өөрт нь тунхаглагдахыг сонсох болно.”</w:t>
      </w:r>
    </w:p>
    <w:p>
      <w:pPr>
        <w:pStyle w:val="ArticleScripture"/>
        <w:jc w:val="left"/>
      </w:pPr>
      <w:r>
        <w:rPr>
          <w:rFonts w:ascii="Times New Roman" w:hAnsi="Times New Roman" w:eastAsia="Times New Roman" w:cs="Times New Roman"/>
        </w:rPr>
        <w:t>“Бурханд чин сэтгэлээсээ үйлчлэхийг хүсдэг сүнс бүрд Бурхан шинэ амьсгал, шинэ амийг өгч чадна [Адам болон Езекиелийн ясны хөндий], мөн тахилын ширээнээс авсан амьд нүүрсээр уруулд нь хүрч [Исаиа], тэднийг Өөрийн магтаалаар уран яруу өгүүлэгч болгоно. Мянга мянган дуу хоолой Бурханы Үгийн гайхамшигт үнэнүүдийг тунхаглан өгүүлэх хүчээр дүүргэгдэх болно. Ээрэн тээнэгэлздэг хэл нь тайлагдаж [Исаиагийн өөр хэл], аймхай нэгэн ч үнэний төлөө зоригтой гэрчлэл өргөхөд хүчирхэг болгогдоно. Эзэн Өөрийн ард түмэнд сүнсний сүмийг аливаа бузарлалаас цэвэрлэхэд нь тусалж [Малахын левичүүд], мөн Түүнтэй тийм ойр холбоог хадгалахуйц болгоосой, ингэснээр хожмын бороо асгарах үед тэд түүнээс хүртэгчид болох болтугай.” Review and Herald, July 20, 1886.</w:t>
      </w:r>
    </w:p>
    <w:p>
      <w:pPr>
        <w:pStyle w:val="ArticleBody"/>
        <w:jc w:val="left"/>
      </w:pPr>
      <w:r>
        <w:rPr>
          <w:rFonts w:ascii="Times New Roman" w:hAnsi="Times New Roman" w:eastAsia="Times New Roman" w:cs="Times New Roman"/>
        </w:rPr>
        <w:t>Бидний авч үзэж буй үзэгдэлд Христийн дуу хоолойн дүрслэл багтсан байдаг. Иохан эргэн харж, Христийн дуу хоолойг сонсохдоо, тэр нь “олон усны” шуугиан адил байдаг. Христийн дуу хоолой хүмүүсийн, эсвэл сонгогдсон ард түмнийхээ хамт байгуулсан Өөрийн гэрээний тухай өгүүлэх үедээ олон устай холбогддог. Даниелын долоогоос есдүгээр бүлгүүдийн захиас 1798 онд лац нь тайлагдсан бөгөөд дараа нь, 1989 онд Даниелын аравдугаас арванхоёрдугаар бүлгүүдийн захиас лац нь тайлагдсан. 1798 он Улай голын дуу хоолойтой, харин 1989 он Хиддекел голын дуу хоолойтой холбогддог.</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зориулан өгөгдсөн юм. Түүний Шинарын аугаа их мөрнүүд болох Улай болон Хиддекелийн эрэг дээр үзсэн үзэгдлүүд эдүгээ биеллийн явцад оршиж байгаа бөгөөд зөгнөн хэлэгдсэн бүх үйл явдал удахгүй биелэн тохиох болно.” Testimonies to Ministers, 112.</w:t>
      </w:r>
    </w:p>
    <w:p>
      <w:pPr>
        <w:pStyle w:val="ArticleBody"/>
        <w:jc w:val="left"/>
      </w:pPr>
      <w:r>
        <w:rPr>
          <w:rFonts w:ascii="Times New Roman" w:hAnsi="Times New Roman" w:eastAsia="Times New Roman" w:cs="Times New Roman"/>
        </w:rPr>
        <w:t>Иорданд гол нь эртний Израилийн альфа гэрээний түүх ба омега гэрээний түүхийг холбосон холбоос мөн. “Иордан” гэдэг үг нь “доош буугч” гэсэн утгатай бөгөөд Христийг, “агуу доош буугч”-ийг бэлгэддэг.</w:t>
      </w:r>
    </w:p>
    <w:p>
      <w:pPr>
        <w:pStyle w:val="ArticleScripture"/>
        <w:jc w:val="left"/>
      </w:pPr>
      <w:r>
        <w:rPr>
          <w:rFonts w:ascii="Times New Roman" w:hAnsi="Times New Roman" w:eastAsia="Times New Roman" w:cs="Times New Roman"/>
        </w:rPr>
        <w:t>Та нарын дотор Христ Есүст байсан тэрхүү ухаан бодол байг. Тэрбээр Бурханы дүр төрхөд оршиж байсан атлаа Бурхантай эрх тэгш байхыг булаан авах зүйл гэж үзсэнгүй. Харин Өөрийгөө хоосолж, зарцын дүрийг авч, хүний адил болсон. Тэрбээр хүний байдалтайгаар илэрч, Өөрийгөө даруу болгож, үхэл хүртэл, тэр ч байтугай загалмайн үхэл хүртэл дуулгавартай байсан. Филиппой 2:5–9.</w:t>
      </w:r>
    </w:p>
    <w:p>
      <w:pPr>
        <w:pStyle w:val="ArticleBody"/>
        <w:jc w:val="left"/>
      </w:pPr>
      <w:r>
        <w:rPr>
          <w:rFonts w:ascii="Times New Roman" w:hAnsi="Times New Roman" w:eastAsia="Times New Roman" w:cs="Times New Roman"/>
        </w:rPr>
        <w:t>Иордан гол нь Христийг, өөрөөр хэлбэл “агуу уруудан буугч”-ийг төлөөлдөг бөгөөд Иордан нь усан үзмийн талбайг арчлан хамгаалахаар даалгасан Бурханы сонгогдсон ард түмний альфа ба омега түүхийн хоорондын холбоос юм. Мосегийн авралын уснууд нь Христийн дуу хоолойг төлөөлдөг бөгөөд хэрэв сүнс зөвхөн эргэн тойрон харж, “өөрсдийн араас” гарах тэрхүү дуу хоолойг сонсохсон бол, тэгвэл тэдний сонсох дуу нь—олон усны дуу хоолой юм. Ноагийн үерээс эхлээд МЭ 70 онд Иерусалим сүйрэх хүртэлх хугацаанд авралын уснууд Бурханы гэрээт ард түмэнд замын тэмдэгүүд болгон тавигдсан байдаг. Тэдгээр замын тэмдэгүүд нь Бурханы эцсийн гэрээт ард түмэн болох нэг зуун дөчин дөрвөн мянгын дотоод түүхийг төлөөлдөг. Иордан голыг тэтгэдэг ус нь Иорданы эхийг бүрдүүлдэг Хермоны уулсад хуримтлагддаг шүүдэр, цаснаас эх үүсвэрээ авдаг.</w:t>
      </w:r>
    </w:p>
    <w:p>
      <w:pPr>
        <w:pStyle w:val="ArticleScripture"/>
        <w:jc w:val="left"/>
      </w:pPr>
      <w:r>
        <w:rPr>
          <w:rFonts w:ascii="Times New Roman" w:hAnsi="Times New Roman" w:eastAsia="Times New Roman" w:cs="Times New Roman"/>
        </w:rPr>
        <w:t>Давидын өгсөх дуу. Ах дүүс эв нэгдэл дотор хамтран орших нь хичнээн сайн бөгөөд хичнээн тааламжтай билээ! Энэ нь толгой дээр асгагдаад сахал руу, Аароны сахал руу урсан бууж, улмаар түүний хувцасны хормой хүрсэн тэр үнэт тос мэт; Хермоны шүүдэр мэт, мөн Сионы уулс дээр буусан шүүдэр мэт юм. Учир нь тэнд ЭЗЭН ерөөлийг, бүр мөнх амийг ч тушаасан билээ. Дуулал 133:1–3.</w:t>
      </w:r>
    </w:p>
    <w:p>
      <w:pPr>
        <w:pStyle w:val="ArticleBody"/>
        <w:jc w:val="left"/>
      </w:pPr>
      <w:r>
        <w:rPr>
          <w:rFonts w:ascii="Times New Roman" w:hAnsi="Times New Roman" w:eastAsia="Times New Roman" w:cs="Times New Roman"/>
        </w:rPr>
        <w:t>Тэдгээр ус мөн Даниел 11:13–15-д гардаг Паниумд, мөн Петрийн өдрүүдэд Кесари Филиппид оршиж байсан агуйн дотор байрлах, гүн цөөрөм бүхий Паны агуйг бий болгодог. Иорданы голын эх ус мөн Паны агуйн сатанлаг цөөрмийг бий болгодог. Олон усны дуу хоолой нь Христ ба Сатаны хоорондох агуу тэмцэл Хермоны нурууны өндөр оргилуудаас эхтэй болохыг тодорхойлдог.</w:t>
      </w:r>
    </w:p>
    <w:p>
      <w:pPr>
        <w:pStyle w:val="ArticleScripture"/>
        <w:jc w:val="left"/>
      </w:pPr>
      <w:r>
        <w:rPr>
          <w:rFonts w:ascii="Times New Roman" w:hAnsi="Times New Roman" w:eastAsia="Times New Roman" w:cs="Times New Roman"/>
        </w:rPr>
        <w:t>Би чамд мөн хэлье: чи бол Петр; энэ хад чулуун дээр Би Өөрийн чуулганыг байгуулна; тамын үүднүүд түүнийг дийлэхгүй. Матай 16:18.</w:t>
      </w:r>
    </w:p>
    <w:p>
      <w:pPr>
        <w:pStyle w:val="ArticleBody"/>
        <w:jc w:val="left"/>
      </w:pPr>
      <w:r>
        <w:rPr>
          <w:rFonts w:ascii="Times New Roman" w:hAnsi="Times New Roman" w:eastAsia="Times New Roman" w:cs="Times New Roman"/>
        </w:rPr>
        <w:t>“Хермон” хэмээх нэр нь “ариун, ариусгагдсан, зориулсан, эсвэл тусгаарлагдсан” гэсэн утгатай бөгөөд тэнгэрийн бэлгэдэл юм. Тэнгэр нь бүх усны эх сурвалж бөгөөд “тамын хаалгууд”-аар дүрслэгдсэн агуу тэмцлийн эхлэл мөн. Энэ нь Есүс Кесари Филиппид байхдаа Паны агуйд өгсөн нэршил байв. Тэр нөхцөлд Симон Баржонагийн нэр Петр болж өөрчлөгдсөн. Симон гэдэг нь “сонсогч нэгэн” гэсэн утгатай, харин Баржона гэдэг нь “тагтааны хүү” гэсэн утгатай. Симон бол тагтааны дүрээр илэрхийлэгдсэн Ариун Сүнсээр төлөөлөгдсөн Есүсийн баптисмын мэдээг сонссон сүнсний бэлгэдэл байв. Христийн баптисмын мэдээг сонссон нэгэн болох Петр өөрчлөгдөж, 144,000-ыг төлөөлдөг. Петр Паниумд байхдаа лацлагдсан бөгөөд энэ нь Даниел 11-ийн арван гуравдугаар ишлэлээс арван тавдугаар ишлэл хүртэлх хэсэг юм.</w:t>
      </w:r>
    </w:p>
    <w:p>
      <w:pPr>
        <w:pStyle w:val="ArticleBody"/>
        <w:jc w:val="left"/>
      </w:pPr>
      <w:r>
        <w:rPr>
          <w:rFonts w:ascii="Times New Roman" w:hAnsi="Times New Roman" w:eastAsia="Times New Roman" w:cs="Times New Roman"/>
        </w:rPr>
        <w:t>Хермоны уснаас урсан гарах Иордан гол нь Христийн бэлгэдэл бөгөөд агуу Доош Буурагч Өөрийн аяллыг Үхмэл тэнгист төгсгөдөг. Амийн шүүдэр эх авдаг Тэнгэрээс Христ Үхмэл тэнгисээр төлөөлөгдөх загалмайн үхэл рүү бууж ирсэн. Үхмэл тэнгисийн эрэг нь газар дэлхийн ил гарсан гадаргын хамгийн гүн цэг юм. Доош урсдаг Иордан гол газар дэлхийн хамгийн нам усны түвшин рүү буудаг нь Христ загалмай дээрх Өөрийн үхэл рүү бууж ирсэнтэй адил юм. Амийн уснаас үхлийн ус хүртэл, Иордан гол нь Христийн тэнгэрээс загалмай хүртэлх буултыг төлөөлдөг.</w:t>
      </w:r>
    </w:p>
    <w:p>
      <w:pPr>
        <w:pStyle w:val="ArticleBody"/>
        <w:jc w:val="left"/>
      </w:pPr>
      <w:r>
        <w:rPr>
          <w:rFonts w:ascii="Times New Roman" w:hAnsi="Times New Roman" w:eastAsia="Times New Roman" w:cs="Times New Roman"/>
        </w:rPr>
        <w:t>Библийн эш үзүүллэгийн чухал сэдвүүд усантай холбоотой бөгөөд Библийн эш үзүүллэг нь Христийн дуу хоолой, өөрөөр хэлбэл их усны шуугиан мэт дуу хоолой юм. Вавилоны янхан олон усан дээр суусан байдаг, мөн зүүн зүгийн хаадын замыг бэлтгэхийн тулд Евфратын ус ширгэж, худалдаачид ба хаад холоос зогсон гашууддаг нь Таршишийн хөлгүүд тэнгисүүдийн дунд сүйрсэнтэй холбоотой бөгөөд Ефраимын архичид худал хуурмагийн дор нуугдахдаа хүлээн зөвшөөрсөн үхлийн гэрээ нь папын Ням гаргийн хуулийн халин давсан үерээр хүчингүй болдог.</w:t>
      </w:r>
    </w:p>
    <w:p>
      <w:pPr>
        <w:pStyle w:val="ArticleBody"/>
        <w:jc w:val="left"/>
      </w:pPr>
      <w:r>
        <w:rPr>
          <w:rFonts w:ascii="Times New Roman" w:hAnsi="Times New Roman" w:eastAsia="Times New Roman" w:cs="Times New Roman"/>
        </w:rPr>
        <w:t>Уайт эгч “Шинарын агуу мөрнүүд”-ийг дурдахдаа Тигр ба Евфрат мөрнүүдийг хэлж байна. Эдгээр усны эх сурвалжийг Еден цэцэрлэг хүртэл мөшгөн тогтоож болох бөгөөд тэнд тэд Еденээс урсан гардаг гурав дахь, дөрөв дэх мөрөн юм.</w:t>
      </w:r>
    </w:p>
    <w:p>
      <w:pPr>
        <w:pStyle w:val="ArticleScripture"/>
        <w:jc w:val="left"/>
      </w:pPr>
      <w:r>
        <w:rPr>
          <w:rFonts w:ascii="Times New Roman" w:hAnsi="Times New Roman" w:eastAsia="Times New Roman" w:cs="Times New Roman"/>
        </w:rPr>
        <w:t>Гурав дахь голын нэр нь Хиддекел; энэ нь Ассирийн зүүн тийш урсдаг гол мөн. Харин дөрөв дэх гол нь Евфрат юм. Эхлэл 2:14.</w:t>
      </w:r>
    </w:p>
    <w:p>
      <w:pPr>
        <w:pStyle w:val="ArticleBody"/>
        <w:jc w:val="left"/>
      </w:pPr>
      <w:r>
        <w:rPr>
          <w:rFonts w:ascii="Times New Roman" w:hAnsi="Times New Roman" w:eastAsia="Times New Roman" w:cs="Times New Roman"/>
        </w:rPr>
        <w:t>Хиддекел бол Тигр мөрөн мөн бөгөөд, мэдээж, Евфрат бол Евфрат мөн байсан, хэдийгээр орчин үеийн түүхчид болон теологичид үүнтэй санал нийлэхгүй байдаг ч. Тэд Улай нь агуу мөрөн байгаагүй, харин Шинар бус Перст байдаг хүний гараар байгуулсан усан суваг төдий байсан хэмээн зүтгэдэг. Тэрхүү хүний эрх мэдэлтнүүд Шинартай холбогддог онцгойлон тэмдэглэхүйц цорын ганц хоёр мөрөн нь Тигр ба Евфрат байсан гэж үздэг бөгөөд эш үзүүлэгч эмэгтэй Улай ба Хиддекелийг “Шинарын агуу мөрнүүд” хэмээн өгүүлдэг.</w:t>
      </w:r>
    </w:p>
    <w:p>
      <w:pPr>
        <w:pStyle w:val="ArticleBody"/>
        <w:jc w:val="left"/>
      </w:pPr>
      <w:r>
        <w:rPr>
          <w:rFonts w:ascii="Times New Roman" w:hAnsi="Times New Roman" w:eastAsia="Times New Roman" w:cs="Times New Roman"/>
        </w:rPr>
        <w:t>Усны захиасын тухай эш үзүүлэгч эмэгтэйн үгс нь эртний мэргэд Ноагийн усны захиасыг эсэргүүцсэнтэй адил, орчин үеийн мэргэжилтнүүдийг эсэргүүцдэг. Хоёр голоор төлөөлөгдсөн тэр хоёр үзэгдэл биеллийн явцад оршиж байгаа бөгөөд иймээс “Шинарын хоёр агуу гол”-оор өгөгдсөн тэр хоёр үзэгдлийн дотор дүрслэгдсэн бүхэн тун удахгүй биелэн өнгөрөх болно гэдгийг бидэнд мэдүүлсэн байдаг. Тэдгээр голуудтай холбоотой захиас нь Христийн дуу хоолой мөн, учир нь Түүний дуу хоолой олон усны дуун адил билээ. Тигр ба Евфрат нь эш үзүүллэгийн нэгэн томоохон сэдвийг төлөөлдөг бөгөөд тэдний гэрчлэл нь альфа Мосегийн тогтоосон гэрээтэй холбоотой, тэр нь омега Христийн баталсан мөнөөх л гэрээ юм.</w:t>
      </w:r>
    </w:p>
    <w:p>
      <w:pPr>
        <w:pStyle w:val="ArticleBody"/>
        <w:jc w:val="left"/>
      </w:pPr>
      <w:r>
        <w:rPr>
          <w:rFonts w:ascii="Times New Roman" w:hAnsi="Times New Roman" w:eastAsia="Times New Roman" w:cs="Times New Roman"/>
        </w:rPr>
        <w:t>Эш үзүүллэгт Тигр нь Ассурыг, Евфрат нь Вавилоныг төлөөлдөг. Энэ харилцаанд тэд бол Иеремиагийн арслангаар дүрсэлсэн хоёр хүч бөгөөд эхлээд хойд хаант улсыг, түүнээс хойш өмнөд хаант улсыг олзлолд авч явах байсан юм.</w:t>
      </w:r>
    </w:p>
    <w:p>
      <w:pPr>
        <w:pStyle w:val="ArticleScripture"/>
        <w:jc w:val="left"/>
      </w:pPr>
      <w:r>
        <w:rPr>
          <w:rFonts w:ascii="Times New Roman" w:hAnsi="Times New Roman" w:eastAsia="Times New Roman" w:cs="Times New Roman"/>
        </w:rPr>
        <w:t>Израиль бол тараагдсан хонь мөн; арслангууд түүнийг хөөн зайлуулсан. Эхлээд Ассирийн хаан түүнийг залгисан; харин эцэст нь Вавилоны хаан энэ Небухадрезар түүний ясыг хэмхэлсэн юм. Иеремиа 50:17.</w:t>
      </w:r>
    </w:p>
    <w:p>
      <w:pPr>
        <w:pStyle w:val="ArticleBody"/>
        <w:jc w:val="left"/>
      </w:pPr>
      <w:r>
        <w:rPr>
          <w:rFonts w:ascii="Times New Roman" w:hAnsi="Times New Roman" w:eastAsia="Times New Roman" w:cs="Times New Roman"/>
        </w:rPr>
        <w:t>Ассири ч, Вавилон ч Израилийн аль ч хаант улсын хувьд хойд зүгийн дайснууд байсан бөгөөд иймээс хуурамч хойд хааны—папын эрх мэдлийн—бэлгэдэлт дүрүүд мөн. Үндсэндээ нэгэн ижил соёлын орчноос гарч ирсэн энэ хоёр хүч ижил төрлийн улс төрийн болон шашны уламжлалуудыг хэрэгжүүлсэн боловч Ассирийн улс төрийн бүтэц нь төрийн арга ухааныг онцлон илэрхийлж байсан бол, Вавилон нь, маш төстэй хэдий ч, сүмийн арга ухааныг онцолсон юм. Харийн Ром ба папын Ром нь зарим түвшинд адилхан боловч, харийн Ром нь төрийн арга ухааныг, харин папын Ром нь сүмийн арга ухааныг төлөөлдөг. Зөгнөлийн хувьд Вавилонтой холбогдохдоо Ассири нь төрийн арга ухааны хаант улс байсан бөгөөд түүний дараа гарч ирсэн Вавилон нь сүмийн арга ухааныг онцолсон төстэй хүч байв. Ассири нь харийн Ромыг төлөөлж, Вавилон нь папын Ромыг төлөөлдөг. Эдгээр дөрвөн хүч бүгд Бурханы ариун сүм болон цэргийг гишгэлэн доромжилсон. Ассири нь Тигр мөрөнтэй, Вавилон нь Евфрат мөрөнтэй холбогддог. Энэ нь Илчлэл ном дахь Евфрат ширгэх тухайтай нийцэж байгаа бөгөөд дорно зүгийн хаадын замыг бэлтгэхийн тулд Кирус Евфрат мөрнийг өөр тийш нь урсган Вавилоныг унагаасан үйл хэргээр урьдчилан дүрслэгдсэн билээ. Вавилон бол Евфрат; Ассири бол Тигр юм.</w:t>
      </w:r>
    </w:p>
    <w:p>
      <w:pPr>
        <w:pStyle w:val="ArticleBody"/>
        <w:jc w:val="left"/>
      </w:pPr>
      <w:r>
        <w:rPr>
          <w:rFonts w:ascii="Times New Roman" w:hAnsi="Times New Roman" w:eastAsia="Times New Roman" w:cs="Times New Roman"/>
        </w:rPr>
        <w:t>Зөгнөл дэх умардын хаан Ням гаргийн хуулийн хямралын үеэр дэлхийг байлдан дагуулж, түүнээс хойш унана. Гэвч тэрхүү байлдан дагууллыг олонтаа бүхнийг хамран авсан үерээр дүрслэн үзүүлдэг. Ассури болон Вавилоноор төлөөлүүлэн харуулсан умардын хааны түүх нь гол мөрнөөр бэлгэдэгддэг. Учир нь энэ түүхийг агуу их усны дуу хоолойгоор өгүүлдэг юм.</w:t>
      </w:r>
    </w:p>
    <w:p>
      <w:pPr>
        <w:pStyle w:val="ArticleBody"/>
        <w:jc w:val="left"/>
      </w:pPr>
      <w:r>
        <w:rPr>
          <w:rFonts w:ascii="Times New Roman" w:hAnsi="Times New Roman" w:eastAsia="Times New Roman" w:cs="Times New Roman"/>
        </w:rPr>
        <w:t>Хоёр мөрний хооронд орших нутгийг Месопотами гэдэг бөгөөд энэ нь “хоёр мөрний хоорондох газар” гэсэн утгатай. Тэр хоёр мөрөн нь Бурхан Өөрийн тэрслэн урвасан ард түмнийг олзлогдолд тараан шийтгэхэд ашигладаг умардын хүчийг төлөөлдөг. Олон усны дуу хоолойн цутгал урсгалуудын нэг нь “Паданарам” хэмээх нэрэнд илэрдэг бөгөөд энэ нь Сударт ердөө арван удаа дурдагддаг. Эхний дурдалт нь гэрээтэй холбоотой байдаг, учир нь энэ нь Исаакийн эхнэр Ребекагийн цусан угсааг тодорхойлдог. Тэр ишлэлд ийн өгүүлжээ:</w:t>
      </w:r>
    </w:p>
    <w:p>
      <w:pPr>
        <w:pStyle w:val="ArticleScripture"/>
        <w:jc w:val="left"/>
      </w:pPr>
      <w:r>
        <w:rPr>
          <w:rFonts w:ascii="Times New Roman" w:hAnsi="Times New Roman" w:eastAsia="Times New Roman" w:cs="Times New Roman"/>
        </w:rPr>
        <w:t>Исаак Ребекаг, өөрөөр хэлбэл Паданарамын сирич Бетуелийн охин, сирич Лабаны эгчийг эхнэрээ болгон авахдаа дөчин настай байв.</w:t>
      </w:r>
    </w:p>
    <w:p>
      <w:pPr>
        <w:pStyle w:val="ArticleBody"/>
        <w:jc w:val="left"/>
      </w:pPr>
      <w:r>
        <w:rPr>
          <w:rFonts w:ascii="Times New Roman" w:hAnsi="Times New Roman" w:eastAsia="Times New Roman" w:cs="Times New Roman"/>
        </w:rPr>
        <w:t>Дөчин жилийн төгсгөл нь Мосегийн гурван гэрчийн дагуу Кадеш, 1863 он, мөн Ням гаргийн хуулийг заахын тулд илчлэгдсэн билээ. Исаакийн гэрлэлт нь Христийн Ням гаргийн хуулийн үед нэг зуун дөчин дөрвөн мянгаттай байгуулах гэрлэлтийг бэлгэдсэн гэрээний гэрлэлт мөн; тэр Ням гаргийн хууль нь 1863 он мөн, тэр нь Кадеш мөн, тэр нь дөчин жилийн гэрээт түүхийн төгсгөл мөн. Ребека нь сиричүүдийн нэгний охин бөгөөд сирич Лабаны эгч дүү нь байсан бөгөөд тэрхүү Лабан нь гэрээт түүхийн дараагийн үед Исаакийн хүү Иаковтай байгуулсан гэрээг эвдсэн юм.</w:t>
      </w:r>
    </w:p>
    <w:p>
      <w:pPr>
        <w:pStyle w:val="ArticleBody"/>
        <w:jc w:val="left"/>
      </w:pPr>
      <w:r>
        <w:rPr>
          <w:rFonts w:ascii="Times New Roman" w:hAnsi="Times New Roman" w:eastAsia="Times New Roman" w:cs="Times New Roman"/>
        </w:rPr>
        <w:t>Бетуэл гэдэг нь “эзрэл сүйрлийн гэр” буюу “сүйтгэгчийн гэр” гэсэн утгатай; тиймээс Ребека нь “сүйтгэгчийн гэрийн” охин байв. Сири гэдэг нь өндөрлөг нутаг, тэгш өндөрлөг гэсэн утгатай бөгөөд Паданарам гэдэг нь Месопотами, өөрөөр хэлбэл завсрын газар гэсэн утгатай. Ребека нь “Ассирийн Тигр” ба “Вавилоны Евфрат” хоёрын хоорондох өндөрлөг Месопотамиас ирсэн сиричүүдийн цусан удам гарвалтай байсан бөгөөд тэд Эзэн Өөрийн урвагч хонийг тараахад ашигласан арсланг төлөөлдөг. Сүйтгэгчдийн гэр нь Исаак ба Ребекагийн гэрлэлтээр Бурханы гэртэй нэгдсэн юм. Паданарамын анхны дурдалтад, хальж бялхсан үер мэт дүрслэгддэг эш үзүүллэгийн хойд хааныг төлөөлөх эдгээр хоёр гол анх Эхлэл 25:20-д дурдагддаг нь санамсаргүй хэрэг биш юм.</w:t>
      </w:r>
    </w:p>
    <w:p>
      <w:pPr>
        <w:pStyle w:val="ArticleBody"/>
        <w:jc w:val="left"/>
      </w:pPr>
      <w:r>
        <w:rPr>
          <w:rFonts w:ascii="Times New Roman" w:hAnsi="Times New Roman" w:eastAsia="Times New Roman" w:cs="Times New Roman"/>
        </w:rPr>
        <w:t>Эзгүйрлийн гэрийн Бурханы гэрээт ард түмэнтэй холбогдох холбоо нь Иаков Есаваас зугтаж, авга ах Лабаныдаа хүрч очоод, дараагийн гэрээт гэрлэлтэд хүрэхийн тулд 2520 өдрийн хоёр хугацаанд тэнд үйлчилснээр үргэлжилдэг. Нэг гэрлэлт нь Израилийн умард хаант улсын тараагдлаар төгсөж, нөгөө гэрлэлт нь өмнөд хаант улсын тараагдлаар төгсөнө. Тэдгээр хоёр хаант улсын тус тусын тараагдлын хугацаа 1798 болон 1844 онд дуусахад, Иаковын 2520-ын хоёр хугацааны турш хөдөлмөрлөж биелүүлсэн тэрхүү гэрлэлт нь, хүргэн 1844 оны 10 дугаар сарын 22-нд гэрлэлтэд ирснээр биелсэн юм.</w:t>
      </w:r>
    </w:p>
    <w:p>
      <w:pPr>
        <w:pStyle w:val="ArticleBody"/>
        <w:jc w:val="left"/>
      </w:pPr>
      <w:r>
        <w:rPr>
          <w:rFonts w:ascii="Times New Roman" w:hAnsi="Times New Roman" w:eastAsia="Times New Roman" w:cs="Times New Roman"/>
        </w:rPr>
        <w:t>Тэгвэл Христ “ядарч туйлдсан” гэсэн утгатай Леатай гэрлэсэн үү, эсвэл “сайн аялагч” гэсэн утгатай Рахельтай гэрлэсэн үү? Леа ба Рахель нь 1844 оны 10 дугаар сарын 22-нд Иаковтай гэрлэхээр явж буй хоёр ангиллын онгон бүсгүйчүүдийг төлөөлдөг: нэг нь “эцэж сульддаг” онгон, нөгөө нь Иаковтай гэрлэх замд “сайн явдаг” онгон юм.</w:t>
      </w:r>
    </w:p>
    <w:p>
      <w:pPr>
        <w:pStyle w:val="ArticleScripture"/>
        <w:jc w:val="left"/>
      </w:pPr>
      <w:r>
        <w:rPr>
          <w:rFonts w:ascii="Times New Roman" w:hAnsi="Times New Roman" w:eastAsia="Times New Roman" w:cs="Times New Roman"/>
        </w:rPr>
        <w:t>“Замын эхэнд, тэдний ар талд, хурц гэрэл асаан байрлуулсан байсан бөгөөд нэгэн тэнгэрэлч надад үүнийг ‘шөнийн дундын хашхираан’ гэж хэлсэн. Энэ гэрэл замын туршид бүхэлдээ тусаж, тэд бүдэрч унахгүйн тулд хөлд нь гэрэл өгч байв.</w:t>
      </w:r>
    </w:p>
    <w:p>
      <w:pPr>
        <w:pStyle w:val="ArticleScripture"/>
        <w:jc w:val="left"/>
      </w:pPr>
      <w:r>
        <w:rPr>
          <w:rFonts w:ascii="Times New Roman" w:hAnsi="Times New Roman" w:eastAsia="Times New Roman" w:cs="Times New Roman"/>
        </w:rPr>
        <w:t>“Тэд өөрсдийн нүдийг яг өмнө нь байж, тэднийг хот уруу удирдан дагуулж байсан Есүс дээр тогтоон харж байсан цагт аюулгүй байв. Гэвч удалгүй зарим нь ядарч, тэр хот маш хол байна, тэд үүнээс өмнө түүнд орсон байх ёстой гэж хэлэв. Тэгэхэд Есүс Өөрийн сүр жавхлант баруун мутраа өргөн тэднийг зоригжуулдаг байсан бөгөөд Түүний мутраас Адвентын бүлгийн дээгүүр намиран тусах гэрэл гарч ирэхэд тэд ‘Аллилуйя!’ хэмээн хашхирдаг байв. Бусад нь ардаа байсан тэр гэрлийг улайран үгүйсгэж, тэднийг ийм хол хүртэл удирдан авчирсан нь Бурхан биш гэж хэлэв. Тэдний ар дахь гэрэл унтарч, хөлийнх нь дор төгс харанхуй болж, тэд бүдэрч, зорилго тэмдэг болон Есүсийг харахаа больж, замаас доош унан, доор орших харанхуй, ёс бус ертөнц рүү унав.” Эртний Бичвэрүүд, 15.</w:t>
      </w:r>
    </w:p>
    <w:p>
      <w:pPr>
        <w:pStyle w:val="ArticleBody"/>
        <w:jc w:val="left"/>
      </w:pPr>
      <w:r>
        <w:rPr>
          <w:rFonts w:ascii="Times New Roman" w:hAnsi="Times New Roman" w:eastAsia="Times New Roman" w:cs="Times New Roman"/>
        </w:rPr>
        <w:t>1844 онд Филаделфи дахь Миллерит хөдөлгөөн гэрлэлтийн ёслолд орсон. 1844 оны 10-р сарын 22-ны гэрлэлт нь Рахел ба Леагаар төлөөлөгдсөн мөргөгчдийн хоёр ангийг салгасан. Рахел нь 1844 оны 10-р сарын 22-ны гэрлэлтийн зүг чиглэсэн замаар амжилттай явж ирсэн нэгэн ангийг төлөөлдөг бол, Леагийн анги эцэж цуцсан байв. Тэгээд тэд салгагдаж, гурав дахь тэнгэрэлчийн шалгалтын үйл явц Шөнө дундын Хашхирааны шалгалтын үйл явц төгссөн яг тэр газарт эхэлсэн.</w:t>
      </w:r>
    </w:p>
    <w:p>
      <w:pPr>
        <w:pStyle w:val="ArticleBody"/>
        <w:jc w:val="left"/>
      </w:pPr>
      <w:r>
        <w:rPr>
          <w:rFonts w:ascii="Times New Roman" w:hAnsi="Times New Roman" w:eastAsia="Times New Roman" w:cs="Times New Roman"/>
        </w:rPr>
        <w:t>Гэрлэлт эхэлсэн бөгөөд түүнээс хойш биелж, шалгагдах ёстой байв. Гэрлэлт 1846 онд биелж, гурав дахь тэнгэрэлчийн шалгалтын үйл явц эхэлсэн. 1849 ба 1850 онд Эзэн Өөрийн үлдэгдлийг цуглуулахын тулд мутраа хоёр дахь удаагаа сунгаж байв. Тэр үед Хабаккукийн хоёр дахь хүснэгт түүхэнд байршсан нь Зарлигийн хоёр дахь багцаар хэв шинжлэгдсэн билээ. Мосе эхний багцыг хагалсны дараа хүснэгтүүдийн хоёр дахь багц гарч ирсэн. 1850 оны зураглал 1843 оныхыг орлож, 1850 онд Бурханы шинэ гэрээний сүйт бүсгүй болох эртний Израилийн шалгалт Кадеш болон 1863 он өөд үргэлжилсээр байв.</w:t>
      </w:r>
    </w:p>
    <w:p>
      <w:pPr>
        <w:pStyle w:val="ArticleBody"/>
        <w:jc w:val="left"/>
      </w:pPr>
      <w:r>
        <w:rPr>
          <w:rFonts w:ascii="Times New Roman" w:hAnsi="Times New Roman" w:eastAsia="Times New Roman" w:cs="Times New Roman"/>
        </w:rPr>
        <w:t>1856 онд хоёр мөрнөөс урсан ирэх ус Хайрэм Эдсоны үзгээр дамжин дахин гарч ирэв. Эдсоны үзгээр дамжин ирсэн “долоон цаг”-ийн талаарх гэрэл нь Эденийн цэцэрлэгээс эш үзүүллэгийн гэрчлэлээ эхлүүлсэн тэр хоёр мөрнөөр төлөөлөгдсөн гэрэл байв. Эденийн цэцэрлэг нь хүн төрөлхтний Бурханы хуульд тэрсэлсний бэлгэдэл бөгөөд Улай ба Хиддекел мөрний ус замналаа эхлүүлдэг газар мөн. Тэд гэрээний түүхийн турш урсан өнгөрдөг; учир нь тэр цэцэрлэг, өөрөөр хэлбэл тэрслүүний бэлгэдэл болсон тэр газар нь бас Адам, Ева хоёрын нөмөрсөн инжрийн навчыг орлуулах хувцас бэлтгэхийн тулд нэгэн хурга нядлагдсан газар билээ. Гэрээний түүх нь Адам ба Бурханы хоорондох амийн гэрээгээр эхэлдэг. Амийн модоор бэлгэдэгдсэн тэрхүү гэрээ нь Адам, Ева хоёрын эвдсэн гэрээнд хүргэж, улмаар дэлхийн сууриас өмнө нядлагдсан Хурга нүцгэн бөгөөд төөрсөн тэр хоёрыг хувцасласнаар амийн шинэ гэрээг эхлүүлсэн юм. Тэр цэцэрлэгээс урсдаг хоёр мөрөн эцэстээ Бурхан өөрийн цээрлүүлэлтийн саваа болгон хэрэглэдэг хүчнүүдийн бэлгэдэл болдог.</w:t>
      </w:r>
    </w:p>
    <w:p>
      <w:pPr>
        <w:pStyle w:val="ArticleScripture"/>
        <w:jc w:val="left"/>
      </w:pPr>
      <w:r>
        <w:rPr>
          <w:rFonts w:ascii="Times New Roman" w:hAnsi="Times New Roman" w:eastAsia="Times New Roman" w:cs="Times New Roman"/>
        </w:rPr>
        <w:t>Ассури хүн ээ, чи бол Миний уур хилэнгийн саваа, тэдний гарт буй таяг нь Миний зэвүүцэл мөн. Би түүнийг хоёр нүүрт үндэстний эсрэг илгээж, Өөрийн уур хилэнгийн ард түмний эсрэг түүнд тушаал өгнө; олзыг нь дээрэмдүүлж, авдрыг нь булаалгаж, гудамжны шавар мэт гишгэлүүлнэ. Исаиа 10:5, 6.</w:t>
      </w:r>
    </w:p>
    <w:p>
      <w:pPr>
        <w:pStyle w:val="ArticleBody"/>
        <w:jc w:val="left"/>
      </w:pPr>
      <w:r>
        <w:rPr>
          <w:rFonts w:ascii="Times New Roman" w:hAnsi="Times New Roman" w:eastAsia="Times New Roman" w:cs="Times New Roman"/>
        </w:rPr>
        <w:t>Тэр хоёр гол Едэнээс урсан гарч, Ребекагийн угсаа хийгээд түүний Исаактай байгуулсан гэрээт гэрлэлтээр дамжин, цаашлаад Иаковт хүрдэг бөгөөд тэнд тэр хоёр голын ус нь долоон цагийн хоёр тусдаа үе болгон дүрслэгдсэн байдаг. Дараа нь, мөнөөх хоёр гол Даниелын сүүлчийн зургаан бүлгээр урсан өнгөрөх бөгөөд гол тус бүрээр гурван бүлэг төлөөлөгдөнө. Нэг гол нь долоо, найм, есдүгээр бүлгүүдэд лацнаас тайлагдсан мэдлэгийн өсөлтийг, нөгөө гол нь арав, арван нэг, арван хоёрдугаар бүлгүүдэд лацнаас тайлагдсан мэдлэгийн өсөлтийг төлөөлдөг.</w:t>
      </w:r>
    </w:p>
    <w:p>
      <w:pPr>
        <w:pStyle w:val="ArticleBody"/>
        <w:jc w:val="left"/>
      </w:pPr>
      <w:r>
        <w:rPr>
          <w:rFonts w:ascii="Times New Roman" w:hAnsi="Times New Roman" w:eastAsia="Times New Roman" w:cs="Times New Roman"/>
        </w:rPr>
        <w:t>Долоо, найм, есдүгээр бүлгүүдийг Улай мөрний үзэгдэл болгон дүрсэлсэн бөгөөд арав, арван нэг, арван хоёрдугаар бүлгүүдэд Христ мөн адил байдлаар дүрслэгдсэн байна. Гурван бүлгээр илэрхийлэгдсэн энэ хоёр мөрний үзэгдэлд хоёуланд нь Христ усыг дээр зогсож буйгаар дүрслэгдсэн байна.</w:t>
      </w:r>
    </w:p>
    <w:p>
      <w:pPr>
        <w:pStyle w:val="ArticleScripture"/>
        <w:jc w:val="left"/>
      </w:pPr>
      <w:r>
        <w:rPr>
          <w:rFonts w:ascii="Times New Roman" w:hAnsi="Times New Roman" w:eastAsia="Times New Roman" w:cs="Times New Roman"/>
        </w:rPr>
        <w:t>Тэгээд би, өөрөө Даниел би, тэр үзэгдлийг үзээд утгыг нь ойлгохыг эрж хайж байтал, болгоогтун, миний өмнө хүний дүртэй нэгэн зогсож байлаа. Тэгээд би Улай мөрний хоёр эргийн хоорондохоос хүний дууг сонсов; тэр дуудаж, —Габриел, энэ хүнд үзэгдлийг ойлгуул,— гэж хэлэв. Даниел 8:15, 16.</w:t>
      </w:r>
    </w:p>
    <w:p>
      <w:pPr>
        <w:pStyle w:val="ArticleBody"/>
        <w:jc w:val="left"/>
      </w:pPr>
      <w:r>
        <w:rPr>
          <w:rFonts w:ascii="Times New Roman" w:hAnsi="Times New Roman" w:eastAsia="Times New Roman" w:cs="Times New Roman"/>
        </w:rPr>
        <w:t>Аравдугаар бүлэг дэх Христийн үзэгдэл нь Иоханы Илчлэлт номын нэгдүгээр бүлэгт үзсэн үзэгдэлтэй төстэй бөгөөд Даниелын наймдугаар бүлгийн үзэгдэлд Палмони усан дээр байсантай адил, арван хоёрдугаар бүлэгт ч Тэр маалинган хувцас өмссөнөөрөө усан дээр байв.</w:t>
      </w:r>
    </w:p>
    <w:p>
      <w:pPr>
        <w:pStyle w:val="ArticleScripture"/>
        <w:jc w:val="left"/>
      </w:pPr>
      <w:r>
        <w:rPr>
          <w:rFonts w:ascii="Times New Roman" w:hAnsi="Times New Roman" w:eastAsia="Times New Roman" w:cs="Times New Roman"/>
        </w:rPr>
        <w:t>“Гавриелын айлчлалын үед эш үзүүлэгч Даниел цаашдын заавар сургамжийг хүлээн авах чадваргүй байсан; гэвч хэдэн жилийн дараа, бүрэн тайлбарлагдаагүй байсан зүйлсийн талаар илүүг мэдэхийг хүсэн, тэр дахин Бурханаас гэрэл ба мэргэн ухааныг эрэн хайхад өөрийгөө зориулав. ‘Тэр өдрүүдэд би Даниел бүтэн гурван долоо хоног гашуудан байв. Би амтат талх идээгүй, амандаа мах ч, дарс ч оруулаагүй, мөн өөрийгөө огт тослоогүй…. Тэгээд би нүдээ өргөн харвал, маалинган хувцас өмссөн, бэлхүүс нь Уфазын шижир алтаар бүсэлсэн нэгэн хүн харагдав. Түүний бие биндэръяа чулуу мэт, нүүр царай нь аянгын дүр төрх мэт, нүд нь галын дэнлүү мэт, гар хөл нь өнгөлсөн гууль мэт өнгөтэй, үгийнх нь дуу хоолой үй олон хүний дуу хоолой мэт байв.’</w:t>
      </w:r>
    </w:p>
    <w:p>
      <w:pPr>
        <w:pStyle w:val="ArticleScripture"/>
        <w:jc w:val="left"/>
      </w:pPr>
      <w:r>
        <w:rPr>
          <w:rFonts w:ascii="Times New Roman" w:hAnsi="Times New Roman" w:eastAsia="Times New Roman" w:cs="Times New Roman"/>
        </w:rPr>
        <w:t>“Бурханы Хүүгээс дутахгүй Нэгэн Даниелд үзэгдэв. Энэхүү дүрслэл нь Христ Патмос арал дээр Иоханд илчлэгдсэн үед өгөгдсөн дүрслэлтэй төстэй юм. Манай Эзэн одоо өөр нэгэн тэнгэрлэг элчийн хамт ирж, эцсийн өдрүүдэд юу тохиолдохыг Даниелд заахаар ирдэг. Энэхүү мэдлэг нь ертөнцийн төгсгөл ирсэн бидний төлөө Даниелд өгөгдөж, онгодоор бичигдэн тэмдэглэгдсэн юм.” Review and Herald, February 8, 1881.</w:t>
      </w:r>
    </w:p>
    <w:p>
      <w:pPr>
        <w:pStyle w:val="ArticleBody"/>
        <w:jc w:val="left"/>
      </w:pPr>
      <w:r>
        <w:rPr>
          <w:rFonts w:ascii="Times New Roman" w:hAnsi="Times New Roman" w:eastAsia="Times New Roman" w:cs="Times New Roman"/>
        </w:rPr>
        <w:t>Аравдугаар бүлэг дэх Христийн Хиддекелийн үзэгдэлд Христ усан дээр зогсож, маалинган хувцсаар хувцасласан байдаг бөгөөд Улайн үзэгдэлд ч Тэр усан дээр байдаг. Илчлэлт номын нэгдүгээр бүлгийн үзэгдэл нь Улай ба Хиддекелийн үзэгдлүүдэд дүрслэгдсэн үзэгдэлтэй нийцдэг бөгөөд тэнд Уайт эгч энэ нь “Бурханы Хүүгээс өөр хэн ч биш” хэмээн тодорхойлдог. Тэр Илчлэлт арвын тэнгэрэлчийг тодорхойлохдоо, уг тэнгэрэлч нь “Есүс Христээс өөр хэн ч биш” гэж хэлдэг. Илчлэлт арван бүлэг дэх тэнгэрэлч Өөрийн гараа тэнгэр өөд өргөж, мөнхөд мөнх амьдрагч Нэгэнээр тангарагладаг бөгөөд энэ нь арван хоёрдугаар бүлэг дэх Христийн үзэгдэлтэй холбоотой; тэнд Тэр хоёр гараа тэнгэр өөд өргөж, мөнхөд мөнх амьдрагч Нэгэнээр тангарагладаг. Илчлэлт арван бүлэгт Тэр ус ба газар дээр хоёулан дээр нь байдаг.</w:t>
      </w:r>
    </w:p>
    <w:p>
      <w:pPr>
        <w:pStyle w:val="ArticleBody"/>
        <w:jc w:val="left"/>
      </w:pPr>
      <w:r>
        <w:rPr>
          <w:rFonts w:ascii="Times New Roman" w:hAnsi="Times New Roman" w:eastAsia="Times New Roman" w:cs="Times New Roman"/>
        </w:rPr>
        <w:t>Голын “хоёр эргийн хооронд” байдаг зүйл нь ус мөн бөгөөд Даниел “хоёр эргийн хоорондох нэгэн хүний дуу хоолойг” сонссон тул, тэрхүү дуу нь усан дээрх Тэр Хүнээс гарсан бөгөөд тэр дуу нь Улай голын усны шуугиан байв.</w:t>
      </w:r>
    </w:p>
    <w:p>
      <w:pPr>
        <w:pStyle w:val="ArticleScripture"/>
        <w:jc w:val="left"/>
      </w:pPr>
      <w:r>
        <w:rPr>
          <w:rFonts w:ascii="Times New Roman" w:hAnsi="Times New Roman" w:eastAsia="Times New Roman" w:cs="Times New Roman"/>
        </w:rPr>
        <w:t>Тэгээд нэгдүгээр сарын хорин дөрөвний өдөр, би агуу их мөрөн болох Хиддекелийн хажууд байхад; би нүдээ өргөн хартал, болгоогтун, маалинган хувцас өмссөн, бүсэлхийндээ Уфазын шижир алтаар бүсэлсэн нэгэн хүн байв. Түүний бие бадмаараг мэт, нүүр царай нь аянгын дүр төрх мэт, нүд нь галын дэнлүү мэт, гар хөл нь өнгөлсөн гууль адил өнгөтэй, үгийнх нь дуу хоолой үй олон түмний дуу мэт байлаа. …</w:t>
      </w:r>
    </w:p>
    <w:p>
      <w:pPr>
        <w:pStyle w:val="ArticleScripture"/>
        <w:jc w:val="left"/>
      </w:pPr>
      <w:r>
        <w:rPr>
          <w:rFonts w:ascii="Times New Roman" w:hAnsi="Times New Roman" w:eastAsia="Times New Roman" w:cs="Times New Roman"/>
        </w:rPr>
        <w:t>Харин чи, өө Даниел аа, эцсийн цаг хүртэл эдгээр үгсийг хааж, энэ номыг битүүмжил. Олон хүн нааш цааш явж, мэдлэг үлэмж нэмэгдэх болно. Тэгээд би, Даниел, хартал, болгоогтун, өөр хоёр нь зогсож байлаа: нэг нь голын эргийн энэ талд, нөгөө нь голын эргийн тэр талд. Тэдний нэг нь голын усан дээр зогсож байсан маалинган хувцаст Хүнд, “Эдгээр гайхамшгуудын төгсгөл хүртэл хэр удах вэ?” хэмээн асуулаа. Тэгэхэд голын усан дээр зогсож байсан, маалинган хувцаст Хүн баруун гараа болон зүүн гараа тэнгэр өөд өргөн, мөнхөд амьдрагчаар тангараглахыг би сонсов. Тэрээр, “Нэг цаг, цагууд, мөн хагас цагийн дараа болно; мөн ариун ардын хүчийг тараан сарниулах нь гүйцэлдэхэд, энэ бүхэн биелж дуусах болно” гэв.</w:t>
      </w:r>
    </w:p>
    <w:p>
      <w:pPr>
        <w:pStyle w:val="ArticleScripture"/>
        <w:jc w:val="left"/>
      </w:pPr>
      <w:r>
        <w:rPr>
          <w:rFonts w:ascii="Times New Roman" w:hAnsi="Times New Roman" w:eastAsia="Times New Roman" w:cs="Times New Roman"/>
        </w:rPr>
        <w:t>Би сонссон боловч ойлгосонгүй. Тэгээд би, Ай миний Эзэн, эдгээрийн төгсгөл нь юу болох вэ? гэж асуув. Тэрээр, Даниел аа, өөрийн замаар яв; учир нь эдгээр үгс төгсгөлийн цаг хүртэл хаалттай бөгөөд лацлагдсан байна, гэв. Олон хүн ариусгагдаж, цайруулагдаж, шалгагдах болно; харин хорон хүмүүс ёрын хэргийг үйлдэх бөгөөд хорон хүмүүсийн хэн нь ч ойлгохгүй; харин мэргэн ухаалтнууд ойлгоно. Даниел 10:4–6; 12:4–10.</w:t>
      </w:r>
    </w:p>
    <w:p>
      <w:pPr>
        <w:pStyle w:val="ArticleBody"/>
        <w:jc w:val="left"/>
      </w:pPr>
      <w:r>
        <w:rPr>
          <w:rFonts w:ascii="Times New Roman" w:hAnsi="Times New Roman" w:eastAsia="Times New Roman" w:cs="Times New Roman"/>
        </w:rPr>
        <w:t>Шинарын агуу мөрнүүдийг Эгч Уайт тодорхойлсончлон, Христ усан дээр байж айлдан ярьж буй үзэгдэлтэй хоёул холбоотой байдаг; учир нь Түүний дуу хоолой нь олон усны шуугиан адил билээ. Хоёр үзэгдлийн алинд нь ч “хэдий хэр удаан” гэсэн асуулт тавигддаг. Мөн эдгээр хоёр мөрөн нь Даниелын наймдугаар бүлгийн “асуулт ба хариулт”-д дүрслэгддэг бөгөөд энэ нь Адвентизмын төв багана, суурь нь юм. Тэнд уг хоёр мөрөн нь ариун газар болон цэргийг хоёуланг нь тараан сарниулж, дэвслэн гишгэсэн “долоон цаг”-ийн бэлгэдэл болдог. Эдгээр хоёр мөрөн Бурханы гэсгээлтийн саваа болох үүргээ гүйцэлдүүлсний дараа эхний тэнгэрэлчийн Миллерит түүх рүү урсан ордог бөгөөд тэнд Уильям Миллер өөрийн анхны эш үзүүллэгийн эрдэнийг нээсэн нь Левит хорин зургаад буй “долоон цаг”-ийн шугам байсан юм. Хоёр мөрөн нь Ассири ба Вавилоны хоёр арслангаар хэрэгжүүлэгдсэн 2520 жилийн хоёр тараан сарниулалтыг төлөөлдөг бөгөөд тэдгээр арслангууд нь Тигр ба Евфрат мөрнөөр, мөн мэдээж Эхлэл 2520-д тэмдэглэгдсэнчлэн Исаак дөчин настай байх үед гэрээний гэрлэлт нь болсон, Ребекагийн дүүгийн охид болох Леа ба Рахелаар дүрслэгддэг.</w:t>
      </w:r>
    </w:p>
    <w:p>
      <w:pPr>
        <w:pStyle w:val="ArticleBody"/>
        <w:jc w:val="left"/>
      </w:pPr>
      <w:r>
        <w:rPr>
          <w:rFonts w:ascii="Times New Roman" w:hAnsi="Times New Roman" w:eastAsia="Times New Roman" w:cs="Times New Roman"/>
        </w:rPr>
        <w:t>Миллер зөвхөн Иудагийн өмнөд хаант улсын дээрх “долоон үе”-ийн тараагдлыг танилцуулсан бөгөөд энэ нь 1844 онд 2300 жилийн эш үзүүллэгтэй хамт биелсэн юм. 1856 онд “долоон үе”-ийн “шинэ дарс” нь 1798 онд төгссөн умард хаант улсын дээрх мөнөөх тараагдлыг тодорхойлов. Уильям Миллерийн анхны эш үзүүллэгийн нээлт болохын хувьд Евфрат мөрний ус анхны тэнгэрэлчийн түүхэнд альфа сургаал болон ирсэн. Улай мөрний ус гурав дахь тэнгэрэлчтэй хамт ирсэн. Миллерийн альфа нээлт нь Улай мөрнөөр төлөөлөгдсөн долоон үе байсан бөгөөд Хайрам Эдсоны омега нээлт нь Хиддекел мөрнөөр төлөөлөгдсөн долоон үе байв.</w:t>
      </w:r>
    </w:p>
    <w:p>
      <w:pPr>
        <w:pStyle w:val="ArticleBody"/>
        <w:jc w:val="left"/>
      </w:pPr>
      <w:r>
        <w:rPr>
          <w:rFonts w:ascii="Times New Roman" w:hAnsi="Times New Roman" w:eastAsia="Times New Roman" w:cs="Times New Roman"/>
        </w:rPr>
        <w:t>2520 нь хаант улс бүрт адилхан байх хугацааны үеийн уртыг илэрхийлдэг боловч түүний эхлэл ба төгсгөл нь хоорондоо дөчин зургаан жилийн зайтай байдаг. 1798 он нь төгсгөлийн цагийг, мөн Илчлэлт арван дөрөвдүгээр бүлгийн эхний тэнгэрэлчийн ирэлтийг тэмдэглэдэг. 1798 он бол Ассирийн арслан умард хаант улсад авчирсан 2520 жилийн тараан бутраалтын биелэл мөн. 1844 он бол өмнөд хаант улсад авчирсан “долоон цаг”-ийн биелэл бөгөөд Вавилоны арслангаар төлөөлөгдөнө. Хоёр гол нь 1844 оны аравдугаар сарын 22-нд гурав дахь нь ирснээр төгссөн эхний болон хоёр дахь тэнгэрэлчийн мэдээний түүхийн тулгуур хязгаарууд юм. Тэр өдөр дүрслэлт Цагаатгалын өдөр долоо дахь бүрээ, мөн ойн баярын бүрээ аль аль нь дуугарсан билээ.</w:t>
      </w:r>
    </w:p>
    <w:p>
      <w:pPr>
        <w:pStyle w:val="ArticleScripture"/>
        <w:jc w:val="left"/>
      </w:pPr>
      <w:r>
        <w:rPr>
          <w:rFonts w:ascii="Times New Roman" w:hAnsi="Times New Roman" w:eastAsia="Times New Roman" w:cs="Times New Roman"/>
        </w:rPr>
        <w:t>Тэгээд чи долоодугаар сарын арав дахь өдөр, эвлэрүүллийн өдөр, юбилейн бүрээг дуугаргуул; та нар өөрсдийн бүх нутаг даяар бүрээг дуугаргагтун. Левит 25:9.</w:t>
      </w:r>
    </w:p>
    <w:p>
      <w:pPr>
        <w:pStyle w:val="ArticleBody"/>
        <w:jc w:val="left"/>
      </w:pPr>
      <w:r>
        <w:rPr>
          <w:rFonts w:ascii="Times New Roman" w:hAnsi="Times New Roman" w:eastAsia="Times New Roman" w:cs="Times New Roman"/>
        </w:rPr>
        <w:t>Долоо дахь бүрээ үлээх нь Христ Өөрийн Бурханы чанарыг хүн төрөлхтөнтэй нэгтгэх ажлын бэлгэдэл бөгөөд Улай голын үзэгдлийн 2300 жилээр дүрслэгддэг; харин ойн баярын бүрээ үлээх нь эвдэгдэж, Бурханы ард түмэн дээр ирсэн газрын гэрээний бэлгэдэл бөгөөд үүнийг Даниел Мосегийн хараал ба тангараг хэмээн нэрлэсэн, харин Мосе үүнийг “Бурханы гэрээний маргаан” хэмээн нэрлэсэн юм.</w:t>
      </w:r>
    </w:p>
    <w:p>
      <w:pPr>
        <w:pStyle w:val="ArticleScripture"/>
        <w:jc w:val="left"/>
      </w:pPr>
      <w:r>
        <w:rPr>
          <w:rFonts w:ascii="Times New Roman" w:hAnsi="Times New Roman" w:eastAsia="Times New Roman" w:cs="Times New Roman"/>
        </w:rPr>
        <w:t>Тийм ээ, бүх Израиль Таны хуулийг зөрчиж, Таны дуу хоолойд дуулгавартай байхаас няцан зайлан одсон; тиймийн тул Бурханы зарц Мосегийн хуульд бичигдсэн хараал болон тангараг бидний дээр асгарсан юм, учир нь бид Түүний эсрэг нүгэл үйлдсэн билээ. Даниел 9:11.</w:t>
      </w:r>
    </w:p>
    <w:p>
      <w:pPr>
        <w:pStyle w:val="ArticleBody"/>
        <w:jc w:val="left"/>
      </w:pPr>
      <w:r>
        <w:rPr>
          <w:rFonts w:ascii="Times New Roman" w:hAnsi="Times New Roman" w:eastAsia="Times New Roman" w:cs="Times New Roman"/>
        </w:rPr>
        <w:t>“Мосегийн хуулинд” бичигдсэн “хараал” ба “тангараг” нь Левит хорин зургаад буй “долоо дахин” юм. “Тангараг” хэмээн орчуулагдсан үг нь Левит номд “долоо дахин” хэмээн орчуулагдсан тэрхүү ижил еврей үг мөн. Хорин тавдугаар бүлэгт өгүүлсэн гэрээний тангаргийг зөрчсөний хараал нь хорин зургаадугаар бүлэгт дэлгэрэнгүй тавигдсан бөгөөд тэнд Мосе тэрхүү хараалыг “гэрээний маргаан” хэмээн тодорхойлдог.</w:t>
      </w:r>
    </w:p>
    <w:p>
      <w:pPr>
        <w:pStyle w:val="ArticleScripture"/>
        <w:jc w:val="left"/>
      </w:pPr>
      <w:r>
        <w:rPr>
          <w:rFonts w:ascii="Times New Roman" w:hAnsi="Times New Roman" w:eastAsia="Times New Roman" w:cs="Times New Roman"/>
        </w:rPr>
        <w:t>Тэгвэл Би ч мөн та нарын эсрэг сөрөн алхаж, та нарын нүглийн төлөө та нарыг дахин долоон дахин шийтгэнэ. Мөн Би Өөрийн гэрээний маргааны өшөөг авах илдийг та нарын дээр авчирна. Та нар хотуудынхаа дотор цугларан байх үед Би та нарын дунд тахлыг илгээх бөгөөд та нар дайсны гарт тушаагдана. Левит 26:24, 25.</w:t>
      </w:r>
    </w:p>
    <w:p>
      <w:pPr>
        <w:pStyle w:val="ArticleBody"/>
        <w:jc w:val="left"/>
      </w:pPr>
      <w:r>
        <w:rPr>
          <w:rFonts w:ascii="Times New Roman" w:hAnsi="Times New Roman" w:eastAsia="Times New Roman" w:cs="Times New Roman"/>
        </w:rPr>
        <w:t>ЭЗЭН Ассирийн арслангийн илдийг хойд хаант улсын дээр авчирч, МЭӨ 723 онд тэднийг “шийтгэхийн” тулд “дайсны гарт” тушаасан билээ. Дөчин зургаан жилийн дараа, МЭӨ 677 онд, өмнөд хаант улс Мосегийн хараалыг амсав. Мосегийн хараал нь гэрээний маргаан мөн. Дөчин зургаан жилийн турш Месопотамын арслангуудыг Бурхан цэргийг зайлуулж, хөл дор гишгэлүүлэхийн тулд ашигласан юм. Тэрхүү дөчин зургаан жилийн хугацааны төгсгөлд Небухаднезар ариун сүмийг сүйтгэв. Даниел 8-ын арван гуравдугаар эшлэл дэх Даниелын асуултын цэрэг нь дөчин зургаан жилийн турш дайснууддаа боолчлогдсон бөгөөд энэ хугацаа нь ариун сүмийн сүйрлээр төгссөн; ариун сүм нь арван гуравдугаар эшлэлд хөл дор гишгэгдэх ёстой байсан нөгөө сэдэв нь мөн байв. Тэдгээр голууд 1798 болон 1844 онуудад тус тус хүрэхэд, цэрэг нь бие бөгөөд бие нь сүм тул, цэрэг нь сүм мэтээр хамт цуглуулагдсан байв. Тэр хугацааны төгсгөлд дөчин зургаан жилийн турш босгогдсон сүм нь Тэнгэрлэг чанар хүн чанартай гэрлэх гэрлэлтэд тэнгэрийн сүмтэй нэгдэх ёстой байлаа. Гэрлэлт нь хоёр сүмийн хооронд байдаг бөгөөд Бурханы нэгтгэсэн зүйлийг салгаж болохгүй.</w:t>
      </w:r>
    </w:p>
    <w:p>
      <w:pPr>
        <w:pStyle w:val="ArticleBody"/>
        <w:jc w:val="left"/>
      </w:pPr>
      <w:r>
        <w:rPr>
          <w:rFonts w:ascii="Times New Roman" w:hAnsi="Times New Roman" w:eastAsia="Times New Roman" w:cs="Times New Roman"/>
        </w:rPr>
        <w:t>Тигр мөрний ус 1798 он хүртэл, Евфрат мөрний ус 1844 он хүртэл хүрсэн юм. Гурав дахь тэнгэрэлчийн ирэхийн яг өмнө хоёр дахь тэнгэрэлч ирсэн бөгөөд үүний дараа 1844 оны 8-р сарын 12–17-нд Нью-Хэмпшир мужийн Эксетер дахь хуарангийн цуглаанд Шөнө дундын Хашхирааны мэдээ асгарсан билээ. Exeter гэдэг нь “усан бэхлэлт” гэсэн утгатай бөгөөд тэрхүү хуарангийн цуглааны үеэр Массачусетс мужийн Уотертаунаас ирсэн нэгэн бүлэг өөр майханд зохион байгуулсан хуурамч цуглаан болж байв. Эденээс эхтэй тэрхүү уснууд, Уайт эгчийн хэлснээр, Америкийн Нэгдсэн Улсын зүүн эргийн дагуу “түрлэгийн давалгаа” мэт тархан түгэх гэж байлаа. Тэрхүү түрлэгийн давалгааг өдөөсөн газар хөдлөлт нь Сатан хүн төрөлхтнийг дийлсэн үед Эден цэцэрлэгт болсон бөгөөд, үүний улмаас Эденд сейсмийн донсолгоо үүсэж, түүний давалгаа Миллеритуудын түүхэн дэх Шөнө дундын Хашхираанд хүрсэн юм. Тэрхүү түрлэгийн давалгаа нэг зуун дөчин дөрвөн мянгын түүхэн дэх Шөнө дундын Хашхираа руу үерлэн ордог бөгөөд Адамын нүглийн газар хөдлөлтөөс эхэлсэн тэр давалгаа Илчлэл номын арван нэгдүгээр бүлгийн Ням гаргийн хуулийн газар хөдлөлтөд хүрдэг юм.</w:t>
      </w:r>
    </w:p>
    <w:p>
      <w:pPr>
        <w:pStyle w:val="ArticleBody"/>
        <w:jc w:val="left"/>
      </w:pPr>
      <w:r>
        <w:rPr>
          <w:rFonts w:ascii="Times New Roman" w:hAnsi="Times New Roman" w:eastAsia="Times New Roman" w:cs="Times New Roman"/>
        </w:rPr>
        <w:t>Христийн дуу хоолой нь их усны дуу хоолой бөгөөд нийлсэн тэр ус нь хожуугийн борооны мэдээг бүрдүүлдэг. Исаиа болон түүний хүү Шеар-жашуб нар долоодугаар бүлгийн гуравдугаар эшлэлд дээд сувгийн цөөрмийн дэргэд зогсож, нэг зуун дөчин дөрвөн мянгын лацдах цагт хожуугийн борооны мэдээг толилуулж байна. Тэнд мунхаг бөгөөд хорон муу хаан Ахазын эсрэг Исаиагийн тунхаглал нь Эзэн Ахазын дээр Ассирийн ус, хаан Сеннахерибийг илгээж, түүний ус хүзүү хүртэл халин урсана гэсэн явдал юм.</w:t>
      </w:r>
    </w:p>
    <w:p>
      <w:pPr>
        <w:pStyle w:val="ArticleScripture"/>
        <w:jc w:val="left"/>
      </w:pPr>
      <w:r>
        <w:rPr>
          <w:rFonts w:ascii="Times New Roman" w:hAnsi="Times New Roman" w:eastAsia="Times New Roman" w:cs="Times New Roman"/>
        </w:rPr>
        <w:t>ЭЗЭН мөн надад дахин айлдан, — Энэ ард түмэн аяархан урсах Шилоагийн усыг голон, Резин болон Ремалиагийн хүүд баясдаг учраас, тиймээс, болгоогтун, ЭЗЭН тэдний дээр голын усыг, хүчирхэг бөгөөд их усыг, өөрөөр хэлбэл Ассирийн хаан болон түүний бүх сүр жавхланг авчирна. Тэр нь бүх сувгуудынхаа дээгүүр халин, бүх эргүүдийнхээ хязгаарыг даван гарна. Тэр Иудагаар дайран өнгөрч, халин бялхаж, хальж, хүзүү хүртэл хүрнэ; түүний жигүүрийн дэлгэлт, өө Иммануел аа, чиний газрын өргөнийг бүхэлд нь дүүргэнэ. Исаиа 8:5–8.</w:t>
      </w:r>
    </w:p>
    <w:p>
      <w:pPr>
        <w:pStyle w:val="ArticleBody"/>
        <w:jc w:val="left"/>
      </w:pPr>
      <w:r>
        <w:rPr>
          <w:rFonts w:ascii="Times New Roman" w:hAnsi="Times New Roman" w:eastAsia="Times New Roman" w:cs="Times New Roman"/>
        </w:rPr>
        <w:t>Ахаз ЭЗЭНээс «илгээгдсэн» усыг эс хүлээн авсан тул ЭЗЭН Ахаз уруу Ассирийн усыг «илгээлээ». Ахаз «Резин болон Ремалиагийн хүүгийн» холбоонд «баяссан». Ахаз Резин болон Ремалиагийн хүүгээр төлөөлөгдсөн хуурамч хожмын борооны мэдээнд «баясдаг».</w:t>
      </w:r>
    </w:p>
    <w:p>
      <w:pPr>
        <w:pStyle w:val="ArticleBody"/>
        <w:jc w:val="left"/>
      </w:pPr>
      <w:r>
        <w:rPr>
          <w:rFonts w:ascii="Times New Roman" w:hAnsi="Times New Roman" w:eastAsia="Times New Roman" w:cs="Times New Roman"/>
        </w:rPr>
        <w:t>Хойд хаант улсын хаан Пека болох Ремалиагийн хүү болон Резин нь Исаиа болон түүний хүүгийн хуурамч дуурайллыг төлөөлдөг. Мунхаг бөгөөд ёс бус хаан Ахаз Израилийн хойд арван овог болон Сирийг төлөөлсөн холбоонд “баясдаг” бөгөөд энэ нь Ням гарагийн хуулийн үед сүм ба төрийн хууль бус харилцааны бэлгэдэл болдог. Ахаз баясдаг. Учир нь ичгүүр ба баяр хөөр нь хожмын борооны маргаанд төлөөлөгдсөн хүмүүст хандахын тулд онгодоор хэрэглэгддэг хоёр эсрэг сэтгэл хөдлөл юм. Иеремиа бяцхан номыг идэх үед энэ нь түүний зүрхний баяр хөөр, хөөрөн баясал байсан бөгөөд Иоел Бурханы ард түмэн хэзээ ч ичгүүрт орохгүй гэж бидэнд мэдүүлдэг. Ахаз Лаодикийн нэгэн адил сохор тул хуурамч усны мэдээнд баясаж, Исаиагийн жинхэнэ усны мэдээг няцааж байна. Тэрээр хойд зүгийн хааны үерээр төлөөлөгдсөн хуурамч хожмын борооны мэдээнд найдсандаа ичих ёстой атал Шилоагийн мэдээг няцаасан юм.</w:t>
      </w:r>
    </w:p>
    <w:p>
      <w:pPr>
        <w:pStyle w:val="ArticleBody"/>
        <w:jc w:val="left"/>
      </w:pPr>
      <w:r>
        <w:rPr>
          <w:rFonts w:ascii="Times New Roman" w:hAnsi="Times New Roman" w:eastAsia="Times New Roman" w:cs="Times New Roman"/>
        </w:rPr>
        <w:t>Исаиа наймын Шилоагийн тухай мэдээ нь хожмын борооны мэдээ мөн. Шилоагийн цөөрөм нь Шинэ Гэрээнд Силоамын цөөрөм хэмээн тодорхойлогддог. Еврей болон Грек хэлэнд энэ нь “илгээгдсэн” гэсэн утгатай. Христ Ариун Сүнсийг “илгээхийн” тулд Өөрөө явж одох нь зохистой байсан. Исаиа ба Ахаз Шилоагийн цөөрмийн дэргэд байна, мөн шалгалт нь Исаиа болон түүний хүүгээр төлөөлөгдсөн Шилоагийн цөөрөмд итгэх үү, эсвэл Резин ба Ремалиагийн хүүд итгэх үү гэдэг дээр тулгуурлаж байна. Ахаз хоёр усны хооронд сонголт хийж байна: Шилоагийн ус уу, эсвэл Ассирийн хааны ус уу. Ахаз Резин ба Ремалиагийн хүүгээр төлөөлөгдсөн холбоо ба мэдээнд баярласан тул шүүлтийнх нь үед зөөлөн урсах усыг бус, харин сүйрлийн үерийг хүлээн авсан. Түүний шүүлт нь хойд зүгийн хаан бүх дэлхийг үер мэт халин бүрхэх Ням гаргийн хуулийг төлөөлдөг. Энэ нь Ням гаргийн хуулиас эхлэн тийнхүү болдог бөгөөд тэр үед Шөнө дундын Хашхирааны үер ч мөн дэлхийг хамран sweeping байна.</w:t>
      </w:r>
    </w:p>
    <w:p>
      <w:pPr>
        <w:pStyle w:val="ArticleBody"/>
        <w:jc w:val="left"/>
      </w:pPr>
      <w:r>
        <w:rPr>
          <w:rFonts w:ascii="Times New Roman" w:hAnsi="Times New Roman" w:eastAsia="Times New Roman" w:cs="Times New Roman"/>
        </w:rPr>
        <w:t>Ахаз умардын арван овог ба Сирийн холбоонд баясаж, тийнхүү Бурханы Үгэнд гардаг хууль бус бүх холбоодоор дүрслэгддэг сүм ба төрийг нэгтгэсэн мэдээнд баясдаг. Исаиа нь Филадельфийн хүнийг, харин Ахаз нь Лаодикийн хүнийг төлөөлдөг. Христ Силоамын цөөрөмд байсан сохор хүнийг, өөрөөр хэлбэл Лаодикийн хүнийг эдгээхдээ, Исаиагийн гэрчлэлийг Өөрийнхтэйгээ холбон үзүүлдэг.</w:t>
      </w:r>
    </w:p>
    <w:p>
      <w:pPr>
        <w:pStyle w:val="ArticleScripture"/>
        <w:jc w:val="left"/>
      </w:pPr>
      <w:r>
        <w:rPr>
          <w:rFonts w:ascii="Times New Roman" w:hAnsi="Times New Roman" w:eastAsia="Times New Roman" w:cs="Times New Roman"/>
        </w:rPr>
        <w:t>Есүс өнгөрөн явахдаа төрөлхийн сохор нэгэн хүнийг харав. Шавь нар нь Түүнээс асууж, —Багш аа, энэ хүн сохор төрөхөд хэн нь нүгэл үйлдсэн юм бэ, энэ хүн үү, эсвэл түүний эцэг эх үү? гэжээ.</w:t>
      </w:r>
    </w:p>
    <w:p>
      <w:pPr>
        <w:pStyle w:val="ArticleScripture"/>
        <w:jc w:val="left"/>
      </w:pPr>
      <w:r>
        <w:rPr>
          <w:rFonts w:ascii="Times New Roman" w:hAnsi="Times New Roman" w:eastAsia="Times New Roman" w:cs="Times New Roman"/>
        </w:rPr>
        <w:t>Есүс хариуд нь: Энэ хүн ч нүгэл үйлдээгүй, эцэг эх нь ч нүгэл үйлдээгүй; харин Бурханы үйлс түүн дээр илчлэгдэн харагдахын тулд юм. Өдөр байхад Намайг илгээсэн Нэгэний үйлсийг Би үйлдэх ёстой; хэн ч ажиллаж үл чадах шөнө ирж байна. Би ертөнцөд байх цагтаа ертөнцийн гэрэл мөн. Тэр ийнхүү айлдсаны дараа газарт нулимаад, шүлсээрээ шавар хийж, тэр сохор хүний нүдэн дээр шавраа түрхэв. Тэгээд түүнд: Яв, Силоамын цөөрөмд угаагтун гэв (үүний утга нь Илгээгдсэн гэсэн үг). Тиймээс тэр явж угаагаад, хараатай болж ирэв.</w:t>
      </w:r>
    </w:p>
    <w:p>
      <w:pPr>
        <w:pStyle w:val="ArticleScripture"/>
        <w:jc w:val="left"/>
      </w:pPr>
      <w:r>
        <w:rPr>
          <w:rFonts w:ascii="Times New Roman" w:hAnsi="Times New Roman" w:eastAsia="Times New Roman" w:cs="Times New Roman"/>
        </w:rPr>
        <w:t>Тиймээс хөршүүд нь болон урьд нь түүнийг сохор байсныг харж байсан хүмүүс, “Суугаад гуйлга гуйж байсан нь энэ хүн мөн биш үү?” гэж хэлэв. Зарим нь, “Энэ мөн байна” гэв; бусад нь, “Түүнтэй адилхан байна” гэв. Харин тэр, “Би мөн” гэв. Тиймээс тэд түүнд, “Чиний нүд хэрхэн нээгдсэн бэ?” гэж хэлэв.</w:t>
      </w:r>
    </w:p>
    <w:p>
      <w:pPr>
        <w:pStyle w:val="ArticleScripture"/>
        <w:jc w:val="left"/>
      </w:pPr>
      <w:r>
        <w:rPr>
          <w:rFonts w:ascii="Times New Roman" w:hAnsi="Times New Roman" w:eastAsia="Times New Roman" w:cs="Times New Roman"/>
        </w:rPr>
        <w:t>Тэр хариулж өгүүлрүүн: Есүс хэмээн нэрлэгддэг нэгэн хүн шавар зуурч, миний нүдэнд түрхээд, “Силоамын цөөрөм уруу очиж угаагтун” гэж надад айлдсан. Би очиж угаагаад, хараа орлоо. Иохан 9:1–11.</w:t>
      </w:r>
    </w:p>
    <w:p>
      <w:pPr>
        <w:pStyle w:val="ArticleBody"/>
        <w:jc w:val="left"/>
      </w:pPr>
      <w:r>
        <w:rPr>
          <w:rFonts w:ascii="Times New Roman" w:hAnsi="Times New Roman" w:eastAsia="Times New Roman" w:cs="Times New Roman"/>
        </w:rPr>
        <w:t>Сохор хүн мөхөс ухаант, хорон муу хаан Ахазын хамт өөрсдийн итгэлийг Силоамын цөөрөмд тавих уу, эсвэл Ассирийн үерт тавих уу гэдгээр шалгагдаж байна. Сохор хүн өөрийгөө сохор гэдгээ мэддэг, харин Ахаз бол баян, эд хөрөнгөөр арвижсан бөгөөд юугаар ч гачигдахгүй нэгэн юм. Ахаз бол хожмын борооны цөөрмийн дэргэдэх мөхөс ухаант онгон, харин сохор хүн нь мэргэн онгон мөн. Илгээгдсэн уснууд, өөрөөр хэлбэл Ассириас илгээгдсэн уснууд нь энэ сорилт юм.</w:t>
      </w:r>
    </w:p>
    <w:p>
      <w:pPr>
        <w:pStyle w:val="ArticleBody"/>
        <w:jc w:val="left"/>
      </w:pPr>
      <w:r>
        <w:rPr>
          <w:rFonts w:ascii="Times New Roman" w:hAnsi="Times New Roman" w:eastAsia="Times New Roman" w:cs="Times New Roman"/>
        </w:rPr>
        <w:t>Усан сан гэдэг нь ус цуглардаг газар бөгөөд эш үзүүллэгийн утгаар бол Христийн дуу хоолойг төлөөлдөг бүхий л “уснууд”-ын төрөл бүрийн горхи, мөрөн, булаг шанд, тэнгис, далай, нуур, бороо, шүүдэр нэгтгэн цуглардаг газар юм. Сүүлчийн борооны усан сан нь дээд сангаас урсан гардаг усаар бүрэлддэг. Усан сан нь сорилтын хүрээн дэх сүүлчийн борооны захиасыг төлөөлдөг. Ахаз намуухан урсах уснуудыг няцаасан боловч сохор хүн усан сантай холбоотой захиаст дуулгавартай байсан. Есүс Өөрийн Бурханлаг чанарынхаа нэг хэсгийг “шүлс” хэмээн төлөөлүүлж, шавартай хослуулсан нь Хамгийн Ариун Газарт Христээр гүйцэлддэг Бурханлаг чанар ба хүн чанарын нэгдлийг илэрхийлдэг.</w:t>
      </w:r>
    </w:p>
    <w:p>
      <w:pPr>
        <w:pStyle w:val="ArticleBody"/>
        <w:jc w:val="left"/>
      </w:pPr>
      <w:r>
        <w:rPr>
          <w:rFonts w:ascii="Times New Roman" w:hAnsi="Times New Roman" w:eastAsia="Times New Roman" w:cs="Times New Roman"/>
        </w:rPr>
        <w:t>Христ газар луу нулимж, нулимсаа шороотой хольж шавар бүтээв. Тэрээр Своeн Тэнгэрлэг чанар ба хүний чанарын нэгдлийн тухай мэдээгээр сохор хүний нүдийг тослов. Тэнгэрлэг чанар ба хүний чанарын нэгдлээр төлөөлөгдөх энэ мэдээ нь 1888 оны мэдээ бөгөөд хүнийг Лаодикийн байдлаас Филадельфийн байдалд хувиргахаар зориулагдсан юм. Гэвч энэ мэдээ хүний оролцоог шаарддаг. Тэд усан санд очиж, дараа нь угаах ёстой.</w:t>
      </w:r>
    </w:p>
    <w:p>
      <w:pPr>
        <w:pStyle w:val="ArticleBody"/>
        <w:jc w:val="left"/>
      </w:pPr>
      <w:r>
        <w:rPr>
          <w:rFonts w:ascii="Times New Roman" w:hAnsi="Times New Roman" w:eastAsia="Times New Roman" w:cs="Times New Roman"/>
        </w:rPr>
        <w:t>Бүгд нүгэл үйлдэж, Бурханы алдарт хүрч чадсангүй. Харин Есүс сохор хүний тухайд, тэр ч, эцэг эх нь ч нүгэл үйлдээгүй гэж айлдсан. Есүс тэр сохор хүний байдлаас буруутгалын асуудлыг зайлуулж, түүнийг Эзэнийг алдаршуулахын тулд босгогдсон хүн хэмээн тодорхойлж байна. Мөн Библийн эш үзүүллэг дэх “Бурханы үйлс илэрхий болохын” төлөө босгогддог эш үзүүллэгийн хүн бол Лаодикийгаас Филаделфи руу шилжсэн эрэгтэй, эмэгтэй хүмүүсээс бүрдсэн туг тэмдэг мөн. Бурханы үйлс илэрхий болдог газар нь тэрхүү туг тэмдэг юм. Учир нь Түүний ажил бол Тэнгэрлэг чанарыг хүн чанартай нэгтгэх явдал байсан бөгөөд үүнийг шаврын тосон түрхлэгээр төлөөлүүлсэн. Тэр ажлын олз амжилтын дурсгалууд нь зөвхөн Лаодикийн мэдээг сонссон хүмүүс бус, харин тэрхүү мэдээн дэх зааврыг дагасан хүмүүс юм. Сохор хүнд өгөгдсөн заавар нь очиж угаах явдал байсан. Нэгэнт тэр хараатай болсон хойноо Бурханыг алдаршуулахын тулд хичээх хэрэггүй болсон, учир нь түүнийг хүрээлсэн нөхцөл байдал өөрөө үүнийг бий болгосон юм.</w:t>
      </w:r>
    </w:p>
    <w:p>
      <w:pPr>
        <w:pStyle w:val="ArticleBody"/>
        <w:jc w:val="left"/>
      </w:pPr>
      <w:r>
        <w:rPr>
          <w:rFonts w:ascii="Times New Roman" w:hAnsi="Times New Roman" w:eastAsia="Times New Roman" w:cs="Times New Roman"/>
        </w:rPr>
        <w:t>Энэ нь Христийн ойртолтоор эхэлж, улмаар Христийн ажлаар үргэлжилсэн. Тэнгэрийн ариун сүм дэх Христийн хүний талаар үйлдэх сүүлчийн ажил нь хүнийг үхсэн хуурай ясны хөндийгөөс, эсвэл гудамжинд үхсэн байдалтайгаас, эсвэл сохор сарьсан багваахай мэт сохор байдалтайгаас өөрчлөн хувиргах явдал мөн. Түүний сүүлчийн ажил нь Өөрийн ард түмнийг Өөрийн дүр төрхөд дахин бүтээх явдал бөгөөд энэ нь Тэрээр Адамыг газрын тоосноос бүтээж, дараа нь түүнд амийн амьсгалыг үлээсэн үедээ үйлдсэн яг тэр ажил мөн. Сүүлчийн ажил нь анхны ажил мөн. Учир нь Тэр эхлээд шаврыг бүтээж, дараа нь тэр шаврыг Өөрийн Сүнсний амиар тосолсон. Адамын хувьд Сүнс нь Түүний амьсгал байсан, харин сохор хүний хувьд тэр нь ус байсан. Езекиелийн үхсэн ясны хөндийд энэ нь биеийг бүтээсэн цуглуулах мэдээ байсан. Дараа нь дөрвөн салхины тухай мэдээ биен дээр үлээгдэж, тэгээд тэр нь хүчирхэг агуу цэрэг болон босон зогссон.</w:t>
      </w:r>
    </w:p>
    <w:p>
      <w:pPr>
        <w:pStyle w:val="ArticleBody"/>
        <w:jc w:val="left"/>
      </w:pPr>
      <w:r>
        <w:rPr>
          <w:rFonts w:ascii="Times New Roman" w:hAnsi="Times New Roman" w:eastAsia="Times New Roman" w:cs="Times New Roman"/>
        </w:rPr>
        <w:t>Сохор хүн хараахан сохор хэвээр байхад Есүс түүнийг харж, дараа нь түүнд ойртон очив. Тэрээр шавь нарынхаа тавьсан нэгэн асуултын хүрээнд уг сохор хүнд ойртсон бөгөөд ингэснээр жишээний зохистой эш үзүүллэгийн орчныг тогтоох боломжийг бүрдүүлсэн юм. “Бурханы үйлс” гэдэг нь Библи дэх олон янзын гэрчлэлийн шугамууд дээрх эш үзүүллэгийн бэлгэдэл мөн. Судар дахь “Бурханы үйлс”-ийн илрэл бүр хожмын борооны цаг үед биелдэг. Есүс энэ түүхийн агуулгыг төгсгөлийн мэдээний үүднээс, Малахи номын сүүлчийн эшлэлүүдэд Елиагаар төлөөлүүлэн илэрхийлэгдсэн байдлаар байршуулж байна.</w:t>
      </w:r>
    </w:p>
    <w:p>
      <w:pPr>
        <w:pStyle w:val="ArticleBody"/>
        <w:jc w:val="left"/>
      </w:pPr>
      <w:r>
        <w:rPr>
          <w:rFonts w:ascii="Times New Roman" w:hAnsi="Times New Roman" w:eastAsia="Times New Roman" w:cs="Times New Roman"/>
        </w:rPr>
        <w:t>Эцэг эх болон сохор хүүхэд нь нүгэлтнүүд хэмээн яллагддаггүй, учир нь энэ бол Бурханы гайхамшигт үйлсийн цаг мөн; тэр цагт эцэг эхийн зүрх сэтгэл болон хүүхдүүдийн зүрх сэтгэл тухайн асуудлыг олж харахаар эргэх болно. Тэр асуудал нь—сохор Лаодики хүн тослогдсон Филаделфи хүн болон өөрчлөгдсөн эсэх явдал юм. Сүүлчийн борооны цагт эцэг эх болон хүүхдийн өмнө тулгардаг асуудал нь энэ мөн, учир нь тэр нь мөн шүүлтийн цаг билээ. Мөн шүүлтийн цаг нь Абрахамын гэрээний эш үзүүллэгийн дагуу гурав дахь болон дөрөв дэх үеийн туршид хэрэгждэг. Сохор хүн бол сүүлчийн бөгөөд дөрөв дэх үе, харин түүний эцэг эх нь гурав дахь үе юм. Тэр хугацаанд Елиагийн мэдээ айл өрхүүдийг Силоамын цөөрмийн мэдээг хүлээн авах эсвэл няцаахаас өөр аргагүй байдалд оруулсан нөхцөл байдалд байрлуулдаг. Тэнэг бөгөөд ёс бус хаан Ахаз тэр цөөрмийн мэдээг няцаасан, харин сохор хүн хүлээн авсан. Малахийн Елиагийн мэдээ нь Эзэний агуу бөгөөд аймшигт өдрийн өмнөх хараалын хүрээнд тавигдсан байдаг.</w:t>
      </w:r>
    </w:p>
    <w:p>
      <w:pPr>
        <w:pStyle w:val="ArticleBody"/>
        <w:jc w:val="left"/>
      </w:pPr>
      <w:r>
        <w:rPr>
          <w:rFonts w:ascii="Times New Roman" w:hAnsi="Times New Roman" w:eastAsia="Times New Roman" w:cs="Times New Roman"/>
        </w:rPr>
        <w:t>Есүс бидний авч үзэж буй нөхцөл байдлыг бүрдүүлэхдээ, уг гайхамшгийн зорилгын талаарх Өөрийн дүгнэлтдээ Тэр үедээ ажиллах ёстойг багтаасан юм. Учир нь хэн ч ажиллаж чадахгүй цаг ирнэ. Түүний хэлсэн ажил нь өдрийн гэрэлд хийгддэг бөгөөд ажлын төгсгөлийг шөнөөр төлөөлүүлэн үзүүлсэн байна. Түүний энэ эшлэл нь нигүүлслийн хугацаа хаагдахыг зааж байна.</w:t>
      </w:r>
    </w:p>
    <w:p>
      <w:pPr>
        <w:pStyle w:val="ArticleBody"/>
        <w:jc w:val="left"/>
      </w:pPr>
      <w:r>
        <w:rPr>
          <w:rFonts w:ascii="Times New Roman" w:hAnsi="Times New Roman" w:eastAsia="Times New Roman" w:cs="Times New Roman"/>
        </w:rPr>
        <w:t>Тэр шүүлтийн ажлаа дуусгах үедээ Өөрийн тахилчийн өмсгөлийг тайлан, өшөө авалтын өмсгөлөө өмсөнө. Төөрөгдөгсдийг аврагдагсдаас салгах тэр ажлыг Тэр дуусгах үед авралын ажил төгсөнө. Нигүүлслийн хугацаа хаагдаж, хэн ч ажиллаж үл чадах шөнө болжээ. Христийн мэдээ нь зөвхөн сохор хүнд хандсан Лаодикийн мэдээ байсангүй, харин сүнснүүдийг аврахын төлөө ажиллах Христийн ариусгагдсан сэдэл болсон нигүүлслийн хугацаа хаагдах ойртсоны хүрээнд тавигдсан Елиагийн мэдээ байсан юм.</w:t>
      </w:r>
    </w:p>
    <w:p>
      <w:pPr>
        <w:pStyle w:val="ArticleBody"/>
        <w:jc w:val="left"/>
      </w:pPr>
      <w:r>
        <w:rPr>
          <w:rFonts w:ascii="Times New Roman" w:hAnsi="Times New Roman" w:eastAsia="Times New Roman" w:cs="Times New Roman"/>
        </w:rPr>
        <w:t>Эхлээд Христ сохор хүнд ойртон очиж, дараа нь түрхлэгийг бэлтгэн түрхэж, улмаар сохор хүн өөрөө хийх ёстой ажлын талаар заавар өгсөн бөгөөд, үүнтэй адил чухал нь, тэрээр уг ажлыг эхлүүлэх тэр үед хараа нь сэргэдэг явдал юм. Тэр хараатай болмогцоо сохор Лаодики хүнээс Филаделфи хүн болон хувирсан байдаг. Эдгээр хоёр сүмийн өөрчлөлтийн үе эхнээсээ 1856 оноос 1863 он хүртэл биеллээ олсон юм.</w:t>
      </w:r>
    </w:p>
    <w:p>
      <w:pPr>
        <w:pStyle w:val="ArticleBody"/>
        <w:jc w:val="left"/>
      </w:pPr>
      <w:r>
        <w:rPr>
          <w:rFonts w:ascii="Times New Roman" w:hAnsi="Times New Roman" w:eastAsia="Times New Roman" w:cs="Times New Roman"/>
        </w:rPr>
        <w:t>Тэр үе нь буудай ба хогийн ургамлыг салгахыг, мөн үүний дараа туг тэмдэг мэт өргөгдөх нэг зуун дөчин дөрвөн мянгыг эцэслэн тамгалж дуусгахыг төлөөлнө. Сохор хүн Лаодикеагаас Филадельфи рүү өөрчлөгдсөн даруйдаа олон нийтийн анхаарлын төв болсон. Сохор хүн бол нэг зуун дөчин дөрвөн мянга бөгөөд хорон муу, мунхаг хаан Ахаз бол Эзэний амнаас бөөлжигдөн гаргах хуучин гэрээний ард түмэн мөн. Түүхийн яг тэр мөчид Есүс Өөрийн шүлсийг ашиглан шинэ гэрээний ард түмнээ тосолж байна, эс бөгөөс Тэр хуучин гэрээний ард түмнийг Өөрийн амнаас бөөлжин гаргаж байна.</w:t>
      </w:r>
    </w:p>
    <w:p>
      <w:pPr>
        <w:pStyle w:val="ArticleBody"/>
        <w:jc w:val="left"/>
      </w:pPr>
      <w:r>
        <w:rPr>
          <w:rFonts w:ascii="Times New Roman" w:hAnsi="Times New Roman" w:eastAsia="Times New Roman" w:cs="Times New Roman"/>
        </w:rPr>
        <w:t>Бид эдгээр бодлыг дараагийн өгүүлэлд үргэлжлүүлэн авч үзнэ.</w:t>
      </w:r>
    </w:p>
    <w:p>
      <w:pPr>
        <w:pStyle w:val="ArticleScripture"/>
        <w:jc w:val="left"/>
      </w:pPr>
      <w:r>
        <w:rPr>
          <w:rFonts w:ascii="Times New Roman" w:hAnsi="Times New Roman" w:eastAsia="Times New Roman" w:cs="Times New Roman"/>
        </w:rPr>
        <w:t>“Ирж буй хямрал”</w:t>
      </w:r>
    </w:p>
    <w:p>
      <w:pPr>
        <w:pStyle w:val="ArticleScripture"/>
        <w:jc w:val="left"/>
      </w:pPr>
      <w:r>
        <w:rPr>
          <w:rFonts w:ascii="Times New Roman" w:hAnsi="Times New Roman" w:eastAsia="Times New Roman" w:cs="Times New Roman"/>
        </w:rPr>
        <w:t>“Хязгааргүй Нэгэн бүх үндэстэнтэй тооцоог алдаа мадаггүй үнэн зөвөөр хөтөлдөг. Түүний өршөөл наманчлалд дуудах уриалгуудын хамт өргөн баригдаж байх үед энэ тооцоо нээлттэй хэвээр байна; харин Бурханы тогтоосон тодорхой нэгэн хязгаарт хүрмэгц Түүний уур хилэнгийн үйлчлэл эхэлнэ. Тэгэхэд тооцоо хаагдана; тэнгэрлэг тэвчээр төгсөнө; тэдний төлөө өршөөл гуйн гуйх нь цаашид үгүй болно.”</w:t>
      </w:r>
    </w:p>
    <w:p>
      <w:pPr>
        <w:pStyle w:val="ArticleScripture"/>
        <w:jc w:val="left"/>
      </w:pPr>
      <w:r>
        <w:rPr>
          <w:rFonts w:ascii="Times New Roman" w:hAnsi="Times New Roman" w:eastAsia="Times New Roman" w:cs="Times New Roman"/>
        </w:rPr>
        <w:t>“Эш үзүүлэгч, эрин үеүүдийн урсгалыг дамжин харахдаа, бидний цаг үеийг өөрийн үзэгдлийн өмнө дэлгэгдсэнээр үзэв. Энэ үеийн үндэстнүүд урьд өмнө хэзээ ч байгаагүй өршөөл нигүүлслийн хүртэгчид болсон юм. Тэнгэрийн ерөөлийн хамгийн эрхэм нь тэдэнд өгөгдсөн; гэвч өсөн нэмэгдсэн бардамнал, шунахайрал, шүтээн шүтлэг, Бурханыг үл тоомсорлол, мөн дорд талархалгүй байдал нь тэдний эсрэг бичигдсэн байна. Тэд Бурхантай хийх тооцоогоо түргэн хааж байна.</w:t>
      </w:r>
    </w:p>
    <w:p>
      <w:pPr>
        <w:pStyle w:val="ArticleScripture"/>
        <w:jc w:val="left"/>
      </w:pPr>
      <w:r>
        <w:rPr>
          <w:rFonts w:ascii="Times New Roman" w:hAnsi="Times New Roman" w:eastAsia="Times New Roman" w:cs="Times New Roman"/>
        </w:rPr>
        <w:t>“Шашны ертөнцөд ихэд самуурал, будлиан бий болох өдрүүд түргэн ойртож байна. Олон бурхан, олон эзэд байх болно; сургаалын салхи бүхэн үлээж байх болно; мөн Сатан тэнгэрэлчийн өмсгөлөөр хувцаслан, боломжтойсан бол бүр сонгогдсон хүмүүсийг хүртэл мэхлэх байлаа.</w:t>
      </w:r>
    </w:p>
    <w:p>
      <w:pPr>
        <w:pStyle w:val="ArticleScripture"/>
        <w:jc w:val="left"/>
      </w:pPr>
      <w:r>
        <w:rPr>
          <w:rFonts w:ascii="Times New Roman" w:hAnsi="Times New Roman" w:eastAsia="Times New Roman" w:cs="Times New Roman"/>
        </w:rPr>
        <w:t>“Жинхэнэ сүсэг бишрэл ба ариун байдалд бүх нийтээр үзүүлдэг жигшил, Бурхантай амьд холбоогүй хүмүүсийг Түүний хуулийг хүндэтгэх хүндлэлээ алдахад хүргэдэг. Тэнгэрлэг хуулийг үл хүндэтгэх явдал улам тодорхой илрэхийн хэрээр, түүнийг сахигчид ба дэлхий, мөн дэлхийг хайрлагч сүмийн хоорондох зааг шугам улам тод ялгарах болно. Бурханы тушаалуудыг хайрлах хайр нь нэг хэсгийн дунд нэмэгдэхийн хэрээр, нөгөө хэсгийн дунд тэдгээрийг үл тоомсорлох явдал мөн төдий чинээ нэмэгдэх болно.”</w:t>
      </w:r>
    </w:p>
    <w:p>
      <w:pPr>
        <w:pStyle w:val="ArticleScripture"/>
        <w:jc w:val="left"/>
      </w:pPr>
      <w:r>
        <w:rPr>
          <w:rFonts w:ascii="Times New Roman" w:hAnsi="Times New Roman" w:eastAsia="Times New Roman" w:cs="Times New Roman"/>
        </w:rPr>
        <w:t>Агуу БИ БАЙНА хэмээгч Өөрийн хуулийг зөвтгөн баталж байна. Тэрээр түүнийг шуурга дунд, үер усанд, догшин салхинд, газар хөдлөлтөнд, хуурай газар болон далай тэнгис дэх аюул занал дунд хүчингүй болгодог хүмүүст хандан айлдаж байна. Одоо бол Түүний ард түмэн зарчимд үнэнч гэдгээ илэрхийлэн харуулах цаг мөн.</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Эзэн үүдэн дээр байна. Аврагч Чидун уулан дээр энэ агуу үйл явдлын өмнө тохиох үзэгдлүүдийг өгүүлэн сануулсан юм: ‘Та нар дайн болон дайны сураг чимээг сонсоно’ гэж Тэр хэлсэн. ‘Үндэстэн үндэстний эсрэг, хаант улс хаант улсын эсрэг босно; мөн энд тэнд өлсгөлөн, тахал, газар хөдлөлтүүд болно. Энэ бүхэн зовлонгийн эхлэл мөн.’ Эдгээр эш үзүүллэгүүд Иерусалимын сүйрлийн үед хэсэгчлэн биеллээ олсон боловч, тэдгээр нь эцсийн өдрүүдэд илүү шууд хамааралтай юм.</w:t>
      </w:r>
    </w:p>
    <w:p>
      <w:pPr>
        <w:pStyle w:val="ArticleScripture"/>
        <w:jc w:val="left"/>
      </w:pPr>
      <w:r>
        <w:rPr>
          <w:rFonts w:ascii="Times New Roman" w:hAnsi="Times New Roman" w:eastAsia="Times New Roman" w:cs="Times New Roman"/>
        </w:rPr>
        <w:t>“Иохан болон бусад эш үзүүлэгчид ч мөн Христийн ирэлтийн тэмдэг болохуйц өрнөх аймшигт үзэгдлүүдийн гэрч болсон юм. Тэд дайнд бэлдэхээр цэрэг хүч цугларч буйг, мөн хүмүүсийн зүрх айдсаас болж мохож байгааг харсан. Тэд газар дэлхий байрнаасаа хөдөлж, уулс тэнгисийн гүнд шидэгдэж, түүний давалгаа архирч, түгшүүртэй болж, хөөсөндөө уулс ганхаж байгааг харсан. Тэд Бурханы хилэнгийн аяганууд нээгдэж, тахал, өлсгөлөн, үхэл газар дэлхийн оршин суугчдын дээр ирж байгааг харсан.”</w:t>
      </w:r>
    </w:p>
    <w:p>
      <w:pPr>
        <w:pStyle w:val="ArticleScripture"/>
        <w:jc w:val="left"/>
      </w:pPr>
      <w:r>
        <w:rPr>
          <w:rFonts w:ascii="Times New Roman" w:hAnsi="Times New Roman" w:eastAsia="Times New Roman" w:cs="Times New Roman"/>
        </w:rPr>
        <w:t>“Бурханы хориглон баригч Сүнс аль хэдийнээс дэлхийгээс татагдан зайлуулагдаж байна. Мөн хар салхи, шуурга, тэнгис болон газар дээрх гамшгууд ар араасаа түргэн дарааллаар тохиолдож байна. Шинжлэх ухаан энэ бүхнийг тайлбарлахыг эрмэлздэг. Бурханы Хүүгийн ойртон ирэхийг тунхаглан бидний эргэн тойронд олшрон буй тэмдгүүдийг жинхэнэ шалтгаанаас өөр юу ч болов хэмээн тайлбарладаг. Хүмүүс Бурханы зарц нар тамгалагдах хүртэл дөрвөн салхийг үлээхгүйгээр тогтоон барьж буй манаач тэнгэрэлч нарыг ялган таньж чаддаггүй; харин Бурхан Өөрийн тэнгэрэлч нарт салхинуудыг тавь хэмээн тушаахад, ямар ч үзэг дүрслэн бичиж үл чадах Түүний өшөө авагч уур хилэнгийн тийм нэгэн дүр зураг илрэх болно.”</w:t>
      </w:r>
    </w:p>
    <w:p>
      <w:pPr>
        <w:pStyle w:val="ArticleScripture"/>
        <w:jc w:val="left"/>
      </w:pPr>
      <w:r>
        <w:rPr>
          <w:rFonts w:ascii="Times New Roman" w:hAnsi="Times New Roman" w:eastAsia="Times New Roman" w:cs="Times New Roman"/>
        </w:rPr>
        <w:t>“Нэн даруй бидний дээр нэгэн хямрал ирэх гэж байна; гэвч Бурханы үйлчлэгчид энэ агуу онцгой үед өөрсдөдөө найдах ёсгүй. Исаиа, Езекиел, Иохан нарт өгөгдсөн үзэгдлүүдээс бид тэнгэр газар дээр өрнөж буй үйл явдлуудтай ямар ойр нягт холбоотойг хардаг. Бид Түүнд үнэнч байдаг хүмүүсийн төлөөх Бурханы халамжийг хардаг. Энэ ертөнц захирагчгүй биш. Ирэх үйл явдлуудын төлөвлөгөө Эзэний гарт байна. Тэнгэрийн Сүр Жавхлан үндэстнүүдийн хувь заяаг, мөн Өөрийн сүмийн хэрэг явдлыг Өөрийнхөө мэдэлд хадгалж байдаг.</w:t>
      </w:r>
    </w:p>
    <w:p>
      <w:pPr>
        <w:pStyle w:val="ArticleScripture"/>
        <w:jc w:val="left"/>
      </w:pPr>
      <w:r>
        <w:rPr>
          <w:rFonts w:ascii="Times New Roman" w:hAnsi="Times New Roman" w:eastAsia="Times New Roman" w:cs="Times New Roman"/>
        </w:rPr>
        <w:t>“Бурхан сүүлчийн өдрүүдэд юу болохыг Өөрийн ард түмэн эсэргүүцэл ба уур хилэнгийн шуургыг сөрөн зогсоход бэлтгэгдэхийн тулд илчилсэн билээ. Өөрсдийн өмнө тохиох үйл явдлуудын тухай анхааруулга авсан хүмүүс ирэх шуургыг тайван хүлээлттэйгээр зүгээр суун, зовлонгийн өдөр Эзэн Өөрийн үнэнч хүмүүсийг халхлан хамгаална хэмээн өөрсдийгөө тайвшруулж болохгүй. Бид Эзэнээ хүлээж буй хүмүүсийн адил байх ёстой, хий дэмий хүлээлтээр бус, харин гуйвшгүй итгэлтэй, чин сэтгэлийн хөдөлмөр дунд. Одоо бол оюун санаагаа өчүүхэн ач холбогдолтой зүйлсэд автуулах цаг огтхон ч биш.”</w:t>
      </w:r>
    </w:p>
    <w:p>
      <w:pPr>
        <w:pStyle w:val="ArticleScripture"/>
        <w:jc w:val="left"/>
      </w:pPr>
      <w:r>
        <w:rPr>
          <w:rFonts w:ascii="Times New Roman" w:hAnsi="Times New Roman" w:eastAsia="Times New Roman" w:cs="Times New Roman"/>
        </w:rPr>
        <w:t>“Хүмүүс унтаж байх зуур Сатан Эзэний ард түмэнд өршөөл ч, шударга ёс ч үзүүлэхгүй байхаар нөхцөл байдлыг идэвхтэй зохицуулж байна. Ням гаргийн хөдөлгөөн одоо харанхуй дунд замаа гарган урагшилж байна. Удирдагчид жинхэнэ асуудлыг нуун далдалж байгаа бөгөөд энэ хөдөлгөөнд нэгдэж буй олон хүн өөрсдөө ч дотоод урсгал нь хаашаа чиглэж байгааг олж харахгүй байна. Түүний илэрхийлэл нь намуухан, өнгөцхөндөө Христийнх мэт боловч, ярих цаг нь ирэхэд тэр луугийн сүнсийг илчлэх болно. Бидэнд заналхийлж буй аюулаас зайлуулахын тулд өөрсдийн чадлын хэрээр бүхнийг хийх нь бидний үүрэг мөн. Ухамсрын эрх чөлөөг хязгаарлах арга хэмжээнүүдийн эсрэг хамгийн үр нөлөөтэй эсэргүүцлийг ийнхүү тавин, маргааны жинхэнэ асуудлыг ард олны өмнө дэлгэн тавих ёстой. Бид Судруудыг шинжлэн судалж, итгэлийнхээ учир шалтгааныг тайлбарлан өгч чадах ёстой. Эш үзүүлэгч ийн өгүүлдэг: ‘Хорон муу хүмүүс хорон муугаа үйлдэх болно, хорон муу хүмүүсийн хэн нь ч ойлгохгүй; харин мэргэд ойлгоно.’”</w:t>
      </w:r>
    </w:p>
    <w:p>
      <w:pPr>
        <w:pStyle w:val="ArticleScripture"/>
        <w:jc w:val="left"/>
      </w:pPr>
      <w:r>
        <w:rPr>
          <w:rFonts w:ascii="Times New Roman" w:hAnsi="Times New Roman" w:eastAsia="Times New Roman" w:cs="Times New Roman"/>
        </w:rPr>
        <w:t>“Ирээдүйн чухал үе бидний өмнө байна. Түүний сорилт, уруу таталтуудтай учран тэмцэж, түүний үүргүүдийг биелүүлэхийн тулд агуу итгэл, эрч хүч, тэвчээр шаардагдана. Гэвч бид сүр жавхлантайгаар ялж чадна; учир нь сэрэмжлэн харж, залбирч, итгэж буй нэг ч сүнс дайсны мэхэнд урхидагдахгүй. Бүх тэнгэр бидний сайн сайхны төлөө анхаарч, өөрийнх нь мэргэн ухаан ба хүчийг биднээс нэхэмжлэн авахыг хүлээж байна. Эсэргүүцэгч аливаа нөлөө, ил тод ч бай нууц ч бай, ‘хүчээр ч биш, чадлаар ч биш, харин Миний Сүнсээр’ хэмээн түмэн цэргийн ЭЗЭН айлдсанаар амжилттайгаар эсэргүүцэгдэж чадна. Бурхан эрт цагт байсанчлан одоо ч мөн хүний хүчин чармайлтаар дамжуулан үйлдэж, сул дорой зэмсгүүдээр агуу зүйлсийг гүйцэлдүүлэхэд яг адилхан бэлэн байна. Бид олны тоогоор бус, харин сүнсээ Есүст бүрэн даатгаснаар ялалтыг олно.</w:t>
      </w:r>
    </w:p>
    <w:p>
      <w:pPr>
        <w:pStyle w:val="ArticleScripture"/>
        <w:jc w:val="left"/>
      </w:pPr>
      <w:r>
        <w:rPr>
          <w:rFonts w:ascii="Times New Roman" w:hAnsi="Times New Roman" w:eastAsia="Times New Roman" w:cs="Times New Roman"/>
        </w:rPr>
        <w:t>“Одоо, энэрэл нигүүлсэл хараахан саатсаар байгаа энэ үед, Есүс бидний төлөө зуучлан өмгөөлж байгаа энэ үед, мөнхийн төлөөх ажлаа бүрэн төгс гүйцэтгэцгээе.” Southern Watchman, 1906 оны 12 дугаар сарын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Тавдугаар Хэсэг</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