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Лаодикийн Долоо Дахь Өдрийн Адвентист Сүм — Арван Долоо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2025-12-23</w:t>
      </w:r>
    </w:p>
    <w:p>
      <w:pPr>
        <w:pStyle w:val="ArticleHeading"/>
        <w:jc w:val="left"/>
      </w:pPr>
      <w:r>
        <w:rPr>
          <w:rFonts w:ascii="Arial" w:hAnsi="Arial" w:eastAsia="Arial" w:cs="Arial"/>
        </w:rPr>
        <w:t>Арван долоон тоо</w:t>
      </w:r>
    </w:p>
    <w:p>
      <w:pPr>
        <w:pStyle w:val="ArticleBody"/>
        <w:jc w:val="left"/>
      </w:pPr>
      <w:r>
        <w:rPr>
          <w:rFonts w:ascii="Times New Roman" w:hAnsi="Times New Roman" w:eastAsia="Times New Roman" w:cs="Times New Roman"/>
        </w:rPr>
        <w:t>Бид өмнөх өгүүллээ Абрам ба Паулын эш үзүүллэгүүдийн тухай дуусаагүй авч үзсэн бодролоор өндөрлөсөн бөгөөд тэдгээр нь мөр дээр мөрөөр нийлж, эхлээд 30 жил, дараа нь 400 жилээс бүрдэх 430 жилийн хугацааг бүрдүүлдэг. Теологийн хүрээнд 30 жилийг 400 жилийн дараа дагах хугацаа гэж үзэх хүмүүс зарим нь байж болох гэж би бодож байна. Гэвч ерөнхийд нь авч үзэхэд гучин жилийг уг хугацааны эхэнд хамааруулдаг. Энэ нь 400-ийн дараа 30 уу, эсвэл 30-ын дараа 400 уу? Энэ нь гучийн дараа дөрвөн зуу байдаг. Учир нь 30 жилийн хугацааг тогтоон батлах, мөн түүнтэй холбоотойгоор түүнийг даган гарах хоёр дахь эш үзүүллэгийн хугацааг гэрчлэх олон гэрч байдаг.</w:t>
      </w:r>
    </w:p>
    <w:p>
      <w:pPr>
        <w:pStyle w:val="ArticleBody"/>
        <w:jc w:val="left"/>
      </w:pPr>
      <w:r>
        <w:rPr>
          <w:rFonts w:ascii="Times New Roman" w:hAnsi="Times New Roman" w:eastAsia="Times New Roman" w:cs="Times New Roman"/>
        </w:rPr>
        <w:t>Эхлэл 41:46-д өгүүлснээр Иосеф Фараоны өмнө үйлчлэлээ эхлэхдээ гучин настай байв. Дараа нь элбэг дэлбэгийн долоон жил эхэлж, үүний дараа өлсгөлөнгийн долоон жил үргэлжилсэн. Христийн бэлгэдэл болсон Иосефын гучин настай байдал нь дараалан ирэх 2520 өдрийн хоёр үеэр дагалдагдсан юм. Христ гучин настай байхад, 1260-ын хоёр үе дараалан ирсэн бөгөөд эдгээр нь хамтдаа 2520-ийг бүрдүүлдэг; энэ нь эргээд хоёр хаанчлал дээрх долоон цаг үетэй холбогддог.</w:t>
      </w:r>
    </w:p>
    <w:p>
      <w:pPr>
        <w:pStyle w:val="ArticleBody"/>
        <w:jc w:val="left"/>
      </w:pPr>
      <w:r>
        <w:rPr>
          <w:rFonts w:ascii="Times New Roman" w:hAnsi="Times New Roman" w:eastAsia="Times New Roman" w:cs="Times New Roman"/>
        </w:rPr>
        <w:t>Давид хаан болохдоо гучин настай байсан бөгөөд тэр дөчин жил хаанчлав гэж 2 Самуел 5:4-т тэмдэглэсэн байдаг. Давид бол Христийн дүрслэл мөн; Христ гучин настай байхдаа баптисм хүртэж, дараа нь дөчин хоногийн турш цөл рүү хөтлөгдөн орсон бөгөөд, баптисмаар нь дүрслэгдсэн Түүний амилалтын дараа, Тэр шавь нарынхаа дунд биечлэн байж дөчин хоног сургажээ. Загалмай дээр Иерусалимын сүйрэл өршөөлөөр дөчин жилийн турш хойшлогдсон нь тэдний гэрээний түүхийн эхэнд цөлд үхэж өнгөрүүлсэн дөчин жилтэй зэрэгцэн нийцэж байна.</w:t>
      </w:r>
    </w:p>
    <w:p>
      <w:pPr>
        <w:pStyle w:val="ArticleBody"/>
        <w:jc w:val="left"/>
      </w:pPr>
      <w:r>
        <w:rPr>
          <w:rFonts w:ascii="Times New Roman" w:hAnsi="Times New Roman" w:eastAsia="Times New Roman" w:cs="Times New Roman"/>
        </w:rPr>
        <w:t>Езекиел 1:1-д Езекиел эш үзүүлэгчээр дуудагдах үедээ гучин настай байв. Езекиелийн гуч дахь наснаас хойшхи хугацааны талаар одоо би авч үзэхгүй, харин түүний үйлчлэл хэр удаан үргэлжилснийг тогтоогдсон баримтуудад тулгуурласан товч AI-хураангуйгаар оруулъя. “Езекиелийн эш үзүүллүүд нь Хуучин Гэрээнд хамгийн нарийн он цагтайд тооцогддог бөгөөд уг номын туршид 13 тодорхой огноо өгөгдсөн байдаг. Эдгээр нь бүгд Иехоиахины цөллөгийн оноос (МЭӨ 597 оныг 1-р жил болгон) тоологдсон тул ойролцоогоор 22 жилийг хамарсан тодорхой цаг хугацааны хүрээг бүрдүүлдэг.”</w:t>
      </w:r>
    </w:p>
    <w:p>
      <w:pPr>
        <w:pStyle w:val="ArticleBody"/>
        <w:jc w:val="left"/>
      </w:pPr>
      <w:r>
        <w:rPr>
          <w:rFonts w:ascii="Times New Roman" w:hAnsi="Times New Roman" w:eastAsia="Times New Roman" w:cs="Times New Roman"/>
        </w:rPr>
        <w:t>Есүс баптисм хүртэх үедээ гучин настай байсан бөгөөд дараа нь Тэр олонтой нэг долоо хоногийн турш гэрээг баталсан.</w:t>
      </w:r>
    </w:p>
    <w:p>
      <w:pPr>
        <w:pStyle w:val="ArticleBody"/>
        <w:jc w:val="left"/>
      </w:pPr>
      <w:r>
        <w:rPr>
          <w:rFonts w:ascii="Times New Roman" w:hAnsi="Times New Roman" w:eastAsia="Times New Roman" w:cs="Times New Roman"/>
        </w:rPr>
        <w:t>Эсрэгхрист нь зөгнөлийн хувьд Христийн хэв маягаар захирагддаг бөгөөд Христ Тэнгэрийн Тэргүүн Тахилчийн ажлаа хүлээн авахын тулд гучин жил бэлтгэгдсэнтэй адил, эсрэгхристэд оноогдсон бэлтгэлийн гучин жилийн зөгнөлийн үе нь 508 онд “өдөр тутмын”-ыг зайлуулснаас 538 он хүртэл үргэлжилсэн юм. Тэр үед папын засаг хуурамч тэргүүн тахилчийн хувиар эрх мэдлээр хангагдсан нь, Христ Өөрийн баптисмаар хүчээр тослогдсонтой адил байсан; учир нь папын харанхуйн 1260 жил нь Христийн Өөрийн баптисмаас загалмай хүртэлх цэвэр гэрлийн 1260 өдрүүдтэй зэрэгцэн орших бөгөөд энэ нь 1798 онд папын засагт учирсан үхлийн шархтай нийцдэг.</w:t>
      </w:r>
    </w:p>
    <w:p>
      <w:pPr>
        <w:pStyle w:val="ArticleBody"/>
        <w:jc w:val="left"/>
      </w:pPr>
      <w:r>
        <w:rPr>
          <w:rFonts w:ascii="Times New Roman" w:hAnsi="Times New Roman" w:eastAsia="Times New Roman" w:cs="Times New Roman"/>
        </w:rPr>
        <w:t>Гучин жилийн хугацаагаар эхэлдэг эдгээр өмнөх хоёр үе шатт хугацаануудын аль нь ч Абрамын гэрээний гурван үе шатт үйл явц дахь анхны алхмаас өмнөхөд хамаарахгүй. Иймээс Абрамынх нь хамгийн түрүүнд дурдагдсан байдаг; гэвч энэ нь зөвхөн Паулын хоёр дахь гэрчлэлээр батлагдсаны дараа л тийм байж чадсан юм. Паул эдгээр үгсээ бичих үед 400 жилийн эш үзүүллэг 430 жилийн эш үзүүллэг болсон бөгөөд түүний эхний 30 жил нь сүүлчийн хугацаанаас тусгаарлагдан тогтоогдсон байдаг.</w:t>
      </w:r>
    </w:p>
    <w:p>
      <w:pPr>
        <w:pStyle w:val="ArticleBody"/>
        <w:jc w:val="left"/>
      </w:pPr>
      <w:r>
        <w:rPr>
          <w:rFonts w:ascii="Times New Roman" w:hAnsi="Times New Roman" w:eastAsia="Times New Roman" w:cs="Times New Roman"/>
        </w:rPr>
        <w:t>Христосын зан чанар дээр, Түүнийг Альфа ба Омега хэмээн төлөөлүүлснийг үндэс болгон, би ийнхүү нотлон өгүүлж байна: нэг зуун дөчин дөрвөн мянгын гэрээний үйл явцад, Абрам болон Паулын гучин жилийн—үүний дараа дөрвөн зуун жил үргэлжилнэ гэсэн хоёр талт эш үзүүллэгийн омега нь болох тэдэнд, уг эш үзүүллэг нь гэрээний түүхийн омегад өөрийн дүйцэх биеллээ заавал олох ёстой; харин тэр нь нэг зуун дөчин дөрвөн мянгын тамгалагдах түүх мөн. Гучин жилийн нэгэн үе, үүний дараа өөр нэг тусдаа үе заавал биелэх ёстой, гэвч энэ нь цаг хугацааг хэрэглэх байдлаар бус, харин Абрамын суурь болсон 430 жилийн эш үзүүллэгийг биелүүлэх байдлаар байх ёстой. Хэрэв та өмнөх энэ өгүүлбэрийг дахин уншаад, дараа нь энэ цэгт буцан ирж цааш үргэлжлүүлбэл сайнсан.</w:t>
      </w:r>
    </w:p>
    <w:p>
      <w:pPr>
        <w:pStyle w:val="ArticleBody"/>
        <w:jc w:val="left"/>
      </w:pPr>
      <w:r>
        <w:rPr>
          <w:rFonts w:ascii="Times New Roman" w:hAnsi="Times New Roman" w:eastAsia="Times New Roman" w:cs="Times New Roman"/>
        </w:rPr>
        <w:t>Есүс, Иосеф, Давид, мөн Езекиел нар бүгд эцсийн өдрүүд дэх Бурханы ард түмнийг бэлгэдэн илэрхийлэх нэгэн ажлын төлөө гучин жилийн турш бэлтгэгдсэн билээ. Езекиел нь эш үзүүлэгчийг, Иосеф нь тахилч Христийг, Давид нь хааныг бэлгэддэг. Дөрвөн бэлгэ тэмдэг боловч Тэнгэрийн Тэргүүн Тахилчийг төлөөлөх тэдгээр бэлгэ тэмдгийн нэг нь хүний болон Бурханы төлөөлөгчтэй байна. Тэр дөрвөн гэрч бүгд Абрамын гучин жил, түүнээс хойших эш үзүүллэгийн хугацаатай нийцдэг.</w:t>
      </w:r>
    </w:p>
    <w:p>
      <w:pPr>
        <w:pStyle w:val="ArticleBody"/>
        <w:jc w:val="left"/>
      </w:pPr>
      <w:r>
        <w:rPr>
          <w:rFonts w:ascii="Times New Roman" w:hAnsi="Times New Roman" w:eastAsia="Times New Roman" w:cs="Times New Roman"/>
        </w:rPr>
        <w:t>Эсрэг Христ гучин жилийн турш бэлтгэгдэж, дараа нь 1798 онд анхны үхлээ хүртэх хүртлээ 1260 жилийн турш эрх мэдэлтэй байсан. Тэрээр хоёр дахь үхлийн бэлгэдэл мөн, учир нь шалгалтын хугацаа хаагдахад тэр дахин үхнэ. Хоёр дахь үхэл бол мөнхийн үхэл юм. Христ мөнхийн хувьд үхээгүй, Тэр хоёр дахь үхлээр үхээгүй тул бид амилсан Аврагчид үйлчилдэг. Папын засаглалын үхлийн шарх эдгэрэх үед Илчлэлт арван гуравт тэрээр дахин 42 сарын турш ноёрхоно гэж тодорхойлсон байдаг бөгөөд энэ нь цаг хугацааны элементийнгүй эш үзүүллэгийн үеийг илэрхийлдэг.</w:t>
      </w:r>
    </w:p>
    <w:p>
      <w:pPr>
        <w:pStyle w:val="ArticleBody"/>
        <w:jc w:val="left"/>
      </w:pPr>
      <w:r>
        <w:rPr>
          <w:rFonts w:ascii="Times New Roman" w:hAnsi="Times New Roman" w:eastAsia="Times New Roman" w:cs="Times New Roman"/>
        </w:rPr>
        <w:t>Ням гаргийн хуулийн үед тэр дахин амилуулахад, түүний ажлыг эсэргүүцэх цэрэг нь Илчлэл номын арван нэгдүгээр бүлэгт өгүүлсэн гурван өдөр хагасын төгсгөлд амилуулагдсан хүмүүс юм. Хоёулаа туг тэмдэг болсон амилуулагдсан хоёр хүч—нэг нь долоо дахь өдрийн Амралтын өдрийнх, нөгөө нь нарных—хүн төрөлхтөн амь ба үхлийн төлөөх эцсийн сонголтоо хийх үед бүхий л дэлхийн лавлах цэг болдог.</w:t>
      </w:r>
    </w:p>
    <w:p>
      <w:pPr>
        <w:pStyle w:val="ArticleBody"/>
        <w:jc w:val="left"/>
      </w:pPr>
      <w:r>
        <w:rPr>
          <w:rFonts w:ascii="Times New Roman" w:hAnsi="Times New Roman" w:eastAsia="Times New Roman" w:cs="Times New Roman"/>
        </w:rPr>
        <w:t>Ням гарагийн хуулийн үед, антихрист буюу мөн араатан нь луу, өөрөө (араатан), мөн хуурамч эш үзүүлэгчийн гурвалсан нэгдлийг төлөөлөх болно. Эдгээр гурван хүч Бурханы сүмийн эсрэг нэгдэх бөгөөд тэрхүү сүм нь бүх уулсын дээр өргөгдөнө. Ялгуусан Бурханы сүм нь гучин жилийн бэлтгэл дунд байдаг; энэ нь шууд утгаараа гучин жил бус, харин гучин тоо холбогдсон, тогтоогдсон эш үзүүллэгийн хугацаа бөгөөд 1844 оны тушаалын дараа ч эш үзүүллэгийн хувьд хүчин төгөлдөр хэвээр байж, эш үзүүллэгийн цаг хугацааны хэрэглээ цаашид хүчинтэй бус болсныг тодорхойлдог. Гучин жил нь бошиглогч, тахилч, хааны бэлтгэлийн үеийг төлөөлдөг нь ойлгоход энгийн бөгөөд ялгуусан сүмийн хувьд тэд алдарын хаанчлалыг төлөөлөх болно. Езекиелийн дөрвөн гэрч, Христ, Иосеф, мөн Давид нь пап ламт ёс болон гурвалсан нэгдэл дэлхийг Армагеддон уруу хөтөлж буй яг тэр цаг хугацаанд Бурханы хаанчлалын эрх мэдлийг төлөөлдөг.</w:t>
      </w:r>
    </w:p>
    <w:p>
      <w:pPr>
        <w:pStyle w:val="ArticleBody"/>
        <w:jc w:val="left"/>
      </w:pPr>
      <w:r>
        <w:rPr>
          <w:rFonts w:ascii="Times New Roman" w:hAnsi="Times New Roman" w:eastAsia="Times New Roman" w:cs="Times New Roman"/>
        </w:rPr>
        <w:t>Ялгуусан сүм нь Америкийн Нэгдсэн Улсад Ням гаргийн хуулийн үед өргөгдөнө. Мөн Хуучин ба Шинэ Гэрээний гэрчлэлийн дагуу нэг зуун дөчин дөрвөн мянга болох гэрээний ард түмэн нь тахилч нарын хаанчлал болох ёстой.</w:t>
      </w:r>
    </w:p>
    <w:p>
      <w:pPr>
        <w:pStyle w:val="ArticleScripture"/>
        <w:jc w:val="left"/>
      </w:pPr>
      <w:r>
        <w:rPr>
          <w:rFonts w:ascii="Times New Roman" w:hAnsi="Times New Roman" w:eastAsia="Times New Roman" w:cs="Times New Roman"/>
        </w:rPr>
        <w:t>Та нар ч мөн амьд чулуунуудын адил сүнслэг өргөө болон байгуулагдаж, Есүс Христээр дамжин Бурханд тааламжит сүнслэг тахилуудыг өргөхийн тулд ариун санваартан болж байна. 1 Петр 2:5.</w:t>
      </w:r>
    </w:p>
    <w:p>
      <w:pPr>
        <w:pStyle w:val="ArticleBody"/>
        <w:jc w:val="left"/>
      </w:pPr>
      <w:r>
        <w:rPr>
          <w:rFonts w:ascii="Times New Roman" w:hAnsi="Times New Roman" w:eastAsia="Times New Roman" w:cs="Times New Roman"/>
        </w:rPr>
        <w:t>Тахилчид сүмд үйлчлэлээ эхлэхдээ гучин настай байх ёстой байсан тул Ням гаргийн хууль тогтоогдохоос өмнө анхны үр жимсний даллалтын өргөл болгон үйлчлэх тахилчийн бүлгийг бэлтгэх нэгэн хугацаа байдаг. Гэрээний Элчээр гүйцэлдсэн цэвэршүүлэлтийн үйл явцад нэг зуун дөчин дөрвөн мянга болох тахилчид левичүүдээр дүрслэгдэн үзүүлэгддэг. Ням гаргийн хуульд хүргэх эш үзүүллэгийн нэгэн хугацаа байдаг бөгөөд түүнд цэвэршүүлэлтийн үйл явц нь хожмын борооны цаг үеийн төлөө ариусгагдсан үйлчлэлийг бэлтгэдэг. Энэхүү бэлтгэл Ням гаргийн хуулиар төгсдөг тул гучин гэсэн хугацаа нь тахилчдын бэлтгэлийг төлөөлж, ийнхүү тахилчид шаардагдах настай тохирч байна. Христ Тэргүүн Тахилчийн хувьд Өөрийн үйлчлэлийг гучин насандаа эхэлсэн бөгөөд Иосеф Христийн бэлгэдэл болдог учраас тэр мөн адил гучин насандаа үйлчлэлээ эхэлсэн. Хуурамч Христ гучин жилийн бэлтгэлтэй байсан тул гучин жилийн хугацаа нь тахилчийн бүлгийн бэлтгэлийг төлөөлдөг гэдгийн талаар бидэнд гурван гэрч байна.</w:t>
      </w:r>
    </w:p>
    <w:p>
      <w:pPr>
        <w:pStyle w:val="ArticleScripture"/>
        <w:jc w:val="left"/>
      </w:pPr>
      <w:r>
        <w:rPr>
          <w:rFonts w:ascii="Times New Roman" w:hAnsi="Times New Roman" w:eastAsia="Times New Roman" w:cs="Times New Roman"/>
        </w:rPr>
        <w:t>“Удахгүй тулгарах агуу асуудал нь Бурхан томилоогүй хүмүүсийг шигшин ялгах бөгөөд Тэрээр хожуугийн бороонд бэлтгэгдсэн, цэвэр, үнэн, ариусгагдсан үйлчлэлийг бий болгоно.” Selected Messages, book 3, 385.</w:t>
      </w:r>
    </w:p>
    <w:p>
      <w:pPr>
        <w:pStyle w:val="ArticleBody"/>
        <w:jc w:val="left"/>
      </w:pPr>
      <w:r>
        <w:rPr>
          <w:rFonts w:ascii="Times New Roman" w:hAnsi="Times New Roman" w:eastAsia="Times New Roman" w:cs="Times New Roman"/>
        </w:rPr>
        <w:t>Эгч Уайт сүм цэвэр ариун байх бүрд Зөнчлөлийн Сүнс идэвхтэй байдаг хэмээн шууд заадаг. Агуу асуудал хуурамч итгэгчдийг ялган салгах үед та нарт ариусгагдсан үйлчлэл байх бөгөөд энэ нь Тэнгэрлэг бөгөөд хүний чанарыг хоёуланг нь агуулсан тахилч Есүс ба Иосеф, зөнч Есүс ба Езекиел, хаан Есүс ба Давидаас бүрдэнэ. Гучин жилээр бэлгэдэгдсэн хугацааны туршид бэлтгэгдсэн хүмүүс нэг зуун дөчин дөрвөн мянгын дотор байх ёстой бөгөөд тэд зөнчид, тахилчид, хаад хэмээн дүрслэгддэг. Энэ гурван хүний аль аль нь Христийн зөнч, тахилч, хаан болох ажлын библийн бэлгэдэл тул гучин тоо нь Христтэй нэгтгэгдэх үед гучин жилийн турш бэлтгэгдсэн библийн бэлгэдлүүдээр бий болдог эдгээр гурван ангилал тус бүрд Тэнгэрлэг чанар хүний чанартай нэгдсэнийг төлөөлдөг гэсэн дүгнэлтэд хүрэх боломжийг бидэнд олгодог. Иймээс бэлгэдэлт гучин жилийн хугацаанд бэлтгэгдсэн тэдгээр тахилчид нь Тэнгэрлэг чанар хүний чанартай нэгдсэний туг тэмдэг хэмээн дүрслэгддэг.</w:t>
      </w:r>
    </w:p>
    <w:p>
      <w:pPr>
        <w:pStyle w:val="ArticleBody"/>
        <w:jc w:val="left"/>
      </w:pPr>
      <w:r>
        <w:rPr>
          <w:rFonts w:ascii="Times New Roman" w:hAnsi="Times New Roman" w:eastAsia="Times New Roman" w:cs="Times New Roman"/>
        </w:rPr>
        <w:t>Папын эцсийн цус урсгалын 42 сар нь Христ Өөрийн шавь нарын дүрээр хүмүүсийн дунд 42 сарын турш алхаж байх үед тохиолдоно. Абрамын хоёр талт эш үзүүллэгийн 430 жилээр төлөөлөгдсөнчлөн, боолчлол ба дарлалын 42 сар чөлөөлөлтөөр төгсөнө. Абрамын дөрвөн зуун жил нь Улаан тэнгис дэх чөлөөлөлтөөр төгсдөг бөгөөд энэ нь папын бэлгэдлийн 42 сарын эцэст, нигүүлслийн хугацаа хаагдах явдлын сонгодог библийн дүрслэл мөн.</w:t>
      </w:r>
    </w:p>
    <w:p>
      <w:pPr>
        <w:pStyle w:val="ArticleBody"/>
        <w:jc w:val="left"/>
      </w:pPr>
      <w:r>
        <w:rPr>
          <w:rFonts w:ascii="Times New Roman" w:hAnsi="Times New Roman" w:eastAsia="Times New Roman" w:cs="Times New Roman"/>
        </w:rPr>
        <w:t>Дөчин хоёр сар нь АНУ-д Ням гаргийн хууль тогтоогдох үеэс эхлэн хүний нигүүлслийн хугацаа хаагдах хүртэлх шалгалтын үеийг төлөөлдөг. Гэвч тэр 42 сарын дотор, гучин жилийн бэлтгэлийн үеийг дагалдан, Христ үлдэгдлийн хүний дотор гэрээг батлан тогтоож байна. Эсрэг-христийн хуурамч тахилч эцсийн төгсгөлдөө хүрдэг бөгөөд энэ нь Христ Өөрийн шугамд нас барсан яг тэр газарт, мөн Фараон, Египетийн хаан, өөрийн шугамд нас барсан яг тэр газарт болдог. Кармел уулан дээр Баалын эш үзүүлэгчид алагдсан бөгөөд ингэснээр Ням гаргийн хуулийн үед хуурамч эш үзүүлэгчийн үхлийг илэрхийлдэг. Ням гаргийн хуулийн үед чи дараа нь алагдах нэгэн хуурамч эш үзүүлэгчийг, Фараоноор дүрслэгдсэн лууг, мөн папстваар дүрслэгдсэн араатныг харна. Эдгээр нь бүгд Ням гаргийн хуулийн үед Бурханы тахилчид, хаад, эш үзүүлэгчдийн эсрэг тэмцэл дунд дүрслэгддэг. Чуулган Ням гаргийн хуулиас яг өмнө ариусгагдаж, эш үзүүллийн бэлэг сэргээгддэг—яг хуурамч эш үзүүлэгч үхдэг тэр газарт. Түүнээс хойш тулаан нь жинхэнэ эсвэл хуурамч эш үзүүллийн мэдээний төлөө өрнөнө.</w:t>
      </w:r>
    </w:p>
    <w:p>
      <w:pPr>
        <w:pStyle w:val="ArticleBody"/>
        <w:jc w:val="left"/>
      </w:pPr>
      <w:r>
        <w:rPr>
          <w:rFonts w:ascii="Times New Roman" w:hAnsi="Times New Roman" w:eastAsia="Times New Roman" w:cs="Times New Roman"/>
        </w:rPr>
        <w:t>Бэлгэдлийн 30 жилийн хугацаа нь Ням гаргийн хуулиас өмнөх үеийг төлөөлдөг. Энэ хугацаа нь тахилч нарын бэлтгэлийн үе юм. Учир нь Христ бүх зүйлд тэдний жишээ мөн бөгөөд эд бол Хургыг дагагчид юм. Абрамын эш үзүүллэгийн эхний 30 жилийн дотор гэрээ тогтоогдсон; иймээс тахилч нарын бэлтгэлийн үе юуг төлөөлнө, тэр нь Абрамын альфа түүхээр хэв шинжлэгдсэнчлэн Эзэн зуун дөчин дөрвөн мянгатай Өөрийн гэрээг шинэчилдэг үе мөн болохыг энэ нь тодорхойлдог. Тэр үе нь гучин насандаа, Ням гаргийн хуулийн үед үйлчилж эхэлдэг тахилч нарын бэлтгэлийн цаг юм; тэр үед тэд Христ Өөрийн баптисм дээр байсанчлан Ариун Сүнсээр тослогддог. Абрамын альфа түүхээс гарган дүгнэж болох өөр нэгэн үнэн бол, Ням гаргийн хууль руу хөтөлдөг тэр үе юуг ч төлөөлдөг бай, тэр нь зайлшгүй үлэмж ач холбогдолтой байх ёстой; учир нь омега нь үргэлж альфагаасаа илүү хүчирхэг байдаг. Ням гаргийн хууль бол 1844 оны 10 дугаар сарын 22, загалмай, Египет дэх Дээгүүр Өнгөрөх баяр гэх мэтээр төлөөлөгдсөн омега мөн.</w:t>
      </w:r>
    </w:p>
    <w:p>
      <w:pPr>
        <w:pStyle w:val="ArticleBody"/>
        <w:jc w:val="left"/>
      </w:pPr>
      <w:r>
        <w:rPr>
          <w:rFonts w:ascii="Times New Roman" w:hAnsi="Times New Roman" w:eastAsia="Times New Roman" w:cs="Times New Roman"/>
        </w:rPr>
        <w:t>Ням гарагийн хууль нь гучин жилийн хугацаагаар төлөөлөгдсөн үеийн төгсгөлийг илэрхийлдэг. Энэ нь авралын тухай бараг бүх томоохон түүхээр урьдчилан дүрслэгдсэн бөгөөд мөн Абрамаас эхэлсэн сонгогдсон ард түмний гэрээний түүхийн төгсгөл мөн юм. Тухайн үеийн төгсгөлийн талаар ийм эш үзүүллэгийн жинтэй нотолгоо байхад, мөн тэр үеийн өөрийнх нь ноцтой зорилгыг харгалзан үзвэл, түүний эхлэх цэг нь юу байх вэ?</w:t>
      </w:r>
    </w:p>
    <w:p>
      <w:pPr>
        <w:pStyle w:val="ArticleBody"/>
        <w:jc w:val="left"/>
      </w:pPr>
      <w:r>
        <w:rPr>
          <w:rFonts w:ascii="Times New Roman" w:hAnsi="Times New Roman" w:eastAsia="Times New Roman" w:cs="Times New Roman"/>
        </w:rPr>
        <w:t>Гучин жилээр төлөөлөгдөх эш үзүүллэгийн нэгэн хугацаа байдаг бөгөөд олон гэрчийн нотолгоогоор тэр нь Ням гаргийн хуулиар төгсөнө. Тэр мөчөөс хойш янз бүрийн тоон утгаар дүрслэгдсэн нэгэн хугацаа үргэлжилдэг бөгөөд тэдгээр хугацаа бүр нь Ням гаргийн хуулийн дараах эш үзүүллэгийн түүхийн нэгэн шугамын гэрчлэлийг илэрхийлдэг. Тэдгээр хугацааны зарим нь сүмийн түүхийн дотоод шугамыг, харин зарим нь Армагеддон өөд урагшлан явж буй дэлхийн гадаад шугамыг төлөөлдөг.</w:t>
      </w:r>
    </w:p>
    <w:p>
      <w:pPr>
        <w:pStyle w:val="ArticleBody"/>
        <w:jc w:val="left"/>
      </w:pPr>
      <w:r>
        <w:rPr>
          <w:rFonts w:ascii="Times New Roman" w:hAnsi="Times New Roman" w:eastAsia="Times New Roman" w:cs="Times New Roman"/>
        </w:rPr>
        <w:t>Энэ мөчид, гай гамшгуудын төгсгөлд өдөр ба цаг тунхаглагдах хүртэл, эцсийн өдрүүдэд ямар нэг танигдахуйц огноог илэрхийлнэ гэсэн утгаар аливаа цаг хугацааны эш үзүүллэгийг хэрэглэхийг бид үгүйсгэдгээ өөрсдөдөө сануулах нь, магадгүй, зүйтэй юм. Эш үзүүллэгийн цаг хугацааг цаашид хэрэглэхгүй байх тухай өөрийн санааг тайлбарлахын тулд би Даниелын арван хоёрдугаар бүлгийг ашиглана. Арван хоёрдугаар бүлэгт эш үзүүллэгийн цаг хугацааг заасан гурван эшлэл байдаг.</w:t>
      </w:r>
    </w:p>
    <w:p>
      <w:pPr>
        <w:pStyle w:val="ArticleScripture"/>
        <w:jc w:val="left"/>
      </w:pPr>
      <w:r>
        <w:rPr>
          <w:rFonts w:ascii="Times New Roman" w:hAnsi="Times New Roman" w:eastAsia="Times New Roman" w:cs="Times New Roman"/>
        </w:rPr>
        <w:t>Тэгээд би голын усан дээр зогсож байсан маалинган хувцаст хүнийг сонсов. Тэрээр баруун гараа болон зүүн гараа тэнгэр өөд өргөн, мөнхөд амьд Оршигчоор тангараглан хэлэхдээ: энэ нь нэг үе, үеүүд, хагас үе хүртэл үргэлжлэх бөгөөд ариун ард түмний хүчийг тараан сарниулах явдал гүйцэлдэх үед энэ бүх юмс төгсөх болно гэв. Даниел 12:7.</w:t>
      </w:r>
    </w:p>
    <w:p>
      <w:pPr>
        <w:pStyle w:val="ArticleScripture"/>
        <w:jc w:val="left"/>
      </w:pPr>
      <w:r>
        <w:rPr>
          <w:rFonts w:ascii="Times New Roman" w:hAnsi="Times New Roman" w:eastAsia="Times New Roman" w:cs="Times New Roman"/>
        </w:rPr>
        <w:t>Өдөр тутмын тахилыг зогсоож, эзгүйрэл үйлдэгч жигшүүрт зүйлийг босгон тавих тэр цагаас хойш нэг мянга хоёр зуун ерэн хоног байна. Даниел 12:11.</w:t>
      </w:r>
    </w:p>
    <w:p>
      <w:pPr>
        <w:pStyle w:val="ArticleScripture"/>
        <w:jc w:val="left"/>
      </w:pPr>
      <w:r>
        <w:rPr>
          <w:rFonts w:ascii="Times New Roman" w:hAnsi="Times New Roman" w:eastAsia="Times New Roman" w:cs="Times New Roman"/>
        </w:rPr>
        <w:t>Хүлээж, мянга гурван зуун гучин таван өдөрт хүрэгч нь ерөөлтэй. Даниел 12:12.</w:t>
      </w:r>
    </w:p>
    <w:p>
      <w:pPr>
        <w:pStyle w:val="ArticleBody"/>
        <w:jc w:val="left"/>
      </w:pPr>
      <w:r>
        <w:rPr>
          <w:rFonts w:ascii="Times New Roman" w:hAnsi="Times New Roman" w:eastAsia="Times New Roman" w:cs="Times New Roman"/>
        </w:rPr>
        <w:t>Миллеритүүд эдгээр гурван эшлэлийн тус бүрийг зөвөөр ойлгосон байв. Эдгээр гурван эш үзүүллэг нь суурийг илэрхийлдэг үнэнүүдийн нэг хэсэг юм. Гэвч Миллеритүүдийн эдгээр эшлэлийн талаарх ойлголт нь нэг өдрийг нэг жилд тооцох зарчмыг хэрэглэхэд үндэслэж байлаа. “Цаг хугацаа цаашид үгүй” тул эдгээр эшлэл өөр нэгэн хэрэглээтэй байх ёстой; учир нь бүх эш үзүүллэгүүд хожмын борооны цаг үеийн талаар өгүүлж байна. Эдгээр эшлэл нь цаг хугацааг ашиглан мэдээ бүрдүүлдэггүй, мөн эдгээр эшлэлийн талаарх Миллеритүүдийн ойлголттой зөрчилддөггүй хожмын борооны ойлголттой байх ёстой. Эдгээр гурван эшлэлийн дундах эшлэлийн (арван нэгдүгээр эшлэл) талаар Миллеритүүдийн зөв үзэл нь энэ нь хоёр талт үеийг төлөөлдөг бөгөөд эхлээд гучин жилийн үеэс эхэлж, түүний дараа 1260 жил үргэлжилнэ гэсэн ойлголт юм. Арван нэгдүгээр эшлэл нь сүйрлийн жигшүүрт зүйлийг босгон байгуулснаар төлөөлөгдөх Ням гаргийн хуулиас өмнөх гучин жилийн үеийг зааж байна.</w:t>
      </w:r>
    </w:p>
    <w:p>
      <w:pPr>
        <w:pStyle w:val="ArticleBody"/>
        <w:jc w:val="left"/>
      </w:pPr>
      <w:r>
        <w:rPr>
          <w:rFonts w:ascii="Times New Roman" w:hAnsi="Times New Roman" w:eastAsia="Times New Roman" w:cs="Times New Roman"/>
        </w:rPr>
        <w:t>Даниелын арван хоёрдугаар бүлэг бол Даниелын ном дахь нэгэн эш үзүүллэгийн лац тайлагдах төгсгөлийн цаг үед, эцсийн өдрүүдэд тохиолдох Бурханы ард түмний ариусгалын үйл явцыг Бурханы Үгэнд тодорхойлон тавьсан бүлэг мөн. Арван нэгдүгээр зүйлд анхдагчид зөвөөр ойлгосон нэгэн эш үзүүллэгийг бид олж хардаг бөгөөд тэр нь 1260 жилийн хугацаанд хүргэх гучин жилийн үе юм. Арван хоёрдугаар бүлэгт долоо, арван нэг, арван хоёрдугаар зүйлүүд дэх гурван эш үзүүллэг бүгд төгсгөлийн цаг хүртэл лацлагдсан байдаг. Төгсгөлийн цагт эдгээр гурван эш үзүүллэгийн лац тайлагдах ёстой, учир нь Бурханы Үг хэзээ ч бүтэлгүйтдэггүй. Яг тэр бүлэгт Библи дэх хүний сорилтын хугацаа хаагдах үеийн хамгийн тод дүрслэл тавигдсан байдаг; тиймээс арван хоёрдугаар бүлэг нь Адвентизмын эхлэлийг бус, харин бүр ч тодорхойгоор Адвентизмын төгсгөлийг зааж байна.</w:t>
      </w:r>
    </w:p>
    <w:p>
      <w:pPr>
        <w:pStyle w:val="ArticleBody"/>
        <w:jc w:val="left"/>
      </w:pPr>
      <w:r>
        <w:rPr>
          <w:rFonts w:ascii="Times New Roman" w:hAnsi="Times New Roman" w:eastAsia="Times New Roman" w:cs="Times New Roman"/>
        </w:rPr>
        <w:t>Даниелын арван хоёрдугаар бүлэг дэх гурван эш үзүүллэг нь лацдах ба лацыг тайлахын анхдагч эш үзүүллэгийн тодорхойлолт олддог яг тэрхүү Бичээсийн хэсэгт лацлагдсан юм. Тэр гурван эш үзүүллэг нь нэг зуун дөчин дөрвөн мянгатын түүхэнд лацнаасаа тайлагдана. Учир нь Альфа ба Омега нь аливаа зүйлийн эхлэлийг төгсгөлтэй нь хамт үргэлж дүрслэн үзүүлдэг. Арван хоёрдугаар бүлгийн эш үзүүллэгийн гурван хугацаанд лацнаасаа тайлагдаж буй зүйл нь Бурханы эш үзүүллэгийн Үгийн эцсийн тайлтыг төлөөлдөг. Тэрхүү лац тайлагдалт нь сорилтын хугацаа хаагдахын яг өмнө Есүс Христийн Илчлэл лацнаасаа тайлагдах үед Илчлэл номын нэгдүгээр бүлэгт илэрхий тавигдсан байдаг. Даниел 12:11 нь Абрам ба Паулын эхний төлөөлөл болох, гучин жилийн хугацаагаар эхэлсэн хоёр талт эш үзүүллэгийн харгалзах дүр юм.</w:t>
      </w:r>
    </w:p>
    <w:p>
      <w:pPr>
        <w:pStyle w:val="ArticleBody"/>
        <w:jc w:val="left"/>
      </w:pPr>
      <w:r>
        <w:rPr>
          <w:rFonts w:ascii="Times New Roman" w:hAnsi="Times New Roman" w:eastAsia="Times New Roman" w:cs="Times New Roman"/>
        </w:rPr>
        <w:t>Даниел арван хоёрдугаар бүлэг дэх гурван эш үзүүллэг нь эцсийн төгсгөлийн цагт лац нь тайлагдах бэлгэдэлт хугацаанууд бөгөөд тэрхүү лац тайлагдал нь Бурханы ард түмний эцсийн цэвэршүүлэлтэд хүргэдэг. Тэр гурван эш үзүүллэгийн эхнийхийг Христ Өөрөө өгсөн бөгөөд Тэр эш үзүүллэгийг тунхаглахдаа маалинган хувцас өмсөн усан дээр зогсож, 1260 жилээр дүрслэгдсэн эш үзүүллэгийн хугацааны төгсгөлийг заан, тэр хугацааны төгсгөлийг Бурханы ард түмний хүч чадал тараагдан сарнисны төгсгөл хэмээн тодорхойлдог. Эцсийн өдрүүд дэх Бурханы ард түмэн бол нэг зуун дөчин дөрвөн мянга бөгөөд тэд тараагдан сарнисан билээ.</w:t>
      </w:r>
    </w:p>
    <w:p>
      <w:pPr>
        <w:pStyle w:val="ArticleBody"/>
        <w:jc w:val="left"/>
      </w:pPr>
      <w:r>
        <w:rPr>
          <w:rFonts w:ascii="Times New Roman" w:hAnsi="Times New Roman" w:eastAsia="Times New Roman" w:cs="Times New Roman"/>
        </w:rPr>
        <w:t>Христ зөвхөн усан дээр зогсон нэгэн асуултад хариулж байгаа төдийгүй, тэр асуулт нь “Хэр удаан?” гэсэн үгээр эхэлдэг. “Хэр удаан?” гэдэг нь эш үзүүллэгийн бэлгэдэл бөгөөд Даниел 8-ын арван гуравдугаар эшлэлд Есүсээс “Хэр удаан?” хэмээн асуух үед мөн адил тавигддаг билээ.</w:t>
      </w:r>
    </w:p>
    <w:p>
      <w:pPr>
        <w:pStyle w:val="ArticleScripture"/>
        <w:jc w:val="left"/>
      </w:pPr>
      <w:r>
        <w:rPr>
          <w:rFonts w:ascii="Times New Roman" w:hAnsi="Times New Roman" w:eastAsia="Times New Roman" w:cs="Times New Roman"/>
        </w:rPr>
        <w:t>Тэгэхэд нэгэн нь голын усан дээр байсан маалинган хувцастай тэр хүнд хандан, “Эдгээр гайхамшгуудын төгсгөл хүртэл хэр удах вэ?” гэж асуулаа.</w:t>
      </w:r>
    </w:p>
    <w:p>
      <w:pPr>
        <w:pStyle w:val="ArticleScripture"/>
        <w:jc w:val="left"/>
      </w:pPr>
      <w:r>
        <w:rPr>
          <w:rFonts w:ascii="Times New Roman" w:hAnsi="Times New Roman" w:eastAsia="Times New Roman" w:cs="Times New Roman"/>
        </w:rPr>
        <w:t>Тэгээд би голын усан дээгүүр зогсож байсан маалинган хувцаст хүнийг сонсов. Тэр баруун гараа болон зүүн гараа тэнгэр өөд өргөж, мөнхөд амьд Оршигчийг тангараглан: энэ нь нэг үе, хоёр үе, хагас үеийн турш үргэлжлэх бөгөөд ариун ардын хүчийг тараан сарниулж гүйцэх үед энэ бүх зүйл төгсөх болно гэж айлдав. Даниел 12:6, 7.</w:t>
      </w:r>
    </w:p>
    <w:p>
      <w:pPr>
        <w:pStyle w:val="ArticleBody"/>
        <w:jc w:val="left"/>
      </w:pPr>
      <w:r>
        <w:rPr>
          <w:rFonts w:ascii="Times New Roman" w:hAnsi="Times New Roman" w:eastAsia="Times New Roman" w:cs="Times New Roman"/>
        </w:rPr>
        <w:t>Хиддекел мөрний үзэгдэлд маалинган хувцастай хүнээр дүрслэгдсэн Есүст тавигдсан асуулт нь: “Эдгээр гайхамшгуудын төгсгөл хүртэл хэр удах вэ?” гэсэн бөгөөд Улай мөрний үзэгдэлд Палмони (тэрхүү нэгэн ариун) хэмээн дүрслэгдсэн Есүсээс: “Өдөр тутмын тахилын тухай, мөн сүйрүүллийн гэм нүглийн тухай, түүнчлэн ариун газрыг ба цэргийг хөл дор гишгэлэн дэвслэгдэхэд хүргэх тэр үзэгдэл хэр удаан үргэлжлэх вэ?” хэмээн асуужээ.</w:t>
      </w:r>
    </w:p>
    <w:p>
      <w:pPr>
        <w:pStyle w:val="ArticleBody"/>
        <w:jc w:val="left"/>
      </w:pPr>
      <w:r>
        <w:rPr>
          <w:rFonts w:ascii="Times New Roman" w:hAnsi="Times New Roman" w:eastAsia="Times New Roman" w:cs="Times New Roman"/>
        </w:rPr>
        <w:t>Цагаан эгчийн хэлснээр, Шинарын агуу мөрнүүдийн хөвөөнд Даниелд өгөгдсөн үзэгдлүүд эдүгээ биеллийн явцад оршиж байгаа бөгөөд хоёр мөрний үзэгдлийн аль алинтай холбогдон Есүсээс эш үзүүллийн “асуулт”-ыг асуудаг бөгөөд тэр нь үргэлж “хариу” болгон Ням гаргийн хуулийг гарган ирдэг. Гэвч эдгээр хоёр хариулт хоёулаа 1844 онд төгссөн эш үзүүллэгийн цаг хугацааны хүрээнд танилцуулагддаг. Анхдагчид наймдугаар бүлгийн асуулт болон Улай мөрний үзэгдлийн хариуг зөв тодорхойлсон бөгөөд Бурханы ард түмний хүч тараагдах явдал 1798 онд төгссөнийг тэд ойлгосон. Харин 1844 оноос хойш, Бурханы эш үзүүллэгийн Үгийн “цаг хугацааны хэрэглээ” төгссөний дараа, “Хэр удаан?” гэсэн эш үзүүллэгийн асуулт анхдагчдын ойлголтыг “2300 хоног хүртэл, тэгээд ариун сүм удахгүй ирэх Ням гаргийн хуулийн үед цэвэрлэгдэх болно” хэмээн дахин илэрхийлдэг бөгөөд Даниелын эцсийн үзэгдэл дэх “гайхамшгууд” бүгд ариун хүмүүсийн тараагдал гурван хагас бэлгэдэлт өдөр үргэлжилсний эцэст төгс биелнэ.</w:t>
      </w:r>
    </w:p>
    <w:p>
      <w:pPr>
        <w:pStyle w:val="ArticleBody"/>
        <w:jc w:val="left"/>
      </w:pPr>
      <w:r>
        <w:rPr>
          <w:rFonts w:ascii="Times New Roman" w:hAnsi="Times New Roman" w:eastAsia="Times New Roman" w:cs="Times New Roman"/>
        </w:rPr>
        <w:t>Даниел номын сүүлийн гурван бүлэгт гардаг Хиддекел голын үзэгдэл болон долоодугаар бүлгээс есдүгээр бүлэг хүртэлх Улай голын үзэгдлийг Эгч Уайт “Шинарын агуу голууд” хэмээн тодорхойлсон байдаг. Түүхийн болон Библийн бүх эрдэмтэд Шинартай холбогддог ердөө хоёрхон гол байдаг бөгөөд тэдгээр нь хоёулаа агуу голууд мөн гэдгийг хүлээн зөвшөөрдөг. Тэр хоёр гол нь Тигр (Хиддекел) ба Евфрат юм. Улай гол нь Шинарын Евфрат биш; энэ нь Шинар бус Персэд орших, хүний гараар байгуулсан жижиг суваг-гол юм. Адвентизмын суурь болон төв баганыг агуулсан тэрхүү үзэгдэл дэх Улай гол нь Шинарт байрладаггүй, гэтэл эш үзүүлэгч эмэгтэй Улайг Шинарын агуу голуудын нэг болох Евфрат хэмээн тодорхойлдог.</w:t>
      </w:r>
    </w:p>
    <w:p>
      <w:pPr>
        <w:pStyle w:val="ArticleBody"/>
        <w:jc w:val="left"/>
      </w:pPr>
      <w:r>
        <w:rPr>
          <w:rFonts w:ascii="Times New Roman" w:hAnsi="Times New Roman" w:eastAsia="Times New Roman" w:cs="Times New Roman"/>
        </w:rPr>
        <w:t>Хиддекелийн үзэгдэл нь луу, араатан, хуурамч эш үзүүлэгч нарын дэлхийг Армагеддон руу хөтөлсөн гадаад түүхийг харуулдаг бөгөөд Улайгийн үзэгдэл нь Христ Өөрийн Бурханлаг чанарыг хүний хүн чанартай нэгтгэх үйлсийг төлөөлдөг. Эш үзүүллэгийн хувьд онгод нь Улай голыг Евфрат мөрний хамт хоёр дахь гэрч болгон ашиглаж, Христ Өөрийн Бурханлаг чанарыг хүн төрөлхтөнтэй нэгтгэхдээ гүйцэлдүүлдэг ажлыг тодорхойлж өгдөг.</w:t>
      </w:r>
    </w:p>
    <w:p>
      <w:pPr>
        <w:pStyle w:val="ArticleBody"/>
        <w:jc w:val="left"/>
      </w:pPr>
      <w:r>
        <w:rPr>
          <w:rFonts w:ascii="Times New Roman" w:hAnsi="Times New Roman" w:eastAsia="Times New Roman" w:cs="Times New Roman"/>
        </w:rPr>
        <w:t>Евфрат ба Тигр мөрөн хоёулаа Еденээс эхэлж, гэрээний түүхийн бүхэл уртаар урсан өнгөрдөг. Тэд Адвентизмын төв багана болсон 1844 оны 10-р сарын 22-нд цутган орохдоо, Евфрат нь хүний гараар бүтээгдсэн Улай сувагтай нэгдэн, Тэнгэрлэг чанар хүн төрөлхтөнтэй нэгдэхийг төлөөлдөг бөгөөд энэ нь нэг зуун дөчин дөрвөн мянга хэмээн дүрслэгдсэн хүмүүсийн итгэлийг хэрэгжүүлэхүйгээр биелдэг. Улай нь Бурханы эш үзүүллэгийн Үгийн эрх мэдэл дээрх нэгэн сорилтыг төлөөлдөг; учир нь энэ нь Персийн Улай голыг Шинарын агуу мөрнүүдийн нэг хэмээн тодорхойлсон Эллен Уайтын эрх мэдлийг дэлхийн шинжээчдийнхтэй зөрчилдүүлэн тавьдаг.</w:t>
      </w:r>
    </w:p>
    <w:p>
      <w:pPr>
        <w:pStyle w:val="ArticleBody"/>
        <w:jc w:val="left"/>
      </w:pPr>
      <w:r>
        <w:rPr>
          <w:rFonts w:ascii="Times New Roman" w:hAnsi="Times New Roman" w:eastAsia="Times New Roman" w:cs="Times New Roman"/>
        </w:rPr>
        <w:t>Улай голын бэлгэдэл нь хүний үг ба Бурханы Үгийн талаарх нэгэн сорилтыг илэрхийлдэг. Хүмүүс зөв үү, эсвэл Систер Уайтын дэвшүүлсэн үгс зөв үү? Улай гол нь Перс дэх нэгэн ганц голыг төлөөлдөг үү, эсвэл Еденээс гаралтай усыг хүмүүсээс гаралтай устай хольсон, эш үзүүллэгийн нэгэн голыг төлөөлдөг үү?</w:t>
      </w:r>
    </w:p>
    <w:p>
      <w:pPr>
        <w:pStyle w:val="ArticleBody"/>
        <w:jc w:val="left"/>
      </w:pPr>
      <w:r>
        <w:rPr>
          <w:rFonts w:ascii="Times New Roman" w:hAnsi="Times New Roman" w:eastAsia="Times New Roman" w:cs="Times New Roman"/>
        </w:rPr>
        <w:t>Миний дэвшүүлсэн энэ бэрхшээлд олон хариу хувилбар байж болох ч, та миний санааг ойлгохын тулд би хэдэн бодлыг дэлгэн тавья. Ертөнцийн түүхчид ба теологичид зөв, харин Систер Уайт буруу гэж үү? “Шинарын их мөрнүүд” гэдэг нь Тигр ба Евфрат мөн гэдэгтэй хэн ч маргадаггүй. Тэгвэл Систер Уайт Перс дэх Улай мөрнийг Шинарын их мөрөн хэмээн тодорхойлохдоо хуурамч эш үзүүлэгч болж байна уу? Эсвэл тэр алдаа гаргасан жинхэнэ эш үзүүлэгч мөн үү? Жинхэнэ эш үзүүлэгч хуурамч эш үзүүлэгчийн шугамыг давж хувирахаасаа өмнө хэдэн алдаа гаргаж болох вэ? Эсвэл түүхчид буруу юу? Эсвэл үнэндээ тэр зөв үү? Эсвэл түүхчид ч, Систер Уайт ч хоёулаа зөв үү? Би энэ бэрхшээлийг дэвшүүлсэн нь Хиддекел ба Улай мөрний үзэгдэлд хоёуланд нь “Хэдий хэр удаан?” хэмээн асуугддаг, голын дээр зогсож буй маалинган хувцаст хүний тухай өгүүлсэн нэмэлт нэг санааг энэ бэрхшээлийн тайлбарыг ашиглан гаргахын тулд юм.</w:t>
      </w:r>
    </w:p>
    <w:p>
      <w:pPr>
        <w:pStyle w:val="ArticleBody"/>
        <w:jc w:val="left"/>
      </w:pPr>
      <w:r>
        <w:rPr>
          <w:rFonts w:ascii="Times New Roman" w:hAnsi="Times New Roman" w:eastAsia="Times New Roman" w:cs="Times New Roman"/>
        </w:rPr>
        <w:t>Даниелын наймдугаар бүлэгт Даниел Персэд орших Сусад байдаг бөгөөд Суса нь Улай мөрний дэргэд оршдог; хөдөө аж ахуйн үйлдвэрлэлээс шалтгаалан уг Улай нь байгалийн голыг төдийгүй хүний гараар байгуулсан усан сувгуудын цувааг ч хамардаг. Улай доош урсан ойролцоогоор дахин нэг зуун тавин бээр орчим явахдаа Тигр ба Евфрат мөрнүүдийн бэлчиртэй нийлдэг. Еденээс эх авсан Тигр ба Евфрат эцэстээ нэгддэг бөгөөд тийнхүү нийлэх үед Персээс ирэх Улай мөрөн мөн тэр л цэгт холбогддог. Улай мөрөн Тигр мөрний намагт тогтолцоотой, Тигр ба Евфратын бэлчир дээр нийлэхэд, Улай нь Шинарын агуу мөрнүүдийг бүрдүүлэгч усны нэг хэсэг болдог. Түүхчид зөв бөгөөд Уайт эгч ч мөн адил зөв юм.</w:t>
      </w:r>
    </w:p>
    <w:p>
      <w:pPr>
        <w:pStyle w:val="ArticleBody"/>
        <w:jc w:val="left"/>
      </w:pPr>
      <w:r>
        <w:rPr>
          <w:rFonts w:ascii="Times New Roman" w:hAnsi="Times New Roman" w:eastAsia="Times New Roman" w:cs="Times New Roman"/>
        </w:rPr>
        <w:t>Эгч Уайт наймдугаар бүлэгт гардаг Улайн үзэгдлийг тодорхойлохдоо, тэрээр 1798 болон 1844 онд төгссөн 2520 жилийн хоёр үеийг төлөөлдөг Тигр ба Евфрат мөрнүүдийг хооронд нь холбодог хүний гараар бүтээсэн усан сувгийн тогтолцоогоороо алдартай нэгэн мөрнийг зааж байна.</w:t>
      </w:r>
    </w:p>
    <w:p>
      <w:pPr>
        <w:pStyle w:val="ArticleBody"/>
        <w:jc w:val="left"/>
      </w:pPr>
      <w:r>
        <w:rPr>
          <w:rFonts w:ascii="Times New Roman" w:hAnsi="Times New Roman" w:eastAsia="Times New Roman" w:cs="Times New Roman"/>
        </w:rPr>
        <w:t>Тигрис мөрний эртний нэгэн нэр нь Хиддекел бөгөөд Евфраттай нь холбон үзвэл, эдгээр хоёр мөрөн нь Ассири ба Вавилонтой холбоотойгоор эш үзүүллэгийн хувьд тодорхой заагдан байршуулсан байдаг; мөн тэд Бурханы хонийг шийтгэх ёстой байсан хоёр арслан хэмээн танигддаг. Тэр хоёр сүйтгэгч хүч нь бөө мөргөлт Ром ба папын Ром хэмээх хоёр сүйтгэгч хүчний дүр зураг болж байсан бөгөөд эдгээр нь эрэгтэй хүн ба эмэгтэй хүн, өөрөөр хэлбэл сүм ба төрийн бэлгэдэл юм. Бөө мөргөлт Ром нь төрийн арга ажиллагааг төлөөлсөн эрэгтэй хүн байсан бол, папын Ром нь сүмийн үйл ажиллагааны бузар эмэгтэй юм. Ассири нь эрэгтэй хүн, Вавилон нь эмэгтэй хүн байсан нь тэдний эш үзүүллэгийн харилцаанд илэрхий тул, ингэснээр Тигрисийг эрэгтэй хүн, Евфратыг эмэгтэй хүн болохыг тодорхойлж байна.</w:t>
      </w:r>
    </w:p>
    <w:p>
      <w:pPr>
        <w:pStyle w:val="ArticleBody"/>
        <w:jc w:val="left"/>
      </w:pPr>
      <w:r>
        <w:rPr>
          <w:rFonts w:ascii="Times New Roman" w:hAnsi="Times New Roman" w:eastAsia="Times New Roman" w:cs="Times New Roman"/>
        </w:rPr>
        <w:t>Тигр мөрөн нь 1798 он хүртэл хүрсэн төрийн заль бодлогын мөрөн бөгөөд, Евфрат нь 1844 он хүртэл хүрсэн сүмийн заль бодлогын мөрөн байв. Евфрат 1844 он хүртэл хүрэх ёстой байсан, учир нь 1844 оны мэдээ нь Вавилоны тухай, (Евфрат) бөгөөд тэр нь 1844 онд дахин унасан юм. Евфрат 1844 онд хүрхрээ үүсгэсэнтэй адил, мөн хүний үйлсийн бэлгэдэл болон энэ нийлэх урсгалд нэгдсэн Улай мөрөн бусад мөрний устай нийлсэн билээ. Папын эрх мэдлээс иргэний засаг захиргааны эрх хасагдсан 1798 онд төрийн заль бодлогын мөрөн хаагдсан юм. Тэрхүү мөн онд АНУ Библийн зөгнөлийн газрын араатан болон зургаа дахь хаанчлалын хувиар ноёрхож эхэлдэг. Тигр мөрөн 1798 онд хаагдсан бөгөөд яг тэр газарт төр эцэст нь бүх дэлхийг энэ үед папын хавчлагын үерийг тогтоон барьж буй даланг нураахад хүргэх болно; тэр үер тун удалгүй дэлхийг хамран sweeping over it асар их үер мэт нөмрөх гэж байна. Тэр хана, өөрөөр хэлбэл тэр далан нь сүм ба төрийн тусгаарлалын хана мөн.</w:t>
      </w:r>
    </w:p>
    <w:p>
      <w:pPr>
        <w:pStyle w:val="ArticleBody"/>
        <w:jc w:val="left"/>
      </w:pPr>
      <w:r>
        <w:rPr>
          <w:rFonts w:ascii="Times New Roman" w:hAnsi="Times New Roman" w:eastAsia="Times New Roman" w:cs="Times New Roman"/>
        </w:rPr>
        <w:t>1844 онд Евфрат болон Улай хоёулаа 1844 оны мэдээг Вавилоны уналт хэмээн, мөн түүнчлэн 1844 онд Христ эхлүүлсэн тэрхүү үйлс мөн хэмээн заан илэрхийлдэг. Учир нь Тэр Гэрээний Элчийн хувьд Өөрийн ариун сүмд орох ёстой байсан нэгэн ард түмнээс—Хамгийн Ариун Газарт орохоосоо өмнө цэвэршүүлэгдэх шаардлагатай байсан ард түмнээс—Вавилоны ус болон хүний үйлсийг зайлуулан цэвэршүүлсэн юм. Тэр ард түмний эцсийн цэвэршүүлэлт нь Шөнө дундын Хашхирааны мэдээний дор асгарсан бороогоор гүйцэлдсэн бөгөөд Шөнө дундын Хашхирааны мэдээний тэр борооны дуслууд нь Тигрийн уснаас нэрж гарсан байв. Миллерчүүд папын Ром болон 1798 оныг тодорхойлсны адил, мөн тэд Вавилоны уналтыг тодорхойлон, хаалттай хаалганы өмнө тэрхүү мэдээгээр цэвэршүүлэгдсэнчлэн—эсвэл өөрөөр хэлбэл, тэд Даниел 8:14-ийн мэдээг тунхаглаж, дүрслэлт утгын Цагаатгалын өдрийн нээгдэлтийн өмнө Шөнө дундын Хашхирааны мэдээг биелүүлэхдээ, Улай, Тигр, Евфрат голуудын нэрж гаргасан уснаас ирсэн бороогоор цэвэршүүлэгдсэн гэж та хэлж болох юм.</w:t>
      </w:r>
    </w:p>
    <w:p>
      <w:pPr>
        <w:pStyle w:val="ArticleBody"/>
        <w:jc w:val="left"/>
      </w:pPr>
      <w:r>
        <w:rPr>
          <w:rFonts w:ascii="Times New Roman" w:hAnsi="Times New Roman" w:eastAsia="Times New Roman" w:cs="Times New Roman"/>
        </w:rPr>
        <w:t>Даниелын арван хоёрдугаар бүлгийн долоодугаар зүйлд Христ Хиддекелийн усан дээр зогсож байх үед Тэрээр Тигрийн усан дээр—энэхүү үзэгдэлд ивээлийн хугацаа хаагдах хүртэл хүний төрийн бодлогын эцсийн хөдөлгөөнүүдийг дүрслэн харуулдаг төрийн бодлогын усан дээр—зогсож байна. Тэрээр тэнд өмнөх зүйлийн асуултад хариулж байгаа бөгөөд яг л Улай голын үзэгдэлд маалинган хувцаст хүн, тэнд Палмони, Гайхамшигт Тоологч мөн бөгөөд, өмнөх зүйлийн асуултад хариулт өгдөгтэй адил юм. Аль аль тохиолдолд энэ яриа нь тэнгэрлэг элч нар ба Христийн хоорондын яриа бөгөөд, аль алинд нь асуулт нь: “Хэр удаан?” юм.</w:t>
      </w:r>
    </w:p>
    <w:p>
      <w:pPr>
        <w:pStyle w:val="ArticleBody"/>
        <w:jc w:val="left"/>
      </w:pPr>
      <w:r>
        <w:rPr>
          <w:rFonts w:ascii="Times New Roman" w:hAnsi="Times New Roman" w:eastAsia="Times New Roman" w:cs="Times New Roman"/>
        </w:rPr>
        <w:t>Хариулт нь 2300 өдөр юм; наймдугаар бүлэг болон арван хоёрдугаар бүлэгт энэ нь “нэг цаг, хоёр цаг, хагас цаг” хэмээн өгөгдсөн байдаг. Энэ хариултыг 2300 жил, 1260 жил гэж ойлгодог боловч 1844 онд Бурхан эш үзүүллэгийн мэдээн дотор цаг хугацааг хэрэглэхэд хориг тавьсан, учир нь цаашид цаг хугацаа үгүй болсон билээ. Маалинган хувцаст Хүн болох Палмони Түүний эцсийн үеийнхэнд ямар хариулт өгдөг вэ? “Хэр удаан?” гэсэн асуултын хариу нь Ням гаргийн хууль мөн болохыг тогтоохын тулд олон гэрчээр харуулсан тул ариун газар Ням гаргийн хуулийн үед цэвэршүүлэгддэг үү, мөн “энэ бүх гайхамшгууд” Ням гаргийн хуулийн үед дуусдаг уу? Ням гаргийн хуулийн үед дуусдаг тэр “гайхамшгууд” юу вэ, мөн тэдгээр “гайхамшгууд” хэзээнээс эхэлсэн бэ?</w:t>
      </w:r>
    </w:p>
    <w:p>
      <w:pPr>
        <w:pStyle w:val="ArticleScripture"/>
        <w:jc w:val="left"/>
      </w:pPr>
      <w:r>
        <w:rPr>
          <w:rFonts w:ascii="Times New Roman" w:hAnsi="Times New Roman" w:eastAsia="Times New Roman" w:cs="Times New Roman"/>
        </w:rPr>
        <w:t>Тэгээд би, Даниел, харахад, болгоогтун, голын эргийн энэ талд нэг нь, голын эргийн тэр талд нөгөө нь зогсож байв. Тэгэхэд нэг нь голын усан дээгүүр байсан маалинган хувцаст хүнээс: «Эдгээр гайхамшгуудын төгсгөл хүртэл хэр удах вэ?» хэмээн асуулаа.</w:t>
      </w:r>
    </w:p>
    <w:p>
      <w:pPr>
        <w:pStyle w:val="ArticleScripture"/>
        <w:jc w:val="left"/>
      </w:pPr>
      <w:r>
        <w:rPr>
          <w:rFonts w:ascii="Times New Roman" w:hAnsi="Times New Roman" w:eastAsia="Times New Roman" w:cs="Times New Roman"/>
        </w:rPr>
        <w:t>Тэгээд би голын усан дээгүүр байсан, маалинган хувцас өмссөн тэр хүнийг сонсов. Тэрээр баруун гараа болон зүүн гараа тэнгэр өөд өргөн, мөнхөд амьдрагчаар тангараглан, энэ нь нэг цаг, цагууд, мөн хагас цагийн турш байх болно; ариун ард түмний хүчийг тараан сарниулах нь гүйцэлдэх үед энэ бүх зүйл төгсөх болно гэв. Даниел 12:5–7.</w:t>
      </w:r>
    </w:p>
    <w:p>
      <w:pPr>
        <w:pStyle w:val="ArticleBody"/>
        <w:jc w:val="left"/>
      </w:pPr>
      <w:r>
        <w:rPr>
          <w:rFonts w:ascii="Times New Roman" w:hAnsi="Times New Roman" w:eastAsia="Times New Roman" w:cs="Times New Roman"/>
        </w:rPr>
        <w:t>“Хэзээ хүртэл?” гэсэн бэлгэдэлт асуулт нь Ням гаргийн хуулийг заадаг бөгөөд тэнгэрэлч Ням гаргийн хууль хэзээ байхыг бус, харин гайхамшгуудын төгсгөл хэзээ байхыг асуусан юм. “Гайхамшгууд” Ням гаргийн хуулиар төгсдөг тул Ням гаргийн хуульд хүргэдэг тэрхүү гайхамшгууд юу вэ? Эсвэл илүү тодорхой хэлбэл, Хиддекелийн дэргэд өгөгдсөн үзэгдэлд дүрслэгдсэн, аравдугаар бүлгээс арванхоёрдугаар бүлэг хүртэл өгүүлэгдсэн “гайхамшгууд” нь юу вэ? Хэрэв бид “гайхамшгууд” юу болохыг тогтоож чадвал, “гайхамшгууд” хэзээ эхэлдгийг олж мэдэж болох юм. Даниел аравдугаар бүлэгт Габриел үзэгдлийн үеэр Даниелтай харилцсан зорилго нь юу байсныг онцгойлон тодорхойлдог.</w:t>
      </w:r>
    </w:p>
    <w:p>
      <w:pPr>
        <w:pStyle w:val="ArticleScripture"/>
        <w:jc w:val="left"/>
      </w:pPr>
      <w:r>
        <w:rPr>
          <w:rFonts w:ascii="Times New Roman" w:hAnsi="Times New Roman" w:eastAsia="Times New Roman" w:cs="Times New Roman"/>
        </w:rPr>
        <w:t>Эдүгээ би чиний ард түмэнд эцсийн өдрүүдэд юу тохиолдохыг чамд ойлгуулахаар ирлээ. Учир нь үзэгдэл нь олон өдрийн төлөө юм. Даниел 10:14.</w:t>
      </w:r>
    </w:p>
    <w:p>
      <w:pPr>
        <w:pStyle w:val="ArticleBody"/>
        <w:jc w:val="left"/>
      </w:pPr>
      <w:r>
        <w:rPr>
          <w:rFonts w:ascii="Times New Roman" w:hAnsi="Times New Roman" w:eastAsia="Times New Roman" w:cs="Times New Roman"/>
        </w:rPr>
        <w:t>Габриел Бурханы ард түмэнд эцсийн өдрүүдэд тэдэнд юу тохиохыг ойлгуулахаар ирсэн. Даниелын арван хоёрдугаар бүлэг дэх зөгнөлүүдийг Миллерчүүд зөвөөр ойлгосон гэдгийг хүлээн зөвшөөрчихөөд, тэрхүү хүлээн зөвшөөрөлтийг ашиглан уг бүлгийг эцсийн өдрүүдэд хамааруулахыг үгүйсгэнэ гэдэг нь—Габриелын илэрхийлсэн зорилгыг үгүй хийх явдал мөн. Габриел арван нэгдүгээр бүлгийн нэгдүгээр ишлэлээс эхлэн арван хоёрдугаар бүлгийн гуравдугаар ишлэл хүртэлх эш үзүүллэгийн өгүүлэмжийг эхлүүлэхэд, тэнд дүрслэгдсэн түүх нь луу, араатан, хуурамч эш үзүүлэгч гурав дэлхийг Армагеддон уруу хэрхэн хөтөлдөг тухай гаднах эш үзүүллэгийн дэлгэрэнгүй байдал юм. Уг бүлгийн дотор Бурханы ард түмэн хавчигдаж буйг дүрсэлсэн хэсгүүд бий, гэвч арван нэгдүгээр бүлгийн түүх нь үндсэндээ гаднах илчлэл юм. Энэ нь аравдугаар бүлэг болон арван хоёрдугаар бүлэг нь Даниелын эцсийн үзэгдлийн дотор альфа ба омега болж байгааг илтгэнэ. Учир нь арван нэгдүгээр бүлгээс ялгаатай нь, тэд хоёулаа нэг зуун дөчин дөрвөн мянгын лацлагдлыг тодорхойлсон дотоод мэдээг дүрсэлдэг. Дунд бүлэг нь хойд зүгийн хаан, Ромын папаар төлөөлөгдсөн хүн төрөлхтний тэрслэл бөгөөд, альфа болох аравдугаар бүлэг, омега болох арван хоёрдугаар бүлэгтэй хамт эцсийн өдрүүд дэх нэг зуун дөчин дөрвөн мянгын дотоод туршлагыг тодорхойлдог. Гурван бүлэг бүгдээрээ сорилтын хугацаа хаагдахад хүргэдэг; альфа бүлэг нь мөргөгчдийн хоёр ангийг ялгадаг Бурханаас эмээхүйгээр эхэлдэг бөгөөд бүлгийн төгсгөлд Даниелд хүчний давхардал өгөгдөж, ингэснээр эхний болон хоёр дахь тэнгэр элчийн мэдээг тодорхойлдог. Арван хоёрдугаар бүлэг бол омега бүлэг бөгөөд энэ нь гурав дахь тэнгэр элчийн шүүлтийн мэдээг тодорхойлдог.</w:t>
      </w:r>
    </w:p>
    <w:p>
      <w:pPr>
        <w:pStyle w:val="ArticleBody"/>
        <w:jc w:val="left"/>
      </w:pPr>
      <w:r>
        <w:rPr>
          <w:rFonts w:ascii="Times New Roman" w:hAnsi="Times New Roman" w:eastAsia="Times New Roman" w:cs="Times New Roman"/>
        </w:rPr>
        <w:t>Арван нэгдүгээр бүлэгт, Хатагтай Уайтын хэлснээр дэлхийн төгсгөл дэх нигүүлслийн хугацаа хаагдах явдлын дүрслэл болох Иерусалимын сүйрлээс эхлэн нигүүлслийн хугацаа хаагдах хүртэлх хүн төрөлхтний тэрслүү байдлыг дэлгэрэнгүй өгүүлдэг. Даниел арван нэгдүгээр бүлэг Иерусалимын сүйрлээс эхэлдэг. Учир нь Даниел бол Иерусалимын гурван удаагийн сүйрлээр Вавилонд олзлогдон аваачигдсан хүмүүсийн нэг бөгөөд тэрхүү сүйрэл нь МЭ 70 онд мөнөөх хотын сүйрлийг, улмаар хожмын өдрүүдэд дэлхийгээр төлөөлүүлэн дахин илэрхийлэгдэх сүйрлийг бэлгэдэн үзүүлсэн юм.</w:t>
      </w:r>
    </w:p>
    <w:p>
      <w:pPr>
        <w:pStyle w:val="ArticleBody"/>
        <w:jc w:val="left"/>
      </w:pPr>
      <w:r>
        <w:rPr>
          <w:rFonts w:ascii="Times New Roman" w:hAnsi="Times New Roman" w:eastAsia="Times New Roman" w:cs="Times New Roman"/>
        </w:rPr>
        <w:t>Жилийн нэгэн ижил өдөр, зургаан зуун жаран таван жилийн зайтайгаар Иерусалимын хоёр бодит сүйрэл болсон. Тэр хоёр сүйрэл нь Авдрын байх ёстой байсан хотын сүйрлүүд байв. Шило нь мөн адил эш үзүүллэгийн шинжүүдийг агуулдаг бөгөөд Бурханы оршихуй байрлаж байсан, эсвэл байрлах ёстой байсан нэгэн хотын анхны сүйрлийг төлөөлдөг. Уайт эгч Иерусалимын сүйрлийг эцсийн өдрүүдийн сүйрлийн бэлгэдэл болгон хэрэглэхдээ, Иерусалимын сүйрлийн тухай Христийн айлдварын талаар тайлбарлаж байна.</w:t>
      </w:r>
    </w:p>
    <w:p>
      <w:pPr>
        <w:pStyle w:val="ArticleBody"/>
        <w:jc w:val="left"/>
      </w:pPr>
      <w:r>
        <w:rPr>
          <w:rFonts w:ascii="Times New Roman" w:hAnsi="Times New Roman" w:eastAsia="Times New Roman" w:cs="Times New Roman"/>
        </w:rPr>
        <w:t>Шило, Небухаднезарын болон Титийн үед Иерусалим сүйрсэн явдлууд нь Бурханы хотын сүйрлээр төлөөлөгдөн илэрхийлэгдсэн эцсийн өдрүүдийн гурван гэрч мөн. Шило бол эхний тэнгэрэлчийн мэдээ бөгөөд энэ нь Бурханаас эмээхийг заадаг, үүнийг Ели хийгээгүй, мөн Түүнд алдрыг өргөхийг заадаг, үүнийг ч Ели хийгээгүй, учир нь Түүний шүүлтийн цаг ирсэн юм. Хоёр дахь тэнгэрэлчийн мэдээнд бид Небухаднезар болон Титээр төлөөлөгдсөн хоёрчлолыг олж хардаг. Эцсийн өдрүүд дэх Иерусалимын гурав дахь сүйрэл нь авралын боломж хаагдах үед, өөрөөр хэлбэл шүүлт төгсөх үед тохионо.</w:t>
      </w:r>
    </w:p>
    <w:p>
      <w:pPr>
        <w:pStyle w:val="ArticleBody"/>
        <w:jc w:val="left"/>
      </w:pPr>
      <w:r>
        <w:rPr>
          <w:rFonts w:ascii="Times New Roman" w:hAnsi="Times New Roman" w:eastAsia="Times New Roman" w:cs="Times New Roman"/>
        </w:rPr>
        <w:t>Арван нэгдүгээр бүлэг нь гурван тэнгэрэлчийн мэдээний гадаад түүх мөн. Энэ нь Даниелын үзэгдлийн хорин хоёр дахь өдөр тохиолддог, аравдугаар бүлгийн тусгаарлалын үзэгдэл болон хүч чадал хайрласан гурван хүрэлтийн дунд хавчуулагдан оршдог. Энэ нь арван хоёрдугаар бүлэг мөн эцсийн өдрүүдэд Бурханы ард түмэнд тохиолдох зүйлийн дотоод түүхийн тухай байхыг илэрхийлнэ. Мөн энэ нь арван хоёрдугаар бүлэг доторх гэрэл нь аравдугаар бүлэг доторх гэрлээс хорин хоёр дахин илүү тод гэгээн болохыг ч илэрхийлнэ.</w:t>
      </w:r>
    </w:p>
    <w:p>
      <w:pPr>
        <w:pStyle w:val="ArticleBody"/>
        <w:jc w:val="left"/>
      </w:pPr>
      <w:r>
        <w:rPr>
          <w:rFonts w:ascii="Times New Roman" w:hAnsi="Times New Roman" w:eastAsia="Times New Roman" w:cs="Times New Roman"/>
        </w:rPr>
        <w:t>Улайн үзэгдэлд Христээс мөн: “Хэдий хүртэл?” хэмээн асуусан. Арван гуравдугаар эшлэл дэх тэр асуултад хүргэх өмнөх арван хоёр эшлэл нь Библийн зөгнөлийн эрх мэдлүүдийн тухай чухал дэлгэрэнгүйг төлөөлсөн, гадаад зөгнөлийн түүхийг тодорхойлж байв. Тэр арван хоёр эшлэл нь долоодугаар бүлэгт дүрслэгдсэн түүхийг ердөө дахин өгүүлж, улам дэлгэрүүлсэн хэрэг байлаа. Тэдгээр эшлэлд дэвшүүлэн тавьсан зөгнөлийн түүх нь Арван нэгдүгээр бүлэгт Мид ба Персийн үеэс эхлэн дахин өгүүлэгдэж, улам дэлгэрүүлэгддэг. Наймдугаар бүлгийн сүүлийн хагас болон есдүгээр бүлэг бүхэлдээ эш үзүүлэгч Даниелаар дамжуулан Бурханы эцсийн өдрүүдийн ард түмний дүрслэл юм. Улайн голын үзэгдэл дэх зөгнөлийн түүхийн гурван бүлэг, түүнчлэн Даниелын Габриелтай харилцсан байдлаар илэрхийлэгдсэн Бурханы ард түмний дүрслэлийн хамт, аравдугаар бүлгээс арван хоёрдугаар бүлэг хүртэлх хэсгийн альфаас омега нь мөн.</w:t>
      </w:r>
    </w:p>
    <w:p>
      <w:pPr>
        <w:pStyle w:val="ArticleBody"/>
        <w:jc w:val="left"/>
      </w:pPr>
      <w:r>
        <w:rPr>
          <w:rFonts w:ascii="Times New Roman" w:hAnsi="Times New Roman" w:eastAsia="Times New Roman" w:cs="Times New Roman"/>
        </w:rPr>
        <w:t>Хиддекел нь омега, Улай нь альфа тул, төгсгөлийн цагт хүрэхэд арван хоёрдугаар бүлэгт лац нь тайлагдан илчлэгдэх гэрлээр төлөөлөгдөх хүч нь Адвентизмын төв багана бөгөөд суурь болсон үзэгдлээс хорин хоёр дахин илүү тод юм. Иймд Даниелын сүүлчийн үзэгдлийн гэрэл нь сүүлчийн өдрүүд дэх Бурханы ард түмэнтэй холбоотой гэрэл мөн хэмээн шууд тодорхойлогдож байна. Тэнгэрэлч маалинган хувцастай хүний ханд “Эдгээр гайхамшгуудын төгсгөл хүртэл хэр удах вэ?” хэмээн асуухад, тэрхүү гайхамшгууд нь Абрамд оддыг харахыг тушаасан тушаалын цуурай болон сонсогдох Абрамын гэрээний түүхийн дагуу үүрд мөнхөд одод мэт гэрэлтэх хүмүүс юм. Даниелын арван хоёрдугаар бүлэг дэх гайхамшиг нь хүн төрөлхтөн нэг зуун дөчин дөрвөн мянгын туг тэмдэг болон хувирах явдал мөн.</w:t>
      </w:r>
    </w:p>
    <w:p>
      <w:pPr>
        <w:pStyle w:val="ArticleBody"/>
        <w:jc w:val="left"/>
      </w:pPr>
      <w:r>
        <w:rPr>
          <w:rFonts w:ascii="Times New Roman" w:hAnsi="Times New Roman" w:eastAsia="Times New Roman" w:cs="Times New Roman"/>
        </w:rPr>
        <w:t>Өмнөх нэгэн зүйлд бид Даниел 12-ын арван нэгдүгээр эшлэл нь хоёр үеэс бүрдэх эш үзүүллэгийн хугацааг заадаг бөгөөд түүний эхнийх нь гучин жил болохыг тогтоосон. Арван нэгдүгээр эшлэлд зохих онцлолыг өгөхийн тулд би долоодугаар эшлэл рүү очсон; ингэснээр Христ эцсийн өдрүүдэд Өөрийн ард түмний дунд үйлддэг гайхамшгуудтайгаа хэрхэн шууд холбогддгийг харуулахын тулд.</w:t>
      </w:r>
    </w:p>
    <w:p>
      <w:pPr>
        <w:pStyle w:val="ArticleBody"/>
        <w:jc w:val="left"/>
      </w:pPr>
      <w:r>
        <w:rPr>
          <w:rFonts w:ascii="Times New Roman" w:hAnsi="Times New Roman" w:eastAsia="Times New Roman" w:cs="Times New Roman"/>
        </w:rPr>
        <w:t>Арван нэгдүгээр эшлэлд дахин эргэн очихдоо, арван хоёрдугаар бүлгийг Габриел шуудхан “эцсийн өдрүүд” хэмээн нэрлэснийг та нарт сануулахыг хүсэж байна. Нэг зуун дөчин дөрвөн мянгын өдрүүдэд, тэд тамгалагдаж Бурхантай гэрээнд ордог тэр өдрүүдэд; Даниелын номын дагуу, лац нь тайлагдсан нэгэн мэдээ гарч, хүчтэй дуудлага болон өсөн нэмэгдэх болно. Тэрхүү мэдээ нь арван хоёрдугаар бүлэгт аль хэдийн Миллерчүүдээр тодорхойлогдож, түүнээс хойш Зөгнөлийн Сүнсээр батлагдсан гурван тусдаа эш үзүүллэгийн үеэр дүрслэгдсэн байдаг. Тэр гурван үе нь цаг хугацааг илэрхийлдэггүй. Учир нь арван хоёрдугаар бүлэгт хоёр гараа тэнгэр өөд өргөдөг яг тэрхүү тэнгэрэлч Илчлэлт арван бүлэгт нэг гараа тэнгэр өөд өргөж, цаашид цаг хугацаа байхгүй гэж тангарагласан билээ. 1844 онд хэлэгдсэн тэр тунхаглал нь Даниел арван хоёр дахь бүлгийн гурван эш үзүүллэгийн үе нь цаг хугацааг илэрхийлэхээр зориулагдаагүй бэлгэдэлт үеүүд мөн гэсэн утгатай юм.</w:t>
      </w:r>
    </w:p>
    <w:p>
      <w:pPr>
        <w:pStyle w:val="ArticleBody"/>
        <w:jc w:val="left"/>
      </w:pPr>
      <w:r>
        <w:rPr>
          <w:rFonts w:ascii="Times New Roman" w:hAnsi="Times New Roman" w:eastAsia="Times New Roman" w:cs="Times New Roman"/>
        </w:rPr>
        <w:t>Тиймээс, Даниел арван хоёрдугаар бүлэгт буй бэлгэдэлт эш үзүүллэгийн дунд үе нь, Михаел босон зогсох яг тэр бүлэгт гучин жилээр эхэлдэг хоёрлог хугацаа мөн бол, гучин жилээр эхэлдэг тэр хоёрлог хугацаа нь Абрамын альфа эш үзүүллэгийн төгс биелэлт мөн гэдгийг та мэднэ. Сонгогдсон ард түмний тухайд гэрээний түүхийг эхлүүлдэг цаг хугацааны эш үзүүллэгийн омега нь, эцсийн өдрүүдэд Бурханы ард түмэнд тохиолдох зүйлийн талаар Даниелын гэрчлэлийн оргил болсон яг тэр бүлэгт төгс биеллээ олдог.</w:t>
      </w:r>
    </w:p>
    <w:p>
      <w:pPr>
        <w:pStyle w:val="ArticleBody"/>
        <w:jc w:val="left"/>
      </w:pPr>
      <w:r>
        <w:rPr>
          <w:rFonts w:ascii="Times New Roman" w:hAnsi="Times New Roman" w:eastAsia="Times New Roman" w:cs="Times New Roman"/>
        </w:rPr>
        <w:t>Төгсгөлийн үед Даниелын номын лац тайлагдаж, үүнээс гарсан гэрэл Бурханы ард түмнийг тамгалдаг. Төгсгөлийн үед Даниелын номын лац тайлагдаж, үүнээс гарсан гэрэл нь Даниелын сүүлчийн бүлгийн доторх эш үзүүллэгийн гурван хугацаагаар төлөөлөгддөг. Тэр бүлэг нь Хиддекелийн үзэгдлийг бүрдүүлдэг гурван бүлгийн омега бөгөөд, Хиддекелийн үзэгдэл нь Даниелын голын үзэгдлүүдийн альфаг төлөөлдөг гурван бүлгийн омега юм. Еденд эхэлсэн гол мөрнүүд эцэстээ Даниел дээр хүрч ирсэн бөгөөд, дараа нь Бурханы эш үзүүллэгийн Үг тэдгээрийг гурван тэнгэрэлчийн хоёр хөдөлгөөний альфа хөдөлгөөн болох эхний ба хоёр дахь тэнгэрэлчийн Миллерит хөдөлгөөнд авчирсан. Арван нэгдүгээр эшлэлийн 1290 жил нь Абрам болон Паулын 430 жилийн эш үзүүллэгийн омега юм.</w:t>
      </w:r>
    </w:p>
    <w:p>
      <w:pPr>
        <w:pStyle w:val="ArticleBody"/>
        <w:jc w:val="left"/>
      </w:pPr>
      <w:r>
        <w:rPr>
          <w:rFonts w:ascii="Times New Roman" w:hAnsi="Times New Roman" w:eastAsia="Times New Roman" w:cs="Times New Roman"/>
        </w:rPr>
        <w:t>Бид Даниел арван хоёрдугаар бүлэг болон түүний Абрамын эш үзүүллэгтэй холбоог цааш үргэлжлүүлэхээс өмнө Паул хэн байсныг санах нь зүйтэй. Паул нь зөвхөн харь үндэстнүүдийн элч байсан төдийгүй, үүнтэй адил чухлаар тэр өөрийн захиасыг Бурханы эш үзүүллэгийн Үгээр дамжуулан хүргэсэн юм. Түүнээс ч илүү чухал нь Паул нь эрин үеийн эш үзүүлэгч байсан явдал юм. Эрин үеийн эш үзүүлэгч гэдэг нь Бурханы ард түмнийг нэг эрин үеэс нөгөөд хөтлөхөөр босгогдсон эш үзүүлэгчийг хэлдэг бөгөөд энэ нь Мосе шиг, тахилын ширээний мөргөлөөс ариун сүмийн мөргөлд; Иохан Баптист шиг, газрын ариун сүмээс Тэнгэрийн Ариун Сүмд хөтөлсөнтэй адил юм. Паул Библийн бусад бүх зохиогчдыг нийлүүлснээс ч хавьгүй илүүгээр, шууд утгаас сүнслэг утгад шилжих хэрэглээний талаарх илүү олон мэдээлэл болон дүрмийг тэмдэглэн үлдээсэн. Тэрээр Бурханы гэрээт ард түмний хүрээнд шууд утгаас сүнслэг утгад шилжих шилжилтийг тайлбарлахаар босгогдсон юм.</w:t>
      </w:r>
    </w:p>
    <w:p>
      <w:pPr>
        <w:pStyle w:val="ArticleBody"/>
        <w:jc w:val="left"/>
      </w:pPr>
      <w:r>
        <w:rPr>
          <w:rFonts w:ascii="Times New Roman" w:hAnsi="Times New Roman" w:eastAsia="Times New Roman" w:cs="Times New Roman"/>
        </w:rPr>
        <w:t>Сонгогдсон ард түмэн нь бодит утгаасаа сүнслэг утгад шилжих үед Абрахамын сонгогдсон ард түмэнд өгөгдсөн гэрээний амлалтуудыг холбон зангидах холбоос нь Паул юм. Хэрэв та гэрээний түүхэн дотор Паул хэн байсан үүрэгт баттай тогтоогүй бол, Бурханы гэрээний ард түмний тухай анхны эш үзүүллэг нь 30 жилийн хугацаагаар эхэлдэг хоёр талт цаг хугацааны эш үзүүллэг байдаг нь хичнээн тэнгэрлэгээр тохирсон болохыг та олж харахгүй байж магадгүй. Нэг эш үзүүллэгийг сонгогдсон ард түмний эцэг тогтоон тавьсан бөгөөд тэд сүнслэг сонгогдсон ард түмэн рүү шилжихэд, тэр шилжилтийг тодорхойлж тайлбарлахын тулд нэгэн эрин үеийн эш үзүүлэгч босгон гаргагдсан төдийгүй, мөн Абрамын цаг хугацааны эш үзүүллэгийг Хуучин Гэрээний эхний гэрчтэй нийцсэн Шинэ Гэрээний хоёр дахь гэрчээр баталгаажуулахын тулд ч босгогдсон юм. Эхэнд Абрам, төгсгөлд Паул — эдгээр нь хожмын өдрүүдийн 1290-ийн ач холбогдлыг хэв шинжээр илтгэнэ.</w:t>
      </w:r>
    </w:p>
    <w:p>
      <w:pPr>
        <w:pStyle w:val="ArticleBody"/>
        <w:jc w:val="left"/>
      </w:pPr>
      <w:r>
        <w:rPr>
          <w:rFonts w:ascii="Times New Roman" w:hAnsi="Times New Roman" w:eastAsia="Times New Roman" w:cs="Times New Roman"/>
        </w:rPr>
        <w:t>Бид дараагийн өгүүлэлд үргэлжлүүлнэ.</w:t>
      </w:r>
    </w:p>
    <w:p>
      <w:pPr>
        <w:pStyle w:val="ArticleScripture"/>
        <w:jc w:val="left"/>
      </w:pPr>
      <w:r>
        <w:rPr>
          <w:rFonts w:ascii="Times New Roman" w:hAnsi="Times New Roman" w:eastAsia="Times New Roman" w:cs="Times New Roman"/>
        </w:rPr>
        <w:t>“Зехариагийн Иошуа ба Тэнгэрэлчийн тухай үзэгдэл нь эвлэрүүллийн агуу өдрийн төгсгөлийн үзэгдлүүдэд Бурханы ард түмний туулан өнгөрүүлэх туршлагад онцгой хүчтэйгээр хамаарна. Үлдэгдэл сүм тэр үед агуу сорилт ба зовлон шаналалд орох болно. Бурханы тушаалууд болон Есүсийн итгэлийг сахигчид луу болон түүний цэргийн хилэнг мэдрэх болно. Сатан ертөнцийг өөрийн харьяатууд хэмээн тоолдог; тэр өөрсдийгөө Христэд итгэгч хэмээн нэрлэдэг олныг хүртэл эрхэндээ оруулсан. Гэвч энд түүний ноёрхлыг эсэргүүцэж буй өчүүхэн бүлэг байна. Хэрэв тэр тэднийг дэлхийгээс арчин үгүй хийж чадвал, түүний ялалт бүрэн төгс болно. Тэр харь үндэстнүүдийг Израилийг устгахад нөлөөлсөнчлөн, ойрын ирээдүйд газар дэлхийн хорон хүчнүүдийг хөдөлгөн Бурханы ард түмнийг устгуулах болно. Хүмүүсээс тэнгэрлэг хуулийг зөрчин хүний зарлигт дуулгавартай байхыг шаардах болно.</w:t>
      </w:r>
    </w:p>
    <w:p>
      <w:pPr>
        <w:pStyle w:val="ArticleScripture"/>
        <w:jc w:val="left"/>
      </w:pPr>
      <w:r>
        <w:rPr>
          <w:rFonts w:ascii="Times New Roman" w:hAnsi="Times New Roman" w:eastAsia="Times New Roman" w:cs="Times New Roman"/>
        </w:rPr>
        <w:t>“Бурханд үнэнч байдаг хүмүүсийг сүрдүүлж, буруутган зарлаж, хуулиас гадуур хориглоно. Тэд ‘эцэг эх, ах дүүс, төрөл садан, анд нөхдөдөө хүртэл баригдаж өгөгдөнө’, бүр үхэлд ч хүрнэ. Лук 21:16. Тэдний цорын ганц найдвар нь Бурханы өршөөлд байна; тэдний цорын ганц хамгаалалт нь залбирал байх болно. Иошуа Тэнгэрэлчийн өмнө гуйлан залбирсанчлан, үлдэгдэл сүм ч мөн зүрх сэтгэлийн хэмхрэлтэйгээр, ганхашгүй итгэлээр, өөрсдийн Өмгөөлөгч Есүсээр дамжуулан өршөөл болон авралыг гуйх болно. Тэд амьдралынхаа нүгэлт байдлыг бүрэн ухамсарлаж, өөрсдийн сул дорой байдал, зохисгүйгээ харна; бөгөөд цөхрөхөд бэлэн байдаг.”</w:t>
      </w:r>
    </w:p>
    <w:p>
      <w:pPr>
        <w:pStyle w:val="ArticleScripture"/>
        <w:jc w:val="left"/>
      </w:pPr>
      <w:r>
        <w:rPr>
          <w:rFonts w:ascii="Times New Roman" w:hAnsi="Times New Roman" w:eastAsia="Times New Roman" w:cs="Times New Roman"/>
        </w:rPr>
        <w:t>“Соригч тэднийг буруутгахаар дэргэд нь зогсдог; тэрээр Иошуаг эсэргүүцэхээр зогсож байсан шигээ. Тэр тэдний бузартсан хувцсыг, тэдний төгс бус зан чанарыг заадаг. Тэр тэдний сул дорой байдал ба мунхгийг, талархалгүй байдлынх нь нүглүүдийг, Аврагчийг нь гутаасан Христтэй адил бус байдлыг нь ил гаргадаг. Тэр тэдний байдлыг найдваргүй, тэдний бузарлагдсан толбо хэзээ ч угаагдахгүй гэсэн бодлоор тэднийг айлган сүрдүүлэхийг оролддог. Тэр ийнхүү тэдний итгэлийг устгаж, тэднийг өөрийн сорилтуудад буулгаж, Бурханд үнэнч байх байдлаас нь эргүүлэхийг найддаг.”</w:t>
      </w:r>
    </w:p>
    <w:p>
      <w:pPr>
        <w:pStyle w:val="ArticleScripture"/>
        <w:jc w:val="left"/>
      </w:pPr>
      <w:r>
        <w:rPr>
          <w:rFonts w:ascii="Times New Roman" w:hAnsi="Times New Roman" w:eastAsia="Times New Roman" w:cs="Times New Roman"/>
        </w:rPr>
        <w:t>“Сатан Бурханы ард түмнийг үйлдүүлэхээр өөрөө уруу татсан нүглүүдийг нь нарийн мэддэг бөгөөд тэдний эсрэг буруутгалаа хүчтэйгээр тулган, тэд нүглээрээ тэнгэрлэг хамгаалалтыг алдсан хэмээн тунхаглаж, тэднийг устгах эрх өөрт нь бий гэж шаарддаг. Тэрээр тэднийг Бурханы ивээлээс хасагдах нь өөртэй нь адилхан зохистой хэмээн зарладаг. ‘Эд нар,’ гэж тэр хэлдэг, ‘тэнгэрт миний байрыг, мөн надтай нэгдсэн тэнгэрэлчүүдийн байрыг эзлэх хүмүүс гэж үү? Тэд Бурханы хуулийг дагадаг хэмээн мэтгэдэг; гэвч түүний тушаалуудыг сахисан гэж үү? Тэд Бурханыг хайрлагсдаас илүү өөрсдийгөө хайрлагчид байгаагүй гэж үү? Тэд өөрсдийн ашиг сонирхлыг Түүний үйлчлэлээс дээгүүр тавиагүй гэж үү? Тэд энэ ертөнцийн юмсыг хайрлаагүй гэж үү? Тэдний амьдралыг тэмдэглэсэн нүглүүдийг хар. Тэдний хувиа хичээсэн байдлыг, хорсол, бие биеэ үзэн ядахыг нь болгоогтун. Бурхан намайг болон миний тэнгэрэлчүүдийг Өөрийнхөө оршихуйгаас хөөн зайлуулчихаад, харин яг адил нүгэлд буруутай байсан эдгээрийг шагнах гэж үү? Эзэн минь, Та үүнийг шударга ёсоор хийж үл чадна. Шударга ёс тэдний эсрэг ялын тогтоол тунхаглагдахыг шаарддаг.’”</w:t>
      </w:r>
    </w:p>
    <w:p>
      <w:pPr>
        <w:pStyle w:val="ArticleScripture"/>
        <w:jc w:val="left"/>
      </w:pPr>
      <w:r>
        <w:rPr>
          <w:rFonts w:ascii="Times New Roman" w:hAnsi="Times New Roman" w:eastAsia="Times New Roman" w:cs="Times New Roman"/>
        </w:rPr>
        <w:t>“Харин Христийн дагалдагчид нүгэл үйлдсэн боловч өөрсдийгөө сатаны талын хүчнүүдийн эрхшээлд өгч, тэднээр захирагдахаар тушаагаагүй. Тэд нүглүүддээ гэмшиж, даруу байдал ба гэмшлийн сэтгэлээр Эзэнийг эрэн хайсан бөгөөд тэнгэрлэг Өмгөөлөгч тэдний төлөө зуучлан өмгөөлдөг. Тэдний талархалгүй байдлаар хамгийн их гомдсон Нэгэн, тэдний нүглийг мөн тэдний гэмшлийг ч мэдэгч Тэрээр ийнхүү тунхагладаг: ‘ЭЗЭН чамайг зэмлэг, өө Сатан. Би эдгээр сүнснүүдийн төлөө Өөрийн амийг өгсөн. Тэд Миний гарын алганд сийлэгдсэн. Тэд зан чанарын төгс бус байдалтай байж болох; тэд хичээл чармайлтдаа бүтэлгүйтсэн байж болох; гэвч тэд гэмшсэн, Би тэднийг уучилж, хүлээн авсан.’”</w:t>
      </w:r>
    </w:p>
    <w:p>
      <w:pPr>
        <w:pStyle w:val="ArticleScripture"/>
        <w:jc w:val="left"/>
      </w:pPr>
      <w:r>
        <w:rPr>
          <w:rFonts w:ascii="Times New Roman" w:hAnsi="Times New Roman" w:eastAsia="Times New Roman" w:cs="Times New Roman"/>
        </w:rPr>
        <w:t>“Сатаны довтолгоо хүчтэй, түүний төөрөгдүүлэлт нарийн зальтай; харин Эзэний мэлмий Өөрийн ард түмэн дээр байдаг. Тэдний зовлон шаналал агуу, зуухны дөл тэднийг залгих гэж буй мэт санагдана; гэвч Есүс тэднийг галд шалгагдсан алт мэтээр гарган авчирна. Тэдний газарлаг чанар нь зайлуулагдах бөгөөд ингэснээр тэднээр дамжин Христийн дүр төрх төгс илчлэгдэж болох юм.”</w:t>
      </w:r>
    </w:p>
    <w:p>
      <w:pPr>
        <w:pStyle w:val="ArticleScripture"/>
        <w:jc w:val="left"/>
      </w:pPr>
      <w:r>
        <w:rPr>
          <w:rFonts w:ascii="Times New Roman" w:hAnsi="Times New Roman" w:eastAsia="Times New Roman" w:cs="Times New Roman"/>
        </w:rPr>
        <w:t>“Зарим үед Эзэн Өөрийн сүмд тулгарсан аюулууд болон түүний дайснуудын түүнд учруулсан хохирлыг мартсан мэт санагдаж болох юм. Гэвч Бурхан мартаагүй. Энэ ертөнцөд Бурханы зүрхэнд Өөрийн сүмээс илүү эрхэм нандин зүйл үгүй. Дэлхийн бодлого түүний түүхэн гэрчлэлийг завхруулах нь Түүний хүсэл биш юм. Тэр Өөрийн ардыг Сатаны сорилтод дийлдэн ялагдахаар орхидоггүй. Тэр Өөрийг нь буруугаар төлөөлөгсдийг шийтгэх боловч чин сэтгэлээсээ гэмшдэг бүхэнд нигүүлсэнгүй хандана. Христийн зан чанарыг төлөвшүүлэх хүчийг Түүнээс гуйдаг хүмүүст Тэр хэрэгтэй бүх тусламжийг өгнө.”</w:t>
      </w:r>
    </w:p>
    <w:p>
      <w:pPr>
        <w:pStyle w:val="ArticleScripture"/>
        <w:jc w:val="left"/>
      </w:pPr>
      <w:r>
        <w:rPr>
          <w:rFonts w:ascii="Times New Roman" w:hAnsi="Times New Roman" w:eastAsia="Times New Roman" w:cs="Times New Roman"/>
        </w:rPr>
        <w:t>“Төгсгөлийн үед Бурханы ард түмэн нутаг оронд үйлдэгдэж буй жигшүүрт хэргүүдийн төлөө санаа алдан гашуудан уйлах болно. Тэд тэнгэрлэг хуулийг гишгэлэн доромжилж буй аюулынх нь талаар хорон муу хүмүүст нулимстайгаар анхааруулж, үгээр илэрхийлшгүй уй гашуу дунд Эзэний өмнө гэмшилтэйгээр өөрсдийгөө даруу болгоно. Хорон муу хүмүүс тэдний уй гашууг дооглон, тэдний сүр жавхлант уриалгыг элэглэн шоолно. Гэвч Бурханы ард түмний шаналал, өөрсдийгөө дорд үзэн даруу болгож буй байдал нь нүглийн уршгаар алдсан зан чанарын хүч чадал, эрхэмсэг байдлыг тэд дахин олж авч буйн эргэлзээгүй нотолгоо мөн. Тэд Христэд улам ойртож, нүд нь Түүний төгс ариун байдалд тогтсон учраас л нүглийн туйлын хэт нүгэлт чанарыг тийнхүү тодорхой харж чаддаг. Зөөлөн дөлгөөн, даруу байдал нь амжилт болон ялалтын нөхцөл мөн. Загалмайн хормойд сөхрөн бөхийдөг хүмүүсийг алдрын титэм хүлээж байна.”</w:t>
      </w:r>
    </w:p>
    <w:p>
      <w:pPr>
        <w:pStyle w:val="ArticleScripture"/>
        <w:jc w:val="left"/>
      </w:pPr>
      <w:r>
        <w:rPr>
          <w:rFonts w:ascii="Times New Roman" w:hAnsi="Times New Roman" w:eastAsia="Times New Roman" w:cs="Times New Roman"/>
        </w:rPr>
        <w:t>“Бурханд итгэлтэй, залбирагч хүмүүс нь, хэлбэл, Түүнтэй хамт хоригдон байгаа мэт байдаг. Тэд өөрсдөө хэчнээн бат найдвартайгаар хамгаалагдаж байгаагаа мэддэггүй. Сатаны өдөөлтөөр энэ ертөнцийн захирагчид тэднийг устгахаар эрмэлзэж байна; гэвч хэрэв Дотанд Елишагийн зарцын нүд нээгдсэнчлэн Бурханы хүүхдүүдийн нүд нээгдэх аваас, тэд өөрсдийнх нь эргэн тойронд Бурханы тэнгэрэлч нар буудаллан, харанхуйн цэргүүдийг тогтоон барьж байгааг харах байсан.”</w:t>
      </w:r>
    </w:p>
    <w:p>
      <w:pPr>
        <w:pStyle w:val="ArticleScripture"/>
        <w:jc w:val="left"/>
      </w:pPr>
      <w:r>
        <w:rPr>
          <w:rFonts w:ascii="Times New Roman" w:hAnsi="Times New Roman" w:eastAsia="Times New Roman" w:cs="Times New Roman"/>
        </w:rPr>
        <w:t>“Бурханы ард түмэн Түүний өмнө сэтгэлээ дарлаж, зүрхний ариун байдлыг гуйн залбирах үед: ‘Бохир хувцсыг нь тайл’ гэсэн тушаал өгөгдөж, мөн ‘Харагтун, Би чиний гэм бурууг чамаас зайлуулж, чамайг солих хувцсаар хувцаслуулна’ гэсэн зоригжуулах үгс айлдагдана.” Зехариа 3:4. Христийн зөвт байдлын толбогүй нөмрөг соригдсон, уруу татагдсан, итгэлтэй Бурханы хүүхдүүдийн дээр өмсгөгдөнө. Басамжлагдсан үлдэгдэл нь алдар жавхлант хувцсаар хувцаслагдаж, энэ ертөнцийн завхралд дахин хэзээ ч бузарлагдахгүй. Тэдний нэрс Хурганы амийн номд хадгалагдан, бүх үеийн итгэлт хүмүүсийн дунд бүртгэгдсэн байдаг. Тэд мэхлэгчийн заль мэхийг эсэргүүцсэн; тэд луугийн архиралтаас болж үнэнч байдлаасаа няцаагдаагүй. Одоо тэд уруу татагчийн арга заль мэхнээс үүрд аюулгүй болсон. Тэдний нүгэл нүглийн эхлүүлэгчид шилжүүлэгдэнэ. Тэдний толгой дээр “үзэсгэлэнт малгай” тавигдана.</w:t>
      </w:r>
    </w:p>
    <w:p>
      <w:pPr>
        <w:pStyle w:val="ArticleScripture"/>
        <w:jc w:val="left"/>
      </w:pPr>
      <w:r>
        <w:rPr>
          <w:rFonts w:ascii="Times New Roman" w:hAnsi="Times New Roman" w:eastAsia="Times New Roman" w:cs="Times New Roman"/>
        </w:rPr>
        <w:t>“Сатан өөрийн буруутгалуудыг тулган шаардаж байх зуур, үл үзэгдэх ариун тэнгэрэлчүүд нааш цааш явж, амьд Бурханы тамгыг итгэлтэй хүмүүсийн дээр тавьж байв. Эд бол Эцгийн нэр духан дээрээ бичигдсэн, Хурганы хамт Сион уулан дээр зогсогчид мөн. Тэд сэнтийн өмнө шинэ дууг дуулдаг бөгөөд газар дэлхийгээс золин аврагдсан зуун дөчин дөрвөн мянгаас өөр хэн ч сурч үл чадах тэр дуу мөн. ‘Эд бол Хургыг хаашаа явна, тийш нь дагагчид мөн. Эд хүмүүсийн дундаас золин аврагдаж, Бурханд болон Хурганд өргөгдөх анхны үрс болсон юм. Тэдний аманд худал хуурмаг олдсонгүй. Учир нь тэд Бурханы сэнтийн өмнө өө сэвгүй юм.’ Илчлэлт 14:4, 5.”</w:t>
      </w:r>
    </w:p>
    <w:p>
      <w:pPr>
        <w:pStyle w:val="ArticleScripture"/>
        <w:jc w:val="left"/>
      </w:pPr>
      <w:r>
        <w:rPr>
          <w:rFonts w:ascii="Times New Roman" w:hAnsi="Times New Roman" w:eastAsia="Times New Roman" w:cs="Times New Roman"/>
        </w:rPr>
        <w:t>“Эдүгээ Тэнгэрэлчийн үгс бүрэн биеллээ оллоо: ‘Тэргүүн тахилч Иошуа аа, чи болон чиний өмнө суугч чиний нөхөд, одоо сонсогтун. Учир нь тэд бол гайхагдах хүмүүс мөн. Учир нь, болгоогтун, Би Өөрийн Боол болох Мөчрийг гаргаж ирнэ.’ Зехариа 3:8. Христ Өөрийн ард түмний Аврагч бөгөөд Чөлөөлөгч болон илчлэгдэж байна. Одоо үнэхээр үлдэгсэд нь Бурханы болон Хурганы оршихуйд тэдний аянчлалын нулимс, доромжлол баяр хөөр, хүндэтгэлд зайгаа тавин өгч буй тул ‘гайхагдах хүмүүс’ ажээ. ‘Тэр өдөр ЭЗЭНий мөчир үзэсгэлэнтэй бөгөөд алдартай байх болно, мөн газрын үр жимс Израилиас аврагдсан хүмүүст эрхэм бөгөөд сайхан байх болно. Сионд үлдсэн нэгэн, Иерусалимд хоцорсон нэгэн бүр, өөрөөр хэлбэл Иерусалим дахь амьд хүмүүсийн дунд бичигдсэн хүн бүр, ариун хэмээн нэрлэгдэх болно.’ Исаиа 4:2, 3.” Prophets and Kings 587–592.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Лаодикийн Долоо Дахь Өдрийн Адвентист Сүм — Арван Долоо</dc:title>
  <dc:subject/>
  <dc:creator>Jeff Pippenger</dc:creator>
  <cp:keywords/>
  <dc:description>Generated by ArticleDigger from joel\17_joel.json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