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Арван Наймдугаар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Арван Найм Дугаар</w:t>
      </w:r>
    </w:p>
    <w:p>
      <w:pPr>
        <w:pStyle w:val="ArticleBody"/>
        <w:jc w:val="left"/>
      </w:pPr>
      <w:r>
        <w:rPr>
          <w:rFonts w:ascii="Times New Roman" w:hAnsi="Times New Roman" w:eastAsia="Times New Roman" w:cs="Times New Roman"/>
        </w:rPr>
        <w:t>Бид Абрамын гэрээг авч үзэж байгаа бөгөөд Иоел номын эхний эшлэлүүдтэй шууд холбоотой Абрамын эш үзүүллэгийн тэрхүү хэсгийг хараахан авч хэлэлцээгүй байна. Абрамын эш үзүүлсэн 400 жилийн боолчлол, Паулын дурдсан 430 жилийн хамт, Даниел 12:11-ийн 1290 жилтэй нийцэх эш үзүүллэгийн бүтцийг бүрдүүлдэг. Арван нэгдүгээр эшлэлийн 1290 жилийн эш үзүүллэг нь Абрам ба Паулын 430 жилийн шугамын омега эш үзүүллэгийн хугацаа мөн. Энэ үнэн нь эцсийн өдрүүдэд лац нь тайлагддаг зүйлсийн нэгэн хэсэг бөгөөд мэргэдийг хорон муу хүмүүсээс ялгадаг юм.</w:t>
      </w:r>
    </w:p>
    <w:p>
      <w:pPr>
        <w:pStyle w:val="ArticleBody"/>
        <w:jc w:val="left"/>
      </w:pPr>
      <w:r>
        <w:rPr>
          <w:rFonts w:ascii="Times New Roman" w:hAnsi="Times New Roman" w:eastAsia="Times New Roman" w:cs="Times New Roman"/>
        </w:rPr>
        <w:t>430 жилийн омега зөгнөлтэй холбоотойгоор “дөрвөн үе” хэмээх бэлгэдэл нь Бурханы сонгосон ард түмнийг боолчлолд байлгасан үндэстэнд олгогдсон сорилтын хугацааг тодорхойлж байв. Мосегийн хувьд энэ нь Египет байсан; харин Мосегийн дууг дуулдаг нэг зуун дөчин дөрвөн мянгын хувьд энэ нь 1798 оноос Ням гаргийн хууль хүртэлх Америкийн Нэгдсэн Улсын түүх юм. Илчлэл арван гуравт “газрын араатан” хэмээн дүрслэгдсэн Америкийн Нэгдсэн Улс хурга мэтээр эхэлж, луу мэт ярьж төгсөнө. Хурганы бэлгэдэл болсон Иосеф Египет дэх харьцангуй амгалан үеийг илэрхийлдэг бөгөөд шинэ Фараон гарч ирж, боолчлол эхлэх хүртэл тийм байв. Иймээс дөрөв дэх үед шүүгддэг үндэстэн нь, Мосегийн хувьд Египет байсан шиг, Америкийн Нэгдсэн Улс мөн. Үлдэгдэл нь Ням гаргийн хуулийн үед шүүгддэг бөгөөд энэ нь еврейчүүдийн хувьд хаалганых нь тотгон дээрх цусаар төгссөн гай гамшгуудаар, түүнээс хойш Египет үндэстний хувьд Улаан тэнгист болсон явдлаар хэв маяг болгон үзүүлэгдсэн. Иосеф ба Мосе нь сайн Фараон болон муу Фараоныг төлөөлдөг бөгөөд энэ нь Америкийн Нэгдсэн Улсын хувьд эхлээд хурга, дараа нь луу юм.</w:t>
      </w:r>
    </w:p>
    <w:p>
      <w:pPr>
        <w:pStyle w:val="ArticleBody"/>
        <w:jc w:val="left"/>
      </w:pPr>
      <w:r>
        <w:rPr>
          <w:rFonts w:ascii="Times New Roman" w:hAnsi="Times New Roman" w:eastAsia="Times New Roman" w:cs="Times New Roman"/>
        </w:rPr>
        <w:t>Дөрөв дэх үеийн тухай Абрамын шүүлтийн эш үзүүллэг нь нигүүлслийн хугацааны хаагдал дэвшилтэт шинжтэйг өөртөө агуулж байсан. Учир нь Абрамын эш үзүүллэг Мосегоор биелэгдэх үед зөвхөн Египетийн хувьд нигүүлслийн хугацаа хаагдаад зогсоогүй, харин Египет өөрсдийнхөө нигүүлслийн хугацааны аягыг дүүргэсний дараа Аморичуудад өөрсдийн нигүүлслийн хугацааны аягыг дүүргэх цаг хугацаа үлдсэн хэвээр байсан. Египетийн хувьд Улаан тэнгис нь Америкийн Нэгдсэн Улсын хувьд Ням гаргийн хууль байсан бөгөөд дараа нь “дэлхийн бөмбөрцгийн бусад бүх улс орон” Аморичууд Египетийн нигүүлслийн хугацаа хаагдсаны дараах байдлаар төлөөлөгдөхийн адил Америкийн Нэгдсэн Улсын “жишээг дагах” болно.</w:t>
      </w:r>
    </w:p>
    <w:p>
      <w:pPr>
        <w:pStyle w:val="ArticleBody"/>
        <w:jc w:val="left"/>
      </w:pPr>
      <w:r>
        <w:rPr>
          <w:rFonts w:ascii="Times New Roman" w:hAnsi="Times New Roman" w:eastAsia="Times New Roman" w:cs="Times New Roman"/>
        </w:rPr>
        <w:t>Аморичууд бол Абрамын гэрээнд Египетийн мөрнөөс Вавилоны мөрөн хүртэлх ертөнцийг тодорхойлон илтгэдэг арван овгийн нэг мөн; иймээс аморичууд нь АНУ-д Ням гаргийн хууль тогтоогдсоны дараа үндэстэн тус бүрийнхээ хэмжээнд шалгалтын хугацаагаа хаадаг дэлхийн үндэстнүүдийг төлөөлдөг. Аморичууд нь шүүлт ертөнц дээр хаагдан буухын библийн бэлгэдэл бөгөөд энэ нь гурав, дөрөв дэх үеийн үед тохиолддог. Улаан тэнгис нь АНУ-ын шалгалтын хугацаа хаагдахыг бэлгэддэг бөгөөд аморичууд нь хүний шалгалтын хугацаа бүхэлдээ хаагдах хүртэл үндэстнүүд өөрсдийн шалгалтын хугацаагаа үе шаттайгаар хааж буйг төлөөлдөг. Иймээс аморичууд нь Улаан тэнгис дээрх Ням гаргийн хуулийн хямралын үеэс, зүүн салхины авчрах аврал хүртэлх хугацааны бэлгэдэл мөн; тэр үед Бурханы ард түмэнд авралын зам нээгддэг.</w:t>
      </w:r>
    </w:p>
    <w:p>
      <w:pPr>
        <w:pStyle w:val="ArticleBody"/>
        <w:jc w:val="left"/>
      </w:pPr>
      <w:r>
        <w:rPr>
          <w:rFonts w:ascii="Times New Roman" w:hAnsi="Times New Roman" w:eastAsia="Times New Roman" w:cs="Times New Roman"/>
        </w:rPr>
        <w:t>Харин Абрамын эш үзүүллэг нь дөрөвдүгээр үеийн талаар зөвхөн АНУ-ыг Египет, ертөнцийг Аморчууд хэмээн үзэх утгаар өгүүлээд зогсохгүй, түүнээс ч илүүтэйгээр, Улаан тэнгисийг гаталдаг Бурханы ард түмний үеийг “дөрөвдүгээр үе” хэмээн байрлуулдаг. Абрамын гурван алхмын эхний алхам дахь “дөрвөн үе”-ийн ойлголтоос бид юуг гарган авч чадахыг гарган авсны дараа, Абрахамын гэрээний хоёр дахь болон гурав дахь алхмыг авч үзэх болно. Хоёр дахь алхам нь арван долоодугаар бүлэг бөгөөд, гурав дахь алхам нь мэдээж—хорин хоёрдугаар бүлэг мөн.</w:t>
      </w:r>
    </w:p>
    <w:p>
      <w:pPr>
        <w:pStyle w:val="ArticleBody"/>
        <w:jc w:val="left"/>
      </w:pPr>
      <w:r>
        <w:rPr>
          <w:rFonts w:ascii="Times New Roman" w:hAnsi="Times New Roman" w:eastAsia="Times New Roman" w:cs="Times New Roman"/>
        </w:rPr>
        <w:t>Даниелын арван хоёрдугаар бүлэгт эш үзүүллэгийн гурван хугацааг тодорхойлсон байдаг бөгөөд тэдгээр нь бүгд 1844 онд дуусгавар болсон эш үзүүллэгийн цаг хугацааг илэрхийлдэг. Эдгээр гурван хугацаа эцсийн өдрүүдэд лац нь тайлагдаж, Бурханы ард түмэнд эцсийн өдрүүдэд тохиох мэдлэгийн өсөлтийг илэрхийлдэг. Маалинган хувцастай хүн болох Христ долдугаар эшлэлд эдгээр гурван эш үзүүллэгийн хугацааны эхнийхийг танилцуулдаг бөгөөд ингэснээр Тэр усан дээр бус, харин газар ба тэнгис дээр зогсдог Илчлэл арван бүлгийн тэнгэрэлчтэй Өөрийгөө нэг мөр болгон нийцүүлдэг.</w:t>
      </w:r>
    </w:p>
    <w:p>
      <w:pPr>
        <w:pStyle w:val="ArticleScripture"/>
        <w:jc w:val="left"/>
      </w:pPr>
      <w:r>
        <w:rPr>
          <w:rFonts w:ascii="Times New Roman" w:hAnsi="Times New Roman" w:eastAsia="Times New Roman" w:cs="Times New Roman"/>
        </w:rPr>
        <w:t>Тэгээд миний далай дээр болон газар дээр зогсож байхыг харсан тэр тэнгэрэлч гараа тэнгэр өөд өргөн, тэнгэрийг болон түүн доторх бүхнийг, газрыг болон түүн дээрх бүхнийг, далайг болон түүн доторх бүхнийг бүтээсэн, мөнхөөс мөнхөд амьдрагч Түүгээр тангараглахдаа, цаашид хугацаа байхгүй болно гэж айлдав. Илчлэлт 10:5, 6.</w:t>
      </w:r>
    </w:p>
    <w:p>
      <w:pPr>
        <w:pStyle w:val="ArticleBody"/>
        <w:jc w:val="left"/>
      </w:pPr>
      <w:r>
        <w:rPr>
          <w:rFonts w:ascii="Times New Roman" w:hAnsi="Times New Roman" w:eastAsia="Times New Roman" w:cs="Times New Roman"/>
        </w:rPr>
        <w:t>Арван хоёрдугаар бүлгийн долоодугаар эшлэлд маалинган хувцаст хүн мөн үүрд мөнх амьдрагч Нэгнээр тангарагладаг.</w:t>
      </w:r>
    </w:p>
    <w:p>
      <w:pPr>
        <w:pStyle w:val="ArticleScripture"/>
        <w:jc w:val="left"/>
      </w:pPr>
      <w:r>
        <w:rPr>
          <w:rFonts w:ascii="Times New Roman" w:hAnsi="Times New Roman" w:eastAsia="Times New Roman" w:cs="Times New Roman"/>
        </w:rPr>
        <w:t>Тэгээд би голын усан дээр зогсож байсан маалинган хувцастай хүнийг, баруун гараа болон зүүн гараа тэнгэр өөд өргөн, мөнхөд амьдрагчийг түшин тангараглахыг сонсов. Тэрээр, энэ нь нэг хугацаа, хугацаанууд, мөн хагас хугацааны турш байх бөгөөд ариун ард түмний хүчийг бутраан тараах явдал гүйцэх үед энэ бүх зүйл төгсөнө хэмээн тангараглав. Даниел 12:7.</w:t>
      </w:r>
    </w:p>
    <w:p>
      <w:pPr>
        <w:pStyle w:val="ArticleBody"/>
        <w:jc w:val="left"/>
      </w:pPr>
      <w:r>
        <w:rPr>
          <w:rFonts w:ascii="Times New Roman" w:hAnsi="Times New Roman" w:eastAsia="Times New Roman" w:cs="Times New Roman"/>
        </w:rPr>
        <w:t>Бидэнд сүнслэг илчлэлээр Даниелын номд байрлах тэрхүү адил эш үзүүллэгийн шугам Илчлэлийн номд үргэлжлэн авч үзэгддэг бөгөөд Миллеритуудын ойлголтоор эдгээр хоёр дүрслэл нь Христийн тухай харилцан дүйцэх эшлэлүүд мөн хэмээн мэдэгдсэн байдаг. Илчлэлийн номд бяцхан номтой Тэнгэрэлч байдлаар дүрслэгдсэн Христ эш үзүүллэгийн цаг хугацааны хэрэглээ 1844 онд төгссөнийг заадаг; харин Даниелын номд маалинган хувцастай Хүн байдлаар дүрслэгдсэн Христ нь Америкийн Нэгдсэн Улсад Ням гаргийн хууль ирэх үед Даниелын эцсийн үзэгдлийн бүх гайхамшгууд төгсөх болно гэдгийг заадаг. Ням гаргийн хуулиас өмнө оршиж, түүгээр оргилдоо хүрэх тэрхүү ариун түүхийн хүрээнд Бурханы ард түмэн 1260-ын бэлгэдлээр илэрхийлэгдсэн хугацааны туршид тараагдах ёстой байв. Ням гаргийн хуулиас өмнөх тэр тараагдах үеийг Илчлэлийн номын арван нэгдүгээр бүлэгт, Мосе ба Елиа алагдаж, гурван хагас өдрийн турш гудамжинд үхмэл хэвтэж буйгаар дүрсэлсэн бөгөөд энэ нь 1260-ын бэлгэдэл мөн.</w:t>
      </w:r>
    </w:p>
    <w:p>
      <w:pPr>
        <w:pStyle w:val="ArticleBody"/>
        <w:jc w:val="left"/>
      </w:pPr>
      <w:r>
        <w:rPr>
          <w:rFonts w:ascii="Times New Roman" w:hAnsi="Times New Roman" w:eastAsia="Times New Roman" w:cs="Times New Roman"/>
        </w:rPr>
        <w:t>Долоодугаар эшлэлд маалинган хувцастай хүн, ариун ардын хүч тараан сарниулагдах хугацааны гурав хагас өдөр дуусах үед эцсийн өдрүүд дэх Бурханы ард түмэнд тохиох “гайхамшгууд” төгсөх болно хэмээн мэдэгддэг. Бид өмнөх өгүүллийг Захариа номын гуравдугаар бүлэгт өгүүлсэн Уайт эгчийн тайлбараар өндөрлөсөн билээ. Эхний өгүүлбэрт, “Иошуа ба Тэнгэрэлчийн тухай Захариагийн үзэгдэл нь их эвлэрүүллийн өдрийн төгсгөлийн үеийн үзэгдлүүд дундах Бурханы ард түмний туршлагад онцгой хүчтэйгээр хамаарна” гэжээ. Тухайн бүлэгт, мөн тэр бүлгийн талаар Уайт эгчийн сүнслэгээр өдөөгдсөн тайлбарт, нэг зуун дөчин дөрвөн мянга нь “гайхан хардаг хүмүүс” юм. Ням гаргийн хуулиар төгсгөлдөө хүрдэг Даниелын сүүлчийн үзэгдлийн “гайхамшгууд” нь Бурханы ард түмний лацдалттай холбоотой “гайхамшгууд” мөн.</w:t>
      </w:r>
    </w:p>
    <w:p>
      <w:pPr>
        <w:pStyle w:val="ArticleBody"/>
        <w:jc w:val="left"/>
      </w:pPr>
      <w:r>
        <w:rPr>
          <w:rFonts w:ascii="Times New Roman" w:hAnsi="Times New Roman" w:eastAsia="Times New Roman" w:cs="Times New Roman"/>
        </w:rPr>
        <w:t>Даниелын арван хоёрдугаар бүлэг нь эцсийн өдрүүдэд нэг зуун дөчин дөрвөн мянгыг лацдан тэмдэглэдэг гэрлийг өгдөг. Тэрхүү гэрэл нь Миллерийн хөдөлгөөний түүхэнд бүгд үнэн хэмээн танигдаж, тогтоогдсон эш үзүүллэгийн гурван хугацаагаар илэрхийлэгддэг. Тэр гурван хугацаа нь гурван ишлэлд толилуулагдсан байдаг бөгөөд үнэний бүтцийг тулж байдаг гурван багана юм. Үнэний бүтэц нь гурван алхамт үйл явцаар тулгуурлагддаг. Гурван алхам бүхий тэрхүү үйл явц нь есөн ишлэлийн хэсгийн (4–12) дотор, эш үзүүллэгийн цаг хугацааг толилуулдаг гурван ишлэлээр төлөөлөгдөнө. Эш үзүүллэгийн тэр гурван хугацаа нь Миллерийн хөдөлгөөний суурь ойлголтоос хандан үзэхэд, Миллерийн ойлголттой нийцүүлэн тодорхойлогдсон боловч цаг хугацааны элементийг хэрэглэдэггүй бэлгэдэлт гурван хугацааг бий болгодог.</w:t>
      </w:r>
    </w:p>
    <w:p>
      <w:pPr>
        <w:pStyle w:val="ArticleBody"/>
        <w:jc w:val="left"/>
      </w:pPr>
      <w:r>
        <w:rPr>
          <w:rFonts w:ascii="Times New Roman" w:hAnsi="Times New Roman" w:eastAsia="Times New Roman" w:cs="Times New Roman"/>
        </w:rPr>
        <w:t>Гурван хугацаа нь яг эш үзүүллэг “битүүмжлэгдэж, дараа нь тайлагдан нээгдэх үйл явц”-ыг тодорхойлдог Ариун Бичээсийн тэрхүү хэсгийн дотор байрладаг бөгөөд тэнд мөн гурван үе шаттай сорилтын үйл явцын тухай Библийн сонгодог дүрслэл агуулагддаг. Даниелд номоо битүүмжлэхийг тушааснаар эхэлдэг тэрхүү есөн ишлэл бол гурван хугацааг тунхаглан тавьсан яг тэр ишлэлүүд мөн бөгөөд, үнэн тайлагдан нээгдэх үед биелдэг ариусгалын үйл явц тэр есөн ишлэлд “ариусгагдаж, цайрч, шалгагдан соригдох” хэмээн илэрхийлэгдсэн байдаг. Тэрхүү гурван ишлэл дэх гурван хугацаа нь төгсгөлийн цагт, эцсийн өдрүүдэд мэдлэг өсөхийг заадаг бөгөөд энэ нь Бурханы гэрээний ард түмний эцсийн сорилт ба битүүмжлэлийн үйл явцыг төлөөлдөг. Тэр түүхэн хүрээнд эцсийн өдрүүдэд Бурханы ард түмэнд тохиох бэлгэдэлт “гайхамшгууд” тодорхойлон тавигдсан байдаг. Энэ догол мөрийг дахин уншина уу.</w:t>
      </w:r>
    </w:p>
    <w:p>
      <w:pPr>
        <w:pStyle w:val="ArticleBody"/>
        <w:jc w:val="left"/>
      </w:pPr>
      <w:r>
        <w:rPr>
          <w:rFonts w:ascii="Times New Roman" w:hAnsi="Times New Roman" w:eastAsia="Times New Roman" w:cs="Times New Roman"/>
        </w:rPr>
        <w:t>Есөн ишлэлээс бүрдэх уг хэсгийн гурван ишлэл дэх гурван хугацаа нь Даниелын номын оргилыг төлөөлдөг бөгөөд тэнд төлөөлөгдсөн тэрхүү оргил нь дотоод эш үзүүллэгийн шугамын оргил юм; энэ нь гарын оролцоогүйгээр нэгэн хад уулнаас хэрхэн “таслагдан” гарч ирдэг тухай түүх бөгөөд үлдэгдлийн түүх мөн. Тэрхүү дотоод шугам нь арав ба арван хоёрдугаар бүлгүүдэд төлөөлөгдсөн байдаг, харин эш үзүүллэгийн гадаад шугамын оргил нь арван нэгдүгээр бүлгийн төгсгөлийн ишлэлүүдэд, мөн Даниел арван хоёрын эхний хэдэн ишлэлд байдаг.</w:t>
      </w:r>
    </w:p>
    <w:p>
      <w:pPr>
        <w:pStyle w:val="ArticleBody"/>
        <w:jc w:val="left"/>
      </w:pPr>
      <w:r>
        <w:rPr>
          <w:rFonts w:ascii="Times New Roman" w:hAnsi="Times New Roman" w:eastAsia="Times New Roman" w:cs="Times New Roman"/>
        </w:rPr>
        <w:t>Тэрхүү гурван үе нь мөн Улай болон Хиддекел мөрний гэрчлэлийн үзэгдлүүдийн аль алиных нь оргил мөн бөгөөд, уг гурван эшлэлд Абрам ба Паулыг хоёуланг нь гэрч болгон өгдөг гэрээний цаг хугацааны эш үзүүллэгийн оргил биеллийг төлөөлөх нэгэн эш үзүүллэгийн хугацаа багтсан байдаг. Маалинган хувцаст Хүн болох Есүс долоодугаар эшлэлд усан дээгүүр алхаж буйгаар харагдана. Арван нэгдүгээр эшлэлд мөн Христийн дуу хоолой болох хоёр дуу хоолой, Абрам ба Паул, гэрчлэн зогсдог. Арван хоёрдугаар эшлэлд Бурханы ард түмний тамгалагдах түүхийг төлөөлөн үзүүлсэн байдаг. Учир нь нэг зуун дөчин дөрвөн мянга нь онгон охид бөгөөд, онгон охид арван охины сургаалт зүйрлэлийг туулдаг, мөн арван хоёрдугаар эшлэл дэх ерөөл нь хүлээдэг хүмүүсийн дээр байдаг. Сургаалт зүйрлэл дотор хүлээдэг бөгөөд “ерөөлтэй” хэмээгддэг хүмүүс бол хаалга хаагдах үед хуриманд орох боломжийг тэдэнд олгодог хувцсыг хүлээн авдаг хүмүүс мөн.</w:t>
      </w:r>
    </w:p>
    <w:p>
      <w:pPr>
        <w:pStyle w:val="ArticleBody"/>
        <w:jc w:val="left"/>
      </w:pPr>
      <w:r>
        <w:rPr>
          <w:rFonts w:ascii="Times New Roman" w:hAnsi="Times New Roman" w:eastAsia="Times New Roman" w:cs="Times New Roman"/>
        </w:rPr>
        <w:t>Долоодугаар эшлэлд Есүс усан дээр алхаж байгаа нь айдас төрүүлдэг боловч Петр итгэхээр шийдэн алхаж, Бурханд алдар өргөж эхэлдэг. Гэвч Петр нь олонтаа хоёр ангийг хоёуланг нь бэлгэддэг бөгөөд түүний цаг үеийн шүүлт ирэхэд тэрхүү алдар дахин айдас руу эргэн хувирдаг. Долоодугаар эшлэлд байрлах эхний үе нь эхний тэнгэрэлчийн мэдээг төлөөлдөг. Есүс усан дээр байгаа нь айдсын болон эхний тэнгэрэлчийн бэлгэдэл мөн. Дараа нь Есүс Ням гаргийн хуулийн шүүлтээс урьтаж Өөрийн ард түмнийг алдаршуулах нэгэн үеийг тодорхойлдог. Гурван тэнгэрэлчийн бүх гурван бүрэлдэхүүн долоодугаар эшлэлийн дотор бий. Учир нь долоодугаар эшлэл бол гурван тэнгэрэлчийг төлөөлөх гурван эшлэлийн эхнийх нь юм.</w:t>
      </w:r>
    </w:p>
    <w:p>
      <w:pPr>
        <w:pStyle w:val="ArticleBody"/>
        <w:jc w:val="left"/>
      </w:pPr>
      <w:r>
        <w:rPr>
          <w:rFonts w:ascii="Times New Roman" w:hAnsi="Times New Roman" w:eastAsia="Times New Roman" w:cs="Times New Roman"/>
        </w:rPr>
        <w:t>Арван нэгдүгээр ишлэл нь Абрам болон Паулын альфа дуу хоолойнуудад харгалдах өөрийн омега гэрчлэлээрээ нэгэн “давхардлыг” үзүүлдэг. Тэдний “давхарлагдсан” дуу хоолой нэгдэн, гэрээний цаг хугацааны зөгнөлийг илэрхийлэн гаргаж тавьдаг бөгөөд арван нэгдүгээр ишлэл нь 1798 онд Вавилоны уналтаар төгсөх зөгнөлийн хугацааг тодорхойлсноор уг зөгнөлийг омега байдлаар гүйцэлдүүлдэг; ийнхүү эцсийн өдрүүдэд Михаил босон зогсох үед тохиох Вавилоны уналтын хэв шинж болдог. Арван нэгдүгээр ишлэлд бид эш үзүүлэгчдийн давхардлыг, мөн Вавилоны хоёр уналтыг төлөөлөх нэгэн хугацааг хардаг бөгөөд ингэснээр “Вавилон нурав, нурав” хэмээн тунхагласан хоёр дахь тэнгэрэлчийн мэдээг төлөөлдөг.</w:t>
      </w:r>
    </w:p>
    <w:p>
      <w:pPr>
        <w:pStyle w:val="ArticleBody"/>
        <w:jc w:val="left"/>
      </w:pPr>
      <w:r>
        <w:rPr>
          <w:rFonts w:ascii="Times New Roman" w:hAnsi="Times New Roman" w:eastAsia="Times New Roman" w:cs="Times New Roman"/>
        </w:rPr>
        <w:t>Долоодугаар эшлэл нь эхний тэнгэрэлчийн мэдээ мөн, арван нэгдүгээр эшлэл нь хоёр дахь тэнгэрэлчийн мэдээ бөгөөд арван хоёрдугаар эшлэл, өөрөөр хэлбэл Даниел 12*12 буюу Даниел 144, нь ухаантнууд ба мунхгуудын хоорондын ялгааны тухай бөгөөд энэ нь шүүлтийн хямралын үед зан чанар илрэн гарснаар төгсдөг шүүлтийн үйл явцад биеллээ олдог. Арван хоёрдугаар эшлэл нь дэлхий хэрхэн хоёр ангид хуваагдсаныг тодорхойлдог гурав дахь тэнгэрэлчийн мэдээ бөгөөд яг тэр хуваагдлын гурав дахь тэнгэрэлчийн гадаад дүрслэлийн харгалдах тал нь арван хоёрдугаар эшлэлд дүрслэгдсэн гурав дахь тэнгэрэлчийн дотоод хуваагдал юм. Долоо, арван нэг, арван хоёрдугаар эшлэлүүд нь гурван тэнгэрэлчийн мэдээ бөгөөд эдгээр эшлэлүүд нь эцсийн өдрүүдэд тайлагдах гэрэл мөн. Эцсийн өдрүүдэд эдгээр гурван эшлэл тайлагдах нь Илчлэлт номын аравдугаар бүлэгтэй нийцдэг.</w:t>
      </w:r>
    </w:p>
    <w:p>
      <w:pPr>
        <w:pStyle w:val="ArticleBody"/>
        <w:jc w:val="left"/>
      </w:pPr>
      <w:r>
        <w:rPr>
          <w:rFonts w:ascii="Times New Roman" w:hAnsi="Times New Roman" w:eastAsia="Times New Roman" w:cs="Times New Roman"/>
        </w:rPr>
        <w:t>Христ хүчирхэг тэнгэрэлчийн хувьд, мөн аравдугаар бүлэгт Иудагийн овгийн Арслангийн хувьд “арслан” мэт хашхирсан бөгөөд Түүний архиралт Даниелын аравдугаар бүлгийн адил лацлагдсан долоон аянгыг төрүүлсэн. Эдгээр нь зэрэгцээ эшлэлүүд юм. Ийм учраас арван хоёрдугаар бүлэг дэх гурван хугацаа нь мөн Илчлэлт аравдугаар бүлгийн долоон аянга мөн.</w:t>
      </w:r>
    </w:p>
    <w:p>
      <w:pPr>
        <w:pStyle w:val="ArticleBody"/>
        <w:jc w:val="left"/>
      </w:pPr>
      <w:r>
        <w:rPr>
          <w:rFonts w:ascii="Times New Roman" w:hAnsi="Times New Roman" w:eastAsia="Times New Roman" w:cs="Times New Roman"/>
        </w:rPr>
        <w:t>“Долоон аянга” гэдэг нь ердөө Христийг Альфа ба Омега хэмээн илэрхийлсэн өөр нэгэн хэллэг мөн. Учир нь “долоон аянга”-ын үндсэн бэлгэдэл нь 1798 оноос 1844 он хүртэл болсон “үйл явдлуудын зураглал”-ыг төлөөлдөг бөгөөд тэрхүү зураглал нь нэг зуун дөчин дөрвөн мянгын түүхэнд “өөрийн дарааллаар илчлэгдэх” “ирээдүйн үйл явдлуудад” давтагддаг. Иймээс “долоон аянга” нь Альфа ба Омегагийн бэлгэдэл мөн. Тэрээр мөн эхлэл ба төгсгөл, анхны ба эцсийнх, суурь ба сүм, булангийн тулгуур чулуу ба титэм чулуу—долоон аянга мөн.</w:t>
      </w:r>
    </w:p>
    <w:p>
      <w:pPr>
        <w:pStyle w:val="ArticleBody"/>
        <w:jc w:val="left"/>
      </w:pPr>
      <w:r>
        <w:rPr>
          <w:rFonts w:ascii="Times New Roman" w:hAnsi="Times New Roman" w:eastAsia="Times New Roman" w:cs="Times New Roman"/>
        </w:rPr>
        <w:t>Даниел арван хоёр дахь бэлгэдлийн гурван үеийн гэрэл нь долоон аянгын гэрэлтэй нийцэх ёстой, учир нь тэдгээр нь нэгэн адил эш үзүүллэгийн шугам мөн. Эхний үед Христ Илчлэл арван дахь бүлэгт нэг гараа өргөн тэнгэр өөд хандуулдгийн адил хоёр гараа тэнгэр өөд өргөнө. Илчлэл арван дахь бүлэгт Түүний гар нь эш үзүүллэгийн цаг хугацааны хэрэглээний төгсгөлийн бэлгэдэл болж, эш үзүүллэгийн цаг хугацааны үеүдээс зүгээр л эш үзүүллэгийн үеүдэд шилжих шилжилтийг тэмдэглэдэг. Миллерчүүдийн хэрэглэж байсан эш үзүүллэгийн гол дүрмийн тэрхүү шилжилт нь Христийн цаг үе дэх үсэгчлээс сүнслэг рүү хийсэн томоохон шилжилтээр бэлгэдэгдсэн юм.</w:t>
      </w:r>
    </w:p>
    <w:p>
      <w:pPr>
        <w:pStyle w:val="ArticleBody"/>
        <w:jc w:val="left"/>
      </w:pPr>
      <w:r>
        <w:rPr>
          <w:rFonts w:ascii="Times New Roman" w:hAnsi="Times New Roman" w:eastAsia="Times New Roman" w:cs="Times New Roman"/>
        </w:rPr>
        <w:t>Төлөөлөгч Паул сонгогдсон ард түмний эш үзүүллэгийн шугамтай холбоотой үндсэн эш үзүүллэгийн дүрмийг тогтоохын тулд өргөгдөн гарч ирсэн юм. Сүнслэг Израилийн яг эхлэл дээр гэрээг өөрийг нь дахин тодорхойлон тогтоосон нэгэн үндсэн эш үзүүллэгийн дүрэм тогтоогдов. Тэр цагаас хойш Абрахамын хүүхэд байна гэдэг нь цусаар бус, итгэлээр Абрахамын хүүхэд байхыг хэлэх болсон. Энэ эш үзүүллэгийн зарчим нь юуны өмнө Паулын үзгээр тогтоогдсон бөгөөд тэрээр энэ утгаараа Илчлэлт номын аравдугаар бүлэг дэх Христийг бэлгэдэн, 1844 онд цаг хугацааны эш үзүүллэгийн хэрэглээг өөрчилж, төгсгөсөн юм.</w:t>
      </w:r>
    </w:p>
    <w:p>
      <w:pPr>
        <w:pStyle w:val="ArticleBody"/>
        <w:jc w:val="left"/>
      </w:pPr>
      <w:r>
        <w:rPr>
          <w:rFonts w:ascii="Times New Roman" w:hAnsi="Times New Roman" w:eastAsia="Times New Roman" w:cs="Times New Roman"/>
        </w:rPr>
        <w:t>Хүн төрөлхтөнтэй байгуулсан гэрээг солонго төлөөлдөг бөгөөд Ноагийн хөвөгч авдар нь үерийн өмнө ба дараах, онцгойлон ялган тодорхойлогдсон сонгогдсон ард түмэн байгаагүй цаг үеийг төлөөлдөг. Абрахамын дуудагдал нь Бурханы хүн төрөлхтөнтэй тогтоосон эш үзүүллэгийн харилцаанд томоохон бөгөөд чухал өөрчлөлтийг төлөөлсөн. Абрахамтай байгуулсан гэрээ нь гэрээний түүхийн шугамд томоохон шилжилтийг төлөөлсөн бөгөөд ингэснээрээ Паулын өдрүүдэд үсгийнхээс сүнслэг рүү, мөн 1844 онд цаг хугацааны хэрэглээнээс цаг хугацааны хэрэглээгүй байдал руу хийсэн тэрхүү томоохон шилжилтийг хэв шинжээр илэрхийлсэн.</w:t>
      </w:r>
    </w:p>
    <w:p>
      <w:pPr>
        <w:pStyle w:val="ArticleBody"/>
        <w:jc w:val="left"/>
      </w:pPr>
      <w:r>
        <w:rPr>
          <w:rFonts w:ascii="Times New Roman" w:hAnsi="Times New Roman" w:eastAsia="Times New Roman" w:cs="Times New Roman"/>
        </w:rPr>
        <w:t>Бурханы хүн төрөлхтөнтэй байгуулсан гэрээний анхны өөрчлөлт нь Цэцэрлэг байсан бөгөөд тодорхой зарлагдсан өөрчлөлт нь амийн модонд тавигдсан хязгаарлалт байв; мөн энэ нь хувцаслалтад ч өөрчлөлт авчирсан бөгөөд сүнслэг гэрлээс бодит хурганы арьс руу шилжүүлсэн юм. Гэрээний түүхэн дэх дараагийн томоохон өөрчлөлт нь үер бөгөөд анхны томоохон гэрээний өөрчлөлтөнд Адам төлөөлөгч байсанчлан, үүнийг Ноа төлөөлдөг. Дараа нь Абрамын үеэр сонгогдсон ард түмэн рүү шилжсэн нь Мосед хүргэсэн бөгөөд тэрээр нэг өдөр нь нэг жилийг төлөөлдөг гэсэн эш үзүүллэгийн зарчмуудыг танилцуулдаг. Тэр зарчим нь 1844 он хүртэл хүчинтэй бөгөөд тэр үед гэрээний өөр нэг томоохон өөрчлөлт болсон. Гэрээний түүхийн агуу эрин үеүүдэд Бурханы эш үзүүллэгийн Үгийн нэгэн зарчимд үргэлж томоохон өөрчлөлт гардаг. Нэг зуун дөчин дөрвөн мянгын түүхийн турш дахь тэрхүү өөрчлөлт нь Альфа Омега нь Үнэн мөн гэсэн явдал юм. Альфа ба омега гэдэг нь төгсгөл нь Бурханы Үгэнд үргэлж эхлэлээр дүрслэгддэг гэсэн зарчим юм. Альфа ба омегагийн тэр зарчимтай хамт Еврей хэлний “үнэн” хэмээх үгийн гурвалсан бүтэц холбогддог.</w:t>
      </w:r>
    </w:p>
    <w:p>
      <w:pPr>
        <w:pStyle w:val="ArticleBody"/>
        <w:jc w:val="left"/>
      </w:pPr>
      <w:r>
        <w:rPr>
          <w:rFonts w:ascii="Times New Roman" w:hAnsi="Times New Roman" w:eastAsia="Times New Roman" w:cs="Times New Roman"/>
        </w:rPr>
        <w:t>Үлдэгдлийн түүхийн турш дахь эш үзүүллэгийн гол шилжилт нь гэрээний томоохон түүх бүрт шууд дүрслэгдэн илэрдэг бөгөөд мөн адил үнэний бусад шугамуудад ч мөн илэрнэ. Исаиа 22:22-т Елиакимын дээр тавигдсан “түлхүүр” нь Матай арван зургаад Панид Петрт өгөгдсөн тэр л түлхүүр мөн. Тэрхүү түлхүүр Филадельфийн чуулганд өгөгдсөн бөгөөд Миллерчүүдийн түүхийг хэв шинжлэн төлөөлсөн Мосегийн түүхийн үед Мосегийн тэмдэглэн үлдээсэн “өдрийг жилээр” гэсэн зарчимтай холбогдох боломжийг Уильям Миллерт олгосон түлхүүр нь мөн энэ байв. Мосегийн эш үзүүллэгтэй Миллерийн тогтоосон холбоо нь Абрамын эш үзүүллэгтэй Паулын тогтоосон холбоогоор төлөөлөгдөн илэрсэн. Тэгээд Миллер Мосетой яагаад холбогдож болохгүй гэж, Мосегийн аврал авдарт байсан нь Ноагийн аврал авдарт байсантай холбогдож, ингэснээр хоёр гэрээг хооронд нь нэгтгэн зангидаж байсан билээ. Еденд эхэлдэг эш үзүүллэгийн хэрэглээний шилжилтүүд нь эш үзүүллэгийн гэрлийн нэгэн томоохон илчлэл эцсийн гэрээний ард түмний түүхэнд—нэг зуун дөчин дөрвөн мянгад—тодорхойлогддогийг илтгэнэ. Миний баталж буй зүйл бол эш үзүүллэгийн тэрхүү гол шилжилт нь долоон аянгатайгаар төлөөлөгдөн илэрдэг бөгөөд тэдгээр нь Даниел арван хоёрдугаар бүлгийн гурван хугацаатай шууд холбоотой бөгөөд эдгээр нь үнэнй гурван-алхамт бүтцэд тулгуурласан шугам дээр шугамын хэрэглээн дээр альфа ба омегагийн зарчмуудыг хэрэглэх үед л танигддаг.</w:t>
      </w:r>
    </w:p>
    <w:p>
      <w:pPr>
        <w:pStyle w:val="ArticleBody"/>
        <w:jc w:val="left"/>
      </w:pPr>
      <w:r>
        <w:rPr>
          <w:rFonts w:ascii="Times New Roman" w:hAnsi="Times New Roman" w:eastAsia="Times New Roman" w:cs="Times New Roman"/>
        </w:rPr>
        <w:t>“цаашид цаг хугацаа байхгүй” хэмээх тунхаглалын яг өмнөх эшлэлүүдэд Христ долоон аянгыг танилцуулсан бөгөөд тэдгээр нь, Даниел 12-ын үнэнүүдийн адил, лацдан битүүмжлэгдсэн байв. Арван хоёрдугаар бүлэгт маалинган хувцастай хүн хоёр гараа өргөж буй хэрэг явдлын нөхцөл байдал нь Даниелын номын лац тайлагдах явдал бөгөөд, Илчлэлт 10-д Арслан Христийн тухай өгүүлэх нөхцөл байдал нь долоон аянгыг лацдан битүүмжлэх явдал юм. Уайт эгч долоон аянгын лацлалыг Даниелын номын лацдан битүүмжлэлттэй уялдуулан үзүүлдэг.</w:t>
      </w:r>
    </w:p>
    <w:p>
      <w:pPr>
        <w:pStyle w:val="ArticleScripture"/>
        <w:jc w:val="left"/>
      </w:pPr>
      <w:r>
        <w:rPr>
          <w:rFonts w:ascii="Times New Roman" w:hAnsi="Times New Roman" w:eastAsia="Times New Roman" w:cs="Times New Roman"/>
        </w:rPr>
        <w:t>“Эдгээр долоон аянга дуу хоолойгоо гаргасны дараа, бяцхан номын талаар Даниелд өгөгдсөнтэй адил тушаал Иоханд ирэв: ‘Долоон аянгын хэлсэн зүйлсийг тамгал.’ Эдгээр нь өөрсдийн дарааллын дагуу илчлэгдэх ирээдүйн үйл явдлуудтай холбоотой.” The Seventh-day Adventist Bible Commentary, volume 7, 971.</w:t>
      </w:r>
    </w:p>
    <w:p>
      <w:pPr>
        <w:pStyle w:val="ArticleBody"/>
        <w:jc w:val="left"/>
      </w:pPr>
      <w:r>
        <w:rPr>
          <w:rFonts w:ascii="Times New Roman" w:hAnsi="Times New Roman" w:eastAsia="Times New Roman" w:cs="Times New Roman"/>
        </w:rPr>
        <w:t>Долоон аянгыг Илчлэлт арван бүлэг, Зөгнөлийн Сүнс, мөн 1840 оноос 1844 он хүртэлх Миллерчүүдийн түүхээр тодорхойлдог бөгөөд энэ түүх нэг зуун дөчин дөрвөн мянгын түүхэнд давтагддаг. Мөн тэрхүү ижил хэсэгт, “Долоон аянганд илэрхийлэгдсэн Иоханд өгөгдсөн онцгой гэрэл нь эхний болон хоёр дахь тэнгэрэлчийн мэдээний дор тохиох үйл явдлуудын дүрслэл байв. Ард түмэн эдгээрийг мэдэх нь хамгийн сайн хэрэг биш байлаа, учир нь тэдний итгэл зайлшгүй соригдох ёстой байв. Бурханы дэг журмын дагуу хамгийн гайхамшигтай бөгөөд ахицтай үнэнүүд тунхаглагдах ёстой байв” гэж өгүүлсэн байдаг. Миллерчүүд хоёр удаагийн урам хугаралтай нүүр тулах ёстойгоо ойлгоогүй, учир нь тэдний энэ ойлголтын дутмаг байдал нь тэднийг сорихоор зориулагдсан байв. Миллерчүүд ямар нэгэн “ахицтай үнэнүүдийг” сэжиглээгүй, өөрөөр хэлбэл, тэд гэрээний түүхэнд ямар нэгэн “агуу зөгнөлийн шилжилтүүдийг” хүлээгээгүй юм.</w:t>
      </w:r>
    </w:p>
    <w:p>
      <w:pPr>
        <w:pStyle w:val="ArticleBody"/>
        <w:jc w:val="left"/>
      </w:pPr>
      <w:r>
        <w:rPr>
          <w:rFonts w:ascii="Times New Roman" w:hAnsi="Times New Roman" w:eastAsia="Times New Roman" w:cs="Times New Roman"/>
        </w:rPr>
        <w:t>“Эдгээр зүйлсийг” мэдэх нь Миллерийн хөдөлгөөний “ард түмэнд хамгийн сайн биш байсан” хэдий ч, нэг зуун дөчин дөрвөн мянган хүн мөнөөх адил түүхээр соригддог; гэвч тэд түүхийг гэмгүйгээр буруу ойлгосныхоо төлөө бус, харин мэдэх ёстой түүхээ ойлгоогүйнхээ төлөө соригддог. Энэ нь мөнөөх адил сорилт, зөвхөн урвуу байдлаар юм. Илчлэл арван бүлэг дэх Иохан нь юуны өмнө нэг зуун дөчин дөрвөн мянгыг төлөөлдөг бөгөөд зөвхөн хоёрдогч утгаараа эхний ба хоёр дахь тэнгэрэлчийн Миллерийн хөдөлгөөнийг төлөөлдөг. Иоханд бяцхан номыг идэхээс нь өмнө энэ нь амттай байгаад дараа нь гашуун болно гэж урьдчилан мэдүүлсэн байгааг харах үед энэ нь танигдана. Энэ нь ямар утгатайг Миллерийнхэнд мэдэх нь хамгийн сайн биш байсан, харин Иохан бол Миллерийнхэн бяцхан номыг идэхэд юу тохиолдсоныг урьдчилан мэддэг ард түмнийг төлөөлдөг.</w:t>
      </w:r>
    </w:p>
    <w:p>
      <w:pPr>
        <w:pStyle w:val="ArticleScripture"/>
        <w:jc w:val="left"/>
      </w:pPr>
      <w:r>
        <w:rPr>
          <w:rFonts w:ascii="Times New Roman" w:hAnsi="Times New Roman" w:eastAsia="Times New Roman" w:cs="Times New Roman"/>
        </w:rPr>
        <w:t>Тэгээд би тэнгэрэлч уруу очиж, түүнд: “Бяцхан номыг надад өгөөч” гэж хэлэв. Харин тэр надад: “Үүнийг аваад, бүрэн ид; энэ нь гэдсийг чинь гашуун болгох боловч аманд чинь зөгийн бал мэт амтлаг байх болно” гэв. Тэгээд би тэнгэрэлчийн гараас бяцхан номыг авч, түүнийг идэв; тэгэхэд энэ нь аманд минь зөгийн бал мэт амтлаг байсан. Харин түүнийг идмэгц гэдэс минь гашуун болов. Илчлэлт 10:9, 10.</w:t>
      </w:r>
    </w:p>
    <w:p>
      <w:pPr>
        <w:pStyle w:val="ArticleBody"/>
        <w:jc w:val="left"/>
      </w:pPr>
      <w:r>
        <w:rPr>
          <w:rFonts w:ascii="Times New Roman" w:hAnsi="Times New Roman" w:eastAsia="Times New Roman" w:cs="Times New Roman"/>
        </w:rPr>
        <w:t>Иоханд аравдугаар бүлэгт дүрслэгдсэн түүх болох 1840-өөс 1844 он хүртэлх гашуун-амтлаг туршлагын талаар урьдчилан хэлэгдсэн байдаг. Ес, аравдугаар эшлэлүүдэд тун тодорхойгоор дүрслэгдсэн тэрхүү туршлага нь мөн хоёрдугаараас дөрөвдүгээр эшлэлүүдэд ч тодорхойлон танигдсан байдаг.</w:t>
      </w:r>
    </w:p>
    <w:p>
      <w:pPr>
        <w:pStyle w:val="ArticleScripture"/>
        <w:jc w:val="left"/>
      </w:pPr>
      <w:r>
        <w:rPr>
          <w:rFonts w:ascii="Times New Roman" w:hAnsi="Times New Roman" w:eastAsia="Times New Roman" w:cs="Times New Roman"/>
        </w:rPr>
        <w:t>Тэрээр гартаа нээстэй нэгэн бяцхан ном барьж байв; баруун хөлөө далайн дээр, зүүн хөлөө газрын дээр тавив. Тэгээд арслан архирах мэт чанга дуугаар хашхирав; түүнийг хашхирахад, долоон аянга дуу хоолойгоо гаргав. Долоон аянга дуу хоолойгоо гаргасны дараа би бичих гэж байтал, тэнгэрээс нэгэн дуу надад ийнхүү айлдав: “Долоон аянгын айлдсан зүйлсийг лацдан битүүмжил, тэдгээрийг бүү бич.” Илчлэлт 10:2–4.</w:t>
      </w:r>
    </w:p>
    <w:p>
      <w:pPr>
        <w:pStyle w:val="ArticleBody"/>
        <w:jc w:val="left"/>
      </w:pPr>
      <w:r>
        <w:rPr>
          <w:rFonts w:ascii="Times New Roman" w:hAnsi="Times New Roman" w:eastAsia="Times New Roman" w:cs="Times New Roman"/>
        </w:rPr>
        <w:t>“Долоон аянга” нь эхний ба хоёр дахь тэнгэрэлчийн дор биелэх “үйл явдлуудын дүрслэлийг” төлөөлдөг бөгөөд мөн “өөрийн дарааллаар илчлэгдэх ирээдүйн үйл явдлуудыг” ч төлөөлдөг. “Долоон аянга” нь Миллерчүүдийн түүх нэг зуун дөчин дөрвөн мянгын түүхэнд давтагддаг гэсэн үнэнийг төлөөлдөг бөгөөд 1798 онд болон түүнээс хойш төгсгөлийн цагт лац нь нээгдсэн үнэнүүд нь Бурханы ард түмний эцсийн өдрүүд дэх үнэний лац тайлагдахыг төлөөлдөг. Илчлэл арван дахь бүлэг дэх Есүс нь Даниел арван хоёр дахь бүлэг дэх Есүстэй нийцдэг. Аль аль эшлэлд эцсийн өдрүүд дэх сорилтын үнэний лацлах ба лац тайлагдах явдал өгүүлэгдсэн байдаг.</w:t>
      </w:r>
    </w:p>
    <w:p>
      <w:pPr>
        <w:pStyle w:val="ArticleBody"/>
        <w:jc w:val="left"/>
      </w:pPr>
      <w:r>
        <w:rPr>
          <w:rFonts w:ascii="Times New Roman" w:hAnsi="Times New Roman" w:eastAsia="Times New Roman" w:cs="Times New Roman"/>
        </w:rPr>
        <w:t>Зарим нь долоодугаар эшлэлд Есүс ярьж байна, харин арван нэгдүгээр болон арван хоёрдугаар эшлэлд Габриел Даниелд ярьж байна гэж маргаж болох ч, мөн энэ гурван хэсэгт бүгдэд нь Есүс ярьж байна гэж ойлгож болно. Энэ асуудлын аль ч талд байсан, Даниелаар дамжин ярьж буй нь Христийн дуу хоолой мөн бөгөөд арван хоёрдугаар бүлгийн эш үзүүллэгийн гурван хугацаа нь Христийн үгс юм; Тэрээр үнэний бүтцэд эдгээр гурван хугацааг тодорхойлон тавьдаг. Энэ гурван хугацаа бүгд лацдан битүүмжлэгдсэн тул тэд хамтдаа гурвалсан нэг бэлгэдэл болдог.</w:t>
      </w:r>
    </w:p>
    <w:p>
      <w:pPr>
        <w:pStyle w:val="ArticleBody"/>
        <w:jc w:val="left"/>
      </w:pPr>
      <w:r>
        <w:rPr>
          <w:rFonts w:ascii="Times New Roman" w:hAnsi="Times New Roman" w:eastAsia="Times New Roman" w:cs="Times New Roman"/>
        </w:rPr>
        <w:t>Долоодугаар эшлэл нь гайхамшгуудын төгсгөлийг хөндөн, Христийн Хамгийн Ариун газарт гүйцэтгэх эцсийн ажлыг—нэг зуун дөчин дөрвөн мянгын нүглийг арилган, тэднийг тамгалах ажлыг—тодорхойлон зааж байна. Эхний эшлэл нь “гайхамшгууд”-ыг тодорхойлдог бөгөөд эдгээр гурван эшлэлийн сүүлчийнх нь мөн “гайхамшгууд”-ыг, хүлээж байгаад эхний урам хугарлыг амсаж буй ерөөлтэй хүмүүс хэмээн тодорхойлдог. Дундах хугацаа нь Ням гарагийн хуулийн хямралын үе дэх хүн төрөлхтний бослогыг тодорхойлохын зэрэгцээ, Ням гарагийн хуульд хүргэдэг тэрхүү хугацааг нэг зуун дөчин дөрвөн мянгын бэлтгэлийн үе мөн болохыг заадаг. Бүх эшлэлүүд Даниелын ард түмэнд “эцсийн өдрүүдэд” “тохиолдох юмсыг” шууд тодорхойлж байна. Гурван эшлэл бүгд нэг зуун дөчин дөрвөн мянгын ариусгалын сэдвийг өгүүлж байна. Эхний хугацаа нь гурав дахь хугацаатай нийцэж, дундах хугацаа нь бүх дэлхийнхэн Армагеддон уруу алхахдаа илэрхийлэх бослогыг төлөөлдөг.</w:t>
      </w:r>
    </w:p>
    <w:p>
      <w:pPr>
        <w:pStyle w:val="ArticleBody"/>
        <w:jc w:val="left"/>
      </w:pPr>
      <w:r>
        <w:rPr>
          <w:rFonts w:ascii="Times New Roman" w:hAnsi="Times New Roman" w:eastAsia="Times New Roman" w:cs="Times New Roman"/>
        </w:rPr>
        <w:t>Хэрэв тэрхүү гурван үе мөн долоон аянга мөн бол, тэгвэл тэр гурван эшлэл нь “өөрсдийн дарааллаар [илчлэгдэх] ирээдүйн үйл явдлууд”-ыг тодорхойлох ёстой бөгөөд тэдгээр “ирээдүйн үйл явдлууд” нь 1840-өөс 1844 он хүртэлх хугацаанд “нэгдүгээр болон хоёрдугаар тэнгэрэлчийн дор болсон үйл явдлуудын дүрслэл”-тэй нийцэх учиртай. Энэ хөдөлгөөн анхдагчдын ойлголтоос илт өөр боловч хүлээн зөвшөөрсөн хэд хэдэн үнэн бий; гэвч тэр бүх үнэн нь анхдагчдын ойлголттой нийцдэг. Миллерчүүдийн үеэс эдүгээ хүртэл эш үзүүллэгийн ойлголтод томоохон шилжилт гарсан. Өдөр нь нэг жил гэсэн зарчим бол сонгодог жишээ мөн, гэхдээ өөр бусад ч бий. Ийм томоохон эш үзүүллэгийн шилжилтийн нэг жишээ нь долоон аянгатай холбоотойгоор илэрхийлэгддэг.</w:t>
      </w:r>
    </w:p>
    <w:p>
      <w:pPr>
        <w:pStyle w:val="ArticleBody"/>
        <w:jc w:val="left"/>
      </w:pPr>
      <w:r>
        <w:rPr>
          <w:rFonts w:ascii="Times New Roman" w:hAnsi="Times New Roman" w:eastAsia="Times New Roman" w:cs="Times New Roman"/>
        </w:rPr>
        <w:t>Аравдугаар бүлгийн сүүлчийн эшлэлд Иоханд дахин эш үзүүлэх ёстой хэмээн айлдсан нь, аравдугаар бүлгийн түүх нь Миллеритүүдийн хөдөлгөөн болон нэг зуун дөчин дөрвөн мянгыг хоёуланг нь төлөөлж байсныг ийнхүү онцлон тэмдэглэсний дараа, түүнд сүмийг хэмжих таяг өгөгдсөн боловч гаднах хашааг орхихыг тушаав.</w:t>
      </w:r>
    </w:p>
    <w:p>
      <w:pPr>
        <w:pStyle w:val="ArticleScripture"/>
        <w:jc w:val="left"/>
      </w:pPr>
      <w:r>
        <w:rPr>
          <w:rFonts w:ascii="Times New Roman" w:hAnsi="Times New Roman" w:eastAsia="Times New Roman" w:cs="Times New Roman"/>
        </w:rPr>
        <w:t>Тэгээд надад таяг адил нэгэн зэгс өгөгдөв; мөн тэнгэрэлч зогсон, —Босоод, Бурханы сүм, тахилын ширээ, мөн түүн дотор мөргөгчдийг хэмж,— гэж айлдав. Харин сүмийн гаднах хашааг орхи, түүнийг бүү хэмж; учир нь тэр нь харь үндэстнүүдэд өгөгдсөн бөгөөд тэд ариун хотыг дөчин хоёр сарын турш хөл дороо гишгэлэх болно. Илчлэлт 11:1, 2.</w:t>
      </w:r>
    </w:p>
    <w:p>
      <w:pPr>
        <w:pStyle w:val="ArticleBody"/>
        <w:jc w:val="left"/>
      </w:pPr>
      <w:r>
        <w:rPr>
          <w:rFonts w:ascii="Times New Roman" w:hAnsi="Times New Roman" w:eastAsia="Times New Roman" w:cs="Times New Roman"/>
        </w:rPr>
        <w:t>1844 оноос хойших үед ариун сүмийг хэмжихдээ, Иоханд хашаагаар төлөөлөгдсөн харь үндэстнүүдийг орхин үлдээхийг тушаадаг. 1844 оны энэхүү дүрслэл нь Бурхан дөнгөж шинэ гэрээний сүйт бүсгүйг сонгосныг илтгэж байсан бөгөөд тийнхүү Түүний сүйт бүсгүй ба хашааны хооронд ялгаа тогтоогдсон юм. Уайт эгч хашаа нь харь үндэстнүүдийг төлөөлдөг, харин ариун сүм нь Бурханы сонгосон ард түмэн мөн гэдгийг тодорхой хэлсэн байдаг. Үүнийг хүслийн эрин номын “Гаднах Хашаа” бүлгийг уншаад л мэдэж болно.</w:t>
      </w:r>
    </w:p>
    <w:p>
      <w:pPr>
        <w:pStyle w:val="ArticleBody"/>
        <w:jc w:val="left"/>
      </w:pPr>
      <w:r>
        <w:rPr>
          <w:rFonts w:ascii="Times New Roman" w:hAnsi="Times New Roman" w:eastAsia="Times New Roman" w:cs="Times New Roman"/>
        </w:rPr>
        <w:t>Иохан 1844 онд дөнгөж Бурханы сонгосон ард түмэн болсон Миллеритүүдийг дүрслэн үзүүлж байна. Гашуун-чихэрлэг мэдээг дөнгөж амссан Миллеритүүд болон харь үндэстнүүдээр төлөөлөгдөн буй Христийн нэрийг баригч дэлхийн бусад хэсгийн хооронд ялгаа тавигдсан байв.</w:t>
      </w:r>
    </w:p>
    <w:p>
      <w:pPr>
        <w:pStyle w:val="ArticleBody"/>
        <w:jc w:val="left"/>
      </w:pPr>
      <w:r>
        <w:rPr>
          <w:rFonts w:ascii="Times New Roman" w:hAnsi="Times New Roman" w:eastAsia="Times New Roman" w:cs="Times New Roman"/>
        </w:rPr>
        <w:t>Суурь нь 1840 оноос анхны урам хугарал хүртэл тавигдсан бөгөөд сүм нь Шөнө дундын Хашхирааны тунхаглалын үеэр гүйцэд баригдсан юм. Дараа нь агуу урам хугарал ирж, Иоханд босож хэмжихийг, харин харь үндэстнүүдийг орхихыг тушаав. Иохан шүүлтийн нээлтийг дүрслэн харуулж байгаа бөгөөд энэ шалтгаанаар онгод нь эдгээр эшлэлүүдэд Иоханы хэмжилтийг мөрдөн шалгах шүүлтийн бэлгэдэл болгон хэрэглэдэг. Хэмжилтийн бэлгэдэл болох Иоханы талаар бидний сая өгүүлсэн зүйл нь Адвентистүүдийн хэвшмэл ойлголттой нийцэж байгаа боловч, энэ хөдөлгөөнд уг бэлгэдлийг ойлгох ойлголтод томоохон өөрчлөлт гарсан юм.</w:t>
      </w:r>
    </w:p>
    <w:p>
      <w:pPr>
        <w:pStyle w:val="ArticleBody"/>
        <w:jc w:val="left"/>
      </w:pPr>
      <w:r>
        <w:rPr>
          <w:rFonts w:ascii="Times New Roman" w:hAnsi="Times New Roman" w:eastAsia="Times New Roman" w:cs="Times New Roman"/>
        </w:rPr>
        <w:t>Миллерчүүдийн ойлголттой нийцүүлэн, арвандугаар бүлэгт Иоханаар төлөөлүүлэн дүрслэгдсэн Миллерчүүдийн түүхийн дотор мөн нэгэн зэрэгцээ хөдөлгөөний тухай зөгнөл байгааг, тэрхүү хөдөлгөөн нь нэг зуун дөчин дөрвөн мянга болохыг бид ойлгон харсан. Бид, хэрэв Миллерчүүдийн түүхийн хэмжээсийг авч, харь үндэстнүүдийн цаг хугацааг хасвал, Иоханы хэмжиж байсан тэрхүү ариун сүмийг яг таг харж болохыг ухаарсан.</w:t>
      </w:r>
    </w:p>
    <w:p>
      <w:pPr>
        <w:pStyle w:val="ArticleBody"/>
        <w:jc w:val="left"/>
      </w:pPr>
      <w:r>
        <w:rPr>
          <w:rFonts w:ascii="Times New Roman" w:hAnsi="Times New Roman" w:eastAsia="Times New Roman" w:cs="Times New Roman"/>
        </w:rPr>
        <w:t>Бид 2520 жилийн нэг цаг хугацааны эш үзүүллэг 1798 онд, нөгөө нь 1844 онд төгссөнийг харснаар, Христ Миллерийн ариун сүмийг барьсан дөчин зургаан жилийн хугацааг илчилж буйг ойлгосон. Иохан хашааг харь үндэстнүүд хэмээн тодорхойлсон бөгөөд эш үзүүллэгийн дагуух “харь үндэстнүүдийн цаг үе” гэж бий.</w:t>
      </w:r>
    </w:p>
    <w:p>
      <w:pPr>
        <w:pStyle w:val="ArticleScripture"/>
        <w:jc w:val="left"/>
      </w:pPr>
      <w:r>
        <w:rPr>
          <w:rFonts w:ascii="Times New Roman" w:hAnsi="Times New Roman" w:eastAsia="Times New Roman" w:cs="Times New Roman"/>
        </w:rPr>
        <w:t>Тэд илдний ирэнд унаж, бүх үндэстнүүдийн дунд олзлогдон аваачигдах болно; мөн Иерусалим нь харь үндэстнүүдийн хөл дор гишгэгдсээр, харь үндэстнүүдийн цаг хугацаа гүйцэх хүртэл тийнхүү байх болно. Лук 21:24.</w:t>
      </w:r>
    </w:p>
    <w:p>
      <w:pPr>
        <w:pStyle w:val="ArticleBody"/>
        <w:jc w:val="left"/>
      </w:pPr>
      <w:r>
        <w:rPr>
          <w:rFonts w:ascii="Times New Roman" w:hAnsi="Times New Roman" w:eastAsia="Times New Roman" w:cs="Times New Roman"/>
        </w:rPr>
        <w:t>Харь үндэстнүүдийн “үеүүд” нь олон тоон дээр байгаа бөгөөд энэ нь бие махбодын Израиль болон сүнслэг Израиль хоёул дэвслэгдсэн хоёр үеийг илэрхийлдэг. Эдгээр хоёр дэвслэгдлийн сүүлийнх нь—шүтээн шүтлэгийн дараа папын эрхшээлээр үргэлжилсэн дэвслэлт—1798 онд төгссөн. Юу ч хэмээн маргаж болох авч, “харь үндэстнүүдийн үеүүд” нь анхны тэнгэрэлч ирснээр 1798 онд дууссан юм. Иохан 1798 онд хэмжиж эхлэх ёстой байсан бөгөөд түүнээс өмнө бус. Тэр 1844 оны түүхэн дунд байрлуулсан тул, 1798 онд төгссөн тэр үеийг орхино гэдэг нь гаднах хашааг орхино гэсэн үг бөгөөд ингэснээр Гэрээний Элчийн босгосон Миллерчүүдийн сүм мандсан дөчин зургаан жилийг чи илчилж байна. Энэ хэрэглээнээс үүдэн олон холбогдох үнэн гарч ирдэг боловч, би үүнийг зөвхөн анхдагчдын ойлголтоос өөр гэрлийн жишээ болгон ашиглаж байна; гэвч энэ нь анхны үнэнүүдтэй зөрчилдөх гэрэл биш, харин цаашид цаг хугацаанд хэрэглэхээ больсон гэрэл юм.</w:t>
      </w:r>
    </w:p>
    <w:p>
      <w:pPr>
        <w:pStyle w:val="ArticleBody"/>
        <w:jc w:val="left"/>
      </w:pPr>
      <w:r>
        <w:rPr>
          <w:rFonts w:ascii="Times New Roman" w:hAnsi="Times New Roman" w:eastAsia="Times New Roman" w:cs="Times New Roman"/>
        </w:rPr>
        <w:t>Тэрхүү онцгой үнэн 9/11-ээс өмнө хүлээн зөвшөөрөгдөж байсан боловч 9/11-ээс хойш үнэхээр гүн гүнзгий тогтоогдсон юм. Иоханы сүмийг хэмжиж буй тухай үнэн нь долоон аянгатай салшгүй холбоотой, учир нь энэ нь яг тэр л нэгэн эшлэл мөн. Даниелын арван хоёрдугаар бүлгийн “гайхамшгууд” биелэгдэх үе хүртэл тамгалагдсан байсан долоон аянгын хэрэглээний тухай нэгэн үнэн бий. 2023 оны 7 дугаар сараас хойш тайлагдсан “долоон аянга”-ын хэрэглээ нь Даниелын арван хоёрдугаар бүлгийн гурван эшлэлтэй төгс нийцэх бөгөөд, эсвэл ингэж хэлбэл, тэдгээрийг гүн гүнзгий байдлаар нөхөн гүйцээдэг.</w:t>
      </w:r>
    </w:p>
    <w:p>
      <w:pPr>
        <w:pStyle w:val="ArticleBody"/>
        <w:jc w:val="left"/>
      </w:pPr>
      <w:r>
        <w:rPr>
          <w:rFonts w:ascii="Times New Roman" w:hAnsi="Times New Roman" w:eastAsia="Times New Roman" w:cs="Times New Roman"/>
        </w:rPr>
        <w:t>Цагаан эгч Даниел ба Илчлэлт номуудын харилцааг тайлбарлахдаа compliment гэдэг үгийг бус, complement гэдэг үгийг хэрэглэдэг. “Төгс болгох” гэсэн утгатай complement нь эдгээр хоёр эш үзүүллэгийн ном нэгэндээ нөгөөгийнхөө төлөө үйлчилдэг тэрхүү үүргийг илэрхийлдэг. 2023 оны долдугаар сараас хойш Даниелын арван хоёрдугаар бүлэгт долоон аянга лацгүй болох үед, тэнд буй мэдээг төгс болгодог. Долоон аянгыг нээдэг зүйл нь үнэний бүтцийн хамтаар альфа ба омегагийн зарчим мөн.</w:t>
      </w:r>
    </w:p>
    <w:p>
      <w:pPr>
        <w:pStyle w:val="ArticleBody"/>
        <w:jc w:val="left"/>
      </w:pPr>
      <w:r>
        <w:rPr>
          <w:rFonts w:ascii="Times New Roman" w:hAnsi="Times New Roman" w:eastAsia="Times New Roman" w:cs="Times New Roman"/>
        </w:rPr>
        <w:t>Харь үндэстнүүдийн “цаг хугацаа” 1798 онд биелсэн бөгөөд энэ нь харь шашин, дараа нь папын тогтолцоо ариун газар болон цэргийг гишгэлэн доройтуулсан 1260 жилийн хоёр үеийг илэрхийлдэг. Сүмийг хэмжих үед бид гаднах хашааг орхих ёстой бөгөөд тэр хашаа 1798 он хүртэл үргэлжилдэг, харин 1844 оноос хойш цаашид цаг хугацаа үгүй. Өнөөдөр 1260 жил нь зүгээр л сүм ба хашааны хоорондын ялгааг тодорхойлон таних нэгэн хугацааны үеийг төлөөлдөг. Ийм учраас 2020 оны 7 дугаар сарын 18-наас 2023 оны 7 дугаар сар хүртэлх хугацаанд гишгэлэн доройтуулах ажил гүйцэлдэв. Өнөөдөр сүмийг хэмжих нь, эхний болон хоёр дахь тэнгэрэлчийн мэдээнүүдийн дор болсон үйл явдлуудын зааг ялгааг илэрхийлдэг долоон аянгатай уялдуулан үзвэл, Иоханд даалгасан ажил мөн. “Бидний агуу ажил” нь гурван тэнгэрэлчийн мэдээнүүдийг “нэгтгэх” явдал бөгөөд ингэснээр урьдын гэрээний түүхэнд хийгдээгүй, тэр ч байтугай өнөө үед ч маш ховор хийгддэг эш үзүүллэгийн ажлыг тодорхойлж байна. Харь үндэстнүүдийн цаг хугацааг төлөөлөх хашааг орхихдоо бид 1798 онд төгсгөлийн цагт өндөрлөсөн папын хавчлагын 1260 жилийг орхиж байна.</w:t>
      </w:r>
    </w:p>
    <w:p>
      <w:pPr>
        <w:pStyle w:val="ArticleBody"/>
        <w:jc w:val="left"/>
      </w:pPr>
      <w:r>
        <w:rPr>
          <w:rFonts w:ascii="Times New Roman" w:hAnsi="Times New Roman" w:eastAsia="Times New Roman" w:cs="Times New Roman"/>
        </w:rPr>
        <w:t>Миллеритын түүхэнд дөчин зургаан жилийн турш баригдсан ариун сүм нь 2023 оны долоодугаар сараас эхлэн Ням гаргийн хуулийн өмнөхөн хүртэл босгогдох нэгэн ариун сүмийг заана. Тэрхүү түүх нь долоон аянгын “ирээдүйн үйл явдлууд”-ын үе бөгөөд тэдгээр нь илчлэгдэх магадлалтай бус, харин “дарааллынх нь дагуу” заавал “илчлэгдэх болно.”</w:t>
      </w:r>
    </w:p>
    <w:p>
      <w:pPr>
        <w:pStyle w:val="ArticleBody"/>
        <w:jc w:val="left"/>
      </w:pPr>
      <w:r>
        <w:rPr>
          <w:rFonts w:ascii="Times New Roman" w:hAnsi="Times New Roman" w:eastAsia="Times New Roman" w:cs="Times New Roman"/>
        </w:rPr>
        <w:t>Нэгдүгээр тэнгэрэлчийн түүхийг хоёрдугаар тэнгэрэлчийн түүхтэй нэгтгэн авч үзвэл, уг түүх альфа урам хугаралтаар эхэлж, омега урам хугаралтаар төгсдөг нь харагдана. 1840 оноос 1844 оны 4 дүгээр сарын 19 хүртэлх хугацаан дахь нэгдүгээр тэнгэрэлчийн түүхэн дэх эш үзүүллэгийн тэмдэгт үе шатуудыг тухайн үед ирж, 1844 оны 10 дугаар сарын 22-нд гуравдугаар тэнгэрэлч ирэх хүртэл үргэлжилсэн хоёрдугаар тэнгэрэлчийн тэмдэгт үе шатуудтай зэрэгцүүлэн үзвэл, аль аль нь тэнгэрэлчийн ирэлтээр эхэлж, тэнгэрэлчийн ирэлтээр төгсдөг хоёр үеийг бид олж харна. Нэгдүгээрээс хоёрдугаар хүртэлх түүх нь хоёрдугаараас гуравдугаар хүртэлх түүхийг дүрслэн харуулдаг.</w:t>
      </w:r>
    </w:p>
    <w:p>
      <w:pPr>
        <w:pStyle w:val="ArticleBody"/>
        <w:jc w:val="left"/>
      </w:pPr>
      <w:r>
        <w:rPr>
          <w:rFonts w:ascii="Times New Roman" w:hAnsi="Times New Roman" w:eastAsia="Times New Roman" w:cs="Times New Roman"/>
        </w:rPr>
        <w:t>Энэ нь зөв хэрэглээ мөн гэдгийн эш үзүүллэгийн гэрчлэл нь уг хэрэглээний альфа ба омегад илэрхийлэгддэг. Хоёр зэрэгцээ шугамыг хамтад нь хэрэглэхэд, мөн тэрхүү хоёр шугамын эхлэл ба төгсгөл нь тэнгэрэлчийн ирэлтийг тодорхойлдог. Дараа нь тэдгээрийг мөр дээр мөр болгон хамтатган нэг шугам болгоход, эхлэл нь анхны урам хугарлыг, төгсгөл нь агуу урам хугарлыг тэмдэглэдэг. Өөр нэг нотолгоо нь альфа ба омегагийн зарчмуудад байдаг бөгөөд тэдгээр нь төгсгөлийг эхлэлээс агуу болохыг тодорхойлдог. Агуу омега урам хугарлаар төгсдөг альфа урам хугарал нь альфа ба омегагийн бага ба агуу элементийг тодорхойлдог.</w:t>
      </w:r>
    </w:p>
    <w:p>
      <w:pPr>
        <w:pStyle w:val="ArticleBody"/>
        <w:jc w:val="left"/>
      </w:pPr>
      <w:r>
        <w:rPr>
          <w:rFonts w:ascii="Times New Roman" w:hAnsi="Times New Roman" w:eastAsia="Times New Roman" w:cs="Times New Roman"/>
        </w:rPr>
        <w:t>Бид 1844 оны 4 дүгээр сарын 19-нөөс эхлэхэд (1844 оны 10 дугаар сарын 22-нд гурав дахь тэнгэрэлчийн ирэлтэд хүргэдэг хоёр дахь тэнгэрэлчийн ирэлт); мөн дараа нь 1840 оны 8 дугаар сарын 11-нээс эхлэн, 1844 оны 4 дүгээр сарын 19-нд төгсөх хоёр дахь шугамыг ч мөн авч үзэхэд, 1844 оны 4 дүгээр сарын 19-ний урам хугаралт нь эхний болон хоёр дахь тэнгэрэлчийн эш үзүүллэгийн шугамыг нэгтгэснээр үүсэх эш үзүүллэгийн шугамын альфа ч, омега ч мөн болохыг бид олж хардаг.</w:t>
      </w:r>
    </w:p>
    <w:p>
      <w:pPr>
        <w:pStyle w:val="ArticleBody"/>
        <w:jc w:val="left"/>
      </w:pPr>
      <w:r>
        <w:rPr>
          <w:rFonts w:ascii="Times New Roman" w:hAnsi="Times New Roman" w:eastAsia="Times New Roman" w:cs="Times New Roman"/>
        </w:rPr>
        <w:t>Тэр хугацааны төгсгөлд гурав дахь тэнгэрэлч хоёр дахь тэнгэрэлчийн хамт ирдэг бөгөөд ингэснээр 9/11-ийг, мөн Илчлэлт арван наймдугаар бүлгийн хүчирхэг тэнгэрэлчийн хоёр дуу хоолойг бэлгэдэн дүрсэлдэг. Тэрхүү хоёр дуу хоолой нь хоёулаа хоёр дахь болон гурав дахь тэнгэрэлчийн мэдээнүүд мөн бөгөөд эдгээр хоёр тэнгэрэлч 1844 оны 10 дугаар сарын 22-нд бие биедээ хүрэлцсэн, мөн тэр хоёр түүхийг мөр дээр мөрөөр нэгтгэн авчрах үед тэд дахин уулздаг. Ийнхүү нэгтгэн авчирсан энэ байдлаар тэд эхний урам хугаралтаас агуу урам хугаралт хүртэлх түүхийг төлөөлдөг бөгөөд Миллеритүүдийн үеийн тэрхүү түүхийн дундах замын тэмдэг нь Эксетерийн кэмп цугларалт байсан бөгөөд тэнд мөргөгчдийн хоёр анги илэрхийлэгдэж, сургаалт зүйрлэл дэх мунхаг онгон охидын тэрслүү байдлыг төлөөлөн, дундах замын тэмдгийг тэрслэл хэмээн тодорхойлдог.</w:t>
      </w:r>
    </w:p>
    <w:p>
      <w:pPr>
        <w:pStyle w:val="ArticleBody"/>
        <w:jc w:val="left"/>
      </w:pPr>
      <w:r>
        <w:rPr>
          <w:rFonts w:ascii="Times New Roman" w:hAnsi="Times New Roman" w:eastAsia="Times New Roman" w:cs="Times New Roman"/>
        </w:rPr>
        <w:t>Долоон аянга нь эхний болон хоёр дахь тэнгэрэлчийн мэдээний түүхийг мөр дээр мөр нэмэгдэн нэгтгэн илэрхийлдэг бөгөөд үүгээр нэг зуун дөчин дөрвөн мянгын түүхэн доторх анхны урам хугаралтаас их урам хугаралт хүртэлх түүхийг тодорхойлдог. Тэрхүү түүх эш үзүүллэгийн хувьд юуг төлөөлж байгаагийн ойлголт нь төгсгөлийн цаг хүртэл битүүмжлэгдсэн хэмээн Daniel 12-т дүрслэгдсэн мэдээтэй яг адилхан нийцдэг.</w:t>
      </w:r>
    </w:p>
    <w:p>
      <w:pPr>
        <w:pStyle w:val="ArticleBody"/>
        <w:jc w:val="left"/>
      </w:pPr>
      <w:r>
        <w:rPr>
          <w:rFonts w:ascii="Times New Roman" w:hAnsi="Times New Roman" w:eastAsia="Times New Roman" w:cs="Times New Roman"/>
        </w:rPr>
        <w:t>Бид энэ судалгааг дараагийн өгүүлэлд үргэлжлүүлэх болно. Харин би Даниелын сүүлчийн үзэгдлийн, зөвхөн эцсийн өдрүүд дэх Бурханы ард түмний тухай Даниелын дүрслэлийг авч үздэг хэсгийг энд үлдээе. Эхний дурдлагын дүрмийн хүрээнд авч үзвэл, нэгдүгээр эшлэлд Даниел үзэгдлийг ойлгодог ангид багтаж байгааг анхаар. Үзэгдэлд хамгийн түрүүнд дурдагдсан зүйл нь ойлгодог мэргэдийн нэг болох Даниелын дүрслэл бөгөөд сүүлчийн есөн эшлэл нь бүхэлдээ хорин хоёр дахь өдөрт ойлгодог мэргэдийн тухай өгүүлдэг.</w:t>
      </w:r>
    </w:p>
    <w:p>
      <w:pPr>
        <w:pStyle w:val="ArticleScripture"/>
        <w:jc w:val="left"/>
      </w:pPr>
      <w:r>
        <w:rPr>
          <w:rFonts w:ascii="Times New Roman" w:hAnsi="Times New Roman" w:eastAsia="Times New Roman" w:cs="Times New Roman"/>
        </w:rPr>
        <w:t>Персийн хаан Кирусын гурав дахь жилд Белтешазар хэмээн нэрлэгддэг Даниелд нэгэн зүйл илчлэгдсэн бөгөөд тэр зүйл үнэн байсан, харин тогтоогдсон хугацаа нь урт байв. Тэрээр уг зүйлийг ойлгосон бөгөөд үзэгдлийн утгыг ухаарсан юм.</w:t>
      </w:r>
    </w:p>
    <w:p>
      <w:pPr>
        <w:pStyle w:val="ArticleScripture"/>
        <w:jc w:val="left"/>
      </w:pPr>
      <w:r>
        <w:rPr>
          <w:rFonts w:ascii="Times New Roman" w:hAnsi="Times New Roman" w:eastAsia="Times New Roman" w:cs="Times New Roman"/>
        </w:rPr>
        <w:t>Тэр өдрүүдэд би, Даниел, бүтэн гурван долоо хоног гашуудан байв. Би амтат талх идээгүй, мах ч, дарс ч амандаа хүргээгүй, мөн бүтэн гурван долоо хоног дуустал өөрийгөө огт тослоогүй билээ. Тэгээд эхний сарын хорин дөрөвний өдөр, агуу мөрөн болох Хиддекелийн эрэг дээр байхад минь, би нүдээ өргөн харвал, болгоогтун,</w:t>
      </w:r>
    </w:p>
    <w:p>
      <w:pPr>
        <w:pStyle w:val="ArticleScripture"/>
        <w:jc w:val="left"/>
      </w:pPr>
      <w:r>
        <w:rPr>
          <w:rFonts w:ascii="Times New Roman" w:hAnsi="Times New Roman" w:eastAsia="Times New Roman" w:cs="Times New Roman"/>
        </w:rPr>
        <w:t>маалинган хувцас өмссөн нэгэн эр байв; түүний бүсэлхий Уфазын нарийн алтаар бүслэгдсэн байлаа. Түүний бие бадмаараг мэт, нүүр царай нь цахилгааны дүр төрх мэт, нүд нь галын дэнлүү мэт, гар хөл нь өнгөлсөн гууль адил өнгөтэй, үгийнх нь дуу олон түмний дуу мэт байв.</w:t>
      </w:r>
    </w:p>
    <w:p>
      <w:pPr>
        <w:pStyle w:val="ArticleScripture"/>
        <w:jc w:val="left"/>
      </w:pPr>
      <w:r>
        <w:rPr>
          <w:rFonts w:ascii="Times New Roman" w:hAnsi="Times New Roman" w:eastAsia="Times New Roman" w:cs="Times New Roman"/>
        </w:rPr>
        <w:t>Харин энэ үзэгдлийг би, Даниел, ганцаараа үзэв. Надтай хамт байсан хүмүүс үзэгдлийг үзээгүй боловч тэднийг агуу их чичиргээ нөмөрсөн тул өөрсдийгөө нуухаар зугтав. Иймээс би ганцаараа үлдэж, энэ агуу үзэгдлийг үзсэн бөгөөд надад ямар ч хүч үлдсэнгүй. Учир нь миний өнгө зүс дотор минь гундаж доройтон, би ямар ч хүч тэнхээгээ хадгалж үл чадсан юм.</w:t>
      </w:r>
    </w:p>
    <w:p>
      <w:pPr>
        <w:pStyle w:val="ArticleScripture"/>
        <w:jc w:val="left"/>
      </w:pPr>
      <w:r>
        <w:rPr>
          <w:rFonts w:ascii="Times New Roman" w:hAnsi="Times New Roman" w:eastAsia="Times New Roman" w:cs="Times New Roman"/>
        </w:rPr>
        <w:t>Гэвч би түүний үгсийн дуу хоолойг сонсов; түүний үгсийн дуу хоолойг сонсмогцоо би нүүрээрээ газарт харан гүн нойронд автсан байлаа. Тэгтэл, болгоогтун, нэгэн гар надад хүрч, намайг өвдөг дээр минь болон гарын алгандаа тулан босгов. Тэгээд тэр надад өгүүлэв,</w:t>
      </w:r>
    </w:p>
    <w:p>
      <w:pPr>
        <w:pStyle w:val="ArticleScripture"/>
        <w:jc w:val="left"/>
      </w:pPr>
      <w:r>
        <w:rPr>
          <w:rFonts w:ascii="Times New Roman" w:hAnsi="Times New Roman" w:eastAsia="Times New Roman" w:cs="Times New Roman"/>
        </w:rPr>
        <w:t>Ай, Даниел аа, үлэмж хайрлагдсан хүн чи, миний чамд хэлж буй үгсийг ойлгогтун, босоогоороо зогсогтун. Учир нь би эдүгээ чам уруу илгээгдээд байна.</w:t>
      </w:r>
    </w:p>
    <w:p>
      <w:pPr>
        <w:pStyle w:val="ArticleScripture"/>
        <w:jc w:val="left"/>
      </w:pPr>
      <w:r>
        <w:rPr>
          <w:rFonts w:ascii="Times New Roman" w:hAnsi="Times New Roman" w:eastAsia="Times New Roman" w:cs="Times New Roman"/>
        </w:rPr>
        <w:t>Тэр надад энэ үгийг айлдмагц би чичрэн босов. Тэгээд тэр надад ийн хэлэв,</w:t>
      </w:r>
    </w:p>
    <w:p>
      <w:pPr>
        <w:pStyle w:val="ArticleScripture"/>
        <w:jc w:val="left"/>
      </w:pPr>
      <w:r>
        <w:rPr>
          <w:rFonts w:ascii="Times New Roman" w:hAnsi="Times New Roman" w:eastAsia="Times New Roman" w:cs="Times New Roman"/>
        </w:rPr>
        <w:t>Бүү ай, Даниел аа. Учир нь чи ойлгохыг зүрхэндээ тавьж, өөрийгөө Бурханыхаа өмнө даруусгасан анхны өдрөөс чинь эхлэн чиний үгс сонсогдсон бөгөөд би чиний үгсийн төлөө ирсэн юм. Харин Персийн хаанчлалын ноён намайг хорин нэгэн өдөр эсэргүүцэн саатуулсан. Гэвч, үзэгтүн, тэргүүн ноёдын нэг болох Михаел надад туслахаар ирсэн бөгөөд би Персийн хаадын дэргэд тэнд үлдсэн юм.</w:t>
      </w:r>
    </w:p>
    <w:p>
      <w:pPr>
        <w:pStyle w:val="ArticleScripture"/>
        <w:jc w:val="left"/>
      </w:pPr>
      <w:r>
        <w:rPr>
          <w:rFonts w:ascii="Times New Roman" w:hAnsi="Times New Roman" w:eastAsia="Times New Roman" w:cs="Times New Roman"/>
        </w:rPr>
        <w:t>Эдүгээ би эцсийн өдрүүдэд чиний ард түмэнд юу тохиолдохыг чамд ойлгуулахаар ирлээ. Учир нь энэ үзэгдэл нь олон өдрийн тухай юм.</w:t>
      </w:r>
    </w:p>
    <w:p>
      <w:pPr>
        <w:pStyle w:val="ArticleScripture"/>
        <w:jc w:val="left"/>
      </w:pPr>
      <w:r>
        <w:rPr>
          <w:rFonts w:ascii="Times New Roman" w:hAnsi="Times New Roman" w:eastAsia="Times New Roman" w:cs="Times New Roman"/>
        </w:rPr>
        <w:t>Тэр надад тийнхүү үгсийг айлдсаны дараа би нүүрээ газарт хандуулан, хэлгүй мэт болов. Харагтун, хүний хөвгүүдийн дүрстэй нэгэн миний уруулд хүрэв; тэгэхэд нь би амаа нээн ярьж, өмнө минь зогсож байсан түүнд ийн өгүүлэв,</w:t>
      </w:r>
    </w:p>
    <w:p>
      <w:pPr>
        <w:pStyle w:val="ArticleScripture"/>
        <w:jc w:val="left"/>
      </w:pPr>
      <w:r>
        <w:rPr>
          <w:rFonts w:ascii="Times New Roman" w:hAnsi="Times New Roman" w:eastAsia="Times New Roman" w:cs="Times New Roman"/>
        </w:rPr>
        <w:t>Өө, эзэн минь, энэхүү үзэгдлийн улмаас миний зовлон надад эргэн ирж, надад ямар ч хүч үлдсэнгүй. Учир нь энэ миний эзний боол энэ миний эзэнтэй хэрхэн ярьж чадах билээ?</w:t>
      </w:r>
    </w:p>
    <w:p>
      <w:pPr>
        <w:pStyle w:val="ArticleScripture"/>
        <w:jc w:val="left"/>
      </w:pPr>
      <w:r>
        <w:rPr>
          <w:rFonts w:ascii="Times New Roman" w:hAnsi="Times New Roman" w:eastAsia="Times New Roman" w:cs="Times New Roman"/>
        </w:rPr>
        <w:t>Учир нь миний хувьд гэвэл, тэр даруй надад ямар ч хүч үлдсэнгүй, мөн надад амьсгаа ч үлдээгүй байв. Тэгтэл хүний дүртэй нэгэн дахин ирж, надад хүрч, намайг тэнхрүүлээд, ийн хэлэв,</w:t>
      </w:r>
    </w:p>
    <w:p>
      <w:pPr>
        <w:pStyle w:val="ArticleScripture"/>
        <w:jc w:val="left"/>
      </w:pPr>
      <w:r>
        <w:rPr>
          <w:rFonts w:ascii="Times New Roman" w:hAnsi="Times New Roman" w:eastAsia="Times New Roman" w:cs="Times New Roman"/>
        </w:rPr>
        <w:t>Ая дан хүн ээ, бүү айгтун. Амар тайван чамд байх болтугай; тэнхээтэй бай, тийм ээ, тэнхээтэй бай. Тэр надад ийнхүү айлдмагц би хүчирхэгжиж, —Эзэнтэн минь айлдагтун; учир нь Та намайг хүчирхэг болголоо, гэж хэлэв. …</w:t>
      </w:r>
    </w:p>
    <w:p>
      <w:pPr>
        <w:pStyle w:val="ArticleScripture"/>
        <w:jc w:val="left"/>
      </w:pPr>
      <w:r>
        <w:rPr>
          <w:rFonts w:ascii="Times New Roman" w:hAnsi="Times New Roman" w:eastAsia="Times New Roman" w:cs="Times New Roman"/>
        </w:rPr>
        <w:t>Харин чи, оо Даниел аа, эцсийн цаг хүртэл эдгээр үгсийг хааж, номыг лацдан битүүмжил. Олон хүн ийш тийш явж, мэдлэг арвижих болно.</w:t>
      </w:r>
    </w:p>
    <w:p>
      <w:pPr>
        <w:pStyle w:val="ArticleScripture"/>
        <w:jc w:val="left"/>
      </w:pPr>
      <w:r>
        <w:rPr>
          <w:rFonts w:ascii="Times New Roman" w:hAnsi="Times New Roman" w:eastAsia="Times New Roman" w:cs="Times New Roman"/>
        </w:rPr>
        <w:t>Тэгээд би, Даниел, харан үзтэл, болгоогтун, өөр хоёр хүн зогсож байв: нэг нь голын эргийн энэ талд, нөгөө нь голын эргийн тэр талд байлаа. Тэгэхэд тэдний нэг нь голын усан дээр зогсож байсан маалинган хувцаст хүнд хандан, “Эдгээр гайхамшигт зүйлсийн төгсгөл хүртэл хэр удаан байх вэ?” гэж хэлэв.</w:t>
      </w:r>
    </w:p>
    <w:p>
      <w:pPr>
        <w:pStyle w:val="ArticleScripture"/>
        <w:jc w:val="left"/>
      </w:pPr>
      <w:r>
        <w:rPr>
          <w:rFonts w:ascii="Times New Roman" w:hAnsi="Times New Roman" w:eastAsia="Times New Roman" w:cs="Times New Roman"/>
        </w:rPr>
        <w:t>Тэгээд би голын усан дээр зогсож байсан маалинган хувцаст хүнийг сонсов; тэр баруун гараа болон зүүн гараа тэнгэр өөд өргөж, мөнхөд амьдрагчаар тангараглан хэлэхдээ: энэ нь нэг хугацаа, хугацаанууд, мөн хагас хугацаа үргэлжлэх бөгөөд ариун ардын хүчийг тараан бутрааж дуусах үед энэ бүх зүйлс төгсөх болно гэв.</w:t>
      </w:r>
    </w:p>
    <w:p>
      <w:pPr>
        <w:pStyle w:val="ArticleScripture"/>
        <w:jc w:val="left"/>
      </w:pPr>
      <w:r>
        <w:rPr>
          <w:rFonts w:ascii="Times New Roman" w:hAnsi="Times New Roman" w:eastAsia="Times New Roman" w:cs="Times New Roman"/>
        </w:rPr>
        <w:t>Би сонсовч ойлгосонгүй. Тэгээд би: Ай, Эзэн минь, эдгээр зүйлсийн төгсгөл нь юу болох вэ? хэмээн асуулаа.</w:t>
      </w:r>
    </w:p>
    <w:p>
      <w:pPr>
        <w:pStyle w:val="ArticleScripture"/>
        <w:jc w:val="left"/>
      </w:pPr>
      <w:r>
        <w:rPr>
          <w:rFonts w:ascii="Times New Roman" w:hAnsi="Times New Roman" w:eastAsia="Times New Roman" w:cs="Times New Roman"/>
        </w:rPr>
        <w:t>Тэгээд тэрээр: «Даниел аа, яв; учир нь эдгээр үгс төгсгөлийн цаг хүртэл хаалттай бөгөөд битүүмжлэгдсэн билээ. Олон хүн ариусгагдаж, цайруулагдаж, шалгагдах болно; харин хорон муу хүмүүс хорон муугаа үйлдэх болно. Хорон муу хүмүүсийн хэн нь ч ойлгохгүй; харин мэргэн ухаантнууд ойлгоно» гэж айлдав.</w:t>
      </w:r>
    </w:p>
    <w:p>
      <w:pPr>
        <w:pStyle w:val="ArticleScripture"/>
        <w:jc w:val="left"/>
      </w:pPr>
      <w:r>
        <w:rPr>
          <w:rFonts w:ascii="Times New Roman" w:hAnsi="Times New Roman" w:eastAsia="Times New Roman" w:cs="Times New Roman"/>
        </w:rPr>
        <w:t>Өдөр тутмын тахилыг зайлуулж, эзгүйрүүлэн сүйтгэгч жигшүүрт зүйлийг босгосон цагаас хойш нэг мянга хоёр зуун ерэн өдөр болно.</w:t>
      </w:r>
    </w:p>
    <w:p>
      <w:pPr>
        <w:pStyle w:val="ArticleScripture"/>
        <w:jc w:val="left"/>
      </w:pPr>
      <w:r>
        <w:rPr>
          <w:rFonts w:ascii="Times New Roman" w:hAnsi="Times New Roman" w:eastAsia="Times New Roman" w:cs="Times New Roman"/>
        </w:rPr>
        <w:t>Ерөөлтэй нь хүлээж, нэг мянга гурван зуун гучин таван өдөрт хүрэгч бөлгөө.</w:t>
      </w:r>
    </w:p>
    <w:p>
      <w:pPr>
        <w:pStyle w:val="ArticleScripture"/>
        <w:jc w:val="left"/>
      </w:pPr>
      <w:r>
        <w:rPr>
          <w:rFonts w:ascii="Times New Roman" w:hAnsi="Times New Roman" w:eastAsia="Times New Roman" w:cs="Times New Roman"/>
        </w:rPr>
        <w:t>Харин чи төгсгөл хүртэл өөрийн замаар яв; учир нь чи амарч, өдрүүдийн төгсгөлд өөрт оногдсон хувьдаа босон зогсох болно. Даниел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Арван Наймдугаар Дугаар</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