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Долдугаар Өдрийн Адвентист Сүм — Арван Есдүгээр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Арван Есдүгээр Тоо</w:t>
      </w:r>
    </w:p>
    <w:p>
      <w:pPr>
        <w:pStyle w:val="ArticleBody"/>
        <w:jc w:val="left"/>
      </w:pPr>
      <w:r>
        <w:rPr>
          <w:rFonts w:ascii="Times New Roman" w:hAnsi="Times New Roman" w:eastAsia="Times New Roman" w:cs="Times New Roman"/>
        </w:rPr>
        <w:t>Иуда овгийн Арслан гэдэг нь Есүсийн нэгэн нэр бөгөөд энэ нь Христ Өөрийн эш үзүүллэгийн Үгийг лацдан битүүмжилж, дараа нь түүнийг нээх үйлсийг онцлон илэрхийлдэг. Илчлэл номын тавдугаар бүлэгт Иуда овгийн Арслан, мөн түүнчлэн Давидын үндэс болсон Нэгэн номыг нээхийн тулд ялсан билээ. Давидын “үндэс” нь Иессей байсан бөгөөд Иессейн үндэс нь Фарес, түүний үндэс нь Иуда, түүний үндэс нь Иаков, түүний үндэс нь Исаак, түүний үндэс нь Абрахам байв. Давидын эсвэл Иессейн үндэс хэмээн Иуда овгийн Арслантай холбоотойгоор дурдагдах нь Эхлэл ба Төгсгөлийн, өөрөөр хэлбэл Альфа ба Омега-гийн зарчмуудыг онцлон тэмдэглэж байна. Илчлэл номын нэгдүгээр бүлэгт Есүс Христийн Илчлэл нээгдэх үед Түүний зан чанарын гол шинж нь Тэр Альфа ба Омега мөн гэдэгт оршдог. Тэр хэн болох нь мөн л Иуда овгийн Арслан Өөрийн тогтоосон цаг болсон гэж үзэх үедээ лацдан битүүмжилсэн эш үзүүллэгүүдийг нээхэд хэрэглэгддэг зарчим мөн юм.</w:t>
      </w:r>
    </w:p>
    <w:p>
      <w:pPr>
        <w:pStyle w:val="ArticleBody"/>
        <w:jc w:val="left"/>
      </w:pPr>
      <w:r>
        <w:rPr>
          <w:rFonts w:ascii="Times New Roman" w:hAnsi="Times New Roman" w:eastAsia="Times New Roman" w:cs="Times New Roman"/>
        </w:rPr>
        <w:t>Бурханы эш үзүүллэгийн Үгийг лацыг нь тайлах явдал нь авралын ажлын нэгэн бүрэлдэхүүн хэсэг мөн; учир нь Тэр Өөрийн хүслийн дагуу сэргэлтүүдийг төрүүлэхийн тулд Өөрийн Үгийн хүчийг хэрэглэдэг. Даниел ба Илчлэл номуудыг илүү сайн ойлгох үед бидний дунд агуу сэргэлт харагдана гэж Систер Уайт хэлдэг. Бурханы хүслийн дагуу сэргэлт ба шинэчлэлийг төрүүлдэг зүйл нь Бурханы эш үзүүллэгийн Үгийн гэрэл мөн.</w:t>
      </w:r>
    </w:p>
    <w:p>
      <w:pPr>
        <w:pStyle w:val="ArticleBody"/>
        <w:jc w:val="left"/>
      </w:pPr>
      <w:r>
        <w:rPr>
          <w:rFonts w:ascii="Times New Roman" w:hAnsi="Times New Roman" w:eastAsia="Times New Roman" w:cs="Times New Roman"/>
        </w:rPr>
        <w:t>Цагаан эгч эцсийн өдрүүдийг харан, сүүлчийн өдрүүдэд Бурханы ард түмний дунд явагдах агуу шинэчлэлийн талаар өгүүлдэг. Ариун түүхэн дэх сэргэлт ба шинэчлэлүүд бүгд Бурханы Үгээр бий болсон бөгөөд тэдгээр ариун үе бүр Ням гаргийн хуулиас тун удалгүй өмнө эхлэх сүүлчийн агуу сэргэлт ба шинэчлэлийг заан чиглүүлж байсан. Тэдгээр сэргэлтүүд Бурханы Үгийн лац тайлагдсанаар бий болдог. Долоон аянга арван хоёрдугаар бүлэгт буй Даниелын номын адил лацлагдсан байсан.</w:t>
      </w:r>
    </w:p>
    <w:p>
      <w:pPr>
        <w:pStyle w:val="ArticleBody"/>
        <w:jc w:val="left"/>
      </w:pPr>
      <w:r>
        <w:rPr>
          <w:rFonts w:ascii="Times New Roman" w:hAnsi="Times New Roman" w:eastAsia="Times New Roman" w:cs="Times New Roman"/>
        </w:rPr>
        <w:t>1260-гийн бэлгэдэлтэй холбогдсон тархагдан бутрах нэгэн хугацааны эш үзүүллэгийн шинжүүдийг хэрэгжүүлэн авч үзэхэд, Илчлэлт арван нэгд Мосе ба Елиа гурван хагас өдрийн турш гудамжинд үхсэн байгааг бид олж хардаг. Арван наймдугаар эшлэлд хүрэхэд Бурханы уур хилэнгийн цаг ирсэн байдаг. Мосе ба Елиа нь хүний авралын сорилтын хугацаа хаагдахын яг өмнөхөн буй Бурханы ардыг төлөөлдөг. Тэд Есүс цовдлогдсон Содом ба Египетийн гудамжнуудад 1260 бэлгэдэлт өдрийн турш тархан бутарсан байдаг.</w:t>
      </w:r>
    </w:p>
    <w:p>
      <w:pPr>
        <w:pStyle w:val="ArticleBody"/>
        <w:jc w:val="left"/>
      </w:pPr>
      <w:r>
        <w:rPr>
          <w:rFonts w:ascii="Times New Roman" w:hAnsi="Times New Roman" w:eastAsia="Times New Roman" w:cs="Times New Roman"/>
        </w:rPr>
        <w:t>Мосе ба Елиа гуравдугаар эшлэлээс эхлэн долоодугаар эшлэлд гудамжинд алагдах хүртлээ өөрсдийн гэрчлэлийг өгөхөөр хүч чадалтай болгогдсон байв. Иохан хоёрдугаар эшлэлд сүмийг хэмжиж дуусгасны дараа, Мосе ба Елиа тааран хувцас өмсөн, өөрсдийн гэрчлэлийг өгөхөөр хүч чадалтай болгогдов. Елиа ба Мосегийн мэдээ 1844 онд Филаделфийн Миллерит Адвентизмд өгөгдсөн бөгөөд 1863 он гэхэд тэдний дуу хоолой үеэс үед уламжлагдан ирсэн заншил ба уламжлалын дор булшлагдсан байв. Тэд 1863 оноос хойш өсөн нэмэгдсэн харанхуйн бэлгэдэл болох “тааран хувцас” өмсөн, гурван жил хагасын турш өөрсдийн гэрчлэлийг өгөхөөр хүч чадалтай болгогдсон байв.</w:t>
      </w:r>
    </w:p>
    <w:p>
      <w:pPr>
        <w:pStyle w:val="ArticleBody"/>
        <w:jc w:val="left"/>
      </w:pPr>
      <w:r>
        <w:rPr>
          <w:rFonts w:ascii="Times New Roman" w:hAnsi="Times New Roman" w:eastAsia="Times New Roman" w:cs="Times New Roman"/>
        </w:rPr>
        <w:t>Сестэр Уайтын долоон аянгыг эхний болон хоёр дахь тэнгэрэлчийн үйл явдлуудыг төлөөлдөг хэмээх тодорхойлолтыг мөр дээр мөр тавих зарчмаар хэрэглэх үед, бид нэгэн тэнгэрэлч мэдээтэйгээр буун ирснээр эхэлдэг түүхийг байгуулдаг; харин мөр дээр мөр тавих зарчмаар авч үзвэл, тэр тэнгэрэлч нь эхний ч, хоёр дахь ч тэнгэрэлч мөн юм. Нэг нь 1840 оны 8 дугаар сарын 11-нд нэг хөлөө хуурай газарт, нөгөө хөлөө тэнгист тавьсан бөгөөд нөгөө нь 1844 оны 4 дүгээр сарын 19-ний урам хугарал дээр хүрч ирсэн юм.</w:t>
      </w:r>
    </w:p>
    <w:p>
      <w:pPr>
        <w:pStyle w:val="ArticleBody"/>
        <w:jc w:val="left"/>
      </w:pPr>
      <w:r>
        <w:rPr>
          <w:rFonts w:ascii="Times New Roman" w:hAnsi="Times New Roman" w:eastAsia="Times New Roman" w:cs="Times New Roman"/>
        </w:rPr>
        <w:t>Зэрэгцээ түүх бүр дэх дараагийн тэмдэг нь Бурханы мутар бөгөөд энэ нь Хабаккукийн хүснэгтүүдтэй холбоотой. Эхний тэнгэрэлчийн үед 1843 оны хүснэгт бүтээгдсэн боловч зарим тоон үзүүлэлтэд алдаа байв. Хоёр дахь тэнгэрэлчийн үед Бурханы мутар нь Хабаккукийн хүснэгтүүдийн нэгэн тэмдэг мөн; Тэр Өөрийн мутрыг тэр алдаанаас татан авснаар энэ нь илэрхийлэгдсэн юм. Тэр Өөрийн мутрыг татан авмагц уг мэдээ аажмаар хөгжсөөр, 1844 оны 10 дугаар сарын 22-ны урам хугаралд хүрэхийн яг өмнөхөн болсон Эксетерийн хээрийн цугларалт дээр оргилдоо хүрсэн юм.</w:t>
      </w:r>
    </w:p>
    <w:p>
      <w:pPr>
        <w:pStyle w:val="ArticleBody"/>
        <w:jc w:val="left"/>
      </w:pPr>
      <w:r>
        <w:rPr>
          <w:rFonts w:ascii="Times New Roman" w:hAnsi="Times New Roman" w:eastAsia="Times New Roman" w:cs="Times New Roman"/>
        </w:rPr>
        <w:t>Хоёр мөр нь дэлхий дахиныг хамарсан нэгэн мэдээг тодорхойлж байна. Учир нь ирж буй тэнгэрэлч газар дээр нэг хөлөө, тэнгис дээр нэг хөлөө тавьдаг бөгөөд энэ нь дэлхий дахиныг хамарсан мэдээг төлөөлдөг гэж эш үзүүлэлтийн онгод бидэнд мэдүүлдэг. Мөн тэрхүү тэнгэрэлч арван охины тухай сургаалт зүйрлэл дэх саатлын хугацааны эхлэлийг тодорхойлдог. Энэ эхний замын тэмдэг дээр бид Бурханы мутар худал мэт харагдах зүйлийг бий болгож буйг мөн хардаг. 1844 оны 4 дүгээр сарын 19-нд эш үзүүлэлтийн хувьд үзэгдэл худал хэлсэн мэт харагдсан боловч тэвчээртэй байсан хүмүүс хүлээсэн бөгөөд үзэгдэл саатсан боловч худал хэлээгүй юм. Харин бидний байгуулж буй мөр эхлэхэд, эхний урам хугарлын худал мэт үзэгдэл нь эхний замын тэмдгийн нэгэн шинж чанар болон тэмдэглэгддэг.</w:t>
      </w:r>
    </w:p>
    <w:p>
      <w:pPr>
        <w:pStyle w:val="ArticleBody"/>
        <w:jc w:val="left"/>
      </w:pPr>
      <w:r>
        <w:rPr>
          <w:rFonts w:ascii="Times New Roman" w:hAnsi="Times New Roman" w:eastAsia="Times New Roman" w:cs="Times New Roman"/>
        </w:rPr>
        <w:t>Тэгвэл Бурханы гарын тэмдэг ба Хабаккукийн хүснэгтүүд нь Бурхан нэг алдааг бүрхэн хамгаалж байгаад дараа нь тэр алдаанаас Өөрийн гараа татан авч буйг харуулдаг. Миллеритүүдийн түүхэнд тэрхүү алдааг 1842 оны тавдугаар сард, хүснэгт хэвлэгдэх үед Бурхан зөвшөөрсөн бөгөөд дараа нь 1843 он дуусахад уг алдаа илэрхий болсон; харин үүнээс хойш хэсэг хугацааны дараа Эзэн тоонууд дахь тэр алдаанаас Өөрийн гараа татан авсан юм. Тэр алдаа 1842 оны тавдугаар сараас эхлэн анхны урам хугарал өнгөрсний дараах нэгэн үе хүртэл үргэлжилсэн. Эхний тэнгэрэлчийн хувьд Бурханы гар ба Хабаккукийн хүснэгтүүд 1842 оны тавдугаар сард тэмдэглэгдсэн байдаг, харин Түүний гараа татан авсан нь хоёр дахь тэнгэрэлчийн түүхэнд анхны урам хугарлын дараахан тохиосон байна.</w:t>
      </w:r>
    </w:p>
    <w:p>
      <w:pPr>
        <w:pStyle w:val="ArticleBody"/>
        <w:jc w:val="left"/>
      </w:pPr>
      <w:r>
        <w:rPr>
          <w:rFonts w:ascii="Times New Roman" w:hAnsi="Times New Roman" w:eastAsia="Times New Roman" w:cs="Times New Roman"/>
        </w:rPr>
        <w:t>Энэ нь “гар”-ын тэмдэглэлийг эш үзүүлгийн хугацаа болохыг тодорхойлж байна. Энэ нь Түүний гар алдааг халхлан бүрхэхээс эхэлж, дараа нь Түүний гар тэр алдаанаас авагдсанаар төгсөх нэгэн хугацаа юм. Түүний гарын энэхүү бүрхэх ба ил гаргах хугацаа нь Иуда овгийн Арслан эш үзүүлгийн гэрлийг лацдаж, дараа нь лацыг нь тайлахдаа үйлддэг ажлын дүрслэл мөн. Тэр үнэнийг бүрхсэн, дараа нь яг тэр л үнэнийг—анхны гэрэлтэй зөрчилдөхгүй өөр гэрэлд—илчилсэн. Тэр үүнийг Миллерчүүдийн Шөнө дундын Хашхирааны сэргэлт ба шинэчлэлийг бий болгохын тулд хийсэн юм.</w:t>
      </w:r>
    </w:p>
    <w:p>
      <w:pPr>
        <w:pStyle w:val="ArticleBody"/>
        <w:jc w:val="left"/>
      </w:pPr>
      <w:r>
        <w:rPr>
          <w:rFonts w:ascii="Times New Roman" w:hAnsi="Times New Roman" w:eastAsia="Times New Roman" w:cs="Times New Roman"/>
        </w:rPr>
        <w:t>Тэнгэрэлч ирснээр эхэлсэн саатлын хугацаа Түүний гар зайлуулагдах үед төгсөж, улмаар эш үзүүллэгийн гэрэл лацнаасаа тайлагдан, “долоодугаар сарын хөдөлгөөн”-ийг эхлүүлсэн бөгөөд энэ нь Эксетерийн хуарангийн цуглаан дээр Дундын шөнийн хашхирааны мэдээнд хүргэж, тэр мэдээ агуу урам хугарал дахь хаалттай хаалга хүртэл түрлэгт давалгаа мэт өрнөв. Бурханы Үгээ лацнаас нь тайлах замаар илэрхийлэгдсэн Түүний хүчний илрэл нь улам эрчимжих сэргэлт ба шинэчлэлийг төрүүлсэн.</w:t>
      </w:r>
    </w:p>
    <w:p>
      <w:pPr>
        <w:pStyle w:val="ArticleBody"/>
        <w:jc w:val="left"/>
      </w:pPr>
      <w:r>
        <w:rPr>
          <w:rFonts w:ascii="Times New Roman" w:hAnsi="Times New Roman" w:eastAsia="Times New Roman" w:cs="Times New Roman"/>
        </w:rPr>
        <w:t>1863 онд Лаодикийн Миллерит хөдөлгөөнд Иорданыг гатлан орохыг хориглож, Елиа ба Мосег чулуугаар цохиж алах гэмийн төлөө тэднийг цөлд томилсон юм. Уильям Миллерийн захиас нь Елиагийн захиас байсан бөгөөд Миллерийн суурь захиас нь Мосегийн “долоон удаа” байв. “Долоон удаа”-г няцаана гэдэг нь Мосег алах явдал байсан бөгөөд Миллерийн тунхагласан суурь үнэнийг няцаана гэдэг нь Елиаг алах явдал байв. 1863 онд элч ба захиас нь гудамжинд алуулсан бөгөөд тэр цагаас хойш тэднийг олох цорын ганц зам нь Иеремиагийн эртний жимүүд дэх тэдний булшийг эрж хайх явдал болсон. Тэд гудамжинд үхсэн байсан—өөрөөр хэлбэл, тэд амилуулагдах хүртэл. “Долоон аянгын ирээдүйн үйл явдлууд” “өөрсдийн дэс дарааллаар илчлэгдэх” үед—зуун дөчин дөрвөн мянгын түүхэнд—тэд амилуулагдана.</w:t>
      </w:r>
    </w:p>
    <w:p>
      <w:pPr>
        <w:pStyle w:val="ArticleBody"/>
        <w:jc w:val="left"/>
      </w:pPr>
      <w:r>
        <w:rPr>
          <w:rFonts w:ascii="Times New Roman" w:hAnsi="Times New Roman" w:eastAsia="Times New Roman" w:cs="Times New Roman"/>
        </w:rPr>
        <w:t>Эхний тэнгэрэлчийн түүхийг хоёр дахь тэнгэрэлчийн түүхийн дээр давхарлан тавихад, эш үзүүллэгийн бүтэц нь Христийн гарыг дагах нэгэн лавлах цэгийг гаргаж ирдэг бөгөөд энэ нь Шөнийн дундын Хашхирааны зам дээр тусах гэрэл мөн. Шөнийн дундын Хашхирааны анхны гэрэл замыг гэрэлтүүлдэг бөгөөд замаар өгсөхөд замыг манлайлан хөтөлдөг нь Түүний “алдар суут баруун мутар”-ын гэрэл юм.</w:t>
      </w:r>
    </w:p>
    <w:p>
      <w:pPr>
        <w:pStyle w:val="ArticleScripture"/>
        <w:jc w:val="left"/>
      </w:pPr>
      <w:r>
        <w:rPr>
          <w:rFonts w:ascii="Times New Roman" w:hAnsi="Times New Roman" w:eastAsia="Times New Roman" w:cs="Times New Roman"/>
        </w:rPr>
        <w:t>“Би гэрлээр хүрээлүүлсэн мэт санагдаж, газраас улам өндөр, өндөрт өргөгдөн дээшилж байгаа мэт байв. Би ертөнц доторх Адвентийн хүмүүсийг харахаар эргэн хартал, тэднийг олж чадсангүй. Тэгэхэд нэгэн дуу надад, ‘Дахин хар, бас арай өндөрт хар’ гэж хэлэв. Үүнийг сонсоод би нүдээ өргөн хартал, ертөнцөөс нэлээд өндөрт өргөгдөн тогтсон нэгэн шулуун бөгөөд нарийн замыг үзэв. Тэр замаар Адвентийн хүмүүс замын алс хязгаарт орших хот уруу аялж байлаа. Тэдний ард, замын эхэнд, тод гэрэл байрлуулсан байсан бөгөөд нэгэн тэнгэрэлч надад тэр нь ‘шөнийн дунд хашхираан’ мөн гэж хэлэв. Энэ гэрэл замын турш гэрэлтэж, тэдний хөлд гэрэл тусган, бүдрэхгүй байхад нь тусалж байв.</w:t>
      </w:r>
    </w:p>
    <w:p>
      <w:pPr>
        <w:pStyle w:val="ArticleScripture"/>
        <w:jc w:val="left"/>
      </w:pPr>
      <w:r>
        <w:rPr>
          <w:rFonts w:ascii="Times New Roman" w:hAnsi="Times New Roman" w:eastAsia="Times New Roman" w:cs="Times New Roman"/>
        </w:rPr>
        <w:t>“Өөрсдийнх нь яг өмнө явж, тэднийг хот уруу удирдан дагуулж байсан Есүс дээр нүдээ тогтоон харж байсан цагт тэд аюулгүй байв. Гэвч удалгүй зарим нь цуцаж, хот маш хол байна, харин тэд түүнд үүнээс өмнө аль хэдийн орсон байх ёстой гэж хэлэв. Тэгэхэд Есүс Өөрийн алдарт баруун мутраа өргөн тэднийг зоригжуулдаг байсан бөгөөд Түүний мутраас нэгэн гэрэл гарч, Адвентийн бүлгийн дээгүүр долгиолон тусахад тэд ‘Аллелуиа!’ хэмээн хашхирав. Бусад нь тэдний ард байсан гэрлийг бодлогогүйгээр үгүйсгэж, тэднийг ийм хол хүртэл удирдан авчирсан нь Бурхан биш байсан гэж хэлэв. Тэдний ард байсан гэрэл унтарч, тэдний хөлийг төгс харанхуйд үлдээсэн тул тэд бүдэрч, зорилго тэмдэг болон Есүсийг харахгүй болж, замаас халин доорх харанхуй, ёс бус ертөнц рүү унав.” Christian Experience and Teachings of Ellen G. White, 57.</w:t>
      </w:r>
    </w:p>
    <w:p>
      <w:pPr>
        <w:pStyle w:val="ArticleBody"/>
        <w:jc w:val="left"/>
      </w:pPr>
      <w:r>
        <w:rPr>
          <w:rFonts w:ascii="Times New Roman" w:hAnsi="Times New Roman" w:eastAsia="Times New Roman" w:cs="Times New Roman"/>
        </w:rPr>
        <w:t>Христ алдар суут мутраа өргөхдөө Өөрийн ард түмнээ удирдан хөтлөх ажлынхаа бэлгэдэл болгон Өөрийн “гарыг” хэрэглэж байна. 1840 оны 8 дугаар сарын 11-нд бууж ирсэн эхний тэнгэрэлчтэй хоёр дахь тэнгэрэлчийн ирэлтийг хамтатган үзвэл, хоёул тэнгэрэлч гартаа нэгэн мэдээтэй байсан нь илэрнэ.</w:t>
      </w:r>
    </w:p>
    <w:p>
      <w:pPr>
        <w:pStyle w:val="ArticleScripture"/>
        <w:jc w:val="left"/>
      </w:pPr>
      <w:r>
        <w:rPr>
          <w:rFonts w:ascii="Times New Roman" w:hAnsi="Times New Roman" w:eastAsia="Times New Roman" w:cs="Times New Roman"/>
        </w:rPr>
        <w:t>“Тэнгэр бүхэлдээ газар дэлхий дээр явагдаж буй үйл хэрэгт ямар их анхаарал тавьж байгааг надад үзүүлсэн. Есүс хүчирхэг нэгэн тэнгэрэлчид доош бууж, газрын оршин суугчдад Өөрийнх нь хоёр дахь ирэлтэд бэлтгэхийг анхааруулах үүрэг өгсөн. Тэр тэнгэрэлч тэнгэр дэх Есүсийн оршихуйгаас явахад, түүний өмнө туйлын тод, сүр жавхлант гэрэл явж байв. Түүний даалгавар нь газрыг өөрийнхөө алдараар гэрэлтүүлж, Бурханы ирэх уур хилэнгийн талаар хүнд анхааруулах явдал мөн гэж надад хэлсэн. …”</w:t>
      </w:r>
    </w:p>
    <w:p>
      <w:pPr>
        <w:pStyle w:val="ArticleScripture"/>
        <w:jc w:val="left"/>
      </w:pPr>
      <w:r>
        <w:rPr>
          <w:rFonts w:ascii="Times New Roman" w:hAnsi="Times New Roman" w:eastAsia="Times New Roman" w:cs="Times New Roman"/>
        </w:rPr>
        <w:t>“Өөр нэгэн хүчирхэг тэнгэрэлч газарт бууж ирэхээр томилогдов. Есүс түүний гарт нэгэн бичээс өгсөн бөгөөд тэрээр газарт бууж ирэхдээ: ‘Вавилон нуран унав, нуран унав’ хэмээн хашхирав. Тэгээд би урам нь хугарсан хүмүүсийг дахин нүдээ тэнгэр өөд өргөн, Эзэнийхээ илрэн ирэлтийг итгэл ба найдвараар хүлээн харж байгааг үзэв. Гэвч олон хүн тэнэгэрсэн байдалд, унтаж буй мэт хэвээр үлдсэн мэт санагдав; гэвч би тэдний царайд гүн уй гашууны ул мөр байгааг харж байлаа. Урам нь хугарсан хүмүүс Судруудаас өөрсдийгөө саатлын цаг үед байгааг, мөн үзэгдлийн биеллийг тэвчээртэйгээр хүлээх ёстойгоо олж харсан юм. 1843 онд тэднийг Эзэнээ хүлээн харахад хүргэсэн тэрхүү адил нотолгоо нь 1844 онд ч Түүнийг хүлээхэд нь тэднийг хүргэв. Гэвч 1843 онд тэдний итгэлийг тодорхойлж байсан тэр эрч хүчийг дийлэнх нь эзэмшээгүй байгааг би харсан. Тэдний урам хугаралт нь итгэлийг нь мохоосон байв.” Early Writings, 246, 247.</w:t>
      </w:r>
    </w:p>
    <w:p>
      <w:pPr>
        <w:pStyle w:val="ArticleBody"/>
        <w:jc w:val="left"/>
      </w:pPr>
      <w:r>
        <w:rPr>
          <w:rFonts w:ascii="Times New Roman" w:hAnsi="Times New Roman" w:eastAsia="Times New Roman" w:cs="Times New Roman"/>
        </w:rPr>
        <w:t>Хоёр тэнгэрэлч хоёулаа хамтдаа нэг бэлгэдэл болдог гурван тэнгэрэлчийн нэг тул, тус бүр өөр өөрийн өвөрмөц мэдээг илэрхийлдэг боловч, төлөөлдөг мэдээнийхээ хувьд хоорондоо нийцдэг. Хоёр тэнгэрэлчийн гарт хоёуланд нь сорилтыг төлөөлсөн “бичиг” бий. “Нэгдүгээр ба хоёрдугаар тэнгэрэлч гуравдугаар тэнгэрэлчтэй зэрэгцэн явах ёстой.”</w:t>
      </w:r>
    </w:p>
    <w:p>
      <w:pPr>
        <w:pStyle w:val="ArticleScripture"/>
        <w:jc w:val="left"/>
      </w:pPr>
      <w:r>
        <w:rPr>
          <w:rFonts w:ascii="Times New Roman" w:hAnsi="Times New Roman" w:eastAsia="Times New Roman" w:cs="Times New Roman"/>
        </w:rPr>
        <w:t>“Бурхан Илчлэлт 14-ийн мэдээнүүдэд эш үзүүллэгийн шугам дахь тэдний байр суурийг өгсөн бөгөөд тэдний ажил энэ дэлхийн түүхийн төгсгөл хүртэл тасрах ёсгүй. Эхний болон хоёр дахь тэнгэрэлчийн мэдээ нь энэ цаг үед одоо ч үнэн хэвээр байгаа бөгөөд тэд дараах энэ мэдээтэй зэрэгцэн явах ёстой. Гурав дахь тэнгэрэлч анхааруулгаа чанга дуугаар тунхагладаг. ‘Эдгээрийн дараа,’ гэж Иохан хэлсэн, ‘би тэнгэрээс бууж ирж буй, агуу хүчтэй өөр нэгэн тэнгэрэлчийг харлаа; газар дэлхий түүний алдраар гэрэлтэв.’ Энэ гэрэлтүүлэл дотор гурван мэдээний бүх гэрэл нэгтгэгдсэн байдаг.” The 1888 Materials, 803, 804.</w:t>
      </w:r>
    </w:p>
    <w:p>
      <w:pPr>
        <w:pStyle w:val="ArticleBody"/>
        <w:jc w:val="left"/>
      </w:pPr>
      <w:r>
        <w:rPr>
          <w:rFonts w:ascii="Times New Roman" w:hAnsi="Times New Roman" w:eastAsia="Times New Roman" w:cs="Times New Roman"/>
        </w:rPr>
        <w:t>Уайт эгч гурав дахь тэнгэрэлчийг Илчлэлт арван наймын тэнгэрэлч хэмээн тодорхойлж, мөн эхний ба хоёр дахь тэнгэрэлчүүд Илчлэлт арван наймын гурав дахь тэнгэрэлчээр дүрслэгдсэн эш үзүүллэгийн түүхтэй зэрэгцэн явах ёстойг заан тодорхойлдог. Иймээс тэрээр 1840 оны 8-р сарын 11-нд эхний тэнгэрэлч бууж ирснийг 9/11-тэй дүйцүүлэн холбож, мөн Илчлэлт арван наймын тэнгэрэлчийг “гурав дахь тэнгэрэлч” хэмээн тодорхойлж байна. Гурав дахь тэнгэрэлч нь энэ гурвын сүүлчийнх бөгөөд эхнийхээр хэв шинжлэгдсэн байдаг. Ийм учраас Уайт эгч эхний тэнгэрэлчийн үүрэг нь Илчлэлт арван наймын тэнгэрэлчийн үүрэгтэй адил байсан гэдгийг бидэнд мэдэгддэг. Учир нь хоёр тэнгэрэлчийн аль алиных нь үүрэг нь “дэлхийг Түүний алдраар гэрэлтүүлэх” явдал байсан юм.</w:t>
      </w:r>
    </w:p>
    <w:p>
      <w:pPr>
        <w:pStyle w:val="ArticleBody"/>
        <w:jc w:val="left"/>
      </w:pPr>
      <w:r>
        <w:rPr>
          <w:rFonts w:ascii="Times New Roman" w:hAnsi="Times New Roman" w:eastAsia="Times New Roman" w:cs="Times New Roman"/>
        </w:rPr>
        <w:t>“Долоон аянга” нь эхний болон хоёр дахь тэнгэрэлчийн түүхийн хүрээн доторх үйл явдлуудын ялгамжтай дарааллыг илэрхийлдэг бөгөөд энэ нь гурав дахь тэнгэрэлчийн түүхэнд дахин давтагдах юм. Сүнслэг онгод нь эдгээр түүхүүдийг “мөр дээр мөр” тааруулан нийцүүлэхэд, 1840 онд эхний тэнгэрэлчийн бууж ирэлт нь 9/11-д Түүний бууж ирэлттэй нийцдэг гэж чиглүүлсэн. Энэ нь хоёр гэрчийн хамт идэгдэх ёстой сорилтын мэдээг тодорхойлж, мөн урам хугаралтыг эхний тэмдэглэгээтэй уялдуулдаг.</w:t>
      </w:r>
    </w:p>
    <w:p>
      <w:pPr>
        <w:pStyle w:val="ArticleBody"/>
        <w:jc w:val="left"/>
      </w:pPr>
      <w:r>
        <w:rPr>
          <w:rFonts w:ascii="Times New Roman" w:hAnsi="Times New Roman" w:eastAsia="Times New Roman" w:cs="Times New Roman"/>
        </w:rPr>
        <w:t>“Долоон аянга” нь урам хугаралтаар эхэлж, түүнээс ч агуу урам хугаралтаар төгсөх эш үзүүллэгийн хугацааг төлөөлдөг.</w:t>
      </w:r>
    </w:p>
    <w:p>
      <w:pPr>
        <w:pStyle w:val="ArticleBody"/>
        <w:jc w:val="left"/>
      </w:pPr>
      <w:r>
        <w:rPr>
          <w:rFonts w:ascii="Times New Roman" w:hAnsi="Times New Roman" w:eastAsia="Times New Roman" w:cs="Times New Roman"/>
        </w:rPr>
        <w:t>Эхний тэнгэрэлчийн буултын эш үзүүллэгийн шугамыг хоёр дахь тэнгэрэлчийн ирэлттэй нэгэн зэрэгцүүлэхэд “үнэний бүтэц” бий болдог. Үнэн нь гурван алхмаар тодорхойлогддог бөгөөд эхний ба сүүлчийн алхам нь адил, харин дундах алхам нь бослогыг илэрхийлдэг. Эхний хоёр тэнгэрэлчийг энэ загвартай нийцүүлэн зэрэгцүүлэхэд, Илчлэл арван наймын гурав дахь тэнгэрэлчийг дүрслэн үзүүлэх, эхний ба хоёр дахь тэнгэрэлчээс бүрдсэн нэгэн бүтэц бий болдог; мөн Илчлэл арван наймын гурав дахь тэнгэрэлч нь эхний ба хоёр дахь тэнгэрэлчийн аль алин хослуулсан нийлбэр мөн.</w:t>
      </w:r>
    </w:p>
    <w:p>
      <w:pPr>
        <w:pStyle w:val="ArticleBody"/>
        <w:jc w:val="left"/>
      </w:pPr>
      <w:r>
        <w:rPr>
          <w:rFonts w:ascii="Times New Roman" w:hAnsi="Times New Roman" w:eastAsia="Times New Roman" w:cs="Times New Roman"/>
        </w:rPr>
        <w:t>Илчлэл арван наймын гурав дахь тэнгэрэлч нь хоёр дуу хоолойноос бүрддэг. Эхний дуу хоолой нь 9/11-ний үед Нью-Йоркийн барилгууд нуран унахад биелсэн бөгөөд дөрөвдүгээр эшлэлийн хоёр дахь дуу хоолой нь Ням гаргийн хууль мөн. 9/11-ээс Ням гаргийн хууль хүртэлх хугацаанд Илчлэл арван наймын гурав дахь тэнгэрэлч нь эхний ба хоёр дахь тэнгэрэлчийн нэгдлийг илэрхийлдэг. Энэ нь үнэн тул Илчлэл арван наймын гурав дахь тэнгэрэлчийн түүхийг төлөөлүүлэхийн тулд тэр хоёр тэнгэрэлчийн түүхийг “мөр дээр мөр” хэрэглэнэ гэдэг нь эхний ба хоёр дахь тэнгэрэлчийг эхний ба хоёр дахь тэнгэрэлчтэй зэрэгцүүлэн нийцүүлэх явдал мөн.</w:t>
      </w:r>
    </w:p>
    <w:p>
      <w:pPr>
        <w:pStyle w:val="ArticleBody"/>
        <w:jc w:val="left"/>
      </w:pPr>
      <w:r>
        <w:rPr>
          <w:rFonts w:ascii="Times New Roman" w:hAnsi="Times New Roman" w:eastAsia="Times New Roman" w:cs="Times New Roman"/>
        </w:rPr>
        <w:t>Анхны урам хугарал дээр хоёр тэнгэрэлч ирдэг бөгөөд тэр хоёр тэнгэрэлч хоёулаа эш үзүүллэгийн хувьд харилцан холбоотой, мөн хоёулаа тэнгэрэлчийн гарт буй сорих мэдээг агуулдаг. Дараа нь энэ шугам дээр дүрслэгдсэн замын тэмдэг нь Хабаккукийн самбарууд бөгөөд энэ нь Бурханы гартай шууд холбоотой. Эхний тэнгэрэлчийн шугамд 1843 оны зураг 1842 оны 5 дугаар сард бүтээгдсэн бөгөөд хоёр дахь тэнгэрэлчийн шугамд зураг байгаагүй. Зураг нь хоёр дахь тэнгэрэлч ирэхэд төгссөн байв. Хоёр дахь тэнгэрэлчийн шугам дахь Хабаккукийн самбарын замын тэмдэг нь 1843 оны зургийн тооцоон дахь алдаанаас Бурхан Өөрийн мутрыг татан авах явдал юм.</w:t>
      </w:r>
    </w:p>
    <w:p>
      <w:pPr>
        <w:pStyle w:val="ArticleBody"/>
        <w:jc w:val="left"/>
      </w:pPr>
      <w:r>
        <w:rPr>
          <w:rFonts w:ascii="Times New Roman" w:hAnsi="Times New Roman" w:eastAsia="Times New Roman" w:cs="Times New Roman"/>
        </w:rPr>
        <w:t>Түүний мутар эхний тэнгэрэлчийн замын тэмдгийн дэх нэгэн алдааг халхалсан бөгөөд яг тэр л замын тэмдгийн дээр, хоёр дахь тэнгэрэлчийн шугамд, Тэр мутраа татан авсан. Иймээс эхний ба хоёр дахь тэнгэрэлчийн зэрэгцээ шугамууд дахь Хабаккукийн хавтангуудын замын тэмдэг нь хоёр алхмыг илэрхийлдэг. Эхний алхамд Түүний мутар нэгэн алдааг халхалдаг бөгөөд Хабаккукийн хавтангуудын замын тэмдгийн хугацааны төгсгөлд Тэр мутраа татан авдаг. Саатлын цаг хугацаа хоёр дахь тэнгэрэлч ирснээр эхэлсэн бөгөөд саатлын цаг хугацаа Түүний мутрыг татан авснаар эхлэн үе шаттайгаар төгсөнө. Хабаккукийн хавтангуудын замын тэмдэг нь эхэндээ Христийн мутраар, төгсгөлдөө мөн Түүний мутраар тэмдэглэгдсэн нэгэн хугацааг илэрхийлдэг.</w:t>
      </w:r>
    </w:p>
    <w:p>
      <w:pPr>
        <w:pStyle w:val="ArticleBody"/>
        <w:jc w:val="left"/>
      </w:pPr>
      <w:r>
        <w:rPr>
          <w:rFonts w:ascii="Times New Roman" w:hAnsi="Times New Roman" w:eastAsia="Times New Roman" w:cs="Times New Roman"/>
        </w:rPr>
        <w:t>Эхний урам хугарал дээр хоёр гар тэмдэглэгдсэн байдаг бөгөөд хоёулаа авч идэх ёстой сорилтын мэдээтэй. Дараа нь суурь үнэнүүдийг төлөөлөх эш үзүүллэгийн цаг хугацааны үе эхэлж, Бурханы гар халхалснаар эхлэн, Түүний гар ил болгосноор төгсөнө. Дараагийн замын тэмдэг нь Эксетерийн хуарангийн цуглаан бөгөөд тэнд шөнийн дунд хашхираан Христийн гарыг даган Хамгийн Ариун Газар уруу орох хүмүүсийг тусгаарлаж, ариусгадаг.</w:t>
      </w:r>
    </w:p>
    <w:p>
      <w:pPr>
        <w:pStyle w:val="ArticleBody"/>
        <w:jc w:val="left"/>
      </w:pPr>
      <w:r>
        <w:rPr>
          <w:rFonts w:ascii="Times New Roman" w:hAnsi="Times New Roman" w:eastAsia="Times New Roman" w:cs="Times New Roman"/>
        </w:rPr>
        <w:t>Христос Нэн Ариун газарт орох үедээ тэнгэр өөд гараа өргөн, цаг хугацаа цаашид байхгүй хэмээн тангараглав. Тэрээр гурав дахь тэнгэрэлчийн түүхэнд давтагдан илрэх эхний хоёр тэнгэрэлчийн түүхийг төлөөлдөг “долоон аянга”-ыг саяхан битүүмжилсэн байв. Тэрээр “долоон аянга”-ыг Даниелын арван хоёрдугаар бүлэг дэх эш үзүүллэгүүдийг битүүмжилсний адил битүүмжилсэн юм. Даниелын арван хоёрдугаар бүлэгт, бэлгэдэлт цаг хугацааны гурван үеийн эхнийхэд Христ хоёр гараа тэнгэр өөд өргөн, Бурханы ард түмний тараагдал дуусах үед “гайхагдагч хүмүүс” болох хүмүүс цэвэршүүлэгдэж, өргөл болгон өргөгдөнө хэмээн тунхагладаг. Бидний одоо авч үзэж буй эхний ба хоёр дахь тэнгэрэлчийн бүтэц нь алхам бүрд Бурханы гарыг бэлгэдлээр илэрхийлж байна.</w:t>
      </w:r>
    </w:p>
    <w:p>
      <w:pPr>
        <w:pStyle w:val="ArticleBody"/>
        <w:jc w:val="left"/>
      </w:pPr>
      <w:r>
        <w:rPr>
          <w:rFonts w:ascii="Times New Roman" w:hAnsi="Times New Roman" w:eastAsia="Times New Roman" w:cs="Times New Roman"/>
        </w:rPr>
        <w:t>Тэрээр үнэнийг халхлах үед урам хугарал үүсдэг; харин Өөрийн мутрыг татах үед гэрэл бий болдог, мөн тэрхүү гэрэл нь Шөнө дундын хашхирааны мэдээний гэрэл юм. Эхний урам хугаралаас агуу урам хугарал хүртэлх замнал нь альфа ба омегагийн гарын үсгийг агуулж, үнэний бүтцийн дотор илэрхийлэгдсэн байдаг. Эхлэл нь төгсгөлийг төлөөлдөг бөгөөд энэ хоёр урам хугарлын хоорондох замын тэмдэг нь Хабаккукийн хүснэгтүүдийг лацдах ба лацыг нь тайлахын нөлөөг дүрслэн харуулдаг; энэ нь Иеремиагийн эртний жимүүдийн лацыг тайлах явдал мөн бөгөөд Ням гаргийн хуулиас өмнө сүм босгон байгуулагдах суурийг төлөөлдөг, тэр үед төгс болгогдсон сүм бүх уулсын дээгүүр өргөгдөнө. Үнэний үгэн доторх дунд замын тэмдэг нь тэрслүү байдлыг төлөөлдөг бөгөөд буудай ба хогийн ургамлын эцсийн тусгаарлалтаар дүрслэгдсэн түүхэнд мунхаг онгон охидын тэрслүү байдлыг илэрхийлдэг.</w:t>
      </w:r>
    </w:p>
    <w:p>
      <w:pPr>
        <w:pStyle w:val="ArticleBody"/>
        <w:jc w:val="left"/>
      </w:pPr>
      <w:r>
        <w:rPr>
          <w:rFonts w:ascii="Times New Roman" w:hAnsi="Times New Roman" w:eastAsia="Times New Roman" w:cs="Times New Roman"/>
        </w:rPr>
        <w:t>Хабакукийн самбаруудын замын тэмдгээр дүрслэгдсэн тэрслүү байдал нь нэг л замын тэмдэг бус, харин Бурханы гараар илэрхийлэгдсэн тодорхой эхлэл ба төгсгөлтэй нэгэн хугацаа учраас дэвшин ахих шинжтэйгээр дүрслэгддэг. Бурханы гар анхны урам хугарал дээр хоёртаа байдаг, учир нь хоёул гартаа мэдээ бүхий хоёр тэнгэрэлч байдаг. Тэрслүү байдлын дараагийн замын тэмдэг нь эхлэл ба төгсгөлийн гартай тул эш үзүүллэгийн шинжүүдийнхээ дотор мөн хоёр гартай байдаг. Их урам хугарлын гурав дахь замын тэмдэг нь долоон аянга лацдан хаагддаг яг тэр эшлэлд, Даниелын арван хоёрдугаар бүлэгт байсанчлан, Христ гараа өргөн тэнгэр өөд тангараглаж буйг тодорхойлдог. Бидний одоо авч үзэж буй эхний хоёр тэнгэрэлчийн эш үзүүллэгийн бүтцийн төгсгөлийг тэнгэрэлч тэмдэглэж буй яг тэр мөчид Тэр эш үзүүллэгийн цаг хугацааны хэрэглээг төгсгөж, Өөрийгөө Даниелын ном дахь зэрэгцээ эшлэлд байрлуулдаг бөгөөд тэнд Тэр гараа бус, харин хоёр гараа өргөж байдаг.</w:t>
      </w:r>
    </w:p>
    <w:p>
      <w:pPr>
        <w:pStyle w:val="ArticleBody"/>
        <w:jc w:val="left"/>
      </w:pPr>
      <w:r>
        <w:rPr>
          <w:rFonts w:ascii="Times New Roman" w:hAnsi="Times New Roman" w:eastAsia="Times New Roman" w:cs="Times New Roman"/>
        </w:rPr>
        <w:t>Даниелын арван хоёрдугаар бүлэгт эцсийн өдрүүдэд нээгддэг эш үзүүллэгийн гурван хугацаа байдаг. Учир нь энэ нь эцсийн өдрүүдэд Бурханы ард түмэнд тохиолдох зүйл мөн. Даниелын төгсгөлийн оргил үзэгдэлд эхлээд дурдагдсан зүйл нь Бурханы үлдэгдэл ард түмнийг төлөөлдөг Даниел тэр зүйлсийг ч, үзэгдлийг ч хоёуланг нь ойлгосон явдал байв. Даниелын тэмдэглэн үлдээсэн хамгийн сүүлчийн зүйл нь мэдлэгийн нэмэгдлийг Иуда овгийн Арслан хэрхэн ойлгодог хэмээн ялгагддаг Бурханы ард түмний дунд эцсийн сэргэлт ба шинэчлэлийг бий болгохын тулд хэрэглэсэн тухай юм. Тэрээр Өөрийн ард түмнийг тамгалах ажлыг Илчлэл дэх “долоон аянга”-ыг нээхтэй уялдуулан, Даниелын арван хоёрдугаар бүлгийн “гурван хугацаа”-г нээснээр гүйцэлдүүлдэг.</w:t>
      </w:r>
    </w:p>
    <w:p>
      <w:pPr>
        <w:pStyle w:val="ArticleBody"/>
        <w:jc w:val="left"/>
      </w:pPr>
      <w:r>
        <w:rPr>
          <w:rFonts w:ascii="Times New Roman" w:hAnsi="Times New Roman" w:eastAsia="Times New Roman" w:cs="Times New Roman"/>
        </w:rPr>
        <w:t>Есүс Бурханы ард түмний хүчийг тараан бутраах эш үзүүллэгийн гурван хагас өдрийн төгсгөлд бүх “гайхамшгууд” дуусна хэмээн тодорхойлохдоо, Илчлэлт арван нэг дэх бүлэгт гардаг гудамжинд үхсэн гурван хагас өдрийн хугацаа дууссан 2023 оны долдугаар сарыг зааж байна. Одоо гайхамшгууд Ням гаргийн хуулиас өмнө дуусах ёстой байв. Тэрээр 2023 оны долдугаар сарыг нэг биш, харин хоёр гараа өргөн тэмдэглэсэн. Ингэснээрээ Тэрээр Миллеритийн түүхэн дэх алдаанаас Өөрийн гарыг татсан үеийн адил саатлын цагийн төгсгөлийг тэмдэглэсэн юм. Эхний урам хугаралт 2020 оны долдугаар сарын 18-нд болсон бөгөөд энэ нь Миллеритүүдийн анхны урам хугаралтаар хэв шинжлэгдсэн юм; саатлын цаг эхэлж, 2023 оны долдугаар сард үлдэгдэл ард түмнээ цуглуулахаар Тэрээр гараа хоёр дахь удаагаа сунгах хүртэл үргэлжилсэн юм.</w:t>
      </w:r>
    </w:p>
    <w:p>
      <w:pPr>
        <w:pStyle w:val="ArticleBody"/>
        <w:jc w:val="left"/>
      </w:pPr>
      <w:r>
        <w:rPr>
          <w:rFonts w:ascii="Times New Roman" w:hAnsi="Times New Roman" w:eastAsia="Times New Roman" w:cs="Times New Roman"/>
        </w:rPr>
        <w:t>Эхний урам хугаралт нь Бурханы мутар алдааг халхалж байгаагаар дүрслэгддэг бөгөөд Миллерчүүдийн хувьд энэ алдаа нь 1844 оны 10 дугаар сарын 22-ны өдрийг бус, 1843 оны жилийг тодорхойлсон явдал байв. Тэрхүү урам хугаралт нь арван хоёрдугаар бүлгийн арван хоёрдугаар эшлэлд дүрслэгдсэн байдаг. Эхний урам хугаралт нь Түүний мутар алдааг халхалж байгаагаар төлөөлөгдөж, анхны урам хугаралтад хүрсэн Миллерчүүдээр хэв шинжлэгдсэн юм. Арван хоёрдугаар эшлэл дэх үг нь “хүрдэг” юм. 1335-д хүлээж, “хүрдэг” хүн ерөөлтэй еэ; 1844 оны 4 дүгээр сарын 19-ний урам хугаралтад “хүрдэг” хүн ерөөлтэй еэ. “Хүрдэг” хэмээн орчуулсан үг нь “хүрэх, шүргэх” гэсэн утгатай. Миллерчүүд 1843 он 1844 онтой шүргэлцэх үед анхны урам хугаралтаа амссан. Даниел арван хоёрын арван хоёрдугаар эшлэл нь 1844 оны 4 дүгээр сарын 19-ний хоёрынх нь анхны урам хугаралтыг, харин үүнээс ч шууд утгаар 2020 оны 7 дугаар сарын 18-ны анхны урам хугаралтыг тодорхойлдог.</w:t>
      </w:r>
    </w:p>
    <w:p>
      <w:pPr>
        <w:pStyle w:val="ArticleBody"/>
        <w:jc w:val="left"/>
      </w:pPr>
      <w:r>
        <w:rPr>
          <w:rFonts w:ascii="Times New Roman" w:hAnsi="Times New Roman" w:eastAsia="Times New Roman" w:cs="Times New Roman"/>
        </w:rPr>
        <w:t>Эцсийн үед, мэдлэг арвижиж, буудай ба зэрлэг өвсний эцсийн ялгалтыг гүйцэлдүүлэх үед тайлагдах гурван үеийн доторх эхний эш үзүүллэгийн үе болон сүүлийн эш үзүүллэгийн үе нь нэгэн ижил эш үзүүллэгийн үе мөн; ийнхүү энэ нь нэг зуун дөчин дөрвөн мянгыг лацдах эш үзүүллэгийн гэрэл тайлагдаж буйг тодорхойлдог.</w:t>
      </w:r>
    </w:p>
    <w:p>
      <w:pPr>
        <w:pStyle w:val="ArticleBody"/>
        <w:jc w:val="left"/>
      </w:pPr>
      <w:r>
        <w:rPr>
          <w:rFonts w:ascii="Times New Roman" w:hAnsi="Times New Roman" w:eastAsia="Times New Roman" w:cs="Times New Roman"/>
        </w:rPr>
        <w:t>Долоодугаар эшлэлийн эхний хугацаа нь 2023 оны долоодугаар сард Илчлэлт арван нэгд өгүүлсэн гурван жил хагасын өдрийн тараалтын төгсгөл бөгөөд, арван хоёрдугаар эшлэлийн хугацаа нь 2020 оны 7 дугаар сарын 18-нд болсон тэрхүү ижил тараалтын эхлэл юм. Альфа ба Омега Даниел арван хоёр дахь долоон аянгын түүхийг, 2020 оны 7 дугаар сарын 18-ны урам хугаралтаар эхэлж, түүнээс хойш бэлгэдлийн гурван жил хагасын өдрийн дараа 2023 оны долоодугаар сард төгсдөг түүх хэмээн тэмдэглэсэн билээ. Үүнээс дутахааргүй чухал нь, Альфа ба Омега эцсийн саатлын хугацааны эхлэл ба төгсгөлийг тэмдэглэхдээ Тэр зөвхөн нэг бус, харин хоёуланг нь тэнгэр өөд өргөн, мөнхөд амьдрагч Түүгээр тангарагласан явдал юм.</w:t>
      </w:r>
    </w:p>
    <w:p>
      <w:pPr>
        <w:pStyle w:val="ArticleBody"/>
        <w:jc w:val="left"/>
      </w:pPr>
      <w:r>
        <w:rPr>
          <w:rFonts w:ascii="Times New Roman" w:hAnsi="Times New Roman" w:eastAsia="Times New Roman" w:cs="Times New Roman"/>
        </w:rPr>
        <w:t>Хүний Хүү мөн атлаа Бурханы Хүү болсон Нэгэн нь Эцэгтэй тангараг өргөж байна; тэр нь Бурханы гэрээт ард түмний түүхийн оргил эхэлсэн яг тэр газарт, Христ Абрамыг анх амлалтаар дуудан, дараа нь уг амлалтыг тангарагаар баталсан тэр газарт юм. Гутлаа тайл, чи ариун газарт байна!</w:t>
      </w:r>
    </w:p>
    <w:p>
      <w:pPr>
        <w:pStyle w:val="ArticleBody"/>
        <w:jc w:val="left"/>
      </w:pPr>
      <w:r>
        <w:rPr>
          <w:rFonts w:ascii="Times New Roman" w:hAnsi="Times New Roman" w:eastAsia="Times New Roman" w:cs="Times New Roman"/>
        </w:rPr>
        <w:t>Гурван эш үзүүллэгийн хугацааны дундах үсэг нь, арван нэгдүгээр эшлэлийн 1290 жилээр төлөөлөгдсөн Абрам ба Паулын гэрээний хугацааны 430 жилийн эш үзүүллэгийн омега биелэлтээс өөр юу ч биш юм. Эшлэлийг Миллерит ойлголтоор авч үзвэл, энэ нь папын эрх мэдэлд зориулсан гучин жилийн бэлтгэлийн үеийг, түүнээс хойш дагах папын хавчлагын 1260 жилийг тодорхойлсон. Абрамын 430 жил нь тодорхой нэг үндэстэн доторх боолчлол ба чөлөөлөлтийг илэрхийлдэг бөгөөд үүний зэрэгцээ эхний гучин жил нь Эзэн Абрамтай гэрээ байгуулсан үеийг төлөөлдөг. Тахилч нарт зориулсан гучин жилийн бэлтгэл 1989 онд, эцсийн цагт эхэлсэн бөгөөд энэ гучин жил нь Ням гаргийн хуулийн үед төгсөнө; тэр үед уг эшлэлээр балгас болгодог жигшүүрт зүйл тавигдах бөгөөд дараа нь Бурханы ард түмнийг Илчлэлт арван гурав дахь бүлгийн Иоханы 42 бэлгэдэлт сартай нийцэх 1260 бэлгэдэлт жилийн турш хавчихаар байна.</w:t>
      </w:r>
    </w:p>
    <w:p>
      <w:pPr>
        <w:pStyle w:val="ArticleBody"/>
        <w:jc w:val="left"/>
      </w:pPr>
      <w:r>
        <w:rPr>
          <w:rFonts w:ascii="Times New Roman" w:hAnsi="Times New Roman" w:eastAsia="Times New Roman" w:cs="Times New Roman"/>
        </w:rPr>
        <w:t>Нэг зуун дөчин дөрвөн мянгын шинэчлэлийн хөдөлгөөн 1989 онд эхэлсэн бөгөөд тэр үед Эзэн Ням гаргийн хуулиас эхлэх шөнийн дундах хямралын үед үйлчлэх санваартныг бэлтгэх Өөрийн ажлыг эхлүүлсэн юм. Альфа ба Омега Хиддекелийн усан дээр зогсон, хоёр мутраа тэнгэр өөд өргөн, 2020 оны 7 дугаар сарын 18-наас 2023 оны 7 дугаар сар хүртэлх тараалт гүйцэлдэх үед Христ Өөрийн Бурханы чанарыг хүн чанартай нэгтгэх ажилтай холбоотой гайхамшгууд төгсөх болно хэмээн тангараглав.</w:t>
      </w:r>
    </w:p>
    <w:p>
      <w:pPr>
        <w:pStyle w:val="ArticleBody"/>
        <w:jc w:val="left"/>
      </w:pPr>
      <w:r>
        <w:rPr>
          <w:rFonts w:ascii="Times New Roman" w:hAnsi="Times New Roman" w:eastAsia="Times New Roman" w:cs="Times New Roman"/>
        </w:rPr>
        <w:t>Энэ нь аравдугаар бүлгийн тунхаглалтай, долоон аянгын шугам дахь, адилхан тунхаглал мөн. Учир нь Тэрээр тэнд зөвхөн цаг хугацааны эш үзүүллэгийн хэрэглээг төгсгөсөн төдийгүй, мөн долоодугаар бүрээ үлээх өдрүүдэд Бурханы нууц төгсөх болно гэдгийг тодорхойлсон билээ. Даниел арван хоёр дахь параллель хэсэг нь, 2023 оны долоодугаар сард тараагдал төгсөхөд, Бурханы ард түмнийг тамгалах ажлын төгсгөл мөн адил гүйцэхийг, мөн энэ нь Христ Өөрийн мутраа өргөн тангарагласан хоёр параллель хэсэгт давхцан тохиосон долоодугаар бүрээний дуутайгаар дүрслэгдсэнийг, тодорхойлдог.</w:t>
      </w:r>
    </w:p>
    <w:p>
      <w:pPr>
        <w:pStyle w:val="ArticleBody"/>
        <w:jc w:val="left"/>
      </w:pPr>
      <w:r>
        <w:rPr>
          <w:rFonts w:ascii="Times New Roman" w:hAnsi="Times New Roman" w:eastAsia="Times New Roman" w:cs="Times New Roman"/>
        </w:rPr>
        <w:t>Даниел арван хоёрын гурвалсан мэдээний эхний эш үзүүллэгийн үе ба сүүлчийн эш үзүүллэгийн үе нь альфа ба омега шинж тэмдгийг агуулдаг. Долоодугаар эшлэлийн эхний үе нь арван хоёрдугаар эшлэл эхлүүлж тэмдэглэдэг яг тэрхүү үеийн төгсгөлийг тодорхойлдог. Долоодугаар болон арван хоёрдугаар эшлэлүүдийн дунд 1989 оноос нигүүлслийн хугацаа хаагдах хүртэлх төгсгөлийн цагийн түүхийг дүрслэн үзүүлсэн байдаг. Долоодугаар эшлэлийн альфа үеийн дунд ба арван хоёрдугаар эшлэлийн омега түүхийн дунд Ням гаргийн хуулиас эхлэн Михаел босон зогсох хүртэлх хүн төрөлхтний эцсийн тэрслэл дүрслэгдсэн бөгөөд энэ нь Михаел босон зогсдог яг тэр бүлэгт дүрслэгдсэн байдаг.</w:t>
      </w:r>
    </w:p>
    <w:p>
      <w:pPr>
        <w:pStyle w:val="ArticleBody"/>
        <w:jc w:val="left"/>
      </w:pPr>
      <w:r>
        <w:rPr>
          <w:rFonts w:ascii="Times New Roman" w:hAnsi="Times New Roman" w:eastAsia="Times New Roman" w:cs="Times New Roman"/>
        </w:rPr>
        <w:t>Дунд үеийн бослого нь үндсэндээ бослогын гадаад түүх мөн; харин эхний гучин жил нь дараагийн 1260 жилийн үед дүрслэгдсэн гадаад хүчнүүдтэй шууд сөрөн тулгарах тахилчдын бэлтгэлийн дотоод түүх юм.</w:t>
      </w:r>
    </w:p>
    <w:p>
      <w:pPr>
        <w:pStyle w:val="ArticleBody"/>
        <w:jc w:val="left"/>
      </w:pPr>
      <w:r>
        <w:rPr>
          <w:rFonts w:ascii="Times New Roman" w:hAnsi="Times New Roman" w:eastAsia="Times New Roman" w:cs="Times New Roman"/>
        </w:rPr>
        <w:t>Дунд үе нь Еврей цагаан толгойн арван гуравдугаар үсгийн бослогыг төлөөлдөг бөгөөд, шалгалтын хугацаа үргэлжилсээр байх зуур дэлхий гараг дээрх агуу тэмцлийн эцсийн тулааныг дүрслэн үзүүлдэг учраас дотоодтой нэгдэн нийлдэг. Гадаад ба дотоодын энэхүү хослол нь мөн Хиддекел мөрнөөр төлөөлөгдсөн, мөн Альфа ба Омегийн гарын үсгийг агуулж, үнэний бүтцэн дээр байгуулагдсан Даниелын сүүлчийн үзэгдлийн мэдээ юм. Эхний ба сүүлчийн бүлэг нь үүрд мөнхөд гэрэлтэх одод хэмээн дүрслэгдсэн Бурханы ард түмний тамгалагдлыг өгүүлдэг. Бослогын тухай өгүүлэх дунд бүлэг нь яг тэрхүү бүтцийн дундах эшлэл болох 1290 жилийн хамт арван нэгдүгээр зүйлд дүрслэгдсэн тэр л түүхийг тодорхойлон заадаг.</w:t>
      </w:r>
    </w:p>
    <w:p>
      <w:pPr>
        <w:pStyle w:val="ArticleBody"/>
        <w:jc w:val="left"/>
      </w:pPr>
      <w:r>
        <w:rPr>
          <w:rFonts w:ascii="Times New Roman" w:hAnsi="Times New Roman" w:eastAsia="Times New Roman" w:cs="Times New Roman"/>
        </w:rPr>
        <w:t>Христос Өөрийн мутрыг эш үзүүллэгийн бүтцийн дотор хэрэглэх үед энэ нь олон үнэнийг төлөөлдөг боловч, мөн Өөрийн ард түмнийг Тэрээр дагуулан явуулж буй замыг ч төлөөлдөг. Есүс Христийн илчлэл 2023 оны 7 дугаар сард лацнаасаа тайлагдаж эхэлсэн. Тэрхүү тайлагдал нь долоон аянгын тайлагдал болон арван хоёрдугаар бүлэгт дүрслэгдсэн Даниелын мэдээний тайлагдлыг багтаадаг. Энэхүү тайлагдал нь 1989 онд эхэлж, Ням гаргийн хууль дээр төгсөх дөчдүгээр эшлэлийн нууцлаг түүхийн дотор явагддаг. Тэр түүхэн хугацаанд Бурханы ард түмэн лацлагдах бөгөөд тэд Ариун Сүнсний асгаралтаар лацлагдана. Ариун Сүнсний эцсийн асгаралт Илчлэл номын наймдугаар бүлэгт тодорхойлогдсон бөгөөд тэнд энэ нь долоо дахь, тиймийн тул эцсийн лац хэмээн дүрслэгддэг. Иуда овгийн Арслан тавдугаар бүлэгт ялж, долоон лацаар лацлагдсан номыг нээсэн.</w:t>
      </w:r>
    </w:p>
    <w:p>
      <w:pPr>
        <w:pStyle w:val="ArticleBody"/>
        <w:jc w:val="left"/>
      </w:pPr>
      <w:r>
        <w:rPr>
          <w:rFonts w:ascii="Times New Roman" w:hAnsi="Times New Roman" w:eastAsia="Times New Roman" w:cs="Times New Roman"/>
        </w:rPr>
        <w:t>Зургаадугаар лац нь нүглийн төлөө зуучлал цаашид байхгүй болсон тэр үед хэн тогтож чадах вэ гэсэн асуултыг зургаадугаар бүлгийн төгсгөлд тавьсан юм.</w:t>
      </w:r>
    </w:p>
    <w:p>
      <w:pPr>
        <w:pStyle w:val="ArticleScripture"/>
        <w:jc w:val="left"/>
      </w:pPr>
      <w:r>
        <w:rPr>
          <w:rFonts w:ascii="Times New Roman" w:hAnsi="Times New Roman" w:eastAsia="Times New Roman" w:cs="Times New Roman"/>
        </w:rPr>
        <w:t>Учир нь Түүний уур хилэнгийн агуу өдөр ирсэн; хэн тэсэж зогсож чадах вэ? Илчлэлт 6:17.</w:t>
      </w:r>
    </w:p>
    <w:p>
      <w:pPr>
        <w:pStyle w:val="ArticleBody"/>
        <w:jc w:val="left"/>
      </w:pPr>
      <w:r>
        <w:rPr>
          <w:rFonts w:ascii="Times New Roman" w:hAnsi="Times New Roman" w:eastAsia="Times New Roman" w:cs="Times New Roman"/>
        </w:rPr>
        <w:t>Дараагийн бүлэг, эсвэл та хэлбэл дараагийн эшлэл нь Ням гаргийн хуулийн хямралын үед Бурханы хаанчлалд цуглуулагдах нэг зуун дөчин дөрвөн мянгын тамгалагдал болон агуу олныг танилцуулдаг. Нэг зуун дөчин дөрвөн мянга бол зургаа дахь лацын асуултын хариу мөн. Тэд долдугаар бүлэгт дүрслэгдсэний дараа, наймдугаар бүлэг долоо дахь бөгөөд эцсийн лац хөндөгдөж байгааг тодорхойлдог.</w:t>
      </w:r>
    </w:p>
    <w:p>
      <w:pPr>
        <w:pStyle w:val="ArticleScripture"/>
        <w:jc w:val="left"/>
      </w:pPr>
      <w:r>
        <w:rPr>
          <w:rFonts w:ascii="Times New Roman" w:hAnsi="Times New Roman" w:eastAsia="Times New Roman" w:cs="Times New Roman"/>
        </w:rPr>
        <w:t>Тэр долоо дахь лацыг нээхэд, тэнгэрт хагас цаг орчим нам гүм байлаа. Тэгээд би Бурханы өмнө зогсож байдаг долоон тэнгэрэлчийг харсан; тэдэнд долоон бүрээ өгөгдөв. Өөр нэгэн тэнгэрэлч ирж, тахилын ширээний дэргэд зогсов; тэрээр алтан утлагын савтай байлаа. Сэнтийн өмнөх алтан тахилын ширээн дээр бүх ариун хүмүүсийн залбиралтай хамт өргөхийн тулд түүнд үлэмж их утлага өгөгдөв. Ариун хүмүүсийн залбиралтай хамт байсан тэрхүү утлагын утаа тэнгэрэлчийн гараас Бурханы өмнө дээш өгсөв.</w:t>
      </w:r>
    </w:p>
    <w:p>
      <w:pPr>
        <w:pStyle w:val="ArticleScripture"/>
        <w:jc w:val="left"/>
      </w:pPr>
      <w:r>
        <w:rPr>
          <w:rFonts w:ascii="Times New Roman" w:hAnsi="Times New Roman" w:eastAsia="Times New Roman" w:cs="Times New Roman"/>
        </w:rPr>
        <w:t>Тэнгэрэлч утлагын савыг авч, түүнийг тахилын ширээний галаар дүүргээд, газарт хаяхад дуу чимээ, аянга нижигнэх, цахилгаан цахилах, газар хөдлөлт болов. Илчлэлт 8:1–5.</w:t>
      </w:r>
    </w:p>
    <w:p>
      <w:pPr>
        <w:pStyle w:val="ArticleBody"/>
        <w:jc w:val="left"/>
      </w:pPr>
      <w:r>
        <w:rPr>
          <w:rFonts w:ascii="Times New Roman" w:hAnsi="Times New Roman" w:eastAsia="Times New Roman" w:cs="Times New Roman"/>
        </w:rPr>
        <w:t>Исаиа номын зургаадугаар бүлэгт “нүүрс” хэмээн дүрслэгдсэн, Сестра Уайт ариусгалын бэлгэдэл гэж тодорхойлсон тэрхүү “гал”-ыг тахилын ширээнээс авч дэлхий рүү хаядаг. Пентекостын үед тэнгэрээс ирсэн “гал” нь “галан хэлүүд” байдлаар дүрслэгдсэн. “Гал” бол Гэрээний Элч Левийн хөвгүүдийг ариусгахад хэрэглэдэг зүйл мөн.</w:t>
      </w:r>
    </w:p>
    <w:p>
      <w:pPr>
        <w:pStyle w:val="ArticleScripture"/>
        <w:jc w:val="left"/>
      </w:pPr>
      <w:r>
        <w:rPr>
          <w:rFonts w:ascii="Times New Roman" w:hAnsi="Times New Roman" w:eastAsia="Times New Roman" w:cs="Times New Roman"/>
        </w:rPr>
        <w:t>“‘Тэрээр гартаа шүүртэй бөгөөд Өөрийн үтрэмийг бүрэн цэвэрлэж, буудайгаа амбаартаа хураана.’ Матай 3:12. Энэ нь цэвэршүүлэлтийн үеүүдийн нэг байсан юм. Үнэний үгсээр хивэг нь буудайнаас салгагдаж байлаа. Зэмлэлийг хүлээн авахад дэндүү хийрхүү, өөрсдийгөө зөвтгөгч, даруу байдлын амьдралыг хүлээн зөвшөөрөхөд дэндүү хорвоод дуртай байсан учраас олон хүн Есүсээс нүүр буруулсан. Олон хүн өнөөдөр ч мөн адил үйлдсээр байна. Капернаумын синагогт байсан тэдгээр шавь нар хэрхэн шалгагдсанчлан, сүнснүүд өнөөдөр ч мөн адил шалгагдаж байна. Үнэн зүрх сэтгэлд нь хүргэгдэхэд, тэд өөрсдийн амьдрал Бурханы хүслийн дагуу биш байгааг хардаг. Тэд өөрсдөдөө бүхэл бүтэн өөрчлөлт хэрэгтэйг хардаг; гэвч тэд өөрийгөө үгүйсгэсэн ажлыг гартаа авахад бэлэн байдаггүй. Иймээс тэдний нүгэл илчлэгдэхэд уурладаг. Тэд гомдон холддог бөгөөд шавь нар Есүсийг орхин явахдаа, ‘Энэ бол хатуу үг; үүнийг хэн сонсож чадах вэ?’ хэмээн үглэж байсантай адил юм.” The Desire of Ages, 392.</w:t>
      </w:r>
    </w:p>
    <w:p>
      <w:pPr>
        <w:pStyle w:val="ArticleBody"/>
        <w:jc w:val="left"/>
      </w:pPr>
      <w:r>
        <w:rPr>
          <w:rFonts w:ascii="Times New Roman" w:hAnsi="Times New Roman" w:eastAsia="Times New Roman" w:cs="Times New Roman"/>
        </w:rPr>
        <w:t>Гал Елиагийн өргөл дээр бууж ирсэнчлэн, мөн Гидеоны тэнгэрэлчид өргөсөн өргөл дээр ч бууж ирсэн билээ. Ариусгалын “гал” нь Бурханы Үг мөн; учир нь ариун болгоно гэдэг нь Түүний Үгээр ариусгагдахыг хэлнэ. Долоодугаар лац тайлагдах үед газарт хаягддаг “гал” нь сүүлчийн өдрүүдэд, долоодугаар бүрээ дуугарах үед, долоон аянгын төлөөлөн харуулсан үйл явдлуудын эцсийн бөгөөд төгс биеллийн үед, мөн сүүлчийн өдрүүд хүртэл лацлагдан үлдсэн Даниел арван хоёрын эш үзүүллэгийн гурван хугацаагаар батлагдсан үед тайлагддаг эш үзүүллэгийн захиасын хүчирхэгжүүлэлтийг илтгэнэ.</w:t>
      </w:r>
    </w:p>
    <w:p>
      <w:pPr>
        <w:pStyle w:val="ArticleBody"/>
        <w:jc w:val="left"/>
      </w:pPr>
      <w:r>
        <w:rPr>
          <w:rFonts w:ascii="Times New Roman" w:hAnsi="Times New Roman" w:eastAsia="Times New Roman" w:cs="Times New Roman"/>
        </w:rPr>
        <w:t>Хүний шалгалтын хугацаа дуусахын яг өмнөхөн лац нь тайлагдах Есүс Христийн Илчлэл нь—долоон аянгын лацыг тайлах, долоодугаар лацыг авч хаях, Даниел арван хоёрын лацыг тайлах, мөн Даниел арван нэгийн дөчдүгээр эшлэлийн нуугдмал түүхийн лацыг тайлахыг багтаадаг бөгөөд чухам тэр түүхэн дотор тэнгэрэлч маалинган хувцаст Хүнд эдгээр гайхамшгуудын төгсгөл юу байхыг асуусан билээ.</w:t>
      </w:r>
    </w:p>
    <w:p>
      <w:pPr>
        <w:pStyle w:val="ArticleBody"/>
        <w:jc w:val="left"/>
      </w:pPr>
      <w:r>
        <w:rPr>
          <w:rFonts w:ascii="Times New Roman" w:hAnsi="Times New Roman" w:eastAsia="Times New Roman" w:cs="Times New Roman"/>
        </w:rPr>
        <w:t>Маалинган хувцастай Нэгэн хариулж, —Та нар 2023 оны долоодугаар сард саатлын хугацааны төгсгөлд хүрэх үедээ, нэг зуун дөчин дөрвөн мянгын лацлагдах түүхэнд хүрсэн байна, хэмээн айлдав.</w:t>
      </w:r>
    </w:p>
    <w:p>
      <w:pPr>
        <w:pStyle w:val="ArticleBody"/>
        <w:jc w:val="left"/>
      </w:pPr>
      <w:r>
        <w:rPr>
          <w:rFonts w:ascii="Times New Roman" w:hAnsi="Times New Roman" w:eastAsia="Times New Roman" w:cs="Times New Roman"/>
        </w:rPr>
        <w:t>Тэр мөн — Илчлэлт номын арван нэгдүгээр бүлгийн бэлгэдэлт гурван жил хагасын өдрүүдийн төгсгөлд, 1798 онд тохиосон төгсгөлийн цаг үеэр дүрслэгдсэний дагуу, Даниел номоос нэгэн эш үзүүллэгийн мэдээ тайлагдан нээгдэх болно хэмээн хэлсэн. Тийнхүү бэлгэдэлт гурван жил хагасын өдрүүдийн төгсгөлд тайлагдан нээгдэх тэрхүү үнэн нь, Даниел номын лацдан хаагдах ба тайлагдан нээгдэхийг тодорхойлон зааж, тодорхойлдог Даниел номын яг тэр есөн эшлэл дотор орших байв.</w:t>
      </w:r>
    </w:p>
    <w:p>
      <w:pPr>
        <w:pStyle w:val="ArticleBody"/>
        <w:jc w:val="left"/>
      </w:pPr>
      <w:r>
        <w:rPr>
          <w:rFonts w:ascii="Times New Roman" w:hAnsi="Times New Roman" w:eastAsia="Times New Roman" w:cs="Times New Roman"/>
        </w:rPr>
        <w:t>Бид эдгээрийг дараагийн өгүүлэлд үргэлжлүүлэн авч үзэх болно.</w:t>
      </w:r>
    </w:p>
    <w:p>
      <w:pPr>
        <w:pStyle w:val="ArticleScripture"/>
        <w:jc w:val="left"/>
      </w:pPr>
      <w:r>
        <w:rPr>
          <w:rFonts w:ascii="Times New Roman" w:hAnsi="Times New Roman" w:eastAsia="Times New Roman" w:cs="Times New Roman"/>
        </w:rPr>
        <w:t>“Христ энэ дэлхийд ирэхэд, үеэс үед уламжлагдан ирсэн ёс уламжлал болон Судрын хүний тайлбар нь Есүс доторх үнэн ямар байдгийг хүмүүсээс халхалсан байв. Үнэн нь уламжлалын асар их бөөгнөрлийн дор булагдсан байлаа. Ариун бичгүүдийн сүнслэг утга алдагдсан байв; учир нь хүмүүс үл итгэлдээ тэнгэрлэг эрдэнийн сангийн үүдийг түгжсэн юм. Харанхуй газар дэлхийг бүрхэж, хүмүүсийг үлэмж харанхуй нөмөрч байлаа. Үнэн тэнгэрээс газар дэлхий рүү харсан; гэвч хаана ч Бурханы дардас илэрхийлэгдсэнгүй. Үхлийн нөмрөг мэт бүрхэг харанхуй дэлхийг бүрхэн тархсан байв.</w:t>
      </w:r>
    </w:p>
    <w:p>
      <w:pPr>
        <w:pStyle w:val="ArticleScripture"/>
        <w:jc w:val="left"/>
      </w:pPr>
      <w:r>
        <w:rPr>
          <w:rFonts w:ascii="Times New Roman" w:hAnsi="Times New Roman" w:eastAsia="Times New Roman" w:cs="Times New Roman"/>
        </w:rPr>
        <w:t>“Гэвч Иуда овгийн Арслан ялсан. Тэр тэнгэрлэг сургаалын номыг хаасан тамгыг нээв. Ертөнцөд цэвэр, ямар ч хольцгүй үнэнийг ширтэн харах боломж олгогдсон юм. Үнэн өөрөө бууж ирж, харанхуйг зайлуулан, төөрөгдлийг эсэргүүцэв. Ертөнцөд ирдэг хүн бүрийг гэгээрүүлэх ёстой байсан гэрлийг авчирсан Багш тэнгэрээс илгээгдсэн юм. Мэдлэгийг, эш үзүүллэгийн баттай үгийг чин эрмэлзэн хайж байсан эрэгтэй, эмэгтэй хүмүүс байлаа; тэр нь ирэхэд, харанхуй газарт гэрэлтэх гэрэл адил байсан юм.” Spalding Magan, 58.</w:t>
      </w:r>
    </w:p>
    <w:p>
      <w:pPr>
        <w:pStyle w:val="ArticleScripture"/>
        <w:jc w:val="left"/>
      </w:pPr>
      <w:r>
        <w:rPr>
          <w:rFonts w:ascii="Times New Roman" w:hAnsi="Times New Roman" w:eastAsia="Times New Roman" w:cs="Times New Roman"/>
        </w:rPr>
        <w:t>“Хуулийн багш нар ба фарисайчууд Судруудыг тайлбарладаг хэмээн мэдэгдэж байсан боловч, тэдгээрийг өөрсдийн үзэл санаа болон уламжлалын дагуу тайлбарладаг байв. Тэдний ёс заншил ба сургаалт үгс улам бүр хүнд шаардлагатай болсоор байлаа. Сүнслэг утгаараа ариун Үг нь ард олонд лацадсан ном мэт, тэдний ойлголтод хаалттай болсон байв.” Signs of the Times, 1905 оны 5 дугаар сарын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Долдугаар Өдрийн Адвентист Сүм — Арван Есдүгээр Дугаар</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