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Хорин дөрөв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Хорин дөрөвдүгээр дугаар</w:t>
      </w:r>
    </w:p>
    <w:p>
      <w:pPr>
        <w:pStyle w:val="ArticleBody"/>
        <w:jc w:val="left"/>
      </w:pPr>
      <w:r>
        <w:rPr>
          <w:rFonts w:ascii="Times New Roman" w:hAnsi="Times New Roman" w:eastAsia="Times New Roman" w:cs="Times New Roman"/>
        </w:rPr>
        <w:t>Бид өмнөх өгүүллээ Хуучин Гэрээний эхний ном болох Эхлэл номын арван нэгдүгээр бүлгээс хорин хоёрдугаар бүлэг хүртэл, Шинэ Гэрээний эхний ном болох Матай, мөн Шинэ Гэрээний төдийгүй бүх Библийн сүүлчийн ном болох Илчлэлт номд дүрслэгдсэн эш үзүүллэгийн гэрчлэлийн зэрэгцээ гурван шугамыг хөндөн авч дуусгасан билээ. Эхлэл номын шугам нь Абрамтай байгуулсан гэрээг тодорхойлдог; Матайн шугам нь Христийн сүмтэй байгуулсан гэрээг, харин Петрийг орчин үеийн сүнслэг Израилийн эхлэл ба төгсгөлийн бэлгэдэл болгон тодорхойлдог. Хоёр шугамын дундах эшлэлүүд Бурханы тамгыг заадаг бөгөөд Абрамын хувьд энэ нь “хөвч хөндөлт” байсан, харин Петрийн хувьд түүний нэр өөрчлөгдсөн явдал байв. Илчлэлт дэх энэ шугамын төв эшлэл нь арван долоодугаар бүлгийн арван хоёрдугаар эшлэл юм.</w:t>
      </w:r>
    </w:p>
    <w:p>
      <w:pPr>
        <w:pStyle w:val="ArticleScripture"/>
        <w:jc w:val="left"/>
      </w:pPr>
      <w:r>
        <w:rPr>
          <w:rFonts w:ascii="Times New Roman" w:hAnsi="Times New Roman" w:eastAsia="Times New Roman" w:cs="Times New Roman"/>
        </w:rPr>
        <w:t>Чиний харсан арван эвэр бол арван хаад мөн. Тэд хараахан хаанчлалыг хүлээн аваагүй; харин араатантай хамт нэг цагийн турш хаадын адил эрх мэдэл хүлээн авна. Илчлэл 17:12.</w:t>
      </w:r>
    </w:p>
    <w:p>
      <w:pPr>
        <w:pStyle w:val="ArticleBody"/>
        <w:jc w:val="left"/>
      </w:pPr>
      <w:r>
        <w:rPr>
          <w:rFonts w:ascii="Times New Roman" w:hAnsi="Times New Roman" w:eastAsia="Times New Roman" w:cs="Times New Roman"/>
        </w:rPr>
        <w:t>Эхлэл болон Матай нь Бурханлаг чанар хүний мөн чанартай гэрлэснийг тодорхойлдог бөгөөд Илчлэлт нь Ням гаргийн хуулийн үед араатан ба луугийн гэрлэлтийг тодорхойлдог. Эдгээр гурван шугам бүгд Ням гаргийн хууль руу заадаг бөгөөд тэнд нэг бүлэг нь араатны тамгыг, нөгөө нь Бурханы тамгыг илэрхийлдэг. Арван хоёрдугаар эшлэл дэх араатан ба луугийн хуурамч дуурайл нь Эхлэл арван нэгд гардаг Нимродын цамхгийн тухай омега дурдлага мөн. Тэнд хуурамч гэрээний шашин шүүлттэйгээ учирсан бөгөөд Илчлэлт арван долоод янхан—агуу Вавилон мөн тэр—шүүгддэг. Нимрод нь Ватиканы омегад харьцах альфа бөгөөд энэ шалтгааны улмаас папын засаглал нь агуу Вавилон, Нимродын Бабел хэмээх альфад харьцах омега мөн.</w:t>
      </w:r>
    </w:p>
    <w:p>
      <w:pPr>
        <w:pStyle w:val="ArticleBody"/>
        <w:jc w:val="left"/>
      </w:pPr>
      <w:r>
        <w:rPr>
          <w:rFonts w:ascii="Times New Roman" w:hAnsi="Times New Roman" w:eastAsia="Times New Roman" w:cs="Times New Roman"/>
        </w:rPr>
        <w:t>Эдгээр гурван дундах эшлэлд онцлон тэмдэглэх зүйл нь, уг шугамын дундах цэг бүрд агуулагдах гэрчлэл нь үнэндээ гурван эшлэлээс бүрддэг явдал юм.</w:t>
      </w:r>
    </w:p>
    <w:p>
      <w:pPr>
        <w:pStyle w:val="ArticleScripture"/>
        <w:jc w:val="left"/>
      </w:pPr>
      <w:r>
        <w:rPr>
          <w:rFonts w:ascii="Times New Roman" w:hAnsi="Times New Roman" w:eastAsia="Times New Roman" w:cs="Times New Roman"/>
        </w:rPr>
        <w:t>“Миний ба та нарын, мөн чиний дараах үр удамын хооронд байгуулж, та нарын сахих Миний гэрээ нь энэ буюу: та нарын дундах эрэгтэй хүн бүр хөвч хөндүүлэх ёстой. Та нар хөвчнийхөө махыг хөндөх бөгөөд энэ нь Миний ба та нарын хоорондох гэрээний тэмдэг болно. Та нарын дунд найман хоногтой эрэгтэй хүүхэд бүр үе үеийнхэндээ хөвч хөндүүлэх ёстой; гэрт төрсөн нь ч, чиний үр удамд хамаарахгүй гаднын хүнээс мөнгөөр худалдан авсан нь ч адил.” Эхлэл 17:10–12.</w:t>
      </w:r>
    </w:p>
    <w:p>
      <w:pPr>
        <w:pStyle w:val="ArticleScripture"/>
        <w:jc w:val="left"/>
      </w:pPr>
      <w:r>
        <w:rPr>
          <w:rFonts w:ascii="Times New Roman" w:hAnsi="Times New Roman" w:eastAsia="Times New Roman" w:cs="Times New Roman"/>
        </w:rPr>
        <w:t>Есүс түүнд хариулан: Чи ерөөлтэй еэ, Ионагийн хүү Симон; учир нь үүнийг чамд мах ба цус илчлээгүй, харин тэнгэрт байгаа Миний Эцэг илчилсэн юм. Би мөн чамд хэлэх нь: чи бол Петр, энэ хадан дээр Би Өөрийн чуулганыг байгуулна; тамын үүднүүд түүнийг дийлэхгүй. Би чамд тэнгэрийн хаанчлалын түлхүүрүүдийг өгнө: чи газар дээр юуг хүлнэ, тэр нь тэнгэрт хүлэгдсэн байх болно; чи газар дээр юуг тайлна, тэр нь тэнгэрт тайлагдсан байх болно. Матай 16:17–19.</w:t>
      </w:r>
    </w:p>
    <w:p>
      <w:pPr>
        <w:pStyle w:val="ArticleScripture"/>
        <w:jc w:val="left"/>
      </w:pPr>
      <w:r>
        <w:rPr>
          <w:rFonts w:ascii="Times New Roman" w:hAnsi="Times New Roman" w:eastAsia="Times New Roman" w:cs="Times New Roman"/>
        </w:rPr>
        <w:t>Байсан, одоо байхгүй болсон тэр араатан өөрөө найм дахь нь мөн бөгөөд долоон дотроос гарсан нэгэн; тэр сүйрэл уруу явна. Чиний харсан арван эвэр бол хараахан хаанчлал аваагүй арван хаан мөн; харин тэд араатантай хамт нэг цагийн турш хаадын адил эрх мэдэл авна. Эдгээр нь нэг санаатай бөгөөд өөрсдийн хүч чадал, эрх мэдлээ араатанд өгнө. Илчлэлт 17:11–13.</w:t>
      </w:r>
    </w:p>
    <w:p>
      <w:pPr>
        <w:pStyle w:val="ArticleBody"/>
        <w:jc w:val="left"/>
      </w:pPr>
      <w:r>
        <w:rPr>
          <w:rFonts w:ascii="Times New Roman" w:hAnsi="Times New Roman" w:eastAsia="Times New Roman" w:cs="Times New Roman"/>
        </w:rPr>
        <w:t>Нимродын тоосго ба зуурмагаар төлөөлөгдсөн хуурамч гэрээний түүх, мөн цамхаг ба хотоор төлөөлөгдсөн түүний сүм ба төрийн хуурамч тогтолцоо нь Нимродын түүхийн омегад төлөөлөгдсөн араатны дүрийн хуурамч тогтолцоог дүрслэн үзүүлдэг. Гурван шугам, гурван эшлэлийн гурван төв цэгтэй бөгөөд эдгээр нь бүгд амийн гэрээ болон үхлийн гэрээний тухай гэрчилдэг. Нэг зуун дөчин дөрвөн мянга нь долоогоос гарсан жинхэнэ найм дахь нь мөн бөгөөд папын ёс бол ердөө түүний хуурамч хувилбар юм. Нимродын ангид өөрсдийн гэрлэлтийн үеэр санааны нэгдэл байдаг нь Христийн ухаантай нэгдсэн нэг зуун дөчин дөрвөн мянгын хуурамч дуурайл юм. “Байсан, одоо үгүй” хэмээх хуурамч араатан нь байсан, байгаа, мөн ирэх гэж буй Христийн хуурамч дуурайл мөн. Наймдугаар эшлэлд папын ёсоор төлөөлөгдсөн хуурамчийн бүрэн илрэл өгүүлэгдсэн байна.</w:t>
      </w:r>
    </w:p>
    <w:p>
      <w:pPr>
        <w:pStyle w:val="ArticleScripture"/>
        <w:jc w:val="left"/>
      </w:pPr>
      <w:r>
        <w:rPr>
          <w:rFonts w:ascii="Times New Roman" w:hAnsi="Times New Roman" w:eastAsia="Times New Roman" w:cs="Times New Roman"/>
        </w:rPr>
        <w:t>Чиний харсан тэр араатан байсан, эдүгээ байхгүй; тэгээд ёроолгүй ангал дотроос гарч ирээд сүйрэлд очно. Газар дэлхий дээр оршин суугчид, өөрөөр хэлбэл ертөнцийн сууринаас хойш нэрс нь амийн номд бичигдээгүй хүмүүс, байсан, эдүгээ байхгүй атлаа мөн байгаа тэр араатныг хараад гайхах болно. Илчлэлт 17:8.</w:t>
      </w:r>
    </w:p>
    <w:p>
      <w:pPr>
        <w:pStyle w:val="ArticleBody"/>
        <w:jc w:val="left"/>
      </w:pPr>
      <w:r>
        <w:rPr>
          <w:rFonts w:ascii="Times New Roman" w:hAnsi="Times New Roman" w:eastAsia="Times New Roman" w:cs="Times New Roman"/>
        </w:rPr>
        <w:t>Есүс бол байсан, одоо байгаа, мөн ирэх Нэгэн мөн; харин долоогоос гарсан найм дахь нь болох папын засаглал бол “байсан, одоо байхгүй, гэвч дахин байна” хэмээх араатан мөн. Луу ба араатны гэрлэлтээр дүрслэгдсэн “нэг цаг” нь Ням гаргийн хуулиас эхлэх түүхийг илэрхийлдэг бөгөөд тэр үед Петр ба Абрамаар төлөөлөгдсөн нэг зуун мянган хүн тэмдэг болгон тэнгэр өөд өргөгдөхийн яг тэр цагт папын засаглал ч мөн дээш гарч ирдэг.</w:t>
      </w:r>
    </w:p>
    <w:p>
      <w:pPr>
        <w:pStyle w:val="ArticleBody"/>
        <w:jc w:val="left"/>
      </w:pPr>
      <w:r>
        <w:rPr>
          <w:rFonts w:ascii="Times New Roman" w:hAnsi="Times New Roman" w:eastAsia="Times New Roman" w:cs="Times New Roman"/>
        </w:rPr>
        <w:t>Бид Иоелын номыг, Петр Пентекостын үед өөрийн Пентекостын мэдээг Иоелын эш үзүүллийн биелэл хэмээн тодорхойлсон гэсэн өнцгөөс авч үзэхийг зорьж ирсэн. Арван хоёр бүлэг бүхий гэрээний гурван шугамын дотор, шугам бүрийн дундах гурван эшлэл нь яг адил түүхийг өгүүлдэг бөгөөд тэр түүхэн дотор Петр Есүстэй хамт Паниум хэмээх Кесари Филиппид байсан байдлаар дүрслэгддэг; тэр нь одоо дэлхий тулж очоод буй туршлагын ирмэг мөн. Паниумд Петр мөн Пентекостын асгаралтын үеийн Иерусалимд байна. Арван хоёр бүлэг бүхий гурван шугам Паниум ба Пентекост дээр нэгэн цэгт нийлдэг бөгөөд тэнд Бурханы тамга Христийн сүйт бүсгүй дээр дарагдаж, араатны тэмдэг Сатаны сүйт бүсгүй дээр дарагдана. Иоелын ном нь Лаодикейн Долоо дахь өдрийн Адвентист сүм өөрсдийгөө төөрсөн гэдгээ ухааран сэрэх үед, арван онгон бүсгүйн сургаалт зүйрлэлийн сэрээх дуудлагыг зааж байна.</w:t>
      </w:r>
    </w:p>
    <w:p>
      <w:pPr>
        <w:pStyle w:val="ArticleBody"/>
        <w:jc w:val="left"/>
      </w:pPr>
      <w:r>
        <w:rPr>
          <w:rFonts w:ascii="Times New Roman" w:hAnsi="Times New Roman" w:eastAsia="Times New Roman" w:cs="Times New Roman"/>
        </w:rPr>
        <w:t>Иоелын ном дөрвөн үеийн хүрээнд тавигдсан байдаг.</w:t>
      </w:r>
    </w:p>
    <w:p>
      <w:pPr>
        <w:pStyle w:val="ArticleScripture"/>
        <w:jc w:val="left"/>
      </w:pPr>
      <w:r>
        <w:rPr>
          <w:rFonts w:ascii="Times New Roman" w:hAnsi="Times New Roman" w:eastAsia="Times New Roman" w:cs="Times New Roman"/>
        </w:rPr>
        <w:t>Петуелын хүү Иоелд ирсэн ЭЗЭНий үг.</w:t>
      </w:r>
    </w:p>
    <w:p>
      <w:pPr>
        <w:pStyle w:val="ArticleScripture"/>
        <w:jc w:val="left"/>
      </w:pPr>
      <w:r>
        <w:rPr>
          <w:rFonts w:ascii="Times New Roman" w:hAnsi="Times New Roman" w:eastAsia="Times New Roman" w:cs="Times New Roman"/>
        </w:rPr>
        <w:t>Энийг сонсогтун, хөгшин эрчүүд ээ, мөн газар орны бүх оршин суугчид аа, чих тавин сонсогтун.</w:t>
      </w:r>
    </w:p>
    <w:p>
      <w:pPr>
        <w:pStyle w:val="ArticleScripture"/>
        <w:jc w:val="left"/>
      </w:pPr>
      <w:r>
        <w:rPr>
          <w:rFonts w:ascii="Times New Roman" w:hAnsi="Times New Roman" w:eastAsia="Times New Roman" w:cs="Times New Roman"/>
        </w:rPr>
        <w:t>Энэ нь та нарын өдрүүдэд, эсвэл та нарын эцэг өвгөдийн өдрүүдэд тохиолдож байсан уу? Үүнийг хүүхдүүддээ өгүүлэгтүн, хүүхдүүд чинь өөрсдийн хүүхдүүдэд өгүүлэг, тэдний хүүхдүүд нь өөр нэгэн үед өгүүлэг. Пальмер өтний үлдээсэн юмыг царцаа идсэн; царцааны үлдээсэн юмыг канкер өт идсэн; канкер өтний үлдээсэн юмыг хүр хорхой идсэн. Иоел 1:1–4.</w:t>
      </w:r>
    </w:p>
    <w:p>
      <w:pPr>
        <w:pStyle w:val="ArticleBody"/>
        <w:jc w:val="left"/>
      </w:pPr>
      <w:r>
        <w:rPr>
          <w:rFonts w:ascii="Times New Roman" w:hAnsi="Times New Roman" w:eastAsia="Times New Roman" w:cs="Times New Roman"/>
        </w:rPr>
        <w:t>“Өвгөд” гэдэг нь нэг зуун дөчин дөрвөн мянгын лацдалтын цаг үеийн Лаодикийн Долоо дахь өдрийн Адвентист сүмийн удирдагчдыг хэлдэг бөгөөд лацдалт нь Ариун Сүнсийн асгаруулалтын үед биелдэг. “Өвгөд”-ийг Езекиел “эртний хүмүүс” хэмээн дүрсэлсэн байдаг.</w:t>
      </w:r>
    </w:p>
    <w:p>
      <w:pPr>
        <w:pStyle w:val="ArticleScripture"/>
        <w:jc w:val="left"/>
      </w:pPr>
      <w:r>
        <w:rPr>
          <w:rFonts w:ascii="Times New Roman" w:hAnsi="Times New Roman" w:eastAsia="Times New Roman" w:cs="Times New Roman"/>
        </w:rPr>
        <w:t>Тэгээд Тэр надад хандан, Хүний хүү, Израилийн гэрийн ахмадууд харанхуйд, хүн бүр өөрийн дүрсийн өрөөнүүдэд юу үйлдэж байгааг чи үзэв үү? Учир нь тэд, ЭЗЭН биднийг хардаггүй; ЭЗЭН газрыг орхисон, гэж хэлдэг. Езекиел 8:12.</w:t>
      </w:r>
    </w:p>
    <w:p>
      <w:pPr>
        <w:pStyle w:val="ArticleBody"/>
        <w:jc w:val="left"/>
      </w:pPr>
      <w:r>
        <w:rPr>
          <w:rFonts w:ascii="Times New Roman" w:hAnsi="Times New Roman" w:eastAsia="Times New Roman" w:cs="Times New Roman"/>
        </w:rPr>
        <w:t>Илчлэл нь Езекиелийн есдүгээр бүлгийн тамгалах үйл явц нь Илчлэлт номын долдугаар бүлгийн тамгалах үйл явцтай адил мөн болохыг тодорхой харуулдаг. Мөн наймдугаар бүлэгт гардаг өсөн нэмэгдэх дөрвөн жигшүүрт үйлийн доторх “ахмад хүмүүс” нь 25 гэсэн тоогоор төлөөлөгддөг нь бас тодорхой байдаг. Бурханы сүргийг хамгаалагчид байх ёстой байсан хорин таван “ахмад хүн” нь наранд мөргөж буй хүмүүс мөн. Тэд хамгийн түрүүнд шүүлтэд орно. Тэдний нүүр буруулдаг ариун сүмийн утга агуулгын хүрээнд авч үзвэл, тэд арван хоёр санваартны хоёр ээлж болон тэргүүн тахилчийг төлөөлдөг. Ням гаргийн хуулийн үед тэд наранд мөргөж, араатны тамгыг хүлээн авч, луу, араатан, хуурамч эш үзүүлэгчтэй санал нэгдэж байгаагаа тангараглан илэрхийлдэг. Тэр 25 нь Корах, Датан, Абирамын бослогод гарсан 250 хүнээр ёгтлон дүрслэгдсэн бөгөөд тэдгээр 250 хүн нь хүж өргөхдөө гурвалсан нэгдлийг төлөөлдөг Корах, Датан, Абирамд нэгддэг. Урвалтын тэргүүлэгч болсон гурван удирдагч газар ангайж, тэднийг залгихад үхсэн юм.</w:t>
      </w:r>
    </w:p>
    <w:p>
      <w:pPr>
        <w:pStyle w:val="ArticleScripture"/>
        <w:jc w:val="left"/>
      </w:pPr>
      <w:r>
        <w:rPr>
          <w:rFonts w:ascii="Times New Roman" w:hAnsi="Times New Roman" w:eastAsia="Times New Roman" w:cs="Times New Roman"/>
        </w:rPr>
        <w:t>Мосе хэлэхдээ, “Эдгээр бүх үйлийг үйлдэхээр ЭЗЭН намайг илгээсэн бөгөөд би үүнийг өөрийнхөө санаагаар хийгээгүй гэдгийг үүгээр та нар мэдэх болно. Хэрэв эдгээр хүмүүс бүх хүний адил энгийн үхлээр үхэж, эсвэл бүх хүнд тохиолддог шийтгэлийг амсах аваас, ЭЗЭН намайг илгээгээгүй ажээ. Харин ЭЗЭН урьд байгаагүй шинэ зүйлийг үйлдэж, газар амаа ангайн тэднийг болон тэдэнд хамаарах бүгдийг залгиж, тэд амьдаараа нүх уруу бууж одвол, эдгээр хүмүүс ЭЗЭНийг өдөөн хилэгнүүлснийг та нар ойлгох болно” гэв.</w:t>
      </w:r>
    </w:p>
    <w:p>
      <w:pPr>
        <w:pStyle w:val="ArticleScripture"/>
        <w:jc w:val="left"/>
      </w:pPr>
      <w:r>
        <w:rPr>
          <w:rFonts w:ascii="Times New Roman" w:hAnsi="Times New Roman" w:eastAsia="Times New Roman" w:cs="Times New Roman"/>
        </w:rPr>
        <w:t>Тэгээд тэр эдгээр бүх үгийг хэлж дуусмагц, тэдний доорх газар хагаран ангайв. Газар амаа нээн, тэднийг, тэдний гэрүүдийг, Корахад харьяалагдах бүх хүнийг, мөн тэдний бүх эд хөрөнгийг залгив. Тэд болон өөрсдөд нь хамаарах бүхэн амьдаараа нүхэнд унан орж, газар тэдний дээрээс хаагдсан тул тэд чуулганы дундаас мөхөв.</w:t>
      </w:r>
    </w:p>
    <w:p>
      <w:pPr>
        <w:pStyle w:val="ArticleScripture"/>
        <w:jc w:val="left"/>
      </w:pPr>
      <w:r>
        <w:rPr>
          <w:rFonts w:ascii="Times New Roman" w:hAnsi="Times New Roman" w:eastAsia="Times New Roman" w:cs="Times New Roman"/>
        </w:rPr>
        <w:t>Тэдний эргэн тойронд байсан бүх Израильчууд тэдний хашхирах дуунаас болж зугтав. Учир нь тэд, “Газар биднийг ч бас залгичих вий” гэж хэлж байлаа. Тэгтэл ЭЗЭНээс гал гарч, утлага өргөсөн хоёр зуун тавин хүнийг шатаан устгав. Тооллого 16:28–35.</w:t>
      </w:r>
    </w:p>
    <w:p>
      <w:pPr>
        <w:pStyle w:val="ArticleBody"/>
        <w:jc w:val="left"/>
      </w:pPr>
      <w:r>
        <w:rPr>
          <w:rFonts w:ascii="Times New Roman" w:hAnsi="Times New Roman" w:eastAsia="Times New Roman" w:cs="Times New Roman"/>
        </w:rPr>
        <w:t>1888 оны бослого нь хүж өргөсөн Корах, Датан, Абирам болон 250 хүний бослогоор бэлгэдэгдсэн юм. Тэр 250 хүн нь газар дээрх араатан болох АНУ амаа нээж, луу мэт ярих Ням гаргийн хуульд хүрч ирдэг гурвалсан холбоотон эвсэлтэй нэгдэл байгуулсан байв. Тэр үед тэнгэрээс буусан гал хүж өргөсөн 250 хүнийг устгасан шиг, сүүлчийн бороо хэмжээлшгүйгээр асгардаг. Тэр 250 хүн нь Ням гаргийн хуулийн үеийн сүүлчийн борооны асгаралтын үед устгагддаг хуурамч шашны тогтолцоог төлөөлдөг. Корах болон түүний талынхны дээр газар ангайн нээгдсэн явдал нь Илчлэл арван нэгд байгаа газар хөдлөлт бөгөөд энэ нь АНУ амаа нээж, луу мэт ярьдагийг тодорхойлдог. Тэр 250 дээр тэнгэрээс гал бууж ирэхэд, энэ нь хуурамч эш үзүүлэгчид алагдсан Кармел уулан дахь Елиагийн галыг бэлгэдсэн юм. Кармел уулан дахь Елиагийн гал нь Ням гаргийн хуультай уялддаг тул 250 хүний дээр буусан гал нь сүүлчийн борооны Ням гаргийн хуулийн гал мөн.</w:t>
      </w:r>
    </w:p>
    <w:p>
      <w:pPr>
        <w:pStyle w:val="ArticleBody"/>
        <w:jc w:val="left"/>
      </w:pPr>
      <w:r>
        <w:rPr>
          <w:rFonts w:ascii="Times New Roman" w:hAnsi="Times New Roman" w:eastAsia="Times New Roman" w:cs="Times New Roman"/>
        </w:rPr>
        <w:t>Тооллого ном дахь Корахын бослогын тухай хэсэг нь Иошуа, Калеб хоёрын танилцуулсан Амлагдсан газрын мэдээний эсрэг гарсан бослоготой эш үзүүллэгийн хувьд нийцэж байна. Тэр бослого нь Библийн “өдөөн хатгалтын өдөр”-ийг төлөөлдөг. Корахын бослогын тухай тэр хэсэгт, “та нар эдгээр хүмүүс ЭЗЭНийг өдөөн хатгасныг ойлгох болно” гэжээ.</w:t>
      </w:r>
    </w:p>
    <w:p>
      <w:pPr>
        <w:pStyle w:val="ArticleBody"/>
        <w:jc w:val="left"/>
      </w:pPr>
      <w:r>
        <w:rPr>
          <w:rFonts w:ascii="Times New Roman" w:hAnsi="Times New Roman" w:eastAsia="Times New Roman" w:cs="Times New Roman"/>
        </w:rPr>
        <w:t>Ухаантнууд л ойлгодог бөгөөд Амлагдсан газрын тухай Иошуагийн мэдээний эсрэг боссон тэрсэлтийн дээр Корахын тэрсэлтийн түүхийг тавин үзэх ёстойг ухаантнууд ойлгох ёстой. Тэрхүү тэрсэлт Кадешт болсон бөгөөд Кадеш ч, Корахын тэрсэлт ч хоёулаа Ням гаргийн хуулийн үед Долоо дахь өдрийн Адвентизмийн тэрсэлтийг илэрхийлдэг. Корах болон утлага өргөсөн 250 хүн нь Езекиел 8-д наранд мөргөж буй 25 хүний бэлгэдэл болсон. Езекиел 8 дахь ахмад эрчүүд нь Бурханы сүмийн бэлгэдэл болох Иерусалимд үйлдэгддэг өсөн нэмэгдэх дөрвөн жигшүүрт үйлийн дөрөв дэхийг төлөөлдөг.</w:t>
      </w:r>
    </w:p>
    <w:p>
      <w:pPr>
        <w:pStyle w:val="ArticleBody"/>
        <w:jc w:val="left"/>
      </w:pPr>
      <w:r>
        <w:rPr>
          <w:rFonts w:ascii="Times New Roman" w:hAnsi="Times New Roman" w:eastAsia="Times New Roman" w:cs="Times New Roman"/>
        </w:rPr>
        <w:t>Эхний жигшүүрт зүйл нь атаархлын дүр бөгөөд, хоёр дахь нь далд тасалгаанууд, гурав дахь нь Таммузын төлөө уйлах явдал, дараа нь хорин таван хүн наранд мөргөнө. Дараа нь есдүгээр бүлэгт, наймдугаар бүлэгт дүрслэгдсэн жигшүүрт зүйлсийн төлөө санаа алдан гашуудаж, уйлан буй хүмүүсийг тодорхойлдог. Санаа алдан гашуудаж, уйлан буй тэд дорноос өгсөн гарч ирдэг тэнгэрэлчээр тамгалагдана. Тэнгэрэлч бол элч бөгөөд, нэгэн мэдээг төлөөлдөг.</w:t>
      </w:r>
    </w:p>
    <w:p>
      <w:pPr>
        <w:pStyle w:val="ArticleBody"/>
        <w:jc w:val="left"/>
      </w:pPr>
      <w:r>
        <w:rPr>
          <w:rFonts w:ascii="Times New Roman" w:hAnsi="Times New Roman" w:eastAsia="Times New Roman" w:cs="Times New Roman"/>
        </w:rPr>
        <w:t>Дорнодоос ирэх тамгалах мэдээ нь дорнодын салхины мэдээ бөгөөд, энэ нь Исламын мэдээ юм. Нэг зуун дөчин дөрвөн мянга тамгалагдсаны дараа, сүйтгэгч тэнгэрэлчүүд эш үзүүллийн гаднах шугамын “үндэстний тэрслэл нь үндэстний сүйрлээр дагалдана” хэмээн заадаг тэр л цэгээс ажлаа эхэлнэ. Корахаар төлөөлөгдсөн хүмүүс дээр шүүлт гүйцэлдэхээс өмнө босогчдыг Иерусалимаас гадуур гаргана. Хорон муу хүмүүсийг Иерусалимаас зайлуулна, учир нь Иерусалимаас зугтдаг нь зөв шударга хүмүүс биш юм.</w:t>
      </w:r>
    </w:p>
    <w:p>
      <w:pPr>
        <w:pStyle w:val="ArticleScripture"/>
        <w:jc w:val="left"/>
      </w:pPr>
      <w:r>
        <w:rPr>
          <w:rFonts w:ascii="Times New Roman" w:hAnsi="Times New Roman" w:eastAsia="Times New Roman" w:cs="Times New Roman"/>
        </w:rPr>
        <w:t>Түүнээс гадна Сүнс намайг өргөн авч, зүүн тийш харсан ЭЗЭНий өргөөний зүүн хаалганд хүргэв. Харагтун, хаалганы үүдэнд хорин таван хүн байв. Тэдний дунд би Азурын хүү Иаазаниа болон Бенаиагийн хүү Пелатиа нарыг, ард түмний ноёдыг, харлаа.</w:t>
      </w:r>
    </w:p>
    <w:p>
      <w:pPr>
        <w:pStyle w:val="ArticleScripture"/>
        <w:jc w:val="left"/>
      </w:pPr>
      <w:r>
        <w:rPr>
          <w:rFonts w:ascii="Times New Roman" w:hAnsi="Times New Roman" w:eastAsia="Times New Roman" w:cs="Times New Roman"/>
        </w:rPr>
        <w:t>Тэгээд тэр надад, “Хүний хүү, энэ хотод хорлолыг сэдэж, бузар зөвлөгөө өгдөг хүмүүс эдгээр мөн. Тэд, ‘Тэр цаг ойрхон биш; байшингуудыг барья. Энэ хот бол тогоо, харин бид мах нь мөн’ гэж хэлдэг” гэв.</w:t>
      </w:r>
    </w:p>
    <w:p>
      <w:pPr>
        <w:pStyle w:val="ArticleScripture"/>
        <w:jc w:val="left"/>
      </w:pPr>
      <w:r>
        <w:rPr>
          <w:rFonts w:ascii="Times New Roman" w:hAnsi="Times New Roman" w:eastAsia="Times New Roman" w:cs="Times New Roman"/>
        </w:rPr>
        <w:t>Тиймээс тэдний эсрэг эш үзүүл, эш үзүүл, өө хүний хүү. Тэгээд Эзэний Сүнс миний дээр бууж, надад айлдав: «Ярь; ЭЗЭН ийнхүү айлдаж байна;»</w:t>
      </w:r>
    </w:p>
    <w:p>
      <w:pPr>
        <w:pStyle w:val="ArticleScripture"/>
        <w:jc w:val="left"/>
      </w:pPr>
      <w:r>
        <w:rPr>
          <w:rFonts w:ascii="Times New Roman" w:hAnsi="Times New Roman" w:eastAsia="Times New Roman" w:cs="Times New Roman"/>
        </w:rPr>
        <w:t>Тиймээс, ай Израилийн гэр ээ, та нар ингэж хэлжээ; учир нь та нарын сэтгэлд орж ирдэг зүйлсийг, нэг бүрийг нь Би мэднэ. Та нар энэ хотод алагдагсдаа олшруулж, түүний гудамжуудыг алагдагсдаар дүүргэжээ. Иймээс Эзэн БУРХАН ийнхүү айлдаж байна: Та нарын дунд нь та нарын тавьсан алагдагсад бол мах нь, энэ хот бол тогоо нь мөн; харин Би та нарыг түүний дундаас гаргана. Та нар илднээс эмээсэн; харин Би та нарын дээр илдийг авчирна гэж Эзэн БУРХАН айлдаж байна. Мөн Би та нарыг түүний дундаас гаргаж, харийнхны гарт тушаан өгч, та нарын дунд шүүлтийг үйлдэх болно. Та нар илдээр унана; Би та нарыг Израилийн хил дээр шүүнэ; тэгээд та нар Намайг ЭЗЭН мөн гэдгийг мэдэх болно. Энэ хот та нарын тогоо болохгүй, та нар ч түүний дунд мах нь болохгүй; харин Би та нарыг Израилийн хил дээр шүүнэ. Тэгээд та нар Намайг ЭЗЭН мөн гэдгийг мэдэх болно; учир нь та нар Миний тогтоолуудаар яваагүй, Миний шүүлтүүдийг гүйцэтгээгүй, харин та нарыг тойрон буй харь үндэстнүүдийн ёс заншлаар үйлджээ.</w:t>
      </w:r>
    </w:p>
    <w:p>
      <w:pPr>
        <w:pStyle w:val="ArticleScripture"/>
        <w:jc w:val="left"/>
      </w:pPr>
      <w:r>
        <w:rPr>
          <w:rFonts w:ascii="Times New Roman" w:hAnsi="Times New Roman" w:eastAsia="Times New Roman" w:cs="Times New Roman"/>
        </w:rPr>
        <w:t>Тэгээд намайг эш үзүүлж байхад Бенаиагийн хүү Пелатиа үхэв. Тэгэхэд би нүүрээрээ газар унан, чанга дуугаар хашхиран: “Өө, Эзэн БУРХАН! Та Израилийн үлдэгдлийг бүрмөсөн устгах гэж байна уу?” гэв. Езекиел 11:1–13.</w:t>
      </w:r>
    </w:p>
    <w:p>
      <w:pPr>
        <w:pStyle w:val="ArticleBody"/>
        <w:jc w:val="left"/>
      </w:pPr>
      <w:r>
        <w:rPr>
          <w:rFonts w:ascii="Times New Roman" w:hAnsi="Times New Roman" w:eastAsia="Times New Roman" w:cs="Times New Roman"/>
        </w:rPr>
        <w:t>Ням гаргийн хуулийн үед, буудай нь хогийн ургамлаас ялгагдах үед Иерусалим ариусгагдана. Хорин таван хүнээр, эсвэл Корахын 250 хүнээр төлөөлөгдсөн хүмүүс үхэхээр Иерусалимын “хил” рүү, гадна талд аваачигдана. 25 нь нэг долоо хоног үйлчилдэг тахилчдын тоо бөгөөд 250 гэсэн арав дахин их тоогоор бэлгэдэгдэхдээ дэлхий дахины сүмийг илэрхийлдэг, учир нь арав нь дэлхий дахины бэлгэдэл юм. Тэмцэгч сүм гэдэг нь буудай ба хогийн ургамлаас бүрдсэн сүмийг хэлдэг бол ялгуусан сүм нь зөвхөн буудайгаас бүрдсэн сүмийг төлөөлдөг.</w:t>
      </w:r>
    </w:p>
    <w:p>
      <w:pPr>
        <w:pStyle w:val="ArticleScripture"/>
        <w:jc w:val="left"/>
      </w:pPr>
      <w:r>
        <w:rPr>
          <w:rFonts w:ascii="Times New Roman" w:hAnsi="Times New Roman" w:eastAsia="Times New Roman" w:cs="Times New Roman"/>
        </w:rPr>
        <w:t>“Бурханд амьд сүм гэж үгүй гэж үү? Түүнд сүм бий; харин тэр нь ялгуусан сүм бус, тулалдаж буй сүм мөн. Гишүүдийн дунд дутагдалтай хүмүүс байгаад, буудайн дунд хогийн ургамал байгаад бид харамсаж байна. Есүс ийн хэлсэн: ‘Тэнгэрийн хаанчлалыг өөрийн талбайд сайн үр тарьсан нэгэн хүнтэй зүйрлэж болно. Харин хүмүүсийг унтаж байх хооронд дайсан нь ирж, буудайн дунд хогийн ургамал тарьчихаад явжээ…. Тэгтэл гэрийн эзний зарц нар ирж түүнд, Эзэн ээ, та талбайдаа сайн үр тариагүй гэж үү? Тэгвэл хогийн ургамал хаанаас гарав? гэжээ. Тэр тэдэнд, Үүнийг дайсан хийжээ, гэв. Зарц нар түүнд, Тэгвэл бид явж тэдгээрийг түүж авахыг та хүсэж байна уу? гэв. Харин тэр, Үгүй; та нар хогийн ургамлыг түүхдээ тэдэнтэй хамт буудайг ч бас үндсээр нь сугалчих вий. Ургац хураалт хүртэл хоёуланг нь хамт ургуул. Ургац хураах цагт би хадагч нарт, Эхлээд хогийн ургамлыг хамж аваад, шатаахаар багцлан боо; харин буудайг миний амбаарт хураа гэж хэлнэ, гэв.’”</w:t>
      </w:r>
    </w:p>
    <w:p>
      <w:pPr>
        <w:pStyle w:val="ArticleScripture"/>
        <w:jc w:val="left"/>
      </w:pPr>
      <w:r>
        <w:rPr>
          <w:rFonts w:ascii="Times New Roman" w:hAnsi="Times New Roman" w:eastAsia="Times New Roman" w:cs="Times New Roman"/>
        </w:rPr>
        <w:t>“Улаан буудай ба зэрлэг өвсний тухай сургаалт зүйрлэл дотор зэрлэг өвсийг яагаад түүж авах ёсгүй байсан шалтгааныг бид хардаг; учир нь зэрлэг өвстэй хамт улаан буудай ч үндсээрээ сугарах вий. Хүний үзэл бодол ба шүүлт ноцтой алдаа гаргах байсан. Гэвч алдаа гаргаж, улаан буудайн ганцхан ишийг ч үндсээр нь сугалуулахаас илүүтэйгээр Эзэн, ‘Ургац хураалт хүртэл хоёуланг нь хамт ургуул;’ хэмээн айлддаг; тэгээд тэнгэрэлч нар сүйрэлд оноогдох зэрлэг өвсийг ялган хураах болно. Өндөржсөн үнэнийг итгэнэ хэмээн мэдүүлэгч манай сүмүүдийн дотор ч улаан буудайн дундах зэрлэг өвс мэт дутагдалтай, эндүү ташаа хүмүүс байдаг боловч Бурхан урт тэвчээртэй бөгөөд хүлээцтэй байдаг. Тэрээр эндүүрэгчдийг зэмлэн буруушааж, сануулан анхааруулдаг, гэвч Өөрийн заахыг хүсдэг сургамжийг сурахад удаан байгаа хүмүүсийг Тэр устгадаггүй; Тэр зэрлэг өвсийг улаан буудайгаас үндсээр нь сугалдаггүй. Зэрлэг өвс ба улаан буудай ургац хураалт хүртэл хамт ургах ёстой; улаан буудай бүрэн өсөж, хөгжлийнхөө төгс байдалд хүрэх үедээ, мөн боловсорч гүйцэхэд нь илрэх чанараараа, зэрлэг өвснөөс бүрэн тод ялгагдах болно.</w:t>
      </w:r>
    </w:p>
    <w:p>
      <w:pPr>
        <w:pStyle w:val="ArticleScripture"/>
        <w:jc w:val="left"/>
      </w:pPr>
      <w:r>
        <w:rPr>
          <w:rFonts w:ascii="Times New Roman" w:hAnsi="Times New Roman" w:eastAsia="Times New Roman" w:cs="Times New Roman"/>
        </w:rPr>
        <w:t>“Дэлхий дээрх Христийн сүм төгс бус байх болно, гэвч Бурхан Өөрийн сүмийг төгс бус байдлынх нь улмаас устгадаггүй. Мэдлэгийн дагуу бус хичээл зүтгэлээр дүүрч, сүмийг ариусган, буудайн дундаас хогийн ургамлыг үндсээр нь сугалан зайлуулахыг хүсдэг хүмүүс байсан бөгөөд цаашид ч байх болно. Харин эндэж буй хүмүүстэй, мөн сүм доторх дахин төрөөгүй хүмүүстэй хэрхэн харьцах талаар Христ онцгой гэрэл өгсөн билээ. Зан чанарын хувьд доголдолтой гэж өөрсдийн боддог хүмүүсийг таслан хасахдаа сүмийн гишүүд огцом, хэт хичээнгүй, яаруу үйлдэл хийх ёсгүй. Буудайн дунд хогийн ургамал гарч ирнэ; гэвч Бурханы тогтоосон арга замаар бус бол хогийн ургамлыг түүх нь тэднийг орхихоос илүү их хор хөнөөл учруулна. Эзэн үнэхээр дахин төрсөн хүмүүсийг сүмдээ авчирч байх зуур, Сатан мөн тэр цагт дахин төрөөгүй хүмүүсийг түүний нөхөрлөлд оруулдаг. Христ сайн үрийг тарьж байхад, Сатан хогийн ургамлыг тарьж байдаг. Сүмийн гишүүд дээр бие биедээ эсэргүүцсэн хоёр нөлөө тасралтгүй үйлчилж байдаг. Нэг нөлөө нь сүмийг ариусгахын төлөө ажиллаж байхад, нөгөө нь Бурханы ард түмнийг завхруулахын төлөө ажилладаг.” Testimonies to Ministers, 45, 46.</w:t>
      </w:r>
    </w:p>
    <w:p>
      <w:pPr>
        <w:pStyle w:val="ArticleBody"/>
        <w:jc w:val="left"/>
      </w:pPr>
      <w:r>
        <w:rPr>
          <w:rFonts w:ascii="Times New Roman" w:hAnsi="Times New Roman" w:eastAsia="Times New Roman" w:cs="Times New Roman"/>
        </w:rPr>
        <w:t>Хар санаатнууд устгагдахаар Иерусалимаас гадна аваачигдана. Тэд ургац хураалтын үед зайлуулагддаг бөгөөд тэр нь мөн буудай боловсорч гүйцсэн цаг мөн; учир нь яг тэр үед буудай Пентекостын далласан хоёр талхны анхны үр жимсний даллалтын өргөл болгон цуглуулагддаг. Буудайны анхны үр жимсийг хураах нь Библийн эш үзүүллэгийн тодорхой нэгэн сэдэв мөн. Буудай ба зэрлэг өвсийг ялгах тухай нь чухам энэ сэдвийг хөндөж байгаа бөгөөд Христийн олон сургаалт зүйрлэлүүд энэхүү тун чухал эш үзүүллэгийн тэмдэгт үе шатыг онцлон заадаг.</w:t>
      </w:r>
    </w:p>
    <w:p>
      <w:pPr>
        <w:pStyle w:val="ArticleScripture"/>
        <w:jc w:val="left"/>
      </w:pPr>
      <w:r>
        <w:rPr>
          <w:rFonts w:ascii="Times New Roman" w:hAnsi="Times New Roman" w:eastAsia="Times New Roman" w:cs="Times New Roman"/>
        </w:rPr>
        <w:t>“Дахин хэлэхэд, эдгээр сургаалт зүйрлэлүүд шүүлтийн дараа гэмшлийн хугацаа байхгүй гэдгийг заадаг. Сайн мэдээний ажил дуусмагц сайн ба муугийн хоорондын салгалт тэр даруй явагдаж, ангилал бүрийн хувь заяа үүрд тогтоогдоно.” Christ’s Object Lessons, 123.</w:t>
      </w:r>
    </w:p>
    <w:p>
      <w:pPr>
        <w:pStyle w:val="ArticleBody"/>
        <w:jc w:val="left"/>
      </w:pPr>
      <w:r>
        <w:rPr>
          <w:rFonts w:ascii="Times New Roman" w:hAnsi="Times New Roman" w:eastAsia="Times New Roman" w:cs="Times New Roman"/>
        </w:rPr>
        <w:t>Улаан буудайн өргөл бол нэг зуун дөчин дөрвөн мянга бөгөөд гурав дахь тэнгэрэлч улаан буудайг зэрлэг өвснөөс ялгана.</w:t>
      </w:r>
    </w:p>
    <w:p>
      <w:pPr>
        <w:pStyle w:val="ArticleScripture"/>
        <w:jc w:val="left"/>
      </w:pPr>
      <w:r>
        <w:rPr>
          <w:rFonts w:ascii="Times New Roman" w:hAnsi="Times New Roman" w:eastAsia="Times New Roman" w:cs="Times New Roman"/>
        </w:rPr>
        <w:t>“Тэгээд би гурав дахь тэнгэрэлчийг харлаа. Намайг дагалдан яваа тэнгэрэлч: ‘Түүний үг сүрдмээр, түүний даалгавар аймшигт билээ. Тэр бол буудайг хогийн ургамлаас ялган салгаж, буудайг тэнгэрийн агуулахад зориулан тамгалж эсвэл багцлан боох тэнгэрэлч мөн’ гэж хэлэв. Эдгээр зүйлс нь бүх оюун санааг, бүх анхаарлыг эзэмдэх учиртай. Дахин надад, бид өршөөлийн сүүлчийн мэдээг хүлээн авч байна гэж итгэдэг хүмүүс өдөр бүр шинэ алдаа хүлээн авч, өөртөө шингээж буй хүмүүсээс тусгаар байх шаардлагыг үзүүлэв. Би залуу ч бай, хөгшин ч бай, алдаа ба харанхуйд буй хүмүүсийн цуглаанд оролцож болохгүйг харсан. Тэнгэрэлч: ‘Оюун санаа ашиггүй зүйлс дээр тогтохоо болиг’ гэж хэлэв.” Manuscript Releases, 5-р боть, 425.</w:t>
      </w:r>
    </w:p>
    <w:p>
      <w:pPr>
        <w:pStyle w:val="ArticleBody"/>
        <w:jc w:val="left"/>
      </w:pPr>
      <w:r>
        <w:rPr>
          <w:rFonts w:ascii="Times New Roman" w:hAnsi="Times New Roman" w:eastAsia="Times New Roman" w:cs="Times New Roman"/>
        </w:rPr>
        <w:t>Гурав дахь тэнгэрэлч буудайг тамгалж, мөн буудайг зэрлэг өвснөөс салгадаг. Гурав дахь тэнгэрэлч нь Ням гаргийн хуулийг төлөөлдөг бөгөөд тэнд Лаодикеагийн Долоо дахь өдрийн Адвентист сүмийн удирдлагыг төлөөлөх хорин таван хүн Иерусалимын гадна гаргагдан шүүгддэг. Тэр үед тэмцэгч сүм ялгуусан сүм болон хувирна.</w:t>
      </w:r>
    </w:p>
    <w:p>
      <w:pPr>
        <w:pStyle w:val="ArticleScripture"/>
        <w:jc w:val="left"/>
      </w:pPr>
      <w:r>
        <w:rPr>
          <w:rFonts w:ascii="Times New Roman" w:hAnsi="Times New Roman" w:eastAsia="Times New Roman" w:cs="Times New Roman"/>
        </w:rPr>
        <w:t>“Энэхүү ажил удахгүй дуусах гэж байна. Үнэнчээ батлан харуулсан тулалдагч сүмийн гишүүд ялагч сүм болох болно. Өнгөрсөн түүхээ эргэн харахад, өнөөгийн байр сууринд хүрэх хүртэлх ахиц дэвшлийн алхам бүрээр замнан ирснээ авч үзэхэд, би: Бурханыг магтаг! гэж хэлж чадна. Бурхан юу үйлдсэнийг би харахдаа, гайхшралаар дүүрч, Удирдагч болох Христэд итгэх итгэлээр дүүрдэг. Их Эзэн биднийг хэрхэн удирдан ирснийг болон бидний өнгөрсөн түүхэн дэх Түүний сургаалыг бид мартахгүй л аваас, ирээдүйн талаар бидэнд айх зүйл огт байхгүй.” General Conference Bulletin, 1893 оны 1 дүгээр сарын 29.</w:t>
      </w:r>
    </w:p>
    <w:p>
      <w:pPr>
        <w:pStyle w:val="ArticleBody"/>
        <w:jc w:val="left"/>
      </w:pPr>
      <w:r>
        <w:rPr>
          <w:rFonts w:ascii="Times New Roman" w:hAnsi="Times New Roman" w:eastAsia="Times New Roman" w:cs="Times New Roman"/>
        </w:rPr>
        <w:t>Улаан буудайгаас хогийн ургамлыг салгах эш үзүүллэгийн сэдэв нь Библийн эш үзүүллэгийн томоохон сэдэв мөн. Христ сүмийг цэвэрлэсэн явдал нь энэ ажлын нэгэн дүрслэл бөгөөд түүний оргил нь Ням гаргийн хууль дээр тохиолдоно. Учир нь шүүлтэд өртөх ёстой байсан хүмүүс үхэхээр Иерусалимын зах хүртэл аваачигдаж буйг бид хардаг.</w:t>
      </w:r>
    </w:p>
    <w:p>
      <w:pPr>
        <w:pStyle w:val="ArticleScripture"/>
        <w:jc w:val="left"/>
      </w:pPr>
      <w:r>
        <w:rPr>
          <w:rFonts w:ascii="Times New Roman" w:hAnsi="Times New Roman" w:eastAsia="Times New Roman" w:cs="Times New Roman"/>
        </w:rPr>
        <w:t>“Есүс Өөрийн олон нийтийн үйлчлэлийг эхлэхдээ Сүмийг түүний ариун бус, доромжлон гутаасан бузарлалаас цэвэрлэсэн. Түүний үйлчлэлийн хамгийн сүүлчийн үйлүүдийн нэг нь Сүмийг дахин цэвэрлэсэн явдал байв. Үүнчлэн дэлхийд өгөгдөх анхааруулгын эцсийн ажилд чуулгануудад хандсан хоёр ялгаатай дуудлага гардаг. Хоёр дахь тэнгэрэлчийн мэдээ нь: ‘Агуу тэр хот Вавилон унасан, унасан. Учир нь тэрээр өөрийн завхайрлын хилэнгийн дарсаар бүх үндэстнийг уулгасан’ (Илчлэл 14:8) хэмээн тунхагладаг. Мөн гурав дахь тэнгэрэлчийн мэдээний хүчтэй хашхираанд тэнгэрээс нэгэн дуу сонсогдон: ‘Миний ард түмэн, түүний нүглүүдэд хамсаатан болохгүйн тулд, мөн түүний гай гамшгуудаас хүлээн авахгүйн тулд түүнээс гар. Учир нь түүний нүглүүд тэнгэрт тулсан бөгөөд Бурхан түүний гэм бурууг санасан’ (Илчлэл 18:4, 5) хэмээн айлддаг.” Selected Messages, book 2, 118.</w:t>
      </w:r>
    </w:p>
    <w:p>
      <w:pPr>
        <w:pStyle w:val="ArticleBody"/>
        <w:jc w:val="left"/>
      </w:pPr>
      <w:r>
        <w:rPr>
          <w:rFonts w:ascii="Times New Roman" w:hAnsi="Times New Roman" w:eastAsia="Times New Roman" w:cs="Times New Roman"/>
        </w:rPr>
        <w:t>Улаан буудай ба зэрлэг өвс холилдсон сүм Ням гаргийн хуулийн хямрал хүртэл оршин байна. Тэр үед зэрлэг өвс нь хүний хүчээр бус, харин гурав дахь тэнгэрэлчээр зайлуулагдана. Энэ нь Ням гаргийн хуулийг төлөөлөхийн зэрэгцээ, мөн хожмын борооны мэдээ чангарч агуу хашхираан болон өсөн нэмэгдэхийг илэрхийлдэг. Зэрлэг өвс нь улаан буудайн адил эш үзүүллэгийн гэрчлэлийн нэгэн бүрэлдэхүүн хэсэг мөн. Бурханы дээд зохицуулалт Ням гаргийн хуульд хүрч, гурав дахь тэнгэрэлч ариун сүмийг хоёр дахь удаагаа цэвэршүүлнэ. Тэрээр 1844 оны 10 дугаар сарын 22-нд түүнийг цэвэршүүлсэн бөгөөд ариун сүмийн хоёр дахь цэвэршүүлэлт нь Ням гаргийн хууль юм.</w:t>
      </w:r>
    </w:p>
    <w:p>
      <w:pPr>
        <w:pStyle w:val="ArticleBody"/>
        <w:jc w:val="left"/>
      </w:pPr>
      <w:r>
        <w:rPr>
          <w:rFonts w:ascii="Times New Roman" w:hAnsi="Times New Roman" w:eastAsia="Times New Roman" w:cs="Times New Roman"/>
        </w:rPr>
        <w:t>Ням гаргийн хуулинд хүргэх түүхийн гаднах үйл явдлууд нь ялагч сүмийн гэрчлэлийн нэгэн гол бүрэлдэхүүн мөн бөгөөд буудай, хогийн өвс, мөн энэ хоёр ангийг боох явдал ч түүнчлэн мөн. Илчлэлт номын төгсгөлийн мэдээнүүд нь гурван тэнгэрэлчийн мэдээнүүд бөгөөд тэдгээр нь энэ хоёр ангийг ялган салгаж, боодог. Гэвч Эгч Уайт эдгээр “төгсгөлийн мэдээнүүд” нь “ургацыг боловсордог” хэмээн тодорхойлдгийг харах нь чухал. Ургацыг боловсордог төгсгөлийн мэдээ нь хожмын бороо мөн бөгөөд энэ нь 250 хүнийг “устгалын галд зориулсан боодол мэт” боодог гал юм.</w:t>
      </w:r>
    </w:p>
    <w:p>
      <w:pPr>
        <w:pStyle w:val="ArticleScripture"/>
        <w:jc w:val="left"/>
      </w:pPr>
      <w:r>
        <w:rPr>
          <w:rFonts w:ascii="Times New Roman" w:hAnsi="Times New Roman" w:eastAsia="Times New Roman" w:cs="Times New Roman"/>
        </w:rPr>
        <w:t>“Иоханд сүмийн туршлагад хамаарах гүн гүнзгий бөгөөд сэтгэл хөдөлгөм ач холбогдолтой үзэгдлүүд нээгдсэн юм. Тэрээр Бурханы ард түмний байр суурь, аюул занал, тэмцэл зөрчил, мөн эцсийн аврал чөлөөлөлтийг харсан. Тэрээр газрын ургацыг боловсруулан гүйцээх төгсгөлийн мэдээнүүдийг тэмдэглэн бичсэн бөгөөд тэрхүү ургац нь эсвэл тэнгэрийн агуулахад хураагдах боодлууд, эсвэл сүйрлийн галд шатаагдах багцууд болох ёстой байв. Асар их ач холбогдолтой сэдвүүд, ялангуяа эцсийн сүмд зориулан, түүнд илчлэгдсэн бөгөөд ингэснээр алдаанаас үнэн рүү эргэх хүмүүс өмнө нь буй аюул занал ба тэмцэл зөрчлийн талаар сургамжлагдах ёстой байлаа. Газар дэлхий дээр ирэх зүйлсийн талаар хэн ч харанхуйд байх хэрэггүй.” “Агуу Тэмцэл”, 341.</w:t>
      </w:r>
    </w:p>
    <w:p>
      <w:pPr>
        <w:pStyle w:val="ArticleBody"/>
        <w:jc w:val="left"/>
      </w:pPr>
      <w:r>
        <w:rPr>
          <w:rFonts w:ascii="Times New Roman" w:hAnsi="Times New Roman" w:eastAsia="Times New Roman" w:cs="Times New Roman"/>
        </w:rPr>
        <w:t>Түүний сүмийг ариусгасан явдал нь мөн Иохан Баптист өөрийн үйлчлэлийн дараа ирэх Нэгэн хэмээн танилцуулсан Шорооны сойз барьсан хүний ажлаар дүрслэгддэг. Тэр бол Миллерийн зүүдэнд хог хаягдлыг шүүрдэн гаргадаг нэгэн юм.</w:t>
      </w:r>
    </w:p>
    <w:p>
      <w:pPr>
        <w:pStyle w:val="ArticleScripture"/>
        <w:jc w:val="left"/>
      </w:pPr>
      <w:r>
        <w:rPr>
          <w:rFonts w:ascii="Times New Roman" w:hAnsi="Times New Roman" w:eastAsia="Times New Roman" w:cs="Times New Roman"/>
        </w:rPr>
        <w:t>“Эзэн зөвт ба ёс бусын хоорондын ялгааг илчлэх гэж байна. Учир нь Түүний ‘салхинд хийсгэгч нь гартаа байгаа бөгөөд Тэрээр өөрийн үтрэмийг бүрэн цэвэрлэж, буудайгаа агуулахдаа хураан авна; харин хальсыг нь үл унтрах галаар шатаана.’” Review and Herald, 1892 оны 11 дүгээр сарын 8.</w:t>
      </w:r>
    </w:p>
    <w:p>
      <w:pPr>
        <w:pStyle w:val="ArticleBody"/>
        <w:jc w:val="left"/>
      </w:pPr>
      <w:r>
        <w:rPr>
          <w:rFonts w:ascii="Times New Roman" w:hAnsi="Times New Roman" w:eastAsia="Times New Roman" w:cs="Times New Roman"/>
        </w:rPr>
        <w:t>1849 онд Эзэн Өөрийн ард түмний үлдэгсдийг цуглуулахын тулд мутраа хоёр дахь удаагаа сунгасан хэмээн тогтоохдоо Эгч Уайт Исаиаг эш татсан бөгөөд Исаиа болон Эгч Уайт хоёул нэг зуун дөчин дөрвөн мянгын эцсийн цугларалтыг зааж байна. Цуглуулах үйл явцад эхний урам хугарал байдлаар дүрслэгдсэн тараалт ба цугларалт багтдаг бөгөөд энэ нь саатлын цагийн төгсгөл дэх цугларалтад хүргэдэг. Нэг зуун дөчин дөрвөн мянгын тамгалалтын эдгээр бүрэлдэхүүн хэсэг тус бүр нь Библийн зөгнөлийн тодорхой сэдэв мөн. Нүглийг төгсгөлд нь хүргэхийн тулд Эзэний Өөрийн хэрэгсэл болгон ашигладаг гадаад түүх Даниел 11:11-д дүрслэгдсэн; эцсийн цугларалт Исаиа 11:11-д байдаг; саатлын цагийн төгсгөл Илчлэл 11:11-д байдаг; мөн Ням гаргийн хуулийн үеийн буудай ба хогийн ургамлын ялгалт Езекиел 11:11-д байрладаг:</w:t>
      </w:r>
    </w:p>
    <w:p>
      <w:pPr>
        <w:pStyle w:val="ArticleScripture"/>
        <w:jc w:val="left"/>
      </w:pPr>
      <w:r>
        <w:rPr>
          <w:rFonts w:ascii="Times New Roman" w:hAnsi="Times New Roman" w:eastAsia="Times New Roman" w:cs="Times New Roman"/>
        </w:rPr>
        <w:t>Энэ хот та нарын тогоо болохгүй, мөн та нар түүний доторх мах нь ч болохгүй; харин Би та нарыг Израилийн хил дээр шүүнэ. Езекиел 11:11.</w:t>
      </w:r>
    </w:p>
    <w:p>
      <w:pPr>
        <w:pStyle w:val="ArticleBody"/>
        <w:jc w:val="left"/>
      </w:pPr>
      <w:r>
        <w:rPr>
          <w:rFonts w:ascii="Times New Roman" w:hAnsi="Times New Roman" w:eastAsia="Times New Roman" w:cs="Times New Roman"/>
        </w:rPr>
        <w:t>Иоелд, ариун сүмийн харгалзагчид байх учиртай байсан эртний ахмадуудаас “шинэ дарс” таслагдсан байдаг. Шөнийн дунд хашхирааны мэдээ нь Иоелийн шинэ дарс мөн бөгөөд Ням гаргийн хуулийн үед дээрээс буун ирэх гал нь Пентекостын галаар урьдчилан дүрслэгдсэн юм. Тэр гал нь шинэ дарс болох нэгэн мэдээг төлөөлдөг, гэвч мөн утлага өргөсөн 250 хүнийг устгадаг тэрхүү мэдээ мөн билээ. Лаодикийн Долоо дахь өдрийн Адвентист сүм Ням гаргийн хуулийн үед төгсдөг; учир нь яг тэр үед гал хэмжээлшгүйгээр асгагдаж, утлага өргөсөн 250 хүнийг устгана; тиймээс тэдний мөргөлийн тогтолцоог устгадаг.</w:t>
      </w:r>
    </w:p>
    <w:p>
      <w:pPr>
        <w:pStyle w:val="ArticleBody"/>
        <w:jc w:val="left"/>
      </w:pPr>
      <w:r>
        <w:rPr>
          <w:rFonts w:ascii="Times New Roman" w:hAnsi="Times New Roman" w:eastAsia="Times New Roman" w:cs="Times New Roman"/>
        </w:rPr>
        <w:t>Долоо дахь өдрийн Адвентист сүм Ням гаргийн хуулийн үед үнэнч байвал, Америкийн Нэгдсэн Улсын засгийн газрын хүч чадал, сүр хүчин түүнийг хаан зогсооно. Харин үнэнч бус байвал, тэр зүгээр л нэрээ Нэгдүгээр өдрийн Адвентист сүм, эсвэл түүнтэй тун төстэй өөр нэр болгон өөрчилнө. Зөвт ч бай, зөвт бус ч бай, Долоо дахь өдрийн Адвентист сүм Ням гаргийн хуулиас цааш гардаггүй. Зөгнөлийн гэрчлэл Адвентизм 9/11 дээр хуучин замуудын мэдээг няцаасан болохыг тодорхойлдог бөгөөд тэрхүү хуучин замууд Ням гаргийн хуулийн үе дэх хаалттай үүдэнд хүргэдэг. Тэрхүү 25 хүнийг Езекиелийн эшлэлд “Азурын хүү Иаазаниа, Бенаяагийн хүү Пелатиа, ард түмний ноёд” хэмээн төлөөлүүлсэн байдаг.</w:t>
      </w:r>
    </w:p>
    <w:p>
      <w:pPr>
        <w:pStyle w:val="ArticleBody"/>
        <w:jc w:val="left"/>
      </w:pPr>
      <w:r>
        <w:rPr>
          <w:rFonts w:ascii="Times New Roman" w:hAnsi="Times New Roman" w:eastAsia="Times New Roman" w:cs="Times New Roman"/>
        </w:rPr>
        <w:t>Тэдний нэрс нь Бурханы ард түмний шинж чанаруудыг илэрхийлж байгаа боловч энэ нь ердөө нэр төдийхөн юм. Яазаниа гэдэг нь «Бурхан сонсдог» гэсэн утгатай бөгөөд тэрээр Азурын хүү юм; Азур гэдэг нь туслах, хамгаалах гэсэн утгатай. Эгч Уайт 25 хүнийг «Азур»-аар төлөөлөгдсөнөөр харуулсанчлан хамгаалагчид байх ёстой байсан гэж хэлдэг. Түүний хүү өөрийгөө Бурханыг «сонсдог» хэмээн илэрхийлдэг боловч тэр нь харсаар байж хардаггүй, сонссоор байж сонсдоггүй бүлэгт хамаардаг. Пелатиа гэдэг нь Бурханаар аврагдсан гэсэн утгатай бөгөөд түүний эцэг «Бенаиа» гэдэг нь Бурхан байгуулсан гэсэн утгатай. Езекиел анхааруулгын мэдээгээ дуусгахад Пелатиа үхэв.</w:t>
      </w:r>
    </w:p>
    <w:p>
      <w:pPr>
        <w:pStyle w:val="ArticleScripture"/>
        <w:jc w:val="left"/>
      </w:pPr>
      <w:r>
        <w:rPr>
          <w:rFonts w:ascii="Times New Roman" w:hAnsi="Times New Roman" w:eastAsia="Times New Roman" w:cs="Times New Roman"/>
        </w:rPr>
        <w:t>Энэ хот та нарт тогоо болохгүй, мөн та нар түүний дунд буй мах болохгүй; харин Би та нарыг Израилийн хил дээр шүүнэ. Тэгээд та нар Намайг ЭЗЭН мөн гэдгийг мэдэх болно. Учир нь та нар Миний тогтоолуудаар яваагүй, Миний шүүлтүүдийг хэрэгжүүлээгүй, харин өөрсдийгөө хүрээлэн буй харь үндэстнүүдийн ёс заншлын дагуу үйлдсэн. Тэгээд намайг эш үзүүлж байхад Бенаягийн хүү Пелатиа үхэв. Тэгэхэд би нүүрээрээ унан, чанга дуугаар хашхиран: Ай, Эзэн БУРХАН! Та Израилийн үлдэгсдийг бүрмөсөн устгах гэж байна уу? гэж хэлэв. Езекиел 11:11–13.</w:t>
      </w:r>
    </w:p>
    <w:p>
      <w:pPr>
        <w:pStyle w:val="ArticleBody"/>
        <w:jc w:val="left"/>
      </w:pPr>
      <w:r>
        <w:rPr>
          <w:rFonts w:ascii="Times New Roman" w:hAnsi="Times New Roman" w:eastAsia="Times New Roman" w:cs="Times New Roman"/>
        </w:rPr>
        <w:t>Езекиелийн чанга дуугаар Пелатиа үхэв. Илчлэл арван нэгдүгээр бүлгийн биеллээр буудай нь 2020 оны 7-р сарын 18-нд гудамжинд үхэв. Буудай нь Бурханы Үгийн анхны зохиогч Мосе, мөн ирэх Елиагийн амлалт бөгөөд энэ нь Хуучин Гэрээний сүүлчийн айлдвар юм. Альфа ба Омега нь Содом ба Египетийн гудамжинд алагдсан боловч Илчлэл 11:11-д дүрслэгдсэнчлэн 2024 онд амилуулагдана. Тэднийг үхсэн байх хугацаанд Содом ба Египет баярлав. Езекиел Пелатиагийн үхлийг үлдэгдлийн цаг үед байрлуулдаг. Учир нь тэрээр, “Эзэн Бурхан аа! Та Израилийн үлдэгдлийг бүрмөсөн төгсгөх үү?” хэмээн хэлдэг. Исаиагийн дагуу Содом нь үлдэгдлийн цаг үе дэх Долоо дахь өдрийн Адвентист сүм мөн.</w:t>
      </w:r>
    </w:p>
    <w:p>
      <w:pPr>
        <w:pStyle w:val="ArticleScripture"/>
        <w:jc w:val="left"/>
      </w:pPr>
      <w:r>
        <w:rPr>
          <w:rFonts w:ascii="Times New Roman" w:hAnsi="Times New Roman" w:eastAsia="Times New Roman" w:cs="Times New Roman"/>
        </w:rPr>
        <w:t>Тэнгэрүүд ээ, сонсогтун; газар дэлхий ээ, чих тавигтун. Учир нь ЭЗЭН айлдахдаа: Би хүүхдүүдийг тэжээн өсгөсөн, хүмүүжүүлсэн; харин тэд Миний эсрэг тэрсэлжээ. Үхэр эзнээ мэддэг, илжиг ч эзнийхээ тэвшийг таньдаг; харин Израиль мэдэхгүй, Миний ард түмэн ухаардаггүй.</w:t>
      </w:r>
    </w:p>
    <w:p>
      <w:pPr>
        <w:pStyle w:val="ArticleScripture"/>
        <w:jc w:val="left"/>
      </w:pPr>
      <w:r>
        <w:rPr>
          <w:rFonts w:ascii="Times New Roman" w:hAnsi="Times New Roman" w:eastAsia="Times New Roman" w:cs="Times New Roman"/>
        </w:rPr>
        <w:t>Нүглээр дүүрсэн үндэстэн аа, гэм буруунд дарагдсан ард түмэн, хорон мууг үйлдэгчдийн үр удам, завхруулагч хүүхдүүд ээ: тэд ЭЗЭНийг орхиж, Израилийн Ариун Нэгнийг уурлуулж, ухран буцсан бөлгөө. Та нар юунд дахин цохиулах ёстой гэж? Та нар улам бүр тэрслэх болно. Бүхэл толгой өвчилсөн, бүхэл зүрх сульдсан байна. Хөлийн улнаас эхлээд толгой хүртэл түүнд эрүүл юм нэг ч алга; харин шарх, няцрал, идээлсэн ярхнууд байна. Тэдгээрийг боогоогүй, боолтоор ороогоогүй, тосоор зөөлрүүлээгүй байна. Танай нутаг эзгүйрч, танай хотууд галд шатжээ; танай газар нутгийг харийнхан та нарын нүдэн дээр залгиж, харийнханд сүйрүүлэгдсэн мэт эзгүйрчээ. Сионы охин усан үзмийн талбай дахь овоохой мэт, өргөст хэмхийн цэцэрлэг дэх түр сууц мэт, бүслэгдсэн хот мэт үлдсэн байна.</w:t>
      </w:r>
    </w:p>
    <w:p>
      <w:pPr>
        <w:pStyle w:val="ArticleScripture"/>
        <w:jc w:val="left"/>
      </w:pPr>
      <w:r>
        <w:rPr>
          <w:rFonts w:ascii="Times New Roman" w:hAnsi="Times New Roman" w:eastAsia="Times New Roman" w:cs="Times New Roman"/>
        </w:rPr>
        <w:t>Түмэн цэргийн ЭЗЭН бидэнд тун өчүүхэн үлдэгсдийг үлдээгээгүйсэн бол, бид Содом шиг болж, Гоморратай адил болох байсан. Содомын захирагчид аа, ЭЗЭНий үгийг сонсогтун; Гоморрагийн ард түмэн ээ, бидний Бурханы хуулинд чих тавигтун. Исаиа 1:2–10.</w:t>
      </w:r>
    </w:p>
    <w:p>
      <w:pPr>
        <w:pStyle w:val="ArticleBody"/>
        <w:jc w:val="left"/>
      </w:pPr>
      <w:r>
        <w:rPr>
          <w:rFonts w:ascii="Times New Roman" w:hAnsi="Times New Roman" w:eastAsia="Times New Roman" w:cs="Times New Roman"/>
        </w:rPr>
        <w:t>Үлдэгдлийн үеэр Мосе ба Елиа Содом ба Египетэд алагддаг. Египет нь завхарсан төрийн засаглалын бэлгэдэл, харин Содом нь завхарсан сүмийн засаглалын бэлгэдэл юм. Бенаиагийн хүү Пелатиа Ням гаргийн хуулийн үед үхдэг бөгөөд Исаиа үүнийг өдөөн хатгалгын библийн өдөртэй, өөрөөр хэлбэл 1863 он эсвэл Ням гаргийн хуультай, дүйцүүлэн үзүүлдэг. Бенаиагийн хүү Пелатиа нь Бурханы Үгийг үнэхээр сонсдог хүмүүсийн хуурамч дуурайлыг төлөөлдөг. Үлдэгдлийн үед Мосе ба Елиагаар төлөөлөгдөгсөд алагдаад дараа нь амилдаг. Тэрхүү амилалт 2023 оны долоодугаар сард цөл дэх нэгэн дуу хоолойгоор эхэлсэн. 2024 оноос эхлэн буудай ба хогийн ургамлын эцсийн тусгаарлалт явагдаж байна.</w:t>
      </w:r>
    </w:p>
    <w:p>
      <w:pPr>
        <w:pStyle w:val="ArticleBody"/>
        <w:jc w:val="left"/>
      </w:pPr>
      <w:r>
        <w:rPr>
          <w:rFonts w:ascii="Times New Roman" w:hAnsi="Times New Roman" w:eastAsia="Times New Roman" w:cs="Times New Roman"/>
        </w:rPr>
        <w:t>Ням гаргийн хуулийн үед Долоо дахь өдрийн Адвентист сүм өөрсдийгөө авралгүй болсноо мэдэх болно.</w:t>
      </w:r>
    </w:p>
    <w:p>
      <w:pPr>
        <w:pStyle w:val="ArticleScripture"/>
        <w:jc w:val="left"/>
      </w:pPr>
      <w:r>
        <w:rPr>
          <w:rFonts w:ascii="Times New Roman" w:hAnsi="Times New Roman" w:eastAsia="Times New Roman" w:cs="Times New Roman"/>
        </w:rPr>
        <w:t>Энэ хот та нарын тогоо болохгүй, мөн та нар түүний доторх мах болохгүй; харин Би та нарыг Израилийн хил дээр шүүнэ. Тэгээд та нар Намайг ЭЗЭН мөн гэдгийг мэдэх болно. Учир нь та нар Миний тогтоолуудаар яваагүй, Миний шүүлтүүдийг хэрэгжүүлээгүй, харин эргэн тойрон дахь харь үндэстнүүдийн заншлын дагуу үйлдсэн билээ. Тэгээд намайг эш үзүүлж байхад Бенаяагийн хүү Пелатиа үхэв. Езекиел 11:11–13.</w:t>
      </w:r>
    </w:p>
    <w:p>
      <w:pPr>
        <w:pStyle w:val="ArticleBody"/>
        <w:jc w:val="left"/>
      </w:pPr>
      <w:r>
        <w:rPr>
          <w:rFonts w:ascii="Times New Roman" w:hAnsi="Times New Roman" w:eastAsia="Times New Roman" w:cs="Times New Roman"/>
        </w:rPr>
        <w:t>Пелатиагийн үхэл—түүний нэр нь “Бурханаар аврагдсан” гэсэн утгатай боловч, энэ хүрээнд бол үхэлд тушаагдсан гэсэн утгыг илэрхийлнэ—Даниел 11-ийн дөчин нэгдүгээр зүйлд арван нэг дэх цагийн ажилчид хойд зүгийн хааны гараас аврагдах яг тэр мөчид тохиолддог. Пелатиа Ням гаргийн хуулийн үед хойд зүгийн хааны гарт тушаагдана. Бенаягийн хүү Пелатиа, “Бурхан юу босгосон бэ” гэсэн утгатай. Бурхан Ням гаргийн хуулийн үед ялгуусан чуулган болгон өргөхийн тулд дахин нэгэнтээ сүмийг байгуулсан яг тэр мөчид Пелатиагаар төлөөлөгдөгчид үхэлд тушаагддаг. Учир нь тэд хуучин эзгүйрсэн газруудыг сэргээн босгох ажилд оролцохын оронд, өөрсдөдөө Товиагийн булшийг барьж байсан юм. Пелатиа Исаиагийн “толгойноос хөлийн ул хүртэл” гэдгийг төлөөлдөг бөгөөд энэ нь бүхэлдээ нүглээр дүүрсэн бие махбод юм. Тэр бие бол улам бүр нэмэгдсэн тэрслэлийн дөрвөн үеийн төгсгөл дэх Лаодикийн Долоо дахь өдрийн Адвентист сүм мөн. Исаиа үүнийг “улам бүр тэрслэх” хэмээн өгүүлэхдээ өсөн нэмэгдэх тэрслэл хэмээн илэрхийлдэг. 2024 онд эхэлсэн эцсийн шалгалтын явцад буудай гурав хагас өдөр үхмэл байж, дараа нь амилна. Тэр үед тэд ЭЗЭН бол Бурхан мөн гэдгийг мэдэх болно.</w:t>
      </w:r>
    </w:p>
    <w:p>
      <w:pPr>
        <w:pStyle w:val="ArticleScripture"/>
        <w:jc w:val="left"/>
      </w:pPr>
      <w:r>
        <w:rPr>
          <w:rFonts w:ascii="Times New Roman" w:hAnsi="Times New Roman" w:eastAsia="Times New Roman" w:cs="Times New Roman"/>
        </w:rPr>
        <w:t>Тиймээс эш үзүүлж, тэдэнд ийнхүү хэлэгтүн: Эзэн БУРХАН ийн айлдаж байна; Харагтун, ай Миний ард түмэн, Би та нарын булшнуудыг нээж, та нарыг булшнуудаас чинь гарган ирүүлж, Израилийн нутагт аваачна. Ай Миний ард түмэн, Би булшнуудыг чинь нээж, та нарыг булшнуудаас чинь гарган ирүүлэх үед, та нар Намайг ЭЗЭН мөн гэдгийг мэдэх болно. Би Өөрийн Сүнсийг та нарын дотор оруулах бөгөөд та нар амьдарна, мөн Би та нарыг өөрсдийнх нь нутагт байрлуулна. Тэгээд та нар Намайг, ЭЗЭН Би үүнийг айлдаж, мөн гүйцэтгэсэн гэдгийг мэдэх болно гэж ЭЗЭН айлдаж байна. Езекиел 37:12–14.</w:t>
      </w:r>
    </w:p>
    <w:p>
      <w:pPr>
        <w:pStyle w:val="ArticleBody"/>
        <w:jc w:val="left"/>
      </w:pPr>
      <w:r>
        <w:rPr>
          <w:rFonts w:ascii="Times New Roman" w:hAnsi="Times New Roman" w:eastAsia="Times New Roman" w:cs="Times New Roman"/>
        </w:rPr>
        <w:t>Ням гарагийн хуулийн үеийн хорин таван хүнээр төлөөлүүлэгдсэн хуурамч санваартнууд тэр үед ЭЗЭН бол Бурхан мөн гэдгийг мэдэх болно. Улаан буудай нь 2024 онд ЭЗЭН бол Бурхан мөн гэдгийг мэддэг, харин хогийн ургамал нь хэтэрхий оройтсон үед, Ням гарагийн хуулийн үеэр тэрхүү мэдлэгт сэрдэг. Энэ хугацаа нэг булш ба амилалтаар эхэлж, нэг булш ба амилалтгүйгээр төгсөнө. Эхлэл дэх улаан буудай нь Илчлэлт арван нэгдүгээр бүлгийн амилалтыг Тэр биелүүлэх үед Бурханыг мэддэг бөгөөд хогийн ургамал нь мөнхүү бүлгийн Ням гарагийн хуулийн газар хөдлөлтийн үед мэддэг. Эдгээр хоёр тэмдэгтийн хоорондох хугацаанд хожмын борооны шалгалтын үйл явц нь ургац хураалтын төлөө хоёр ангийг хоёуланг нь төлөвшилд хүргэдэг.</w:t>
      </w:r>
    </w:p>
    <w:p>
      <w:pPr>
        <w:pStyle w:val="ArticleBody"/>
        <w:jc w:val="left"/>
      </w:pPr>
      <w:r>
        <w:rPr>
          <w:rFonts w:ascii="Times New Roman" w:hAnsi="Times New Roman" w:eastAsia="Times New Roman" w:cs="Times New Roman"/>
        </w:rPr>
        <w:t>Иоелын мэдээ нь усан үзмийн талбайн дуу мөн; гэвч түүний хамгийн түрүүнд хөндөж буй асуудал нь хүмүүс сүүлчийн өдрүүдийг өмнөх өдрүүдээр нь таньж чадах эсэх тухай юм. Иоел дахь “өвгөд” үүнийг таньж чадсангүй. Учир нь шөнө дундын сэрээх дуудлага ирэхэд тэд таслагдан хаягддаг—газрын араатан ярихын тулд амаа нээдэг тэрхүү газарт, мөн Балаамын илжиг ярьсан, Иохан Баптистын эцэг ярьсан тэр газарт, Эзэний амнаас бөөлжин гаргагддаг юм.</w:t>
      </w:r>
    </w:p>
    <w:p>
      <w:pPr>
        <w:pStyle w:val="ArticleBody"/>
        <w:jc w:val="left"/>
      </w:pPr>
      <w:r>
        <w:rPr>
          <w:rFonts w:ascii="Times New Roman" w:hAnsi="Times New Roman" w:eastAsia="Times New Roman" w:cs="Times New Roman"/>
        </w:rPr>
        <w:t>“өвгөн эртний хүмүүс”-т ирэх шүүлт нь энэ нь та нарын эцэг өвгөдийн өдрүүдэд тохиолдож байсан уу гэсэн асуултад үндэслэгддэг. Энэ хэсэг “үүнийг сонсогтун” хэмээн эхэлдэг. Дараа нь энэ нь хоёр гэрчийг тавьдаг: нэг нь хүмүүсийн дөрвөн үе, нөгөө нь шавжийн дөрвөн төрөл. Тэгээд тэд Шөнө Дундын Хашхираанд сэрээгдвэл, Бурханы сонгосон гэрээт ард түмэн болохын хувьд өөрсдийгөө өнгөрүүлэгдсэнийг л олж мэднэ. Тэд дарсгүй байсан учраас өнгөрүүлэгдээгүй, харин буруу дарстай байсан учраас өнгөрүүлэгдсэн. Арван онгон бүсгүйн сургаалт зүйрлэлд, Иоелын шинэ дарс нь тос юм.</w:t>
      </w:r>
    </w:p>
    <w:p>
      <w:pPr>
        <w:pStyle w:val="ArticleBody"/>
        <w:jc w:val="left"/>
      </w:pPr>
      <w:r>
        <w:rPr>
          <w:rFonts w:ascii="Times New Roman" w:hAnsi="Times New Roman" w:eastAsia="Times New Roman" w:cs="Times New Roman"/>
        </w:rPr>
        <w:t>Тэдний аврал нь хожуугийн борооны мэдээний “шинэ дарс”-ыг хүлээн авах эсэхийн нөхцөлд тавигдсан байдаг. “Хөгшин ба эртний хүмүүс”-ийг Исаиа мөн “Ефраимын согтуу хүмүүс” хэмээн дүрсэлдэг бөгөөд Илчлэлт долоодугаар бүлэгт лацдагдагсдын дунд Ефраим төлөөлөгддөггүй. Түүний оронд түүний ах Манассе орлуулан тавигддаг. Манассегаас илүү ёс бус хааныг олоход бэрх, гэвч тэр Ефраимын согтуу хүмүүсийг орлодог.</w:t>
      </w:r>
    </w:p>
    <w:p>
      <w:pPr>
        <w:pStyle w:val="ArticleScripture"/>
        <w:jc w:val="left"/>
      </w:pPr>
      <w:r>
        <w:rPr>
          <w:rFonts w:ascii="Times New Roman" w:hAnsi="Times New Roman" w:eastAsia="Times New Roman" w:cs="Times New Roman"/>
        </w:rPr>
        <w:t>Өөрсдийн сүнслэг доройтолд гашууддаггүй, мөн бусдын нүглийн төлөө эмгэнэн уйлдаггүй бүлэг хүмүүс Бурханы тамгагүйгээр үлдэнэ. Эзэн Өөрийн элч нарыг, гартаа хядах зэвсэг барьсан хүмүүсийг, ийнхүү тушаана: “Түүний араас хотын дундуур явж, цохигтун; нүд чинь бүү өршөөг, бас бүү энэр: хөгшин залууг, онгон охид, балчир хүүхдүүд, эмэгтэйчүүдийг бүрмөсөн хөнөөгтүн. Харин тэмдэгтэй хэн боловч түүнд бүү ойртогтун; мөн Миний ариун газраас эхэл. Тэгээд тэд өргөөний өмнө байсан ахмад хүмүүсээс эхлэв.”</w:t>
      </w:r>
    </w:p>
    <w:p>
      <w:pPr>
        <w:pStyle w:val="ArticleScripture"/>
        <w:jc w:val="left"/>
      </w:pPr>
      <w:r>
        <w:rPr>
          <w:rFonts w:ascii="Times New Roman" w:hAnsi="Times New Roman" w:eastAsia="Times New Roman" w:cs="Times New Roman"/>
        </w:rPr>
        <w:t>“Эндээс бид сүм—Эзэний ариун газар—Бурханы уур хилэнгийн цохилтыг хамгийн түрүүнд амссаныг харж байна. Өндөр настнууд, Бурханаас агуу гэрэл хүлээн авч, ард түмний сүнслэг ашиг сонирхлын харгалзагчид болон зогсож байсан тэд, өөрсдөд нь итгэмжлэгдсэн үүргийг урвасан байв. Тэд урьдын өдрүүдийн адил гайхамшгууд болон Бурханы хүчний тод илрэлийг бид хүлээх хэрэггүй гэсэн байр суурийг эзэлсэн байлаа. Цаг үе өөрчлөгдсөн. Эдгээр үгс нь тэдний үл итгэлийг бататгаж, тэд: Эзэн сайн ч хийхгүй, муу ч хийхгүй гэж хэлдэг. Тэр Өөрийн ард түмнийг шүүлтээр шийтгэхээр айлчлан ирэхэд дэндүү өршөөнгүй гэж тэд үздэг. Ийнхүү “Амар тайван ба аюулгүй байдал” гэдэг нь, Бурханы ард түмэнд тэдний гэм бурууг, Иаковын гэрт тэдний нүглийг харуулахын тулд дахин хэзээ ч бүрээ мэт дуу хоолойгоо өргөхгүй хүмүүсийн хашхираан болдог. Хуцахыг хүсээгүй энэ хэлгүй ноход бол гомдсон Бурханы зөвт өшөө авалтыг амсдаг хүмүүс мөн. Эрчүүд, бүсгүйчүүд, балчир хүүхдүүд бүгд хамтдаа мөхдөг.”</w:t>
      </w:r>
    </w:p>
    <w:p>
      <w:pPr>
        <w:pStyle w:val="ArticleScripture"/>
        <w:jc w:val="left"/>
      </w:pPr>
      <w:r>
        <w:rPr>
          <w:rFonts w:ascii="Times New Roman" w:hAnsi="Times New Roman" w:eastAsia="Times New Roman" w:cs="Times New Roman"/>
        </w:rPr>
        <w:t>“Итгэмжит хүмүүсийн санаа алдан гашуудан уйлж байсан тэр жигшүүрт зүйлс нь хязгаарлагдмал хүний нүдэнд илэрч болох бүх зүйл байсан боловч, түүнээс хавьгүй илүү аймшигтай нүглүүд, ариун бөгөөд гэгээн Бурханы хардалтыг хөдөлгөсөн тэр нүглүүд нь илчлэгдээгүй байв. Зүрх сэтгэлийн агуу Шалгагч нь гэм бурууг үйлдэгчдийн нууцаар үйлдсэн нүгэл бүрийг мэддэг. Эдгээр хүмүүс өөрсдийн мэхлэл дунд аюулгүй мэт санаж эхэлдэг бөгөөд Түүний тэвчээрийн улмаас: ЭЗЭН үздэггүй хэмээн хэлж, улмаар Тэр газар дэлхийг орхисон мэт авирладаг. Гэвч Тэр тэдний хоёр нүүрт байдлыг илрүүлж, тэдний машид нуун далдлахыг хичээж байсан тэр нүглүүдийг бусдын өмнө дэлгэн харуулах болно.”</w:t>
      </w:r>
    </w:p>
    <w:p>
      <w:pPr>
        <w:pStyle w:val="ArticleScripture"/>
        <w:jc w:val="left"/>
      </w:pPr>
      <w:r>
        <w:rPr>
          <w:rFonts w:ascii="Times New Roman" w:hAnsi="Times New Roman" w:eastAsia="Times New Roman" w:cs="Times New Roman"/>
        </w:rPr>
        <w:t>“Зэрэг дэвийн давуу байдал ч, нэр төр ч, энэ ертөнцийн мэргэн ухаан ч, ариун албаны ямар ч байр суурь ч хүмүүсийг өөрсдийнх нь мэхлэгч зүрх сэтгэлд орхигдсон үед зарчмаа золиослохоос хамгаалахгүй. Зохистой бөгөөд зөвт хэмээн тооцогдож ирсэн хүмүүс урвалтын манлайлагчид болж, хайхрамжгүй байдлын болон Бурханы нигүүлслүүдийг урвуулан ашиглахын жишээ болдгийг харуулдаг. Тэдний хорон муу замыг Тэр цаашид тэвчихгүй бөгөөд Өөрийн уур хилэндээ Тэр тэдэнтэй өршөөлгүйгээр харьцдаг.”</w:t>
      </w:r>
    </w:p>
    <w:p>
      <w:pPr>
        <w:pStyle w:val="ArticleScripture"/>
        <w:jc w:val="left"/>
      </w:pPr>
      <w:r>
        <w:rPr>
          <w:rFonts w:ascii="Times New Roman" w:hAnsi="Times New Roman" w:eastAsia="Times New Roman" w:cs="Times New Roman"/>
        </w:rPr>
        <w:t>“Их гэрлээр ерөөгдөж, үгийг бусдад үйлчлэхдээ түүний хүчийг мэдэрч байсан хүмүүсээс Эзэн Өөрийн оршихуйг татан зайлуулахдаа дуртайяа бус, харин дургүйхэн тэгдэг. Тэд нэгэн цагт Түүний итгэлтэй зарц нар байж, Түүний оршихуй болон удирдамжаар ивээгдэж байсан; гэвч тэд Түүнээс хөндийрч, бусдыг төөрөгдөлд хүргэсэн тул тэнгэрлэг таалалгүйдлийн дор ордог.” Testimonies, volume 5, 211, 212.</w:t>
      </w:r>
    </w:p>
    <w:p>
      <w:pPr>
        <w:pStyle w:val="ArticleBody"/>
        <w:jc w:val="left"/>
      </w:pPr>
      <w:r>
        <w:rPr>
          <w:rFonts w:ascii="Times New Roman" w:hAnsi="Times New Roman" w:eastAsia="Times New Roman" w:cs="Times New Roman"/>
        </w:rPr>
        <w:t>Иоел “ахмад эрчүүд”-ийг нэрлэн заахдаа Лаодикийн Долоо дахь өдрийн Адвентист сүмийн удирдлагад хандан ярьж байгаа боловч, мөн Исаиагийн эрдэмтнүүдтэй эсрэгцүүлэн нэрлэдэг боловсроогүй хүмүүст ч хандан ярьж байна. Иоел мөн Езекиелийн наймдугаар бүлэгт наранд мөргөдөг, есдүгээр бүлэгт хамгийн түрүүнд шүүгддэг эртний эрчүүдэд хандан ярьж байна. Тэрээр түүнчлэн “Энэ үгийг сонсогтун, та нар ахмад эрчүүд ээ, мөн газрын бүх оршин суугчид аа, чих тавигтун” хэмээн хэлэхдээ Лаодикийн Долоо дахь өдрийн Адвентист сүмийн жирийн гишүүдэд ч хандан байна.</w:t>
      </w:r>
    </w:p>
    <w:p>
      <w:pPr>
        <w:pStyle w:val="ArticleBody"/>
        <w:jc w:val="left"/>
      </w:pPr>
      <w:r>
        <w:rPr>
          <w:rFonts w:ascii="Times New Roman" w:hAnsi="Times New Roman" w:eastAsia="Times New Roman" w:cs="Times New Roman"/>
        </w:rPr>
        <w:t>Наймдугаар бүлэг дэх хорин таван хүн Ням гаргийн хуулийн үед байрлаж, ариун сүм рүү нуруугаа харуулан наранд мөргөж байна. Тэд бол Корах, Датан, Абираам нартай хамт зогсож байсан хоёр зуун тавин хүний бослогын “аравны нэг” мөн. Эдгээр хорин таван хүн нь 1888 онд, эш үзүүлгийн онгодын дагуу, дахин давтагдсан бослогын бэлгэдэл бөгөөд тэр нь 9/11-өөс эхлэн Ням гаргийн хууль хүртэлх хугацаанд Лаодикийн Долоо дахь өдрийн Адвентист сүмийн удирдлагын бослогыг дүрслэн үзүүлсэн юм. Тэд Исаиа зургаадугаар бүлэгт мэргэдийг дотороо мөн чанартай “аравны нэг” хэмээн тодорхойлдог яг тэрхүү хугацаанд, бослогын “аравны нэг”-ийг төлөөлдөг.</w:t>
      </w:r>
    </w:p>
    <w:p>
      <w:pPr>
        <w:pStyle w:val="ArticleBody"/>
        <w:jc w:val="left"/>
      </w:pPr>
      <w:r>
        <w:rPr>
          <w:rFonts w:ascii="Times New Roman" w:hAnsi="Times New Roman" w:eastAsia="Times New Roman" w:cs="Times New Roman"/>
        </w:rPr>
        <w:t>Иоел бол Адвентизмд өгөгдөж буй тунхаг бөгөөд тэд нүглээр шалгалтын хугацааныхаа аягыг дүүргэсэн тул тэдний сорилтын хугацаа хаагдсан гэдгийг мэдэгдэж байна. Тэрхүү дүүрэлтийг тэдний толгойноос хөлийн хуруу хүртэлх өвчлөлөөр дүрслэн үзүүлсэн нь хожуу борооны мэдээ тэдний амнаас таслагдсаныг тодорхойлж байна. Исаиа мөн энэ л бодит байдлыг хорин есдүгээр бүлэгт дүрсэлдэг.</w:t>
      </w:r>
    </w:p>
    <w:p>
      <w:pPr>
        <w:pStyle w:val="ArticleScripture"/>
        <w:jc w:val="left"/>
      </w:pPr>
      <w:r>
        <w:rPr>
          <w:rFonts w:ascii="Times New Roman" w:hAnsi="Times New Roman" w:eastAsia="Times New Roman" w:cs="Times New Roman"/>
        </w:rPr>
        <w:t>Та нар өөрсдөө зогсон гайхагтун; хашхирч, орилогтун: тэд дарснаас бус хэр нь согтжээ; хүчтэй ундаанаас бус хэр нь ганхаж байна. Учир нь ЭЗЭН та нарын дээр гүн нойрны сүнсийг асгаж, та нарын нүдийг аниулжээ: эш үзүүлэгчид болон та нарын захирагчид, үзмэрчдийг Тэр бүрхжээ. Бүх үзэгдэл та нарт битүүмжилсэн номын үгс мэт болсон бөгөөд түүнийг бичиг мэддэг хүнд өгч, “Үүнийг уншаач” гэхэд, тэрээр “Би чадахгүй; учир нь энэ нь битүүмжилсэн” гэдэг. Харин уг номыг бичиг үл мэдэгчид өгч, “Үүнийг уншаач” гэхэд, тэрээр “Би бичиг мэдэхгүй” гэдэг.</w:t>
      </w:r>
    </w:p>
    <w:p>
      <w:pPr>
        <w:pStyle w:val="ArticleScripture"/>
        <w:jc w:val="left"/>
      </w:pPr>
      <w:r>
        <w:rPr>
          <w:rFonts w:ascii="Times New Roman" w:hAnsi="Times New Roman" w:eastAsia="Times New Roman" w:cs="Times New Roman"/>
        </w:rPr>
        <w:t>Иймээс Эзэн айлдсан нь: “Энэ ард түмэн амаараа Надад ойртож, уруулаараа Намайг хүндэтгэвч, зүрх сэтгэлээ Надаас холдуулсан бөгөөд Надаас эмээх тэдний айдас нь хүний тушаалаар заалгасан зүйл ажээ. Тиймээс, болгоогтун, Би энэ ард түмний дунд гайхамшигт үйлсийг, үнэхээр гайхамшиг ба сүрдмээр зүйлийг үйлдэх болно. Учир нь тэдний мэргэдийн мэргэн ухаан мөхөж, ухаалаг хүмүүсийнх нь ойлголт нуугдах болно.” ЭЗЭНээс зөвлөгөөгөө нуухын тулд гүнээ санаархдаг, үйлс нь харанхуйд байдаг, “Хэн биднийг харна вэ? Хэн биднийг мэднэ вэ?” хэмээн хэлдэг хүмүүст гаслантайяа. Та нарын юмсыг орвонгоор нь эргүүлдэг байдал ваарчны шавартай адилд тооцогдох бус уу? Учир нь бүтээл нь өөрийг нь бүтээсэн нэгний тухай “Тэр намайг бүтээгээгүй” гэж хэлж болох уу? Эсвэл хэлбэржүүлэгдсэн зүйл нь өөрийг нь хэлбэржүүлсэн нэгний тухай “Тэр ойлголтгүй байсан” гэж хэлж болох уу? Исаиа 29:9–16.</w:t>
      </w:r>
    </w:p>
    <w:p>
      <w:pPr>
        <w:pStyle w:val="ArticleBody"/>
        <w:jc w:val="left"/>
      </w:pPr>
      <w:r>
        <w:rPr>
          <w:rFonts w:ascii="Times New Roman" w:hAnsi="Times New Roman" w:eastAsia="Times New Roman" w:cs="Times New Roman"/>
        </w:rPr>
        <w:t>Мэргэн хүмүүсийн “ойлголт” нь Бурханы эш үзүүллэгийн Үг лацнаасаа тайлагдах дээр үндэслэдэг. Адвентизмын завхарсан байгууллагуудад сургуулилагдсан хүмүүс эш үзүүллэгийн номыг уншиж чаддаггүй бөгөөд Бурханыг ойлголтгүй хэмээн буруутгадаг. Эш үзүүллэгийн лац тайлагдах үед тэд түүнийг ойлгож чаддаггүй тул ойлголтгүй нь Бурхан Өөрөө гэж Түүнийг буруутгадаг бөгөөд ингэснээр тэд юмсыг орвонгоор нь эргүүлдэг. Адвентизмын боловсролтой ба боловсролгүй хүмүүс хоёулаа нигүүлслийн хугацаа хаагдахын яг өмнө лац нь тайлагдах эш үзүүллэгийг ойлгож чаддаггүй бөгөөд Иоелын ном “өвгөдийг” сонс гэж тушаадаг. Гэвч тэд бол сонсоод ч сонсдоггүй, хараад ч хардаггүй нэгэн анги мөн.</w:t>
      </w:r>
    </w:p>
    <w:p>
      <w:pPr>
        <w:pStyle w:val="ArticleBody"/>
        <w:jc w:val="left"/>
      </w:pPr>
      <w:r>
        <w:rPr>
          <w:rFonts w:ascii="Times New Roman" w:hAnsi="Times New Roman" w:eastAsia="Times New Roman" w:cs="Times New Roman"/>
        </w:rPr>
        <w:t>Тэдний тэрслүү байдлын жинхэнэ гол цөм нь Христийг эхний бөгөөд эцсийн Нэгэн мөн хэмээн таних чадваргүй байдалд нь илэрхийлэгддэг. “Энэ нь та нарын өдрүүдэд, эсвэл бүр эцгүүдийн чинь өдрүүдэд тохиолдсон уу?” хэмээн асуусан тэр бүлгийн агуулга энэ мөн.</w:t>
      </w:r>
    </w:p>
    <w:p>
      <w:pPr>
        <w:pStyle w:val="ArticleBody"/>
        <w:jc w:val="left"/>
      </w:pPr>
      <w:r>
        <w:rPr>
          <w:rFonts w:ascii="Times New Roman" w:hAnsi="Times New Roman" w:eastAsia="Times New Roman" w:cs="Times New Roman"/>
        </w:rPr>
        <w:t>Танай эцгүүдийн түүхэнд Шөнийн дунд хашхираанаар сэрээд, гэвч өөрсдийгөө ухаангүй онгон охид болохыг олж мэдсэн ард түмэн байсан үе бий юү? “Өвгөд”-д “сэр” хэмээн тушаагдсан нь 1844 онд Эксетерийн хуарангийн цуглаанд Миллерчүүдэд тушаагдсантай адил юм. Арван онгон охины тухай сургаалт зүйрлэл нь Миллерчүүдийн түүхэнд үг үсэгчлэн биелсэн бөгөөд Адвентист ард түмний туршлагын тухай сургаалт зүйрлэл мөн; тэр нь эцсийн өдрүүдэд дахин мөн л үг үсэгчлэн биелэх болно. Лаодикийн Долдугаар өдрийн Адвентизм өөрсдийн сүмийн суурь түүх эцсийн өдрүүдэд давтагдаж байгааг таньж мэдэх чадваргүй байгаа нь эш үзүүллэгийн мэдээг тайлах түлхүүр болдог эш үзүүллэгийн зарчмыг онцлон харуулдаг. Энэ нь зөвхөн Библийн дүрэм төдийгүй, мөн сорилтын хугацаа хаагдахын яг өмнө лац нь тайлагддаг Есүс Христийн зан чанарын Илчлэлийн зүрх мөн юм.</w:t>
      </w:r>
    </w:p>
    <w:p>
      <w:pPr>
        <w:pStyle w:val="ArticleBody"/>
        <w:jc w:val="left"/>
      </w:pPr>
      <w:r>
        <w:rPr>
          <w:rFonts w:ascii="Times New Roman" w:hAnsi="Times New Roman" w:eastAsia="Times New Roman" w:cs="Times New Roman"/>
        </w:rPr>
        <w:t>Иоел ийнхүү асуудаг: «Энэ нь та нарын өдрүүдэд, эсхүл та нарын эцгүүдийн өдрүүдэд тохиолдож байсан уу?» Эсвэл ийн асууж болох юм: «Та нарын эцгүүдийн өдрүүдэд шинэ гэрээний ардыг хуучин гэрээний ардаас салган тусгаарласан сорилтын үйл явц байсан уу?» Тийм, байсан бөгөөд тэрхүү тусгаарлалт нь сургаалт зүйрлэл дэх тосоор төлөөлөгдсөн эш үзүүллэгийн мэдээгээр гүйцэлдсэн юм. «Энэ нь та нарын өдрүүдэд, эсхүл та нарын эцгүүдийн өдрүүдэд тохиолдож байсан уу?» гэсэн асуулт нь тэдний эцгүүдийн өдрүүдэд юу болсон бэ гэдгийг даруй тодорхойлон заадаг бөгөөд энэ нь дөрвөн үеийн турш өсөн нэмэгдсэн сүйрлийн дараах сэргэлт байсан юм. Энэ нь мэдээг дөрвөн үе дамжуулан түгээх тушаал, мөн шатлан нэмэгдсэн сүйрлийг илэрхийлсэн дөрвөн шавжаар төлөөлөгддөг. Иоел бол Шөнө дундын Хашхирааны үед ухарч доройтсон бөгөөд урвасан сүмд тунхаглагдах шүүлтийн мэдэгдэл мөн. Ариун түүхэнд Долоо дахь өдрийн Адвентист сүмээс илүү агуу гэрлийн эсрэг зогссон өөр сүм байгаагүй. Үнэнтэй тэрслэн эсэргүүцсэн тэр төрлийн бослогын бэлгэ тэмдэг нь «Капернаум» юм.</w:t>
      </w:r>
    </w:p>
    <w:p>
      <w:pPr>
        <w:pStyle w:val="ArticleBody"/>
        <w:jc w:val="left"/>
      </w:pPr>
      <w:r>
        <w:rPr>
          <w:rFonts w:ascii="Times New Roman" w:hAnsi="Times New Roman" w:eastAsia="Times New Roman" w:cs="Times New Roman"/>
        </w:rPr>
        <w:t>Бид дараагийн өгүүлэлд үргэлжлүүлэн авч үзнэ.</w:t>
      </w:r>
    </w:p>
    <w:p>
      <w:pPr>
        <w:pStyle w:val="ArticleScripture"/>
        <w:jc w:val="left"/>
      </w:pPr>
      <w:r>
        <w:rPr>
          <w:rFonts w:ascii="Times New Roman" w:hAnsi="Times New Roman" w:eastAsia="Times New Roman" w:cs="Times New Roman"/>
        </w:rPr>
        <w:t>“Капернаумд Есүс нааш цааш аялсан замналынхаа завсруудад оршин суудаг байсан бөгөөд тэр нь ‘Өөрийнх нь хот’ хэмээн алдаршсан юм. Энэ нь Галилын тэнгисийн эрэг дээр, эсвэл бүр түүний дээрх сайхан Геннесаретын талын зах орчимд байрлаж байв.” Хүслийн эрин, 252.</w:t>
      </w:r>
    </w:p>
    <w:p>
      <w:pPr>
        <w:pStyle w:val="ArticleScripture"/>
        <w:jc w:val="left"/>
      </w:pPr>
      <w:r>
        <w:rPr>
          <w:rFonts w:ascii="Times New Roman" w:hAnsi="Times New Roman" w:eastAsia="Times New Roman" w:cs="Times New Roman"/>
        </w:rPr>
        <w:t>“Өөрсдийгөө Бурханы хүүхдүүд хэмээн нэрлэгчдийн дунд хэчнээн бага тэвчээр илэрч, хэчнээн олон гашуун үг хэлэгдэж, бидний итгэлд үл хамаарах хүмүүсийн эсрэг хэчнээн их яллан буруушаалт хэлэгдсэн билээ. Олон хүн бусад сүмүүдэд харьяалагдагсдыг үлэмж нүгэлтнүүд хэмээн үзсэн, гэвч Эзэн тэднийг тийнхүү үздэггүй. Бусад сүмүүдийн гишүүдийг ийм байдлаар хардаг хүмүүс Бурханы хүчит мутрын дор өөрсдийгөө даруусгах хэрэгтэй. Тэдний буруутган яллаж буй хүмүүс өчүүхэн бага гэрэл, цөөн боломж ба давуу эрх эдэлсэн байж мэднэ. Хэрэв тэд манай сүмүүдийн олон гишүүдийн хүлээн авсан гэрлийг хүлээн авсансан бол тэд хавьгүй илүүгээр өсөн дэвшиж, өөрсдийн итгэлийг дэлхийд илүү сайн төлөөлөх байсан байж магадгүй. Өөрсдийн гэрлээр сайрхдаг атлаа түүний дагуу алхдаггүй хүмүүсийн тухай Христ ийн айлддаг: ‘Гэвч Би та нарт хэлье, шүүлтийн өдөр Тир ба Сидонд та нараас илүү тэвчмээр байх болно. Мөн чи, Капернаум [агуу гэрэл хүлээн авсан Долоо дахь өдрийн Адвентистууд], тэнгэр өөд өргөмжлөгдсөн [давуу эрхийн талаар], там уруу унагаагдах болно. Учир нь чиний дотор үйлдэгдсэн хүчирхэг үйлсүүд Содомд үйлдэгдсэнсэн бол тэр нь өнөөг хүртэл оршин байх байсан. Гэвч Би та нарт хэлье, шүүлтийн өдөр Содомын газрын хувьд чамаас илүү тэвчмээр байх болно.’ Тэр үед Есүс хариулан айлдахдаа, ‘Тэнгэр ба газрын Эзэн Эцэг минь, Та эдгээрийг мэргэн ба ухаантнуудаас [өөрсдийн үнэлэмжээр] нууцалж, харин нялхаст илчилсэнд Танд талархъя’ гэв.”</w:t>
      </w:r>
    </w:p>
    <w:p>
      <w:pPr>
        <w:pStyle w:val="ArticleScripture"/>
        <w:jc w:val="left"/>
      </w:pPr>
      <w:r>
        <w:rPr>
          <w:rFonts w:ascii="Times New Roman" w:hAnsi="Times New Roman" w:eastAsia="Times New Roman" w:cs="Times New Roman"/>
        </w:rPr>
        <w:t>“‘Мөн эдүгээ, та нар эдгээр бүх үйлсийг үйлдсэн тул, гэж ЭЗЭН айлдаж байна, Би та нарт эртлэн босож, ярин хэлсэн боловч та нар сонсоогүй; Би та нарыг дуудсан боловч та нар хариулаагүй. Иймээс Миний нэрээр нэрлэгддэг, та нарын найдаж буй энэ өргөө болон Би та нарт, та нарын эцэг өвгөдөд өгсөн энэ газарт Би Шилод юу хийсэн шигээ тийнхүү үйлдэх болно. Мөн Би Ефраимын бүх үр удмыг, өөрөөр хэлбэл та нарын бүх ахан дүүсийг хөөн зайлуулсан шигээ, та нарыг Өөрийн мэлмийгээс зайлуулан хаях болно.’”</w:t>
      </w:r>
    </w:p>
    <w:p>
      <w:pPr>
        <w:pStyle w:val="ArticleScripture"/>
        <w:jc w:val="left"/>
      </w:pPr>
      <w:r>
        <w:rPr>
          <w:rFonts w:ascii="Times New Roman" w:hAnsi="Times New Roman" w:eastAsia="Times New Roman" w:cs="Times New Roman"/>
        </w:rPr>
        <w:t>“Эзэн бидний дунд асар их ач холбогдолтой байгууллагуудыг тогтоосон бөгөөд тэдгээрийг ертөнцийн байгууллагуудыг хэрхэн удирддаг шиг бус, харин Бурханы тогтоосон дэг журмын дагуу удирдах ёстой. Тэдгээрийг зөвхөн Түүний алдрыг харах нэгэн зорилготойгоор удирдах ёстой, ингэснээр ямар ч аргаар бай хамаагүй мөхөж буй сүнснүүд аврагдаж болох юм. Бурханы ард түмэнд Сүнсний гэрчлэлүүд ирсэн боловч олон хүн зэмлэл, сэрэмжлүүлэг, зөвлөгөөг анхааран хүлээн аваагүй байна.</w:t>
      </w:r>
    </w:p>
    <w:p>
      <w:pPr>
        <w:pStyle w:val="ArticleScripture"/>
        <w:jc w:val="left"/>
      </w:pPr>
      <w:r>
        <w:rPr>
          <w:rFonts w:ascii="Times New Roman" w:hAnsi="Times New Roman" w:eastAsia="Times New Roman" w:cs="Times New Roman"/>
        </w:rPr>
        <w:t>“‘Одоо үүнийг сонсогтун, мунхаг бөгөөд ухаангүй ард түмэн ээ; нүдтэй атлаа үздэггүй, чихтэй атлаа сонсдоггүй та нар: ЭЗЭН айлдаж байна, та нар Надаас эмээхгүй гэж үү? Миний өмнө чичрэхгүй гэж үү? Би далайн хязгаарт элсыг мөнхийн тогтоолоор тавьсан тул тэр нь түүнийг давж чаддаггүй; давалгаа нь хэдий хүчтэй цалгилсан ч дийлэхгүй; хэдий нижигнэн архирсан ч түүнийг давж гарч чаддаггүй. Харин энэ ард түмэн тэрслүү, дуулгаваргүй зүрхтэй; тэд тэрсэлж, зайлан оджээ. Мөн тэд зүрхэндээ, “Өөрийн цагт эрт ба хожуу хур бороог өгч, ургац хураалтын тогтоосон долоо хоногуудыг бидэнд хадгалдаг бидний Бурхан ЭЗЭНээс одоо эмээцгээе” гэж хэлдэггүй. Та нарын гэм буруу эдгээрийг зайлуулж, та нарын нүгэл сайн юмыг та нараас түдгэлзүүлжээ.... Тэд өнчдийн хэргийг, тийм ээ, өнчдийн хэргийг шүүн тасалдаггүй, атлаа өөрсдөө цэцэглэн байна; мөн гачигдагсдын эрхийг тэд хамгаалдаггүй. Эдгээрийн төлөө Би шийтгэхгүй гэж үү? гэж ЭЗЭН айлдаж байна. Ийм үндэстнээс Миний сэтгэл өшөөгөө авахгүй гэж үү?’”</w:t>
      </w:r>
    </w:p>
    <w:p>
      <w:pPr>
        <w:pStyle w:val="ArticleScripture"/>
        <w:jc w:val="left"/>
      </w:pPr>
      <w:r>
        <w:rPr>
          <w:rFonts w:ascii="Times New Roman" w:hAnsi="Times New Roman" w:eastAsia="Times New Roman" w:cs="Times New Roman"/>
        </w:rPr>
        <w:t>“Эзэн ‘Чи энэ ард түмний төлөө бүү залбир, тэдний төлөө хашхирах ч үгүй, гуйлт ч бүү өргө, надад ч бүү зуучлан гуй; учир нь Би чамайг сонсохгүй’ хэмээн хэлэхэд хүрэх үү? ‘Тиймээс аадар бороог тогтоон барьсан бөгөөд хожуугийн бороо огт орсонгүй.... Чи энэ цагаас эхлэн Надад хандан: Миний Эцэг, Та бол миний залуу насны удирдагч мөн, гэж хашхирахгүй гэж үү?’” Review and Herald, 1893 оны 8 дугаар сарын 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Хорин дөрөв</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