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Лаодикеийн Долоо дахь Өдрийн Адвентист Сүм - Хорин Долоо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Хорин долоо дахь тоо</w:t>
      </w:r>
    </w:p>
    <w:p>
      <w:pPr>
        <w:pStyle w:val="ArticleBody"/>
        <w:jc w:val="left"/>
      </w:pPr>
      <w:r>
        <w:rPr>
          <w:rFonts w:ascii="Times New Roman" w:hAnsi="Times New Roman" w:eastAsia="Times New Roman" w:cs="Times New Roman"/>
        </w:rPr>
        <w:t>Бид одоо Иуда овгийн Арслангийн лацдан нээж буй үнэнүүдийг тэмдэглэн бичиж байна. Бид Иоелын мэдээг авч үзэхийн тулд үнэнүүдийг уялдуулан нэгтгэж байна; Петр Үйлс номд уг мэдээг хожмын борооны мэдээ хэмээн тодорхойлсон билээ. Бид одоо биеллийн явцад оршиж буй үнэнүүдэд ойртож байна. Учир нь эдгээр нь сорих үнэн лацдан нээгдэх бүрд үргэлж илэрдэг хоёр ангиллын эцсийн ялгалтыг гүйцэлдүүлдэг үнэнүүд мөн. Түүнчлэн бид эдгээр яг ижил лацдан нээгдсэн үнэнүүдийг зөвхөн ялган салгагч гурав дахь тэнгэрэлчийн үгс төдий бус, харин нэг зуун дөчин дөрвөн мянгыг лацдах ажлыг гүйцэлдүүлдэг үгс хэмээн авч үзэж байна. Гурав дахь тэнгэрэлч аль алиныг нь—цэвэрлэж, ариусгадаг.</w:t>
      </w:r>
    </w:p>
    <w:p>
      <w:pPr>
        <w:pStyle w:val="ArticleBody"/>
        <w:jc w:val="left"/>
      </w:pPr>
      <w:r>
        <w:rPr>
          <w:rFonts w:ascii="Times New Roman" w:hAnsi="Times New Roman" w:eastAsia="Times New Roman" w:cs="Times New Roman"/>
        </w:rPr>
        <w:t>2023 оны долдугаар сараас хойш Иудагийн овгийн Арслан Бурханы үлдэгдэл ард түмний түүхэн дэх гадаад ба дотоод шугамуудтай холбоотой үнэнийг үе шаттайгаар лацдан нээж байна. Одоо бид Петрийн үүргийг ойлгохын тулд Матайн номыг нээж байна. Петр бол Христ Өөрийн Христийн сүйт бүсгүйтэй—Тэрхүү Хадан дээр байгуулан босгох чуулгантайгаа—байгуулсан гэрээт харилцааны бэлгэдэл юм. Петр анхны бөгөөд мөн эцсийн Христийн сүйт бүсгүйг төлөөлдөг. Петр Матайн арван нэгдүгээр болон хорин хоёрдугаар бүлгүүдийн дундах эшлэлд яг тэрхүү бэлгэдлээр дүрслэгдсэн байдаг бөгөөд эдгээр бүлгүүд нь Эхлэл ба Илчлэлт номуудын арван нэгдүгээр бүлгээс хорин хоёрдугаар бүлэг хүртэлх зэрэгцээ шугамуудын дундах бүлгүүд мөн юм. Петр эцсийн өдрүүд дэх нэг зуун дөчин дөрвөн мянгыг төлөөлж байгаа бөгөөд уг хэсэгт тэрээр Кесари Филиппид байгаа нь Даниел 11:13–15 дахь Паниум юм.</w:t>
      </w:r>
    </w:p>
    <w:p>
      <w:pPr>
        <w:pStyle w:val="ArticleBody"/>
        <w:jc w:val="left"/>
      </w:pPr>
      <w:r>
        <w:rPr>
          <w:rFonts w:ascii="Times New Roman" w:hAnsi="Times New Roman" w:eastAsia="Times New Roman" w:cs="Times New Roman"/>
        </w:rPr>
        <w:t>Петр Паниумд байна, мөн Тэрээр Пентекостын өдөр дээд өрөөнд гурав дахь цагт, дараа нь сүмд ес дэх цагт мөн байна. Эдгээр зургаан цаг нь Ням гаргийн хуулийн ирэлт хүртэлх хугацаанд зуун дөчин дөрвөн мянга тамгалагдах үеийг төлөөлдөг. Христийн цовдлол ч мөн гурав дахь цагт эхэлж, Тэр ес дэх цагт нас барсан бөгөөд энэ нь амилалтад хүргэсэн; амилалт нь Пентекостын улирлыг эхлүүлсэн бөгөөд тэр нь Петр Пентекостын үед гурав дахь ба ес дэх цагт байснаар төгссөн. Эзэн тэнгэрийн ивээл Сайн мэдээг харь үндэстнүүдэд илгээхэд, Корнели ес дэх цагт Петрийг дуудуулсан. Гурав дахь цаг нь мөн өглөөний өргөлийг, харин ес дэх цаг нь үдшийн өргөлийг төлөөлдөг байв.</w:t>
      </w:r>
    </w:p>
    <w:p>
      <w:pPr>
        <w:pStyle w:val="ArticleBody"/>
        <w:jc w:val="left"/>
      </w:pPr>
      <w:r>
        <w:rPr>
          <w:rFonts w:ascii="Times New Roman" w:hAnsi="Times New Roman" w:eastAsia="Times New Roman" w:cs="Times New Roman"/>
        </w:rPr>
        <w:t>Зургаан цагийн хугацааг Эксетерийн хуарангийн цуглааны үе болон 1844 оны 10 дугаар сарын 22-ны агуу урам хугарал төлөөлж байв. Үйлс номд, нэг дүгээр бүлгийн төгсгөлд Иудасыг Маттиагаар орлуулснаар тоо нь бүрдэж, Петр бусадтайгаа нэгдэн нэг зуун дөчин дөрвөн мянгыг бүрдүүлэгчдийн эв нэгдэлд орж ирж буйгаар дүрслэгдсэн байдаг. Тэгээд тэр тоо гүйцэд болсон юм. Уг түүхэнд тодорхой нэгэн шаталсан ахиц тодорхойлогдсон байдаг.</w:t>
      </w:r>
    </w:p>
    <w:p>
      <w:pPr>
        <w:pStyle w:val="ArticleBody"/>
        <w:jc w:val="left"/>
      </w:pPr>
      <w:r>
        <w:rPr>
          <w:rFonts w:ascii="Times New Roman" w:hAnsi="Times New Roman" w:eastAsia="Times New Roman" w:cs="Times New Roman"/>
        </w:rPr>
        <w:t>Петр эхлээд дээд өрөөнд, түүнээс хойш сүмд байна. Тэр дээд өрөөнд байх үед гурав дахь цаг байсан бөгөөд сүмд байх үед ес дэх цаг байв. Гурав дахь цагт болсон танилцуулга нь гурван мянган сүнсний баптисмыг авчирсан.</w:t>
      </w:r>
    </w:p>
    <w:p>
      <w:pPr>
        <w:pStyle w:val="ArticleScripture"/>
        <w:jc w:val="left"/>
      </w:pPr>
      <w:r>
        <w:rPr>
          <w:rFonts w:ascii="Times New Roman" w:hAnsi="Times New Roman" w:eastAsia="Times New Roman" w:cs="Times New Roman"/>
        </w:rPr>
        <w:t>Тэгээд түүний үгийг баяртайгаар хүлээн авсан хүмүүс баптисм хүртэв; мөн тэр өдөр тэдэнд гурван мянга орчим хүн нэмэгдэв. Үйлс 2:41.</w:t>
      </w:r>
    </w:p>
    <w:p>
      <w:pPr>
        <w:pStyle w:val="ArticleBody"/>
        <w:jc w:val="left"/>
      </w:pPr>
      <w:r>
        <w:rPr>
          <w:rFonts w:ascii="Times New Roman" w:hAnsi="Times New Roman" w:eastAsia="Times New Roman" w:cs="Times New Roman"/>
        </w:rPr>
        <w:t>Нэгдүгээр бүлгийн төгсгөл дэх дугаарлалтаас эхлэн, ес дэх цагт сүмд хүртэлх хугацаа нь нэг зуун дөчин дөрвөн мянгыг тамгалахыг төлөөлдөг.</w:t>
      </w:r>
    </w:p>
    <w:p>
      <w:pPr>
        <w:pStyle w:val="ArticleBody"/>
        <w:jc w:val="left"/>
      </w:pPr>
      <w:r>
        <w:rPr>
          <w:rFonts w:ascii="Times New Roman" w:hAnsi="Times New Roman" w:eastAsia="Times New Roman" w:cs="Times New Roman"/>
        </w:rPr>
        <w:t>Нэг зуун дөчин дөрвөн мянга нь итгэлээр зөвтгөгдөх тухай мэдээг—үнэн хэрэгтээ гурав дахь тэнгэрэлчийн мэдээ болох тэрхүү мэдээг—тунхаглах болно. Эллен Уайт эгчийн маш оновчтой тэмдэглэснээр, зөвтгөл гэдэг нь хүний алдрыг тоосонд унагах Бурханы ажил мөн.</w:t>
      </w:r>
    </w:p>
    <w:p>
      <w:pPr>
        <w:pStyle w:val="ArticleScripture"/>
        <w:jc w:val="left"/>
      </w:pPr>
      <w:r>
        <w:rPr>
          <w:rFonts w:ascii="Times New Roman" w:hAnsi="Times New Roman" w:eastAsia="Times New Roman" w:cs="Times New Roman"/>
        </w:rPr>
        <w:t>“Итгэлээр зөвтгөгдөнө гэж юу вэ? Энэ нь хүний алдрыг тоос шороонд унагаах Бурханы үйл хэрэг бөгөөд, хүн өөрийнхөө төлөө хийх чадалгүй байдаг тэрхүү зүйлийг түүний төлөө үйлдэх явдал мөн. Хүмүүс өөрсдийн юу ч биш болохыг олж хармагцаа, Христийн зөвт байдалаар хувцаслагдахад бэлтгэгддэг. Тэд өдөржин Бурханыг магтаж, өргөмжилж эхлэх үедээ, харан байсаар тэд мөнөөх дүр төрхөд өөрчлөгдөн хувирч байдаг. Шинэчлэгдэнэ гэж юу вэ? Энэ нь хүнд өөрийнх нь жинхэнэ уг чанар юу болохыг илчлэх явдал бөгөөд, өөртөө бол тэр ямар ч үнэ цэнгүй нэгэн гэдгийг харуулах явдал юм. Та нар эдгээр сургамжийг хэзээ ч сураагүй. Өө, та нар хүний сүнсний үнэ цэнийг ухаарч чаддаг ч болоосой.” Manuscript Releases, 20-р боть, 117.</w:t>
      </w:r>
    </w:p>
    <w:p>
      <w:pPr>
        <w:pStyle w:val="ArticleBody"/>
        <w:jc w:val="left"/>
      </w:pPr>
      <w:r>
        <w:rPr>
          <w:rFonts w:ascii="Times New Roman" w:hAnsi="Times New Roman" w:eastAsia="Times New Roman" w:cs="Times New Roman"/>
        </w:rPr>
        <w:t>Гэрээний хүн болох Гидеон, учир нь түүний нэр Иеруббаал болгон өөрчлөгдсөн, нь нэг зуун дөчин дөрвөн мянгын тунхагладаг зөвтгөлтийн мэдээний нэг жишээ юм. Гидеоны мэдээ нь асаалттай бамбарыг шавар саван дотор байрлуулаад, дараа нь савыг хагалан, бүрээ үлээж, “ЭЗЭНий илд ба Гидеоны илд” хэмээн хашхирсанд оршиж байв. Гидеоны илд нь мөн ЭЗЭНий илд байсан; учир нь илд бол Бурханлаг чанар ба хүн чанарын нэгдэл болох Бурханы Үг мөн. Тэр мэдээ нь савыг хагалах үед бүрээ болон түүний хашхиралтаар илэрхийлэгдсэн юм. Сав нь хүн чанар бөгөөд Бурханы гэрлийн алдар сүр жавхлан гэрэлтэн гарахын тулд тэр нь хагарах, өөрөөр хэлбэл тоос шороонд хүртэл даруулагдах ёстой.</w:t>
      </w:r>
    </w:p>
    <w:p>
      <w:pPr>
        <w:pStyle w:val="ArticleBody"/>
        <w:jc w:val="left"/>
      </w:pPr>
      <w:r>
        <w:rPr>
          <w:rFonts w:ascii="Times New Roman" w:hAnsi="Times New Roman" w:eastAsia="Times New Roman" w:cs="Times New Roman"/>
        </w:rPr>
        <w:t>Мэдээг тунхаглахаасаа өмнө Гидеон сорилтын үйл явцаар дамжуулан 300 хүнийг цуглуулсан. Тэр үйл явц дуусахад Гидеонд гурван зуун хүн үлдсэн байв. 300 нь Пентекостын үеийн гурван мянгын аравны нэг юм. Тэд Езекиел гучин долоод босгон байгуулагддаг бөгөөд мөнхийн гэрээнд ордог цэргийг төлөөлдөг.</w:t>
      </w:r>
    </w:p>
    <w:p>
      <w:pPr>
        <w:pStyle w:val="ArticleScripture"/>
        <w:jc w:val="left"/>
      </w:pPr>
      <w:r>
        <w:rPr>
          <w:rFonts w:ascii="Times New Roman" w:hAnsi="Times New Roman" w:eastAsia="Times New Roman" w:cs="Times New Roman"/>
        </w:rPr>
        <w:t>Тэгээд би Түүний надад тушааснаар эш үзүүлэв. Амьсгал тэдний дотор орж, тэд амьдран, хөл дээрээ босоцгоож, үлэмж агуу их цэрэг болов. Тэгэхэд Тэр надад айлдан, Хүний хүү, энэ яснууд бол Израилийн бүх гэр мөн; болгоогтун, тэд “Бидний яс хатаж, бидний найдвар тасарчээ; бид өөрсдийнхөө хувьд таслагджээ” хэмээн хэлж байна. Езекиел 37:10, 11.</w:t>
      </w:r>
    </w:p>
    <w:p>
      <w:pPr>
        <w:pStyle w:val="ArticleBody"/>
        <w:jc w:val="left"/>
      </w:pPr>
      <w:r>
        <w:rPr>
          <w:rFonts w:ascii="Times New Roman" w:hAnsi="Times New Roman" w:eastAsia="Times New Roman" w:cs="Times New Roman"/>
        </w:rPr>
        <w:t>Израилийн гэр бүл өөрсдийн хэсгүүдийнхээ дагуу таслагдсан бөгөөд Езекиел таслагдсан Иуда ба Ефраимын хэсгүүд хэрхэн нэг үндэстэн болохыг дүрслэн үзүүлэх гэж байна. Тэрхүү цэрэг нь тусдаа байсан хоёр саваанаас бүрдэх боловч тэд Бурхантай гэрээнд ороход нэг саваа болон нийлдэг юм.</w:t>
      </w:r>
    </w:p>
    <w:p>
      <w:pPr>
        <w:pStyle w:val="ArticleScripture"/>
        <w:jc w:val="left"/>
      </w:pPr>
      <w:r>
        <w:rPr>
          <w:rFonts w:ascii="Times New Roman" w:hAnsi="Times New Roman" w:eastAsia="Times New Roman" w:cs="Times New Roman"/>
        </w:rPr>
        <w:t>Түүнчлэн Би тэдэнтэй энхийн гэрээ байгуулна; энэ нь тэдэнтэй байх мөнхийн гэрээ болно. Би тэднийг байрлуулж, олшруулж, ариун газраа тэдний дунд мөнхөд тогтооно. Миний асар майхан ч мөн тэдэнтэй хамт байна; тийм ээ, Би тэдний Бурхан байж, тэд Миний ард түмэн болно. Миний ариун газар тэдний дунд мөнхөд байх үед, Би, ЭЗЭН, Израилийг ариусгадаг гэдгийг харь үндэстнүүд мэдэх болно. Езекиел 37:26–28.</w:t>
      </w:r>
    </w:p>
    <w:p>
      <w:pPr>
        <w:pStyle w:val="ArticleBody"/>
        <w:jc w:val="left"/>
      </w:pPr>
      <w:r>
        <w:rPr>
          <w:rFonts w:ascii="Times New Roman" w:hAnsi="Times New Roman" w:eastAsia="Times New Roman" w:cs="Times New Roman"/>
        </w:rPr>
        <w:t>Эзэн Израилийг ариусгадаг гэдгийг, Тэр Өөрийн ариун газрыг тэдний дунд байрлуулах үед, “харь үндэстнүүд мэдэх болно.” Бурханы ариун газар Бурханы ард түмэнтэй нэгдэх нь хүний сүм тэнгэрлэг сүмтэй нэгдэхийг илэрхийлдэг бөгөөд энэ нь тохиолдоход Бурханы итгэмжит 300 лацлагдаж, дэлхий ердөө Ням гаргийн хуулийн хямралын үеэр ариусгагдсан нэгэн ардыг харснаар л анхааруулгыг хүлээн авч чадна.</w:t>
      </w:r>
    </w:p>
    <w:p>
      <w:pPr>
        <w:pStyle w:val="ArticleScripture"/>
        <w:jc w:val="left"/>
      </w:pPr>
      <w:r>
        <w:rPr>
          <w:rFonts w:ascii="Times New Roman" w:hAnsi="Times New Roman" w:eastAsia="Times New Roman" w:cs="Times New Roman"/>
        </w:rPr>
        <w:t>“Ариун Сүнсний ажил нь ертөнцийг нүгэл, зөвт байдал, шүүлтийн талаар итгүүлэн үнэмшүүлэхэд оршино. Үнэнийг итгэдэг хүмүүс үнэнээр ариусгагдан, дээд бөгөөд ариун зарчмуудын дагуу үйлдэн, Бурханы тушаалуудыг сахигчид ба тэдгээрийг хөл дороо гишгэгчдийн хоорондох зааг ялгааг өндөр, өргөмжлөгдсөн утгаар харуулж байгааг харах замаар л ертөнцөд анхааруулга өгөгдөж чадна. Сүнсний ариусгал нь Бурханы тамгатай хүмүүс болон хуурамч амралтын өдрийг сахигчдын ялгааг тод томруун илтгэнэ. Шалгалтын цаг ирэхэд араатны тэмдэг юу болох нь тодорхойгоор илчлэгдэх болно. Тэр нь Ням гаргийг сахих явдал мөн. Үнэнийг сонссоны дараа ч энэ өдрийг ариун хэмээн үзсээр байдаг хүмүүс нь цаг үе ба хуулиудыг өөрчлөхийг санаархсан нүглийн хүний тэмдгийг үүрдэг.” Bible Training School, 1903 оны 12 дугаар сарын 1.</w:t>
      </w:r>
    </w:p>
    <w:p>
      <w:pPr>
        <w:pStyle w:val="ArticleBody"/>
        <w:jc w:val="left"/>
      </w:pPr>
      <w:r>
        <w:rPr>
          <w:rFonts w:ascii="Times New Roman" w:hAnsi="Times New Roman" w:eastAsia="Times New Roman" w:cs="Times New Roman"/>
        </w:rPr>
        <w:t>Бурханыхаа сүм Өөрийн чуулгантай нэгддэг нь чуулган тэмцэгч чуулганаас ялгуусан чуулган болон хувирах үед юм. Езекиелийн дурдсан гэрээ нь нэг үндэстэн болгох хоёр савааг нэгтгэхтэй холбоотойгоор өгүүлэгдсэн байдаг.</w:t>
      </w:r>
    </w:p>
    <w:p>
      <w:pPr>
        <w:pStyle w:val="ArticleScripture"/>
        <w:jc w:val="left"/>
      </w:pPr>
      <w:r>
        <w:rPr>
          <w:rFonts w:ascii="Times New Roman" w:hAnsi="Times New Roman" w:eastAsia="Times New Roman" w:cs="Times New Roman"/>
        </w:rPr>
        <w:t>Тэдэнд хэлэгтүн: Эзэн БУРХАН ийнхүү айлдаж байна: Болгоогтун, Би Ефраимын гарт буй Иосефын саваа болон түүнтэй нэгдсэн Израилийн овгуудыг авч, түүнийг Иудагийн саваатай хамтатган, нэг саваа болгоно; тэгээд тэд Миний гарт нэг болно. Чиний дээр нь бичсэн саваанууд тэдний нүдний өмнө чиний гарт байх болно. Тэгээд тэдэнд хэлэгтүн,</w:t>
      </w:r>
    </w:p>
    <w:p>
      <w:pPr>
        <w:pStyle w:val="ArticleScripture"/>
        <w:jc w:val="left"/>
      </w:pPr>
      <w:r>
        <w:rPr>
          <w:rFonts w:ascii="Times New Roman" w:hAnsi="Times New Roman" w:eastAsia="Times New Roman" w:cs="Times New Roman"/>
        </w:rPr>
        <w:t>Эзэн Бурхан ийнхүү айлдаж байна: Үзэгтүн, Би Израилийн хөвгүүдийг тэдний очсон харь үндэстнүүдийн дундаас авч, тал бүрээс нь цуглуулан, өөрсдийнх нь нутагт авчирна. Би тэднийг Израилийн уулс дээрх тэр нутагт нэг үндэстэн болгоно; мөн нэг хаан бүгдийнх нь хаан байна. Тэд цаашид хоёр үндэстэн байхаа болино, мөн дахин хэзээ ч хоёр хаант улсад хуваагдахгүй. Тэд цаашид өөрсдийгөө шүтээнүүдээрээ, жигшүүрт зүйлсээрээ, эсвэл аливаа гэмт үйлдлээрээ бузарлахгүй. Харин Би тэднийг нүгэл үйлдсэн бүх оршин суугаа газруудаас нь аварч, тэднийг ариусгана. Тийнхүү тэд Миний ард түмэн болж, Би тэдний Бурхан болно. Езекиел 37:19–23.</w:t>
      </w:r>
    </w:p>
    <w:p>
      <w:pPr>
        <w:pStyle w:val="ArticleBody"/>
        <w:jc w:val="left"/>
      </w:pPr>
      <w:r>
        <w:rPr>
          <w:rFonts w:ascii="Times New Roman" w:hAnsi="Times New Roman" w:eastAsia="Times New Roman" w:cs="Times New Roman"/>
        </w:rPr>
        <w:t>Ефраимын саваа болон Иудагийн саваа гэдэг нь Ефраим ба Иудагийн эсрэг байсан 2520 жилийн хоёр тараагдал бөгөөд тэдгээр нь тус тус 1798 он болон 1844 оны 10 дугаар сарын 22-нд төгсгөлдөө хүрсэн юм. Тэд 1844 оны 10 дугаар сарын 22-нд, Түүний ард түмнийг, өөрөөр хэлбэл Түүний ариун сүмийг цэвэрлэх ажил эхлэх үед, орчин үеийн сүнслэг Израилийн нэгэн цорын ганц үндэстэн болсон юм. Тэрхүү түүх нь Ням гаргийн хуулийн үед гэнэт Өөрийн сүмд ирдэг Гэрээний Элчээр цэвэрлэгдэж, ариусгагдах (цэвэршүүлэх) нэг зуун дөчин дөрвөн мянгын түүхийн хэв шинж болдог. Тэрхүү цэвэршүүлэлт биелэхэд, өөрөөр хэлбэл Ням гаргийн хуулийн яг өмнөхөн, ялан дийлэгч сүм өөрсдийн дээр нэгэн хаантай байх бөгөөд тэр хаан нь гучин насандаа хаанчлалаа эхэлсэн Давид мөн. Энэ нь мөн Матайгийн нэгдүгээр бүлэгт Абрахамаас хойших арван дөрөв дэх үе хэмээн тэмдэглэгдсэн тэр л Давид мөн. Энэ нь Ням гаргийн хуулийн үед Давидын гурав дахь гэрчийг тодорхойлж байна. Хоёр саваанаас босгон гаргагдсан хүчирхэг цэрэг нь сүм нь хуурамчуудаас цэвэрлэгдэх үед Давид хаанаар удирдуулдаг.</w:t>
      </w:r>
    </w:p>
    <w:p>
      <w:pPr>
        <w:pStyle w:val="ArticleScripture"/>
        <w:jc w:val="left"/>
      </w:pPr>
      <w:r>
        <w:rPr>
          <w:rFonts w:ascii="Times New Roman" w:hAnsi="Times New Roman" w:eastAsia="Times New Roman" w:cs="Times New Roman"/>
        </w:rPr>
        <w:t>Миний зарц Давид тэдний дээр хаан байх бөгөөд тэд бүгд нэг хоньчинтой байна. Тэд мөн Миний шүүлтүүдээр явж, Миний тогтоолуудыг сахин, тэдгээрийг үйлдэх болно. Тэгээд тэд Миний зарц Иаковт өгсөн нутагт, та нарын эцэг өвгөдийн оршин сууж байсан тэр газарт оршин суух болно. Тэд өөрсдөө, тэдний хүүхдүүд, мөн тэдний хүүхдүүдийн хүүхдүүд үүрд тэнд оршин суух бөгөөд Миний зарц Давид үүрд тэдний ноён байх болно. Езекиел 37:24, 25.</w:t>
      </w:r>
    </w:p>
    <w:p>
      <w:pPr>
        <w:pStyle w:val="ArticleBody"/>
        <w:jc w:val="left"/>
      </w:pPr>
      <w:r>
        <w:rPr>
          <w:rFonts w:ascii="Times New Roman" w:hAnsi="Times New Roman" w:eastAsia="Times New Roman" w:cs="Times New Roman"/>
        </w:rPr>
        <w:t>Тэр цэрэг бол мөн үйлчлэлээ эхлэхдээ гучин настай байдаг Нэгдүгээр Петрийн хоёрдугаар бүлгийн тахилч нар юм.</w:t>
      </w:r>
    </w:p>
    <w:p>
      <w:pPr>
        <w:pStyle w:val="ArticleScripture"/>
        <w:jc w:val="left"/>
      </w:pPr>
      <w:r>
        <w:rPr>
          <w:rFonts w:ascii="Times New Roman" w:hAnsi="Times New Roman" w:eastAsia="Times New Roman" w:cs="Times New Roman"/>
        </w:rPr>
        <w:t>Та нар ч бас амьд чулуунуудын адил сүнслэг өргөө болон байгуулагдаж, Есүс Христээр дамжин Бурханд тааламжит сүнслэг тахилуудыг өргөх ариун санваартан болж байна. 1 Петр 2:5.</w:t>
      </w:r>
    </w:p>
    <w:p>
      <w:pPr>
        <w:pStyle w:val="ArticleBody"/>
        <w:jc w:val="left"/>
      </w:pPr>
      <w:r>
        <w:rPr>
          <w:rFonts w:ascii="Times New Roman" w:hAnsi="Times New Roman" w:eastAsia="Times New Roman" w:cs="Times New Roman"/>
        </w:rPr>
        <w:t>Тэрхүү тахилчдыг мөн хэвлэгдсэн 1843 оны гурван зуун хүснэгтийг авч, тэдгээр хүснэгтийг ашиглан өөрсдийн үеийнхэнд мэдээг хүргэсэн Миллеритийн гурван зуун номлогчоор бэлгэдэн үзүүлсэн юм.</w:t>
      </w:r>
    </w:p>
    <w:p>
      <w:pPr>
        <w:pStyle w:val="ArticleScripture"/>
        <w:jc w:val="left"/>
      </w:pPr>
      <w:r>
        <w:rPr>
          <w:rFonts w:ascii="Times New Roman" w:hAnsi="Times New Roman" w:eastAsia="Times New Roman" w:cs="Times New Roman"/>
        </w:rPr>
        <w:t>“Энэ сэдвийн талаар хэсэг хэлэлцсэний дараа, үүнтэй адил гурван зууг чулуун хэвлэлээр хэвлүүлэхээр санал хураахад санал нэгтэйгээр баталсан бөгөөд удалгүй энэ нь хэрэгжсэн юм. Тэдгээрийг ‘43 оны хүснэгтүүд’ гэж нэрлэжээ. Энэ бол маш чухал бага хурал байсан.” Joseph Bates-ийн Намтар, 263.</w:t>
      </w:r>
    </w:p>
    <w:p>
      <w:pPr>
        <w:pStyle w:val="ArticleScripture"/>
        <w:jc w:val="left"/>
      </w:pPr>
      <w:r>
        <w:rPr>
          <w:rFonts w:ascii="Times New Roman" w:hAnsi="Times New Roman" w:eastAsia="Times New Roman" w:cs="Times New Roman"/>
        </w:rPr>
        <w:t>“Эдүгээ манай түүхээс харахад, Уильям Миллерийн хэрэглэж байсан тэрхүү ижил цаг хугацааны бүдүүвчүүдээр сургаж байсан хүмүүс хэдэн зуугаараа байсан бөгөөд бүгд нэгэн хэв шинжтэй байв. Тэр үед мэдээний нэгдмэл байдал нь нэгэн сэдэв дээр төвлөрч байсан юм, өөрөөр хэлбэл, Эзэн Есүсийн тодорхой нэгэн цагт, 1844 онд, ирэх тухай байлаа.” Joseph Bates, Early SDA Pamphlets, 17.</w:t>
      </w:r>
    </w:p>
    <w:p>
      <w:pPr>
        <w:pStyle w:val="ArticleBody"/>
        <w:jc w:val="left"/>
      </w:pPr>
      <w:r>
        <w:rPr>
          <w:rFonts w:ascii="Times New Roman" w:hAnsi="Times New Roman" w:eastAsia="Times New Roman" w:cs="Times New Roman"/>
        </w:rPr>
        <w:t>Миллерийн хөдөлгөөний 300 номлогч эхний тэнгэрэлчийн түүхийн үед ажлаа гүйцэтгэсэн бөгөөд эш үзүүллийн онгод бидэнд эхний тэнгэрэлч нь гурав дахь тэнгэрэлчийн бэлгэдэл мөн болохыг мэдүүлдэг. Иосеф Бейтсийн хэлснээр тэд “бүгд нэг хэв шинжийнх” байв. Гидеон өөрийн гурван зуун цэрэгт өөрийнх нь хийснийг үйлдэхийг тушаадаг. Гидеоны гурван зуун цэргээр бэлгэдэгдсэн Миллерийн хөдөлгөөний 300 номлогч нь 9/11 дээр нэг мөр болон жагсах ёстой бөгөөд тэнд эхний мэдээ хүч чадлаар дэмжигдэж, сорилт эхэлдэг.</w:t>
      </w:r>
    </w:p>
    <w:p>
      <w:pPr>
        <w:pStyle w:val="ArticleScripture"/>
        <w:jc w:val="left"/>
      </w:pPr>
      <w:r>
        <w:rPr>
          <w:rFonts w:ascii="Times New Roman" w:hAnsi="Times New Roman" w:eastAsia="Times New Roman" w:cs="Times New Roman"/>
        </w:rPr>
        <w:t>Тэгээд Иеруббаал, өөрөөр хэлбэл Гидеон, мөн түүнтэй хамт байсан бүх ард түмэн эртлэн босож, Хародын булгийн дэргэд буудаллав. Тийнхүү Мидианы цэрэг тэдний хойд талд, хөндий доторх Морегийн толгойн дэргэд байв. ЭЗЭН Гидеонд айлдахдаа, “Чамтай хамт байгаа ард түмэн надад Мидианыг тэдний гарт тушаахад дэндүү олон байна. Эс тэгвээс Израиль Миний эсрэг сайрхан, ‘Намайг миний өөрийн гар аварсан’ гэж хэлэх вий. Тиймээс одоо явж, ард түмний сонорт тунхаглан, ‘Хэн аймхай бөгөөд эмээж байгаа бол, тэр буцаж, Гилеад уулнаас эртхэн явж одог’ гэж хэл” гэв. Тэгэхэд ард түмнээс хорин хоёр мянга нь буцаж, арван мянга нь үлдэв. ЭЗЭН Гидеонд, “Ард түмэн одоо ч дэндүү олон байна. Тэднийг ус руу дагуулан буулга. Тэнд Би тэднийг чиний төлөө шалгана. Тэгээд Миний чамд, ‘Энэ хүн чамтай хамт явна’ гэж хэлсэн нь чамтай хамт явна. Харин Миний чамд, ‘Энэ хүн чамтай хамт явахгүй’ гэж хэлсэн нь явахгүй” гэв.</w:t>
      </w:r>
    </w:p>
    <w:p>
      <w:pPr>
        <w:pStyle w:val="ArticleScripture"/>
        <w:jc w:val="left"/>
      </w:pPr>
      <w:r>
        <w:rPr>
          <w:rFonts w:ascii="Times New Roman" w:hAnsi="Times New Roman" w:eastAsia="Times New Roman" w:cs="Times New Roman"/>
        </w:rPr>
        <w:t>Тэгээд тэр ард олныг ус уруу авч ирэв. ЭЗЭН Гидеонд айлдахдаа, “Усыг нохой долоодог шиг хэлээрээ долоогч бүрийг чи тусад нь тавь; мөн өвдөг сөхрөн уухаар бөхийдөг хүн бүрийг түүнчлэн тусад нь тавь” гэв. Гараа амандаа хүргэн ус долоосон хүмүүсийн тоо гурван зуун хүн байв. Харин бусад бүх ард ус уухаар өвдөг сөхрөн бөхийв. Шүүгчид 7:1–6.</w:t>
      </w:r>
    </w:p>
    <w:p>
      <w:pPr>
        <w:pStyle w:val="ArticleBody"/>
        <w:jc w:val="left"/>
      </w:pPr>
      <w:r>
        <w:rPr>
          <w:rFonts w:ascii="Times New Roman" w:hAnsi="Times New Roman" w:eastAsia="Times New Roman" w:cs="Times New Roman"/>
        </w:rPr>
        <w:t>Гидеоны нэр Иеруббаал болж өөрчлөгдсөн бөгөөд энэ нь “Баалтай тэмцэх” гэсэн утгатай. Гидеон гэдэг нь “мод унагагч” гэсэн утгатай бөгөөд Баптист Иохан сүхийг модны ёроолд тавьсан. Иохан нь Гидеоны нийцдэг тэр газарт байдаг эхний тэнгэрэлчийн элч Уильям Миллерийн бэлгэдэл болсон. Гидеон бол гурван тэнгэрэлчийн түүхэн дэх альфа Елиа болох Миллер мөн.</w:t>
      </w:r>
    </w:p>
    <w:p>
      <w:pPr>
        <w:pStyle w:val="ArticleBody"/>
        <w:jc w:val="left"/>
      </w:pPr>
      <w:r>
        <w:rPr>
          <w:rFonts w:ascii="Times New Roman" w:hAnsi="Times New Roman" w:eastAsia="Times New Roman" w:cs="Times New Roman"/>
        </w:rPr>
        <w:t>Мидианчууд бол хойд зүгийн дайсан бөгөөд тэд Морегийн толгодын дэргэд буудалласан байв; харин Гидеон Хародын худгийн дэргэд байлаа. Энэ нь айдас ба түгшүүр гэсэн утгатай. 9/11 нь терроризмыг авчирсан бөгөөд эхний мэдээ нь Бурханаас эмээхийг уриалсан дуудлага юм. Гидеон 9/11 дээр, өөрөөр хэлбэл Хародын худгийн дэргэд (терроризм), харин хойд зүгийн дайсан хөндийд, Морегийн толгодын дэргэд байв. Морe гэдэг нь эрт бороо гэсэн утгатай. 9/11 дээр хожмын борооны шүршилт, өөрөөр хэлбэл эрт бороо, Морегийн толгодоос бууж эхэлсэн. Хоёр шалгалтын эхнийхийн дараа хорин хоёр мянгыг Гилеад уулнаас гэрт нь буцаав. Гилеад гэдэг нь замын тэмдэг гэсэн утгатай бөгөөд хорин хоёр мянгыг гэрт нь буцаасан тэрхүү замын тэмдэг нь 1844 оны 4-р сарын 19-ний эсвэл 2020 оны 7-р сарын 18-ны анхны урам хугаралт мөн. Хорин хоёр нь анхны урам хугаралтын замын тэмдгийг тэмдэглэдэг бөгөөд энэ нь 1844 оны 10-р сарын 22-нд агуу урам хугаралт ирсэн өдрийг 22 илтгэдэгтэй адил юм.</w:t>
      </w:r>
    </w:p>
    <w:p>
      <w:pPr>
        <w:pStyle w:val="ArticleBody"/>
        <w:jc w:val="left"/>
      </w:pPr>
      <w:r>
        <w:rPr>
          <w:rFonts w:ascii="Times New Roman" w:hAnsi="Times New Roman" w:eastAsia="Times New Roman" w:cs="Times New Roman"/>
        </w:rPr>
        <w:t>Дараагийн шалгалт нь усны шалгалт байсан бөгөөд Миллерчүүдийн түүхэнд энэ нь Экзетерийн майхны цуглаанаар дүрслэгддэг. Тэнд устай холбоотой хоёр майхан байсан нь ийнхүү мөргөгчдийн хоёр ангийг төлөөлж байв. Exeter гэдэг нь “усан дээрх цайз” гэсэн утгатай бөгөөд нөгөө майханд Watertown-оос ирсэн ухаангүй онгон охид байрлаж байлаа. Экзетер нь Гидеоны усны шалгалтыг төлөөлдөг боловч гол нь ус өөрөө бус, харин тэр усыг уухад хэрэглэсэн арга барил байсан юм. Нэг анги нь усыг шүүрэн авах зуураа урагш хөдөлсөөр байхад дэндүү ядарсан байсан, харин нөгөө анги нь урагшлан хөдөлсөөр байв. Нэг анги нь ядарсан анги байсан бөгөөд энэ нь сайн аялагч байсан Рахелтай эсрэгцүүлэн Лиагаар төлөөлөгдөнө.</w:t>
      </w:r>
    </w:p>
    <w:p>
      <w:pPr>
        <w:pStyle w:val="ArticleBody"/>
        <w:jc w:val="left"/>
      </w:pPr>
      <w:r>
        <w:rPr>
          <w:rFonts w:ascii="Times New Roman" w:hAnsi="Times New Roman" w:eastAsia="Times New Roman" w:cs="Times New Roman"/>
        </w:rPr>
        <w:t>Future for America-гийн үйлчлэл нь 9/11 дээрх Гидеон байсан бөгөөд тэр үед хоёр шалгалтын эхнийх нь Гидеоны бүлгээс томоохон ангийг цэвэрлэн зайлуулах байв. 9/11-ийн терроризм нь Хародын худгийн айдас ба түгшүүрийг тодорхойлж, Морегийн толгод нь хожмын борооны эхлэлийг тодорхойлдог. 2020 оны 7 дугаар сарын 18-нд хорин хоёр мянга нь явж одсоноор салгалт явагдсан бөгөөд ийнхүү хорин хоёр гэсэн тоогоор хүлээлгийн цагийн ирэлтийг тэмдэглэсэн юм. Гидеоны гурван зуу нь Исаиа хорин наймд тодорхойлогдсончлон хожмын борооны аргачлалын шалгалт болох хоёр дахь шалгалтыг давдаг хүмүүс юм.</w:t>
      </w:r>
    </w:p>
    <w:p>
      <w:pPr>
        <w:pStyle w:val="ArticleBody"/>
        <w:jc w:val="left"/>
      </w:pPr>
      <w:r>
        <w:rPr>
          <w:rFonts w:ascii="Times New Roman" w:hAnsi="Times New Roman" w:eastAsia="Times New Roman" w:cs="Times New Roman"/>
        </w:rPr>
        <w:t>Петр Паниумд ч мөн, Пентекостод ч мөн байдаг. Пентекост бол Ням гаргийн хууль мөн бөгөөд Даниел 11:16 ч бас Ням гаргийн хууль мөн. Даниелын 11-р бүлгийн 13–15-р эшлэлүүд нь Паниум бөгөөд, тэдгээр эшлэл нь Ням гаргийн хууль руу хүргэдэг гадаад эш үзүүллэгийн түүхийг төлөөлдөг; харин Үйлс ном дахь Петр, гуравдугаар болон есдүгээр цагт, Ням гаргийн хууль руу хүргэдэг дотоод эш үзүүллэгийн түүхийг төлөөлдөг. Гадаад шугам нь араатны тамга руу хүргэдэг түүхийг тодорхойлж байгаа бол, дотоод шугам нь нэг зуун дөчин дөрвөн мянгын тамгалагдах түүхийг тодорхойлдог. Одоо биеллийн явцад оршиж буй гадаад ба дотоод түүхийн аль алинд нь Петр ийм чухал бэлгэ тэмдэг болж байгаа тул, Судрын өнгөц уншлагын доогуур урсан өнгөрдөг эш үзүүллэгийн агуулгад Петрийг байрлуулах нь зохистой мэт санагдсан.</w:t>
      </w:r>
    </w:p>
    <w:p>
      <w:pPr>
        <w:pStyle w:val="ArticleBody"/>
        <w:jc w:val="left"/>
      </w:pPr>
      <w:r>
        <w:rPr>
          <w:rFonts w:ascii="Times New Roman" w:hAnsi="Times New Roman" w:eastAsia="Times New Roman" w:cs="Times New Roman"/>
        </w:rPr>
        <w:t>Матайн номд биелсэн хэмээн тэмдэглэгдсэн Мессиагийн тухай арван хоёр эш үзүүллэг нь нэг зуун дөчин дөрвөн мянгын түүхийг төлөөлдөг. “Төгсгөлийн цаг” нь шинэчлэлийн хөдөлгөөний эхлэлийг тэмдэглэдэг бөгөөд Аарон, Мосе нарын төрөлт нь Мосегийн шугам дахь “төгсгөлийн цаг”-ийг, өөрөөр хэлбэл Христийн альфаг тэмдэглэсэнтэй адил, Иоханы төрөлт болон түүний үеэл Есүсийн төрөлт ч мөн 1989 онд “төгсгөлийн цаг”-ийг тэмдэглэсэн юм. Мессиагийн тухай арван хоёр эш үзүүллэгийг авч үзэх нь үнэ цэнтэй эсэх тухай асуудал нь, өөр нэг асуултыг дэвшүүлэн түүнийг нөхцөлд нь байрлуулбал, илүү сонирхол татам болдог. Матайд байдаг шиг тийм олон Мессиагийн биеллийг тэмдэглэсэн өөр ямар Библийн ном байдаг вэ?</w:t>
      </w:r>
    </w:p>
    <w:p>
      <w:pPr>
        <w:pStyle w:val="ArticleScripture"/>
        <w:jc w:val="left"/>
      </w:pPr>
      <w:r>
        <w:rPr>
          <w:rFonts w:ascii="Times New Roman" w:hAnsi="Times New Roman" w:eastAsia="Times New Roman" w:cs="Times New Roman"/>
        </w:rPr>
        <w:t>“Газар дэлхий дээрх Бурханы ажил нь агуу шинэчлэл болон шашны хөдөлгөөн бүрд үеэс үед гайхалтай төстэй байдлыг илэрхийлдэг. Хүмүүстэй харьцах Бурханы зарчмууд үргэлж адилхан байдаг. Өнөөгийн чухал хөдөлгөөнүүд өнгөрсөн үеийнхтэйгээ дүйцэх жишээтэй бөгөөд өмнөх үеийн сүмийн туршлага нь бидний цаг үед асар их үнэ цэнтэй сургамжуудыг агуулж байдаг.” Агуу тэмцэл, 343.</w:t>
      </w:r>
    </w:p>
    <w:p>
      <w:pPr>
        <w:pStyle w:val="ArticleBody"/>
        <w:jc w:val="left"/>
      </w:pPr>
      <w:r>
        <w:rPr>
          <w:rFonts w:ascii="Times New Roman" w:hAnsi="Times New Roman" w:eastAsia="Times New Roman" w:cs="Times New Roman"/>
        </w:rPr>
        <w:t>Аливаа шинэчлэлийн хөдөлгөөн бүр Даниелын номд “эцсийн цаг” хэмээн нэрлэгдсэн эхлэх цэгтэй байдаг. Христийн шинэчлэлийн хөдөлгөөний хувьд тэрхүү эцсийн цаг нь Түүний төрөлт байсан бөгөөд энэ нь 1798 он болон 1989 оныг хоёуланг нь дүрслэн төлөөлсөн юм,</w:t>
      </w:r>
    </w:p>
    <w:p>
      <w:pPr>
        <w:pStyle w:val="ArticleHeading"/>
        <w:jc w:val="left"/>
      </w:pPr>
      <w:r>
        <w:rPr>
          <w:rFonts w:ascii="Arial" w:hAnsi="Arial" w:eastAsia="Arial" w:cs="Arial"/>
        </w:rPr>
        <w:t>Анхны Мессиан тэмдэглэгээ—1989</w:t>
      </w:r>
    </w:p>
    <w:p>
      <w:pPr>
        <w:pStyle w:val="ArticleScripture"/>
        <w:jc w:val="left"/>
      </w:pPr>
      <w:r>
        <w:rPr>
          <w:rFonts w:ascii="Times New Roman" w:hAnsi="Times New Roman" w:eastAsia="Times New Roman" w:cs="Times New Roman"/>
        </w:rPr>
        <w:t>Тэд Түүнд, “Иудейн Бетлехемд; учир нь эш үзүүлэгчээр ийнхүү бичигдсэн байдаг: ‘Мөн чи, Иудагийн нутаг дахь Бетлехем ээ, Иудагийн ноёдын дунд огтхон ч хамгийн өчүүхэн нь биш; учир нь чамаас Миний ард түмэн Израилийг захирах Захирагч гарч ирнэ’” гэж хэлэв. Матай 2:5, 6.</w:t>
      </w:r>
    </w:p>
    <w:p>
      <w:pPr>
        <w:pStyle w:val="ArticleHeading"/>
        <w:jc w:val="left"/>
      </w:pPr>
      <w:r>
        <w:rPr>
          <w:rFonts w:ascii="Arial" w:hAnsi="Arial" w:eastAsia="Arial" w:cs="Arial"/>
        </w:rPr>
        <w:t>Зөгнөл</w:t>
      </w:r>
    </w:p>
    <w:p>
      <w:pPr>
        <w:pStyle w:val="ArticleScripture"/>
        <w:jc w:val="left"/>
      </w:pPr>
      <w:r>
        <w:rPr>
          <w:rFonts w:ascii="Times New Roman" w:hAnsi="Times New Roman" w:eastAsia="Times New Roman" w:cs="Times New Roman"/>
        </w:rPr>
        <w:t>Харин чи, Бетлехем Ефрата аа, Иудагийн мянгатуудын дунд өчүүхэн боловч, Израильд захирагч байх Тэр Нэгэн Надад зориулан чамаас гарч ирнэ; Түүний гарч ирэлт нь эрт цагаас, мөнхөөс байсан юм. Мика 5:2.</w:t>
      </w:r>
    </w:p>
    <w:p>
      <w:pPr>
        <w:pStyle w:val="ArticleBody"/>
        <w:jc w:val="left"/>
      </w:pPr>
      <w:r>
        <w:rPr>
          <w:rFonts w:ascii="Times New Roman" w:hAnsi="Times New Roman" w:eastAsia="Times New Roman" w:cs="Times New Roman"/>
        </w:rPr>
        <w:t>1989 он бол гурав дахь тэнгэрэлчийн хөдөлгөөний төгсгөлийн цаг байв. Энэ нь 1863 оны бослогоос хойш 126 жилийн дараа ирсэн бөгөөд Роналд Рейган болон ахмад Жорж Бушаар төлөөлөгдсөн юм. Мосегийн түүхэн дэх төгсгөлийн цаг нь Аарон, Мосе хоёрын төрөлт байсанчлан, Христийн түүхэн дэх төгсгөлийн цаг нь Иохан Баптист болон Христийн төрөлт байв. Даниелын ном 1989 онд нээгдсэнтэй адил нээгдэх үед мэдлэгийн өсөлт гардаг. Тэрхүү мэдлэгийн өсөлт нь нээгдсэн мэдлэгээс сорилтын мэдээ хөгжиж бий болох цагийг тодорхойлдог хоёр дахь замын тэмдэгт хүргэдэг.</w:t>
      </w:r>
    </w:p>
    <w:p>
      <w:pPr>
        <w:pStyle w:val="ArticleBody"/>
        <w:jc w:val="left"/>
      </w:pPr>
      <w:r>
        <w:rPr>
          <w:rFonts w:ascii="Times New Roman" w:hAnsi="Times New Roman" w:eastAsia="Times New Roman" w:cs="Times New Roman"/>
        </w:rPr>
        <w:t>Шинэчлэлийн аливаа хөдөлгөөн бүр мэдээ албан ёсны хэлбэрт орж, түүнээс хойш сорих мэдээ болдог мөчийг тэмдэглэдэг. Христ эрэгтэй, эмэгтэй хүмүүсийг сорилтын төлөө хариуцлага хүлээлгэхээсээ өмнө сорилтыг үргэлж урьдчилан тайлбарладаг. Адам, Ева хоёрт дуулгаваргүйтэх аваас ямар үр дагавар гарахыг урьдчилан хэлсэн бөгөөд Бурхан хэзээ ч өөрчлөгддөггүй.</w:t>
      </w:r>
    </w:p>
    <w:p>
      <w:pPr>
        <w:pStyle w:val="ArticleScripture"/>
        <w:jc w:val="left"/>
      </w:pPr>
      <w:r>
        <w:rPr>
          <w:rFonts w:ascii="Times New Roman" w:hAnsi="Times New Roman" w:eastAsia="Times New Roman" w:cs="Times New Roman"/>
        </w:rPr>
        <w:t>Эзэн Бурхан хүнд тушаан айлдахдаа, Цэцэрлэгийн бүх модноос чи дураараа идэж болно; харин сайн ба мууг мэдүүлэгч модноос чи бүү ид; учир нь түүнээс идэх тэр өдөртөө чи гарцаагүй үхнэ гэжээ. Эхлэл 2:16, 17.</w:t>
      </w:r>
    </w:p>
    <w:p>
      <w:pPr>
        <w:pStyle w:val="ArticleBody"/>
        <w:jc w:val="left"/>
      </w:pPr>
      <w:r>
        <w:rPr>
          <w:rFonts w:ascii="Times New Roman" w:hAnsi="Times New Roman" w:eastAsia="Times New Roman" w:cs="Times New Roman"/>
        </w:rPr>
        <w:t>Уильям Миллер 1831–1833 онуудад эхний тэнгэрэлчийн сорилтын мэдээг “албан ёсны хэлбэрт” оруулсан. Зуун дөчин дөрвөн мянгын мэдээ нь 1996 онд, 1989 онд лац нь тайлагдсан Даниел арван нэгдүгээр бүлгийн сүүлчийн зургаан эшлэлийг хамарсан Time of the End сэтгүүл хэвлэгдсэнээр албан ёсны хэлбэрт орсон. Тэр жил мөн Prophetic Time Lines нэртэй хэвлэл нийтлэгдэж, Уильям Миллерийн баталсан дүрмүүдээс хорин хоёр дахин илүү хүчирхэг аргачлалыг дэвшүүлсэн. Эдгээр дүрмүүд одоо Prophetic Keys хэвлэлд тусгагдсан байна. Гурав дахь тэнгэрэлчийн мэдээг тунхаглагчдын бүгдийн хэрэглэх дүрмүүд нь Миллерийн дүрмүүд юм.</w:t>
      </w:r>
    </w:p>
    <w:p>
      <w:pPr>
        <w:pStyle w:val="ArticleScripture"/>
        <w:jc w:val="left"/>
      </w:pPr>
      <w:r>
        <w:rPr>
          <w:rFonts w:ascii="Times New Roman" w:hAnsi="Times New Roman" w:eastAsia="Times New Roman" w:cs="Times New Roman"/>
        </w:rPr>
        <w:t>“Гурав дахь тэнгэрэлчийн мэдээг тунхаглах үйл хэрэгт оролцож буй хүмүүс Эцэг Миллерийн баримталсан тэрхүү аргын дагуу Судруудыг шинжлэн судалж байна.” Review and Herald, 1884 оны 11 дүгээр сарын 25.</w:t>
      </w:r>
    </w:p>
    <w:p>
      <w:pPr>
        <w:pStyle w:val="ArticleBody"/>
        <w:jc w:val="left"/>
      </w:pPr>
      <w:r>
        <w:rPr>
          <w:rFonts w:ascii="Times New Roman" w:hAnsi="Times New Roman" w:eastAsia="Times New Roman" w:cs="Times New Roman"/>
        </w:rPr>
        <w:t>Миллерийн дүрмүүд нь альфа бөгөөд эш үзүүллэгийн Түлхүүрүүд нь омега юм. Эш үзүүллэгийн шалгах мэдээг давах цорын ганц зам нь Бурханы Үгэнд тодорхойлсон судлах аргачлалыг хэрэглэх явдал мөн. Жинхэнэ мэдээг түүнийг тогтоон баталгаажуулдаг жинхэнэ аргачлалаас салгаж үл болно. Шинэчлэлийн хөдөлгөөн бүрд тэр үеийнхэнд зориулсан шалгах мэдээ дэвшүүлэгддэг бөгөөд түүнд замын тэмдгийн нэгэн бүрэлдэхүүн хэсэг болгон зөв аргачлал багтдаг. Миллерийн мэдээ нь Даниелын номын лац тайлагдсанд үндэслэсэн байв. Түүний мэдээ нь мөн Гидеоны мэдээ байсан, учир нь тэр ч бас гурван зуун хүний цэргийг бий болгосон юм.</w:t>
      </w:r>
    </w:p>
    <w:p>
      <w:pPr>
        <w:pStyle w:val="ArticleScripture"/>
        <w:jc w:val="left"/>
      </w:pPr>
      <w:r>
        <w:rPr>
          <w:rFonts w:ascii="Times New Roman" w:hAnsi="Times New Roman" w:eastAsia="Times New Roman" w:cs="Times New Roman"/>
        </w:rPr>
        <w:t>Тэр гурван зуун хүнийг гурван ангид хувааж, хүн бүрийн гарт бүрээ, мөн хоосон ваар өгч, ваарнуудын дотор дэнлүү хийв. Тэгээд тэр тэдэнд, “Намайг ажиглаж, мөн адил үйлдэгтүн. Харагтун, намайг хуарангийн захад очиход, миний үйлдэхийн адил та нар ч үйлдэгтүн. Намайг болон надтай хамт байгаа бүхнийг бүрээ үлээхэд, та нар ч бас бүх хуарангийн эргэн тойронд бүрээнүүдээ үлээж, ‘Эзэний илд, мөн Гидеоных’ гэж хэлэгтүн” гэв. Шүүгчид 7:16–18.</w:t>
      </w:r>
    </w:p>
    <w:p>
      <w:pPr>
        <w:pStyle w:val="ArticleBody"/>
        <w:jc w:val="left"/>
      </w:pPr>
      <w:r>
        <w:rPr>
          <w:rFonts w:ascii="Times New Roman" w:hAnsi="Times New Roman" w:eastAsia="Times New Roman" w:cs="Times New Roman"/>
        </w:rPr>
        <w:t>Миллерийн мэдээ нь “бүрээ” бөгөөд мөн “сэлэм” байв. Гэвч тэр нь Гидеоны болон Эзэний аль алиных нь сэлэм байсан юм. Эзэний Үг 1611 онд хэвлэгдэн гарсан бөгөөд 220 жилийн дараа Миллер эхний тэнгэрэлчийн тухай өөрийн мэдээг нийтэлсэн. Тусгаар тогтнолын Тунхаглал 1776 онд нийтлэгдсэн бөгөөд 220 жилийн дараа, 1996 онд, гурав дахь тэнгэрэлчийн мэдээ нийтлэгдсэн. Миллерийнх нь шүүлт эхэлснийг тунхагласан, Улай голын үзэгдлээр дүрслэгдсэнчлэн Бурханы ард түмний дотоод мэдээ болсон эхний тэнгэрэлчийн мэдээ байв. Future for America-гийн гурав дахь тэнгэрэлчийн мэдээ нь шүүлт хаагдахыг тунхагласан, Хиддекел голын үзэгдлээр дүрслэгдсэнчлэн Бурханы ард түмний гадаад мэдээ юм.</w:t>
      </w:r>
    </w:p>
    <w:p>
      <w:pPr>
        <w:pStyle w:val="ArticleBody"/>
        <w:jc w:val="left"/>
      </w:pPr>
      <w:r>
        <w:rPr>
          <w:rFonts w:ascii="Times New Roman" w:hAnsi="Times New Roman" w:eastAsia="Times New Roman" w:cs="Times New Roman"/>
        </w:rPr>
        <w:t>Зөгнөлийн аргачлал нь Матай Христэд биелсэн гэж тодорхойлсон Мессиагийн зөгнөлүүдийн нэгээр төлөөлөгдөж байдаг бөгөөд ингэснээр 1831 оныг хэв шинжлэн үзүүлдэг; энд “эцэг” нь 1996 онд өөрийн хүүг төлөөлж байна. Аргачлалын хоёр гэрч нь альфа ба омега бөгөөд, хүний элчийн оролцоотойгоор тэд хамтдаа эцэг ба хүүгийн харилцааг тогтоодог; энэ нь Малахийн Елиагийн мэдээний харилцаа мөн. Эцгүүдийн зүрх хүүхдүүд рүү эргэж, мөн хүүхдүүдийнх ч эцгүүд рүү эргэнэ. Миллерийн дүрмүүд нь Зөгнөлийн Түлхүүрүүд хэмээн нэрлэгдсэн дүрмүүдтэй нэгтгэгдэх ёстой. Шинэ гэрэл нь хуучин гэрлийн суурин дээр байгуулагдах ёстой. 1831 болон 1996 оны аргачлалыг хэрэглэхгүй байхаар сонгогсод хараагдсан байдаг. Нэг бүлэг нь хараагдсан, нөгөө нь ерөөгдсөн. Сонголт таных уу?</w:t>
      </w:r>
    </w:p>
    <w:p>
      <w:pPr>
        <w:pStyle w:val="ArticleHeading"/>
        <w:jc w:val="left"/>
      </w:pPr>
      <w:r>
        <w:rPr>
          <w:rFonts w:ascii="Arial" w:hAnsi="Arial" w:eastAsia="Arial" w:cs="Arial"/>
        </w:rPr>
        <w:t>Мессиагийн хоёр дахь тэмдэг —1996</w:t>
      </w:r>
    </w:p>
    <w:p>
      <w:pPr>
        <w:pStyle w:val="ArticleScripture"/>
        <w:jc w:val="left"/>
      </w:pPr>
      <w:r>
        <w:rPr>
          <w:rFonts w:ascii="Times New Roman" w:hAnsi="Times New Roman" w:eastAsia="Times New Roman" w:cs="Times New Roman"/>
        </w:rPr>
        <w:t>“Би ам нээн сургаалт зүйрлэлээр өгүүлнэ; ертөнцийн үндэс тавигдсанаас хойш нууцлагдан хадгалагдсан зүйлсийг Би илэрхийлэн өгүүлнэ” хэмээн эш үзүүлэгчээр айлдагдсан нь биелэхийн тулд байв. Матай 13:35.</w:t>
      </w:r>
    </w:p>
    <w:p>
      <w:pPr>
        <w:pStyle w:val="ArticleHeading"/>
        <w:jc w:val="left"/>
      </w:pPr>
      <w:r>
        <w:rPr>
          <w:rFonts w:ascii="Arial" w:hAnsi="Arial" w:eastAsia="Arial" w:cs="Arial"/>
        </w:rPr>
        <w:t>Зөгнөл</w:t>
      </w:r>
    </w:p>
    <w:p>
      <w:pPr>
        <w:pStyle w:val="ArticleScripture"/>
        <w:jc w:val="left"/>
      </w:pPr>
      <w:r>
        <w:rPr>
          <w:rFonts w:ascii="Times New Roman" w:hAnsi="Times New Roman" w:eastAsia="Times New Roman" w:cs="Times New Roman"/>
        </w:rPr>
        <w:t>Би амаа сургаалт зүйрлэлээр нээнэ; би эртний нууцлаг үгсийг өгүүлнэ. Дуулал 78:2.</w:t>
      </w:r>
    </w:p>
    <w:p>
      <w:pPr>
        <w:pStyle w:val="ArticleBody"/>
        <w:jc w:val="left"/>
      </w:pPr>
      <w:r>
        <w:rPr>
          <w:rFonts w:ascii="Times New Roman" w:hAnsi="Times New Roman" w:eastAsia="Times New Roman" w:cs="Times New Roman"/>
        </w:rPr>
        <w:t>Бүүдгэр үгс; Иудагийн овгийн Арслангийн “өгүүлдэг” сургаалт үгс нь ертөнцийн сууриас хойш битүүмжлэгдсэн, эсвэл нууцлагдан хадгалагдсан үнэнүүдийг мөр мөрөөр нь дэлгэн үзүүлэх илэрхийлэл юм. Нэгэнт тэр мэдээ албан ёсны хэлбэрт ормогц, улмаар сорилтын цагийн эхлэлийг тэмдэглэдэг эш үзүүллэгийн биеллээр хүчирхэгжинэ.</w:t>
      </w:r>
    </w:p>
    <w:p>
      <w:pPr>
        <w:pStyle w:val="ArticleBody"/>
        <w:jc w:val="left"/>
      </w:pPr>
      <w:r>
        <w:rPr>
          <w:rFonts w:ascii="Times New Roman" w:hAnsi="Times New Roman" w:eastAsia="Times New Roman" w:cs="Times New Roman"/>
        </w:rPr>
        <w:t>2001 оны 9 дүгээр сарын 11-нд хожмын бороо шиврэн орж эхлэх үед 1888 оны бослого болон Корахын бослого дахин давтагдсан юм. 1888 оны Миннеаполисын бослого болон Корахын бослогын үед Бурханы сонгосон элч нар, тэдний тунхагласан мэдээний хамт, няцаагдсан. Нярай хүүхдийг угаалгын устай нь хамт асгасан билээ. Тэднийг Бурханы сонгосон хүмүүсийн адил бүх чуулган бүхлээрээ мөн адил ариун гэсэн үндэслэлээр хамтад нь зайлуулсан. Босогчид хүний элч нарын доторх Бурханлаг чанарыг олж харж чадсангүй. Тэдний харж чадсан цорын ганц зүйл нь өөрсдөө, Бурханлаг чанараас ангид хүн төрөлхтөн байсан тул хүн бүр адилхан гэж тэд бодсон юм.</w:t>
      </w:r>
    </w:p>
    <w:p>
      <w:pPr>
        <w:pStyle w:val="ArticleScripture"/>
        <w:jc w:val="left"/>
      </w:pPr>
      <w:r>
        <w:rPr>
          <w:rFonts w:ascii="Times New Roman" w:hAnsi="Times New Roman" w:eastAsia="Times New Roman" w:cs="Times New Roman"/>
        </w:rPr>
        <w:t>Левийн хүү Коатын хүү Изхарын хүү Кора, мөн Реубений хөвгүүд болох Елиабын хөвгүүд Датан, Абирам, Пелетийн хүү Он нар хүмүүсийг авчээ. Тэд Мосегийн эсрэг босож, Израилийн хөвгүүдээс чуулганы хоёр зуун тавин ноён, чуулганд нэрд гарсан, алдартай хүмүүсийг өөрсөдтэйгөө нэгтгэв. Тэд Мосе болон Аароны эсрэг цугларч, тэдэнд ийн хэлэв: Та нар өөрсдөдөө дэндүү ихийг оноож байна. Учир нь бүх чуулган, хүн нэг бүр нь ариун бөгөөд ЭЗЭН тэдний дунд байна. Тэгвэл та нар яагаад ЭЗЭНий чуулганы дээр өөрсдийгөө өргөмжилнө вэ? Тооллого 16:1–3.</w:t>
      </w:r>
    </w:p>
    <w:p>
      <w:pPr>
        <w:pStyle w:val="ArticleBody"/>
        <w:jc w:val="left"/>
      </w:pPr>
      <w:r>
        <w:rPr>
          <w:rFonts w:ascii="Times New Roman" w:hAnsi="Times New Roman" w:eastAsia="Times New Roman" w:cs="Times New Roman"/>
        </w:rPr>
        <w:t>Корахын бослого, 1888 он болон 9/11 нь Бурханы сонгосон удирдлагад захирагдахаас татгалзсан явдал бөгөөд үүний зэрэгцээ Бурханы чуулганы тухай хуурамч тодорхойлолтод итгэл тавьсан хэрэг хэмээн дүрслэгддэг. Босогчид “ЭЗЭНий сүм, ЭЗЭНий сүм нь эдгээр” хэмээн мэдүүлсэн үед Иеремиа мөн адил үзэгдлийг тодорхойлдог.</w:t>
      </w:r>
    </w:p>
    <w:p>
      <w:pPr>
        <w:pStyle w:val="ArticleScripture"/>
        <w:jc w:val="left"/>
      </w:pPr>
      <w:r>
        <w:rPr>
          <w:rFonts w:ascii="Times New Roman" w:hAnsi="Times New Roman" w:eastAsia="Times New Roman" w:cs="Times New Roman"/>
        </w:rPr>
        <w:t>ЭЗЭНээс Иеремиад ирсэн үг ийнхүү айлдсан нь,</w:t>
      </w:r>
    </w:p>
    <w:p>
      <w:pPr>
        <w:pStyle w:val="ArticleScripture"/>
        <w:jc w:val="left"/>
      </w:pPr>
      <w:r>
        <w:rPr>
          <w:rFonts w:ascii="Times New Roman" w:hAnsi="Times New Roman" w:eastAsia="Times New Roman" w:cs="Times New Roman"/>
        </w:rPr>
        <w:t>ЭЗЭНий өргөөний үүдэнд зогсож, тэнд энэ үгийг тунхаглан, ийн хэлэгтүн: ЭЗЭНд мөргөхөөр эдгээр хаалгаар орж ирдэг Иудагийн бүх хүн ээ, ЭЗЭНий үгийг сонсогтун. Израилийн Бурхан, түмэн цэргийн ЭЗЭН ийн айлдаж байна: Зам мөрөө болон үйлсээ засан сайжруул; тэгвэл Би та нарыг энэ газарт оршин суулгах болно. “Энэ бол ЭЗЭНий сүм, ЭЗЭНий сүм, ЭЗЭНий сүм” хэмээн хэлдэг худал үгэнд бүү итгэгтүн.</w:t>
      </w:r>
    </w:p>
    <w:p>
      <w:pPr>
        <w:pStyle w:val="ArticleScripture"/>
        <w:jc w:val="left"/>
      </w:pPr>
      <w:r>
        <w:rPr>
          <w:rFonts w:ascii="Times New Roman" w:hAnsi="Times New Roman" w:eastAsia="Times New Roman" w:cs="Times New Roman"/>
        </w:rPr>
        <w:t>Учир нь хэрэв та нар өөрсдийн зам мөр болон үйлсээ үнэхээр засаж, хүн ба хөршийнх нь хооронд шүүлтийг үнэхээр зөв үйлдэж, харь хүнийг, өнчнийг, бэлэвснийг дарлахгүй, энэ газарт гэмгүй цус урсгахгүй, мөн өөрсдийнхөө гай зовлонгийн төлөө өөр бурхдын араас явахгүй бол, тэгвэл Би та нарыг энэ газарт, Өөрийн чинь эцэг өвгөдөд өгсөн тэр нутагт, үеийн үед оршин суулгах болно.</w:t>
      </w:r>
    </w:p>
    <w:p>
      <w:pPr>
        <w:pStyle w:val="ArticleScripture"/>
        <w:jc w:val="left"/>
      </w:pPr>
      <w:r>
        <w:rPr>
          <w:rFonts w:ascii="Times New Roman" w:hAnsi="Times New Roman" w:eastAsia="Times New Roman" w:cs="Times New Roman"/>
        </w:rPr>
        <w:t>Харагтун, та нар ашиг өгөж эс чадах худал үгэнд найддаг. Иеремиа 7:1–8.</w:t>
      </w:r>
    </w:p>
    <w:p>
      <w:pPr>
        <w:pStyle w:val="ArticleBody"/>
        <w:jc w:val="left"/>
      </w:pPr>
      <w:r>
        <w:rPr>
          <w:rFonts w:ascii="Times New Roman" w:hAnsi="Times New Roman" w:eastAsia="Times New Roman" w:cs="Times New Roman"/>
        </w:rPr>
        <w:t>Иеремиагийн үед иудейчүүдийн хэлсэн худал үгс нь Корахын болон түүний хамсаатнуудын худал үгс мөн бөгөөд, 1888 оны тэрслэгчдийн, мөн мэдээж 9/11-ийн тэрслэгчдийн худал үгс юм. Тэдгээр нь Исаиа хорин наймдугаар бүлэгт Ефраимын согтуу хүмүүсийн доороо нуугддаг худал хуурмаг мөн.</w:t>
      </w:r>
    </w:p>
    <w:p>
      <w:pPr>
        <w:pStyle w:val="ArticleScripture"/>
        <w:jc w:val="left"/>
      </w:pPr>
      <w:r>
        <w:rPr>
          <w:rFonts w:ascii="Times New Roman" w:hAnsi="Times New Roman" w:eastAsia="Times New Roman" w:cs="Times New Roman"/>
        </w:rPr>
        <w:t>Иймээс Иерусалимд буй энэ ард түмнийг захирдаг элэглэгч хүмүүс ээ, ЭЗЭНий үгийг сонсогтун. Учир нь та нар, “Бид үхэлтэй гэрээ байгуулсан, булштай тохиролцсон; халиран ирэх ташуур дайран өнгөрөхөд тэр нь бидэнд хүрэхгүй. Учир нь бид худлыг өөрсдийн хоргодох газар болгож, хуурмаг дор нуугдсан” гэж хэлсэн билээ. Исаиа 28:14, 15.</w:t>
      </w:r>
    </w:p>
    <w:p>
      <w:pPr>
        <w:pStyle w:val="ArticleBody"/>
        <w:jc w:val="left"/>
      </w:pPr>
      <w:r>
        <w:rPr>
          <w:rFonts w:ascii="Times New Roman" w:hAnsi="Times New Roman" w:eastAsia="Times New Roman" w:cs="Times New Roman"/>
        </w:rPr>
        <w:t>Мөн энэ нь 2 Тесалоник номд хүчтэй төөрөгдлийг авчирдаг Үнэнд хайргүй байхыг илэрхийлдэг худал юм.</w:t>
      </w:r>
    </w:p>
    <w:p>
      <w:pPr>
        <w:pStyle w:val="ArticleScripture"/>
        <w:jc w:val="left"/>
      </w:pPr>
      <w:r>
        <w:rPr>
          <w:rFonts w:ascii="Times New Roman" w:hAnsi="Times New Roman" w:eastAsia="Times New Roman" w:cs="Times New Roman"/>
        </w:rPr>
        <w:t>Ийм учраас тэд худалд итгэхийн тулд Бурхан тэдэнд хүчтэй төөрөгдлийг илгээнэ. Ингэснээр үнэнд итгээгүй, харин зөвт бус байдалд таашаал авсан тэд бүгд яллагдах болно. 2 Тесалоник 2:11, 12.</w:t>
      </w:r>
    </w:p>
    <w:p>
      <w:pPr>
        <w:pStyle w:val="ArticleBody"/>
        <w:jc w:val="left"/>
      </w:pPr>
      <w:r>
        <w:rPr>
          <w:rFonts w:ascii="Times New Roman" w:hAnsi="Times New Roman" w:eastAsia="Times New Roman" w:cs="Times New Roman"/>
        </w:rPr>
        <w:t>“Худал үгс” гэдэг нь аврал сүмд байдаг, харин сонгогдсон элч нар болон тэдний сонгогдсон мэдээнд байдаггүй гэсэн мунхаг санааг илэрхийлдэг. Бурхан ба хүний хоорондох холбоо зөвхөн Түүний Үгээр хэрэгжиж, хадгалагддаг. Тэр бол Үг мөн бөгөөд Үгээр дамжихгүйгээр хэн ч Эцэгт ирдэггүй. Христ Өөрийн сонгосон элч нар болон тэдний тунхагладаг мэдээгээр төлөөлөгдөнө. Өөрөөр итгэнэ гэдэг нь Үнэнийг үзэн ядаж, худалд итгэх явдал юм. Иеремиа сүмд найдаж буй иудейчүүдийг буруушаахдаа, Амлагдсан нутагт орсноос хойш Бурханы Авдар байсан Шилог тэдэнд сануулдаг.</w:t>
      </w:r>
    </w:p>
    <w:p>
      <w:pPr>
        <w:pStyle w:val="ArticleScripture"/>
        <w:jc w:val="left"/>
      </w:pPr>
      <w:r>
        <w:rPr>
          <w:rFonts w:ascii="Times New Roman" w:hAnsi="Times New Roman" w:eastAsia="Times New Roman" w:cs="Times New Roman"/>
        </w:rPr>
        <w:t>Тиймээс Миний нэрээр нэрлэгдсэн, та нарын итгэдэг энэ өргөөнд, мөн Би та нарт болон эцэг өвгөдөд чинь өгсөн тэр газарт Би Шилод хийсэнчлэн хийх болно. Би бүх ах дүүсийг чинь, өөрөөр хэлбэл Ефраимын бүх үр удмыг хөөн зайлуулсан шиг, та нарыг Өөрийн мэлмээс зайлуулан хаях болно. Тиймээс энэ ард түмний төлөө бүү залбир; тэдний төлөө хашхирах дуу ч, залбирал ч бүү өргө; Надад ч тэдний төлөө бүү зуучлан гуй; учир нь Би чамайг сонсохгүй. Иеремиа 7:14–16.</w:t>
      </w:r>
    </w:p>
    <w:p>
      <w:pPr>
        <w:pStyle w:val="ArticleBody"/>
        <w:jc w:val="left"/>
      </w:pPr>
      <w:r>
        <w:rPr>
          <w:rFonts w:ascii="Times New Roman" w:hAnsi="Times New Roman" w:eastAsia="Times New Roman" w:cs="Times New Roman"/>
        </w:rPr>
        <w:t>Хорон муу Эли болон түүний хоёр хорон муу хүү Хофни, Финехас нар өсөн нэмэгдэж буй урвалтыг сорилтын хугацаа хаагдах хүртэл хөгжихийг зөвшөөрсөндөө Корах, Датан, Абиром нартай зэрэгцэн тохирч байна; улмаар Корах, Датан, Абиромын адил энэ гурвуул нэг өдөр нас барсан юм. Тэд бүгд Ням гаргийн хуулийн үед үхдэг!</w:t>
      </w:r>
    </w:p>
    <w:p>
      <w:pPr>
        <w:pStyle w:val="ArticleBody"/>
        <w:jc w:val="left"/>
      </w:pPr>
      <w:r>
        <w:rPr>
          <w:rFonts w:ascii="Times New Roman" w:hAnsi="Times New Roman" w:eastAsia="Times New Roman" w:cs="Times New Roman"/>
        </w:rPr>
        <w:t>9/11 дэх Корахын бослого, Елийн бослого, Иеремиагийн гэрчлэл дэх иудейчүүдийн бослого, мөн 1888 оны босогчид тухайн үеийн мэдээ болон элч нарыг няцааж, эсэргүүцдэг. Тэр үе хоёр сорилтын дараа Ням гаргийн хуулиар төгсөнө. Эхний сорилт нь 9/11-өөс 2020 оны 7 дугаар сарын 18 хүртэл үргэлжилдэг бөгөөд хоёр дахь сорилт нь Шөнийн дунд хашхирааны мэдээгээр дүрслэгдсэн цэвэршүүлэлт ба лацдалт юм. Тэрхүү ариусгалын үйл явцаас Гидеон болон түүний гурван зуун хүн бүрээгээ үлээхэд бэлтгэгддэг бөгөөд тэд Самуел Ням гаргийн хуулийн үед босгогдох үед тийн үйлддэг; тэр нь Гэрээний авдрыг филистчүүд булаан авдаг цаг мөн. Тэгээд ялагч чуулган туг тэмдэг мэт өргөгдөнө.</w:t>
      </w:r>
    </w:p>
    <w:p>
      <w:pPr>
        <w:pStyle w:val="ArticleBody"/>
        <w:jc w:val="left"/>
      </w:pPr>
      <w:r>
        <w:rPr>
          <w:rFonts w:ascii="Times New Roman" w:hAnsi="Times New Roman" w:eastAsia="Times New Roman" w:cs="Times New Roman"/>
        </w:rPr>
        <w:t>Тэр сүм нь Давид хэмээх нэртэй хаантай бөгөөд Шило унасны үед Езекиел болон Самуелээр төлөөлөгдсөн эш үзүүлэгчтэй. Тэрчлэн тэр сүм нь Иосефоор төлөөлөгдсөн санваартай байх болно. Ням гаргийн хуулийн сорилтын үе бол Ариун Сүнсний гал хэмжээлшгүйгээр асгагдах цаг бөгөөд энэ нь долоо дахь лацаар төлөөлөгдөнө. Тэр гал нь Корах, Датан, Абирам, Ели, Хофни, Финеес болон 1888 оны тэрслэгчидтэй хамт боссон алдар нэрт хүмүүсийг устгана.</w:t>
      </w:r>
    </w:p>
    <w:p>
      <w:pPr>
        <w:pStyle w:val="ArticleBody"/>
        <w:jc w:val="left"/>
      </w:pPr>
      <w:r>
        <w:rPr>
          <w:rFonts w:ascii="Times New Roman" w:hAnsi="Times New Roman" w:eastAsia="Times New Roman" w:cs="Times New Roman"/>
        </w:rPr>
        <w:t>Ариун Сүнсний асгаралтын тэр л гал нь ялгуусан чуулганы драмын дэвсгэр мөн. Чуулганыг Давид хаан, эш үзүүлэгч Езекиел, тахилч Иосефаар төлөөлүүлэн харуулдаг. Тэр гурван нь Небухаднезарын гал зууханд гурван эрхэм хүнийг шидсэн хүмүүсийг шатаан устгасан лугаа адил, нэр алдартай 250 хүнийг устгадаг гал дотор зогсож байна. Ялгуусан чуулганы хувьд тэднийг галтай зууханд хаягдахыг бүх дэлхий ажиглаж байхад, гэнэт Бурханы Хүү чуулганы эш үзүүлэгч, тахилч, хаантай хамт үзэгдэнэ—Шадрах, Мешах, Абеднегоор төлөөлөгдсөнөөр. Галтай зууханд буй гучин настай дөрвөн хүн нь Тэнгэрлэг чанар хүн чанартай нэгдсэн нь нүгэл үйлддэггүй гэсэн үнэнийг төлөөлдөг!</w:t>
      </w:r>
    </w:p>
    <w:p>
      <w:pPr>
        <w:pStyle w:val="ArticleBody"/>
        <w:jc w:val="left"/>
      </w:pPr>
      <w:r>
        <w:rPr>
          <w:rFonts w:ascii="Times New Roman" w:hAnsi="Times New Roman" w:eastAsia="Times New Roman" w:cs="Times New Roman"/>
        </w:rPr>
        <w:t>Кора, Датан, Абирамууд, мөн түүнчлэн Ели, Хофни, Финехас нар нь эш үзүүлэгч, тахилч, хаанаас бүрэлдсэн ялгуусан сүмийн хуурамч дуурайл мөн. Тэдгээр гурав нь Гидеоны 300 хүн, Пентекостын өдөр аврагдсан гурван мянган сүнс, Миллеритийн 300 номлогч, 1843 оны гурван зуун зураглал мөн бөгөөд Ням гаргийн хууль ирж, тэнгэрээс гал бууж ирэх үед тэд гучин настай байдаг. Елиагийн үед гал нь жинхэнэ болон хуурамч эш үзүүлэгчдийг ялган танихын тулд бууж ирсэн. Аарон үйлчлэж эхэлдэг “найм дахь” өдөр Левит номд бууж ирдэг тэр гал нь Аароны өргөлийг шатаан залгидаг бөгөөд тэр нь урьдын жилүүдийнх шиг тааламжит байдаг Малахи 3-ын өргөл юм. Тэрхүү нэгэн адил гал нь Аароны хөвгүүд болох Хофни, Финехасаар төлөөлөгдсөн, харийн буюу энгийн гал өргөдөг хүмүүсийг устгадаг.</w:t>
      </w:r>
    </w:p>
    <w:p>
      <w:pPr>
        <w:pStyle w:val="ArticleBody"/>
        <w:jc w:val="left"/>
      </w:pPr>
      <w:r>
        <w:rPr>
          <w:rFonts w:ascii="Times New Roman" w:hAnsi="Times New Roman" w:eastAsia="Times New Roman" w:cs="Times New Roman"/>
        </w:rPr>
        <w:t>Бурхан жинхэнэ эш үзүүлэгчийг Елиатайгаар, эсвэл жинхэнэ тахилчийг Ааронтойгоор батлан нотолж байх үед гал нь Баалын хуурамч эш үзүүлэгчдийн үхэлд хүргэдэг; тэд мөн Хофни, Финехас мөн. Хофни ба Финехас бол Аароны хөвгүүд бөгөөд тэд Ням гарагийн хуулийн үед Эзэний амнаас бөөлжигдөн гаргагддаг гэрээт ард түмний эцсийн үе юм.</w:t>
      </w:r>
    </w:p>
    <w:p>
      <w:pPr>
        <w:pStyle w:val="ArticleScripture"/>
        <w:jc w:val="left"/>
      </w:pPr>
      <w:r>
        <w:rPr>
          <w:rFonts w:ascii="Times New Roman" w:hAnsi="Times New Roman" w:eastAsia="Times New Roman" w:cs="Times New Roman"/>
        </w:rPr>
        <w:t>“Эдгээр нь Уайт эгчийн үгс бус, харин Эзэний үгс бөгөөд Түүний элч тэдгээрийг надад, би та нарт дамжуулахын тулд өгсөн юм. Бурхан та нарыг Өөртэй нь эсрэг зорилгоор цаашид ажиллахаа болихыг уриалж байна. Өөрсдийгөө Христэд итгэгч хэмээн нэрлэдэг атлаа Сатаны шинж чанаруудыг илэрхийлж, үнэн урагшлахын эсрэг сүнсээрээ, үгээрээ, үйлдлээрээ саад хийж, Сатаны удирдан дагуулж буй замаар гарцаагүй дагаж яваа хүмүүсийн талаар ихээхэн заавар өгөгдсөн. Зүрхнийхээ хатуу хөтүүн байдал дунд тэд өөрсдөд нь огтхон ч хамаарахгүй, мөн хэрэгжүүлэх ёсгүй эрх мэдлийг атган авсан. Агуу Багш айлдахдаа, ‘Би нураана, нураана, нураана’ гэсэн. Хүмүүс Бэтл-Крийкт, ‘Эзэний сүм, Эзэний сүм нь бид мөн’ гэж хэлдэг боловч тэд энгийн гал ашиглаж байна. Тэдний зүрх Бурханы нигүүлслээр зөөлөрч, номхорсонгүй.” Manuscript Releases, volume 13, 222.</w:t>
      </w:r>
    </w:p>
    <w:p>
      <w:pPr>
        <w:pStyle w:val="ArticleBody"/>
        <w:jc w:val="left"/>
      </w:pPr>
      <w:r>
        <w:rPr>
          <w:rFonts w:ascii="Times New Roman" w:hAnsi="Times New Roman" w:eastAsia="Times New Roman" w:cs="Times New Roman"/>
        </w:rPr>
        <w:t>“Энгийн гал” гэдэг нь тахилчийн алба эхлэх үед Аароны хөвгүүдийн хэрэглэсэн гал юм. “81” тоо нь тахилчийн албаны бэлгэдэл бөгөөд Левит 8:1-д тахилчийн ариусгал ба онцлон адислагдах долоон өдрийг дүрслэн үзүүлдэг. Тэдний хувцсыг тайлж, тэнгэрлэг Тэргүүн Тахилчийн хувцсаар сольдог нь Зехариагийн үзэгдлийн гуравдугаар бүлэгт Иошуа ба тэнгэрэлчийн тухай дүрслэлээр харуулагдсан байдаг. Зехариад гардаг 300 нь “гайхагдагсдын хүмүүс” хэмээн төлөөлөгдсөн бөгөөд тэд Бурхан Өөрийн ард түмний гэм бурууг зайлуулдаг түүхэн үеийг, өөрөөр хэлбэл Ням гаргийн хуулийн үеийг төлөөлдөг; тэр үед сүм тэмцэгч байдлаас ялгуусан байдалд хувирдаг. Онцлон адислагдах долоон өдрийн дараа тэд найм дахь өдөр үйлчилж эхэлсэн.</w:t>
      </w:r>
    </w:p>
    <w:p>
      <w:pPr>
        <w:pStyle w:val="ArticleScripture"/>
        <w:jc w:val="left"/>
      </w:pPr>
      <w:r>
        <w:rPr>
          <w:rFonts w:ascii="Times New Roman" w:hAnsi="Times New Roman" w:eastAsia="Times New Roman" w:cs="Times New Roman"/>
        </w:rPr>
        <w:t>Та нар долоон өдрийн турш, өөрсдийн ариусган томилогдох өдрүүд дуустал, цуглааны майхны үүднээс бүү гар; учир нь Тэр та нарыг долоон өдрийн турш ариусган томилно. Левит 8:33.</w:t>
      </w:r>
    </w:p>
    <w:p>
      <w:pPr>
        <w:pStyle w:val="ArticleBody"/>
        <w:jc w:val="left"/>
      </w:pPr>
      <w:r>
        <w:rPr>
          <w:rFonts w:ascii="Times New Roman" w:hAnsi="Times New Roman" w:eastAsia="Times New Roman" w:cs="Times New Roman"/>
        </w:rPr>
        <w:t>Найм дахь өдөр нь долоогоос гаралтай найм дахьгийн, Лаодикия Филадельфи болж хувирахын, Ноагийн хөвөгч авдран дахь найман сүнсний, хөвч хөндөлтийн найм дахь өдрийн, мөн амилалтын найм дахь өдрийн бэлгэдэл юм. Тэр өдөр нь Ням гарагийн хууль мөн бөгөөд тэр үед папын засаглалын үхлийн шарх эдгэрч, улмаар амилуулагдан долоогоос гаралтай найм дахь нь болдог.</w:t>
      </w:r>
    </w:p>
    <w:p>
      <w:pPr>
        <w:pStyle w:val="ArticleScripture"/>
        <w:jc w:val="left"/>
      </w:pPr>
      <w:r>
        <w:rPr>
          <w:rFonts w:ascii="Times New Roman" w:hAnsi="Times New Roman" w:eastAsia="Times New Roman" w:cs="Times New Roman"/>
        </w:rPr>
        <w:t>Найм дахь өдөр болоход Мосе Аарон, түүний хөвгүүд болон Израилийн ахмадуудыг дуудлаа. Левит 9:1.</w:t>
      </w:r>
    </w:p>
    <w:p>
      <w:pPr>
        <w:pStyle w:val="ArticleBody"/>
        <w:jc w:val="left"/>
      </w:pPr>
      <w:r>
        <w:rPr>
          <w:rFonts w:ascii="Times New Roman" w:hAnsi="Times New Roman" w:eastAsia="Times New Roman" w:cs="Times New Roman"/>
        </w:rPr>
        <w:t>Найм дахь өдөр тахилч нар үйлчилж эхэлсэн боловч Аароны хөвгүүд “ердийн гал” өргөв. Адвентизм өөрсдийгөө Эзэний сүм хэмээн мэдэгддэг бөгөөд Эгч Уайт тэрхүү мэдэгдлийг ердийн гал хэмээн тодорхойлсон. Энэ нь зөвхөн худал төдийгүй, ариун галаас ялгаатай ердийн гал мөн. Ариун гал нь Шөнө дундын Хашхирааны мэдээ бөгөөд, ердийн гал нь хуурмаг амар тайван ба аюулгүй байдлын мэдээ юм; энэ нь хуцаж, анхааруулгын мэдээ өгөхөөс татгалзсан хэлгүй нохдын тунхаглах эцсийн мэдээ байх болно. Есдүгээр бүлэгт Аарон өргөлийг өргөдөг бөгөөд тэнгэрээс гал бууж ирж, өргөлийг шатаан хэрэглэдэг. Дараа нь түүний хоёр ёс бус хүү ердийн гал өргөхөд, Бурханы гал тэднийг шатаан хэрэглэдэг.</w:t>
      </w:r>
    </w:p>
    <w:p>
      <w:pPr>
        <w:pStyle w:val="ArticleScripture"/>
        <w:jc w:val="left"/>
      </w:pPr>
      <w:r>
        <w:rPr>
          <w:rFonts w:ascii="Times New Roman" w:hAnsi="Times New Roman" w:eastAsia="Times New Roman" w:cs="Times New Roman"/>
        </w:rPr>
        <w:t>Аарон гараа ард түмэн өөд өргөн тэднийг ерөөж, нүглийн төлөөх өргөл, шатаалт тахил, эвийн тахилуудыг өргөснөө дуусгаад бууж ирэв. Тэгээд Мосе, Аарон хоёр цуглааны асарт орж, дараа нь гарч ирээд ард түмнийг ерөөв. ЭЗЭНий алдар суу бүх ард түмэнд үзэгдэв. ЭЗЭНий өмнөөс гал гарч, тахилын ширээн дээрх шатаалт тахил болон өөхийг шатаан идэв. Үүнийг бүх ард түмэн хараад хашхирч, нүүрээрээ унав. Аароны хөвгүүд болох Надаб, Абиху нар тус бүр хүжний савaa авч, түүнд гал хийж, дээр нь хүж тавиад, ЭЗЭНий өмнө Түүний тушаагаагүй өөр гал өргөв. Тэгэхэд ЭЗЭНий өмнөөс гал гарч, тэднийг залгин идсэн бөгөөд тэд ЭЗЭНий өмнө үхэв. Левит 9:22–10:2.</w:t>
      </w:r>
    </w:p>
    <w:p>
      <w:pPr>
        <w:pStyle w:val="ArticleBody"/>
        <w:jc w:val="left"/>
      </w:pPr>
      <w:r>
        <w:rPr>
          <w:rFonts w:ascii="Times New Roman" w:hAnsi="Times New Roman" w:eastAsia="Times New Roman" w:cs="Times New Roman"/>
        </w:rPr>
        <w:t>Батл-Крикийн хүмүүс бол Лаодикейд хандсан Үнэн Гэрчийн мэдээнээс илүүтэйгээр өөрсдийн сүмийн бүтцэд найддаг орчин үеийн Синедрион мөн. Лаодикейд хандсан Үнэн Гэрч бол Христ бөгөөд Тэр хэзээ ч өөрчлөгддөггүй; мөн Лаодикейн шинж чанаруудыг илэрхийлж байсан ард түмэнд мэдээг тунхаглуулахын тулд Өөрийн сонгосон хүмүүсийг Тэр үргэлж ашиглаж ирсэн. Наран доор шинэ юм гэж үгүй.</w:t>
      </w:r>
    </w:p>
    <w:p>
      <w:pPr>
        <w:pStyle w:val="ArticleBody"/>
        <w:jc w:val="left"/>
      </w:pPr>
      <w:r>
        <w:rPr>
          <w:rFonts w:ascii="Times New Roman" w:hAnsi="Times New Roman" w:eastAsia="Times New Roman" w:cs="Times New Roman"/>
        </w:rPr>
        <w:t>Тэрээр Есүс болон Түүний үеэл Иохан нарын адил, гагцхүү Бурханаар дөчин жилийн турш бэлтгэгдсэн Мосег сонгосон. Тэрээр Мосе, Христ, Иохан нарыг албан ёсны боловсролын тогтолцооноос гадуур бэлтгэгдсэн хүмүүсийн жишээ болгон сонгосон. Назарет нь 1888 оны Миннеаполисын тэрсэлд Жонс ба Ваггонер зэрэг шинээр гарч ирэгсдийн адил, сонгогдсон хүний бэлгэдлийг илэрхийлдэг. Назарет нь сонгогдсон хүний дуудлага ба ариусган зориулагдлыг төлөөлдөг боловч тэр сонгогдсон хүн нь үл хүндлэгддэг хотын иргэн юм.</w:t>
      </w:r>
    </w:p>
    <w:p>
      <w:pPr>
        <w:pStyle w:val="ArticleScripture"/>
        <w:jc w:val="left"/>
      </w:pPr>
      <w:r>
        <w:rPr>
          <w:rFonts w:ascii="Times New Roman" w:hAnsi="Times New Roman" w:eastAsia="Times New Roman" w:cs="Times New Roman"/>
        </w:rPr>
        <w:t>Натанаел Түүнд: «Назаретаас ямар нэгэн сайн юм гарч ирж чадах уу?» гэж хэлэв. Филип түүнд: «Ирээд үз» гэв. Иохан 1:46.</w:t>
      </w:r>
    </w:p>
    <w:p>
      <w:pPr>
        <w:pStyle w:val="ArticleBody"/>
        <w:jc w:val="left"/>
      </w:pPr>
      <w:r>
        <w:rPr>
          <w:rFonts w:ascii="Times New Roman" w:hAnsi="Times New Roman" w:eastAsia="Times New Roman" w:cs="Times New Roman"/>
        </w:rPr>
        <w:t>Исаиа 28 дахь ээрэм хэлүүд нь Назаретаас ирэгсдийг төлөөлдөг. Миллерийн мэдээ 1831 онд албан ёсны хэлбэрт орсны дараа, хоёр дахь гайгийн эш үзүүллэг биелснээр тэрхүү мэдээ хүчирхэгжсэн бөгөөд энэ нь 9/11-д гурав дахь гайгийн эш үзүүллэг биелэхийн бэлгэдэл болсон юм. Бид Мессиагийн гурав дахь эш үзүүллэгийг дараагийн өгүүлэлд авч үзнэ.</w:t>
      </w:r>
    </w:p>
    <w:p>
      <w:pPr>
        <w:pStyle w:val="ArticleScripture"/>
        <w:jc w:val="left"/>
      </w:pPr>
      <w:r>
        <w:rPr>
          <w:rFonts w:ascii="Times New Roman" w:hAnsi="Times New Roman" w:eastAsia="Times New Roman" w:cs="Times New Roman"/>
        </w:rPr>
        <w:t>“Review-ийн алба шатахаас гурван шөнийн өмнө би үгээр дүрслэн хэлшгүй их шаналал дунд байсан. Би унтаж чадсангүй. Би өрөөн дотор нааш цааш алхаж, Өөрийн ард түмэнд өршөөл үзүүлэхийг Бурханд залбирч байлаа. Тэгээд би тус байгууллагын удирдлагыг хариуцдаг хүмүүстэй хамт Review-ийн албанд байгаа мэт санагдав. Би тэдэнд ярьж, тийнхүү тэдэнд туслахыг оролдож байлаа. Эрх мэдэлтэй Нэгэн босож, ‘Та нар “ЭЗЭНий сүм, ЭЗЭНий сүм нь бид мөн; тиймийн тул бид энэ зүйлийг ч, тэр зүйлийг ч, өөр зүйлийг ч хийх эрхтэй” гэж хэлдэг. Гэвч Бурханы үг та нарын хийхээр санал болгож буй олон зүйлийг хориглодог’ хэмээн айлдав. Христ Өөрийн анхны ирэлтээр Сүмийг цэвэрлэсэн. Түүний хоёр дахь ирэлтээс өмнө Тэр дахин сүмийг цэвэрлэх болно. Тэр тэнд сүмийг цэвэрлэж байв. Яагаад вэ? Учир нь худалдаа арилжааны ажил дотогш оруулсан байсан бөгөөд Бурхан мартагдсан байв. Энд яаран, тэнд яаран, өөр газарт бас яаран байсны улмаас тэнгэрийн тухай бодох цаг байсангүй. Бурханы хуулийн зарчмуудыг танилцуулсан бөгөөд би ‘Та нар хуулиас хэрийг нь дуулгавартай дагасан бэ?’ гэсэн асуултыг тавьж байхыг сонсов. Дараа нь ‘Бурхан Өөрийн сүмийг Өөрийн хилэгнэл дунд цэвэрлэж, ариусгана’ гэсэн үг айлдагдав.”</w:t>
      </w:r>
    </w:p>
    <w:p>
      <w:pPr>
        <w:pStyle w:val="ArticleScripture"/>
        <w:jc w:val="left"/>
      </w:pPr>
      <w:r>
        <w:rPr>
          <w:rFonts w:ascii="Times New Roman" w:hAnsi="Times New Roman" w:eastAsia="Times New Roman" w:cs="Times New Roman"/>
        </w:rPr>
        <w:t>“Шөнийн үзэгдлүүдэд би Галын илдийг Батл-Крикийн дээгүүр дүүжилснийг харсан.</w:t>
      </w:r>
    </w:p>
    <w:p>
      <w:pPr>
        <w:pStyle w:val="ArticleScripture"/>
        <w:jc w:val="left"/>
      </w:pPr>
      <w:r>
        <w:rPr>
          <w:rFonts w:ascii="Times New Roman" w:hAnsi="Times New Roman" w:eastAsia="Times New Roman" w:cs="Times New Roman"/>
        </w:rPr>
        <w:t>“Ах дүүс ээ, Бурхан бидэнтэй үнэхээр ноцтой хандаж байна. Эдгээр шаталтуудаар өгөгдсөн сэрэмжлүүлгүүдийн дараа ч манай ард түмний удирдагчид урьдын адил өөрсдийгөө өргөмжилсөөр байвал, Бурхан дараа нь тэдний бие махбодыг авах болно гэдгийг би та нарт хэлмээр байна. Тэр амьд буй нь гарцаагүй байдгийн адил, Тэр тэдэнд ойлгохгүй өнгөрч үл чадах хэлээр айлдах болно.</w:t>
      </w:r>
    </w:p>
    <w:p>
      <w:pPr>
        <w:pStyle w:val="ArticleScripture"/>
        <w:jc w:val="left"/>
      </w:pPr>
      <w:r>
        <w:rPr>
          <w:rFonts w:ascii="Times New Roman" w:hAnsi="Times New Roman" w:eastAsia="Times New Roman" w:cs="Times New Roman"/>
        </w:rPr>
        <w:t>“Бурхан биднийг бяцхан хүүхдүүд адил Өөрийнх нь өмнө өөрсдийгөө даруусгах эсэхийг харахаар ажиглаж байна. Бид Түүний өмнө даруу байдал, гэмшсэн сэтгэлээр очиж, Тэр биднээс юуг шаарддагийг мэдэж авахын тулд би эдгээр үгийг одоо хэлж байна.” Publishing Ministry, 170, 171.</w:t>
      </w:r>
    </w:p>
    <w:p>
      <w:pPr>
        <w:pStyle w:val="ArticleScripture"/>
        <w:jc w:val="left"/>
      </w:pPr>
      <w:r>
        <w:rPr>
          <w:rFonts w:ascii="Times New Roman" w:hAnsi="Times New Roman" w:eastAsia="Times New Roman" w:cs="Times New Roman"/>
        </w:rPr>
        <w:t>“Энэ цаг үеийн мэдээ нь, ‘ЭЗЭНий сүм, ЭЗЭНий сүм, ЭЗЭНий сүм нь бид мөн’ гэсэн үг биш юм.” Эзэн хэнийг хүндэтгэлийн сав суулга болгон хүлээн авдаг вэ?—Христтэй хамтран ажилладаг хүмүүсийг; үнэнийг итгэдэг, үнэнээр амьдардаг, үнэнийг түүний бүхий л утга агууллаар тунхагладаг хүмүүсийг. Review and Herald, 1903 оны 10 дугаар сарын 22.</w:t>
      </w:r>
    </w:p>
    <w:p>
      <w:pPr>
        <w:pStyle w:val="ArticleScripture"/>
        <w:jc w:val="left"/>
      </w:pPr>
      <w:r>
        <w:rPr>
          <w:rFonts w:ascii="Times New Roman" w:hAnsi="Times New Roman" w:eastAsia="Times New Roman" w:cs="Times New Roman"/>
        </w:rPr>
        <w:t>“Эдгээр нь Уайт эгчийн үгс биш, харин Эзэний үгс мөн бөгөөд Түүний элч тэдгээрийг надад та нарт өгөхөөр дамжуулан өгсөн юм. Бурхан та нарыг Өөртэйгөө эсрэг зорилгоор цаашид ажиллахгүй байхыг уриалж байна. Өөрсдийгөө Христэд итгэгч хэмээн нэрлэдэг атлаа Сатаны шинж чанаруудыг илэрхийлж, сүнс, үг, үйлдлээрээ үнэний дэвшлийг эсэргүүцэн саатуулж, Сатаны тэднийг удирдан дагуулж буй замыг гарцаагүй дагаж буй хүмүүсийн талаар ихээхэн заавар өгөгдсөн. Зүрхнийхээ хатуу корав байдлаар тэд өөрсдөд нь ямар ч байдлаар хамаарахгүй, мөн тэдний хэрэгжүүлэх ёсгүй эрх мэдлийг булаан авсан. Агуу Багш айлдаж байна: ‘Би нураана, нураана, нураана.’ Хүмүүс Батл-Крикт, ‘ЭЗЭНий сүм, ЭЗЭНий сүм нь бид мөн’ гэж хэлдэг, гэвч тэд энгийн галыг хэрэглэж байна. Тэдний зүрх Бурханы нигүүлслээр зөөлөрч, номхорч даруу болоогүй байна.” Manuscript Releases, 13-р боть,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Лаодикеийн Долоо дахь Өдрийн Адвентист Сүм - Хорин Долоо</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