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Иоелын Ном ба Лаодикийн Долоо Дахь Өдрийн Адвентист Сүм - Хорин Есдүгээр Дугаар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Хорин Есдүгээр Дугаар</w:t>
      </w:r>
    </w:p>
    <w:p>
      <w:pPr>
        <w:pStyle w:val="ArticleBody"/>
        <w:jc w:val="left"/>
      </w:pPr>
      <w:r>
        <w:rPr>
          <w:rFonts w:ascii="Times New Roman" w:hAnsi="Times New Roman" w:eastAsia="Times New Roman" w:cs="Times New Roman"/>
        </w:rPr>
        <w:t>Матайн ном дахь Мессиагийн тухай тав дахь эш үзүүллэг нь урам хугарал ба үхлийн тэмдэглэгээ мөн. 2020 оны 7 дугаар сарын 18-нд Нэшвиллийн сүйрлийн тухай хуурамч зөгнөл Елиа ба Мосег хороов.</w:t>
      </w:r>
    </w:p>
    <w:p>
      <w:pPr>
        <w:pStyle w:val="ArticleHeading"/>
        <w:jc w:val="left"/>
      </w:pPr>
      <w:r>
        <w:rPr>
          <w:rFonts w:ascii="Arial" w:hAnsi="Arial" w:eastAsia="Arial" w:cs="Arial"/>
        </w:rPr>
        <w:t>Тав дахь Мессиан замын тэмдэг нь 2020 оны 7-р сарын 18-ны Урам хугаралт мөн.</w:t>
      </w:r>
    </w:p>
    <w:p>
      <w:pPr>
        <w:pStyle w:val="ArticleScripture"/>
        <w:jc w:val="left"/>
      </w:pPr>
      <w:r>
        <w:rPr>
          <w:rFonts w:ascii="Times New Roman" w:hAnsi="Times New Roman" w:eastAsia="Times New Roman" w:cs="Times New Roman"/>
        </w:rPr>
        <w:t>Тэгэхэд эш үзүүлэгч Иеремиагаар айлдагдсан үг биелэв. Үүнд: Рамад нэгэн дуу хоолой сонсогдов, гашуудал, уйлал, их эмгэнэл; Рахел өөрийн хүүхдүүдийн төлөө уйлж, тэд байхгүй учраас тайтгарахыг хүссэнгүй. Матай 2:17, 18.</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ЭЗЭН ийнхүү айлдаж байна: Рамад нэгэн дуу хоолой сонсогдов, гашуудал ба гашуун уйлаан; Рахел хүүхдүүдийнхээ төлөө уйлан, тэд байхгүй болсон тул хүүхдүүдийнхээ төлөө тайвшруулагдахаас татгалзав. Иеремиа 31:15.</w:t>
      </w:r>
    </w:p>
    <w:p>
      <w:pPr>
        <w:pStyle w:val="ArticleBody"/>
        <w:jc w:val="left"/>
      </w:pPr>
      <w:r>
        <w:rPr>
          <w:rFonts w:ascii="Times New Roman" w:hAnsi="Times New Roman" w:eastAsia="Times New Roman" w:cs="Times New Roman"/>
        </w:rPr>
        <w:t>Мосе ба Елиа хоёр Содом ба Египетийн гудамжинд алагдана. Хуучин Гэрээний сүүлчийн мэдэгдэлд ЭЗЭНий агуу бөгөөд аймшигт өдрийн өмнө Елиа ирнэ хэмээн тодорхойлсон байдаг. Тэрхүү аймшигт өдөр нь Даниел арван хоёрт Михаел босож, Илчлэлт хорин хоёрт “зөвт нэгэн ч, шударга бус нэгэн ч” өөрсдийн тэр байдалдаа мөнхөд үлдэхийг тунхаглах үед эхэлдэг.</w:t>
      </w:r>
    </w:p>
    <w:p>
      <w:pPr>
        <w:pStyle w:val="ArticleScripture"/>
        <w:jc w:val="left"/>
      </w:pPr>
      <w:r>
        <w:rPr>
          <w:rFonts w:ascii="Times New Roman" w:hAnsi="Times New Roman" w:eastAsia="Times New Roman" w:cs="Times New Roman"/>
        </w:rPr>
        <w:t>Тэр цагт чиний ард түмний хөвгүүдийн төлөө зогсдог агуу ноён Михаел босно; мөн тэр хүртэл үндэстэн оршин тогтносноос хойш хэзээ ч байгаагүй тийм зовлонгийн цаг ирнэ. Харин тэр цагт номд бичигдсэн нь олдох чиний ард түмэн хүн бүр аврагдана. Даниел 12:1.</w:t>
      </w:r>
    </w:p>
    <w:p>
      <w:pPr>
        <w:pStyle w:val="ArticleScripture"/>
        <w:jc w:val="left"/>
      </w:pPr>
      <w:r>
        <w:rPr>
          <w:rFonts w:ascii="Times New Roman" w:hAnsi="Times New Roman" w:eastAsia="Times New Roman" w:cs="Times New Roman"/>
        </w:rPr>
        <w:t>Зүй бус нэгэн нь цаашид ч зүй бус хэвээр байг; бузартсан нэгэн нь цаашид ч бузартсан хэвээр байг; зөвт нэгэн нь цаашид ч зөвт хэвээр байг; ариун нэгэн нь цаашид ч ариун хэвээр байг. Илчлэлт 22:11.</w:t>
      </w:r>
    </w:p>
    <w:p>
      <w:pPr>
        <w:pStyle w:val="ArticleBody"/>
        <w:jc w:val="left"/>
      </w:pPr>
      <w:r>
        <w:rPr>
          <w:rFonts w:ascii="Times New Roman" w:hAnsi="Times New Roman" w:eastAsia="Times New Roman" w:cs="Times New Roman"/>
        </w:rPr>
        <w:t>Нигүүлслийн хугацаа хаагдахаас өмнө Елиа илрэн гарч ирэх ёстой бөгөөд Илчлэлт арван нэгдүгээр бүлэгт, нигүүлслийн хугацаа хаагдахын яг өмнөхөн тэр алагдаж, дараа нь амилуулагддаг. Тэр амилуулагдаж, нигүүлслийн хугацаа хаагдах хүртэл өөрийн мэдээг тунхагладаг бөгөөд тэнд дараа нь зөвт ба хорон хүмүүсийн өөр нэгэн амилалт болдог.</w:t>
      </w:r>
    </w:p>
    <w:p>
      <w:pPr>
        <w:pStyle w:val="ArticleScripture"/>
        <w:jc w:val="left"/>
      </w:pPr>
      <w:r>
        <w:rPr>
          <w:rFonts w:ascii="Times New Roman" w:hAnsi="Times New Roman" w:eastAsia="Times New Roman" w:cs="Times New Roman"/>
        </w:rPr>
        <w:t>Газар шорооны тоосонд нойрсогчдын олноос олон нь сэрэх бөгөөд, зарим нь мөнх аминд, зарим нь ичгүүр ба мөнхийн жигшилд хүрнэ. Даниел 12:2.</w:t>
      </w:r>
    </w:p>
    <w:p>
      <w:pPr>
        <w:pStyle w:val="ArticleBody"/>
        <w:jc w:val="left"/>
      </w:pPr>
      <w:r>
        <w:rPr>
          <w:rFonts w:ascii="Times New Roman" w:hAnsi="Times New Roman" w:eastAsia="Times New Roman" w:cs="Times New Roman"/>
        </w:rPr>
        <w:t>Тэр онцгой амилалтын дараа Христийн Хоёр дахь ирэлт болж, зөвт үхэгсэд амилуулагдан, үүний дараа гэгээнтнүүд төөрөгсдийг шүүдэг мянган жил үргэлжилнэ. Мянган жилийн төгсгөлд өөр нэгэн амилалт болон Христийн гурав дахь ирэлт болно. Зөгнөлийн амилалтуудын шугамд папын араатны амилалт багтдаг боловч амилалт бүр нь Бурханы эш үзүүллийн Үгийн тодорхой нэгэн сэдэв мөн. 2020 оны 7 дугаар сарын 18-нд нэг зуун дөчин дөрвөн мянгын Лаодикийн хөдөлгөөн 1844 оноос хойших хугацааны хэрэглээг хориглосон Христийн тушаалын эсрэг тэрсэлснээр амиа хорлосон.</w:t>
      </w:r>
    </w:p>
    <w:p>
      <w:pPr>
        <w:pStyle w:val="ArticleBody"/>
        <w:jc w:val="left"/>
      </w:pPr>
      <w:r>
        <w:rPr>
          <w:rFonts w:ascii="Times New Roman" w:hAnsi="Times New Roman" w:eastAsia="Times New Roman" w:cs="Times New Roman"/>
        </w:rPr>
        <w:t>Дараа нь Рама-д—өөрөөр хэлбэл бардамнал ба өөрийгөө өргөмжлөхүйд—нэгэн дуу хоолой сонсогдов. Сайн аялагч гэсэн утгатай Рахел гашуудалд байна. Учир нь Мосе ба Елиа үгүй бөгөөд түүнээс ч илүүтэйгээр, тэд тайвшруулагдах боломжгүй. Тэдэнд ямар ч тайвшрал үгүй, харин Ариун Сүнс бол Тайтгаруулагч мөн бөгөөд цөлд хашхирах дуу хоолой 2023 оны 7 дугаар сард эхлэх үед Тэр илгээгдэх байсан юм.</w:t>
      </w:r>
    </w:p>
    <w:p>
      <w:pPr>
        <w:pStyle w:val="ArticleBody"/>
        <w:jc w:val="left"/>
      </w:pPr>
      <w:r>
        <w:rPr>
          <w:rFonts w:ascii="Times New Roman" w:hAnsi="Times New Roman" w:eastAsia="Times New Roman" w:cs="Times New Roman"/>
        </w:rPr>
        <w:t>Эдгээр үйл явдал нь сорилтын хугацаа хаагдахын яг өмнө болдог бөгөөд Илчлэл номын дагуу, сорилтын хугацаа хаагдахын яг өмнө Есүс Христийн Илчлэл лацгүй болдог. Тэрхүү лац тайлагдал нь Мосе ба Елиа нарыг амилуулдаг бөгөөд тэд мөн Рахел мөн бөгөөд хүүхдүүдийнхээ төлөө уйлж, гашуудан, тайтгарч чадахгүй байсан сайн аялагч юм. Түүний гашуудал тэдгээр хүүхдүүд амилуулагдах үед баяр хөөр болж хувирдаг.</w:t>
      </w:r>
    </w:p>
    <w:p>
      <w:pPr>
        <w:pStyle w:val="ArticleScripture"/>
        <w:jc w:val="left"/>
      </w:pPr>
      <w:r>
        <w:rPr>
          <w:rFonts w:ascii="Times New Roman" w:hAnsi="Times New Roman" w:eastAsia="Times New Roman" w:cs="Times New Roman"/>
        </w:rPr>
        <w:t>Тэр надад: “Энэ номын эш үзүүллэгийн үгсийг бүү битүүмжил; учир нь цаг нь ойрхон байна” хэмээн айлдав. Илчлэлт 22:10.</w:t>
      </w:r>
    </w:p>
    <w:p>
      <w:pPr>
        <w:pStyle w:val="ArticleBody"/>
        <w:jc w:val="left"/>
      </w:pPr>
      <w:r>
        <w:rPr>
          <w:rFonts w:ascii="Times New Roman" w:hAnsi="Times New Roman" w:eastAsia="Times New Roman" w:cs="Times New Roman"/>
        </w:rPr>
        <w:t>Мосе ба Елиа нар Содом ба Египетийн гудамжинд үхэгсэд байв. Христийн тухайд байсанчлан, 2023 оны долдугаар сард цугларалт эхлэх үед нэг зуун дөчин дөрвөн мянга нь Египетээс дуудагдан гарах байсан юм.</w:t>
      </w:r>
    </w:p>
    <w:p>
      <w:pPr>
        <w:pStyle w:val="ArticleHeading"/>
        <w:jc w:val="left"/>
      </w:pPr>
      <w:r>
        <w:rPr>
          <w:rFonts w:ascii="Arial" w:hAnsi="Arial" w:eastAsia="Arial" w:cs="Arial"/>
        </w:rPr>
        <w:t>Мессиан чанарын зургаа дахь тэмдэг нь 2023 оны долоодугаар сард Египетээс дуудагдан гарсан явдал юм.</w:t>
      </w:r>
    </w:p>
    <w:p>
      <w:pPr>
        <w:pStyle w:val="ArticleScripture"/>
        <w:jc w:val="left"/>
      </w:pPr>
      <w:r>
        <w:rPr>
          <w:rFonts w:ascii="Times New Roman" w:hAnsi="Times New Roman" w:eastAsia="Times New Roman" w:cs="Times New Roman"/>
        </w:rPr>
        <w:t>Тэрээр Херодыг үхэх хүртэл тэнд байв. Энэ нь Эзэн эш үзүүлэгчээр айлдсан үг—“Би хүүгээ Египетээс дуудсан”—биелэгдэхийн тулд байсан юм. Матай 2:15.</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Израиль хүүхэд байх үед Би түүнийг хайрласан бөгөөд Өөрийн хүүг Египетээс дуудан гаргасан. Хосеа 11:1.</w:t>
      </w:r>
    </w:p>
    <w:p>
      <w:pPr>
        <w:pStyle w:val="ArticleBody"/>
        <w:jc w:val="left"/>
      </w:pPr>
      <w:r>
        <w:rPr>
          <w:rFonts w:ascii="Times New Roman" w:hAnsi="Times New Roman" w:eastAsia="Times New Roman" w:cs="Times New Roman"/>
        </w:rPr>
        <w:t>Египетийн гудамжинд үхсэн байхад, цөлийн зүгээс тэнгэрлэг дуу хоолой Езекиелийн үхсэн ясны хөндийг амь руу дууддаг. Тэр дуу хоолой 2023 оны 7-р сард эгшиглэж эхэлсэн.</w:t>
      </w:r>
    </w:p>
    <w:p>
      <w:pPr>
        <w:pStyle w:val="ArticleScripture"/>
        <w:jc w:val="left"/>
      </w:pPr>
      <w:r>
        <w:rPr>
          <w:rFonts w:ascii="Times New Roman" w:hAnsi="Times New Roman" w:eastAsia="Times New Roman" w:cs="Times New Roman"/>
        </w:rPr>
        <w:t>Гурван өдөр хагасын дараа Бурханаас ирэх амийн Сүнс тэдний дотор орж, тэд хөл дээрээ босов; тэднийг харсан хүмүүсийн дээр агуу айдас нөмөрчээ. Тэгээд тэдэнд тэнгэрээс: «Нааш өгсөж ир» хэмээн айлдах агуу дууг тэд сонсов. Тэд үүлэн дотор тэнгэр өөд өгсөн гарч, дайснууд нь тэднийг харж байв. Илчлэлт 11:11, 12.</w:t>
      </w:r>
    </w:p>
    <w:p>
      <w:pPr>
        <w:pStyle w:val="ArticleBody"/>
        <w:jc w:val="left"/>
      </w:pPr>
      <w:r>
        <w:rPr>
          <w:rFonts w:ascii="Times New Roman" w:hAnsi="Times New Roman" w:eastAsia="Times New Roman" w:cs="Times New Roman"/>
        </w:rPr>
        <w:t>Бурхан Өөрийн Хүүг Египетээс дуудсан бөгөөд мөн Мосег ч Египетээс дуудсан. Учир нь Мосе нь альфа, Есүс нь омега байж, Мосе ба Хурганы дууг дуулдаг нэг зуун дөчин дөрвөн мянгын туршлагыг төлөөлдөг. Тэрхүү дуу нь Египетээс гарах дуудлагыг агуулдаг. Езекиелд Адамын бүтээлийн хоёр алхмаар урьдчилан дүрслэгдсэн хоёр алхамыг үзүүлсэн байдаг. Эхлээд бие бүтээгдэж, дараа нь амийн амьсгал тэр биед үлээгдэн, улмаар тэр амьдардаг. Илчлэл арван нэгдүгээр бүлэгт эхний алхам нь алагдагсдын дотор Бурханы Сүнс орох явдал бөгөөд тэгээд тэд хөл дээрээ боссон. Тэд босох үедээ Бурханы цэрэг болдог. Арван нэгдүгээр бүлэг дэх Сүнсийг дамжуулдаг зүйл нь Езекиелийн эхний эш үзүүллэгээр дүрслэгдсэн байдаг. Цөл дэх дуу хоолой нь Ариун Сүнс дагалдсан эш үзүүллэгийн мэдээ мөн.</w:t>
      </w:r>
    </w:p>
    <w:p>
      <w:pPr>
        <w:pStyle w:val="ArticleBody"/>
        <w:jc w:val="left"/>
      </w:pPr>
      <w:r>
        <w:rPr>
          <w:rFonts w:ascii="Times New Roman" w:hAnsi="Times New Roman" w:eastAsia="Times New Roman" w:cs="Times New Roman"/>
        </w:rPr>
        <w:t>Матайн номд Эхлэл дэх нэг зуун дөчин дөрвөн мянгатай байгуулсан гэрээг төлөөлөх хоёр гэрчийг өгдөг арван хоёр бүлгийн омега болох арван хоёр бүлэг агуулагддаг. Тэдгээр эрэгтэйчүүд ба эмэгтэйчүүд өөрсдийн хүн чанартай нь нэгдсэн Бурханлаг чанарын харилцаанд мөнхийн хугацаагаар тамгалагддаг. Тэд арван нэгдүгээр цагийн ажилчдын тэмдэг болдог.</w:t>
      </w:r>
    </w:p>
    <w:p>
      <w:pPr>
        <w:pStyle w:val="ArticleScripture"/>
        <w:jc w:val="left"/>
      </w:pPr>
      <w:r>
        <w:rPr>
          <w:rFonts w:ascii="Times New Roman" w:hAnsi="Times New Roman" w:eastAsia="Times New Roman" w:cs="Times New Roman"/>
        </w:rPr>
        <w:t>“Ариун Сүнсний ажил нь ертөнцийг нүглийн тухай, зөвт байдлын тухай, шүүлтийн тухай үнэмшүүлэхэд оршино. Ертөнц үнэнийг итгэдэг хүмүүс үнэнийхээ дагуу ариусгагдан, өндөр бөгөөд ариун зарчмуудын дагуу үйлдэж, Бурханы тушаалуудыг сахигчид болон тэдгээрийг хөл дороо гишгэлэгчдийн хоорондын зааг шугамыг өндөр, өргөмжлөгдсөн утгаар харуулж байгааг харах замаар л сэрэмжлүүлэгдэж чадна. Сүнсний ариусгал нь Бурханы тамгатай хүмүүс болон хуурамч амралтын өдрийг сахигчдын хоорондын ялгааг тодруулан илтгэнэ. Сорилт ирэх үед араатны тэмдэг юу болох нь тодорхой илчлэгдэнэ. Энэ нь ням гаргийг сахих явдал мөн. Үнэнийг сонссоныхоо дараа ч энэ өдрийг ариун хэмээн үзсээр байдаг хүмүүс цаг хугацаа болон хуулийг өөрчлөхийг санаархсан нүглийн хүний тэмдгийг зүүдэг.” Bible Training School, December 1, 1903.</w:t>
      </w:r>
    </w:p>
    <w:p>
      <w:pPr>
        <w:pStyle w:val="ArticleBody"/>
        <w:jc w:val="left"/>
      </w:pPr>
      <w:r>
        <w:rPr>
          <w:rFonts w:ascii="Times New Roman" w:hAnsi="Times New Roman" w:eastAsia="Times New Roman" w:cs="Times New Roman"/>
        </w:rPr>
        <w:t>Илчлэлт номын арван нэгдүгээр бүлэгт тэнгэрт дуудагдан өргөгдөх үедээ нэг зуун дөчин дөрвөн мянгын туг тэмдэг нь тэд анхлан Египетээс дуудагдан гарч ирдгээр илэрхийлэгддэг; Египет бол тэдний алагдсан газар мөн. Цөлөөс гарсан нэгэн дуу хоолой тэднийг Египетээс дуудан гаргадаг бөгөөд ингэснээр тэд арван нэгдүгээр цагийн ажилчдын төлөөх тэмдэг болох юм. Тэдний 2024 онд амилсан явдал нь мөн аль дүрслэлийг онцлон авч үзэж байгаагаас шалтгаалан төрөлт, эсвэл сэрэлт хэмээн төлөөлөгдөнө. Төрөлтийн хувьд авч үзвэл, тэд бол арван охины тухай сургаалт зүйрлэлийг биелүүлэгчид мөн бөгөөд энэ утгаараа тэдний төрөлт нь онгон төрөлт бөгөөд тэд өөрсдөө тэрхүү тэмдэг юм.</w:t>
      </w:r>
    </w:p>
    <w:p>
      <w:pPr>
        <w:pStyle w:val="ArticleHeading"/>
        <w:jc w:val="left"/>
      </w:pPr>
      <w:r>
        <w:rPr>
          <w:rFonts w:ascii="Arial" w:hAnsi="Arial" w:eastAsia="Arial" w:cs="Arial"/>
        </w:rPr>
        <w:t>Долоодугаар Мессиан замын тэмдэг нь 2024 он юм</w:t>
      </w:r>
    </w:p>
    <w:p>
      <w:pPr>
        <w:pStyle w:val="ArticleScripture"/>
        <w:jc w:val="left"/>
      </w:pPr>
      <w:r>
        <w:rPr>
          <w:rFonts w:ascii="Times New Roman" w:hAnsi="Times New Roman" w:eastAsia="Times New Roman" w:cs="Times New Roman"/>
        </w:rPr>
        <w:t>Энэ бүхэн нь Эзэн эш үзүүлэгчээр дамжуулан айлдсан: «Харагтун, онгон бүсгүй жирэмсэлж, хүү төрүүлнэ; түүний нэрийг Иммануел гэж дуудна» хэмээсэн үг биелэхийн тулд болсон юм. Үүнийг орчуулбал, «Бурхан бидэнтэй хамт» гэсэн утгатай. Матай 1:22, 23.</w:t>
      </w:r>
    </w:p>
    <w:p>
      <w:pPr>
        <w:pStyle w:val="ArticleHeading"/>
        <w:jc w:val="left"/>
      </w:pPr>
      <w:r>
        <w:rPr>
          <w:rFonts w:ascii="Arial" w:hAnsi="Arial" w:eastAsia="Arial" w:cs="Arial"/>
        </w:rPr>
        <w:t>Зөгнөл</w:t>
      </w:r>
    </w:p>
    <w:p>
      <w:pPr>
        <w:pStyle w:val="ArticleScripture"/>
        <w:jc w:val="left"/>
      </w:pPr>
      <w:r>
        <w:rPr>
          <w:rFonts w:ascii="Times New Roman" w:hAnsi="Times New Roman" w:eastAsia="Times New Roman" w:cs="Times New Roman"/>
        </w:rPr>
        <w:t>Тиймээс Эзэн Өөрөө та нарт тэмдэг өгнө. Үзэгтүн, онгон бүсгүй жирэмслэн хүү төрүүлж, Түүний нэрийг Иммануел гэж дуудна. Исаиа 7:14.</w:t>
      </w:r>
    </w:p>
    <w:p>
      <w:pPr>
        <w:pStyle w:val="ArticleBody"/>
        <w:jc w:val="left"/>
      </w:pPr>
      <w:r>
        <w:rPr>
          <w:rFonts w:ascii="Times New Roman" w:hAnsi="Times New Roman" w:eastAsia="Times New Roman" w:cs="Times New Roman"/>
        </w:rPr>
        <w:t>Мосе ба Христийн түүхэнд тэмдгүүд байсанчлан, Миллеритийн түүхэнд ч мөн тэмдгүүд байв. Эцсийн өдрүүдэд Лаодикийн Адвентизм тэмдэг эрэн хайх бөгөөд тэдэнд өгөх цорын ганц тэмдэг нь Ионагийн тэмдэг юм. 2024 онд амилуулагдах хүмүүст ч бас нэгэн тэмдэг бий. Тэдний тэмдэг нь Левит хорин зургаагийн “долоон удаа” юм.</w:t>
      </w:r>
    </w:p>
    <w:p>
      <w:pPr>
        <w:pStyle w:val="ArticleScripture"/>
        <w:jc w:val="left"/>
      </w:pPr>
      <w:r>
        <w:rPr>
          <w:rFonts w:ascii="Times New Roman" w:hAnsi="Times New Roman" w:eastAsia="Times New Roman" w:cs="Times New Roman"/>
        </w:rPr>
        <w:t>Энэ нь чамд тэмдэг болог: та нар энэ жил өөрөө ургасан зүйлийг иднэ; хоёр дахь жилд мөн түүнээс дахин урган гарсан зүйлийг иднэ; харин гурав дахь жилд та нар тариалж, хурааж, усан үзмийн талбай байгуулж, түүний жимсийг иднэ. Иудагийн гэрийн аврагдан үлдсэн үлдэгдэл дахин доош үндэслэж, дээш үр жимс ургуулна. Учир нь Иерусалимаас үлдэгдэл гарч ирнэ, мөн Сион уулаас аврагдагсад гарч ирнэ: Түмэн цэргийн ЭЗЭНий хичээл зүтгэл үүнийг үйлдэнэ. Хаадын дэд 19:29–31.</w:t>
      </w:r>
    </w:p>
    <w:p>
      <w:pPr>
        <w:pStyle w:val="ArticleScripture"/>
        <w:jc w:val="left"/>
      </w:pPr>
      <w:r>
        <w:rPr>
          <w:rFonts w:ascii="Times New Roman" w:hAnsi="Times New Roman" w:eastAsia="Times New Roman" w:cs="Times New Roman"/>
        </w:rPr>
        <w:t>Хэрэв та нар, “Долоо дахь жилд бид юу идэх вэ? Харагтун, бид тариалахгүй, ургацаа ч хураахгүй” гэж хэлбэл, тэгвэл Би зургаа дахь жилд та нарын дээр Өөрийн ерөөлийг тушаах бөгөөд тэр нь гурван жилийн турш үр жимс гаргана. Та нар найм дахь жилд тариалж, ес дэх жил хүртэл хуучин ургацаас идэх болно; түүний үр жимс орж иртэл та нар хуучин нөөцөөсөө идэх болно. Левит 25:20–22.</w:t>
      </w:r>
    </w:p>
    <w:p>
      <w:pPr>
        <w:pStyle w:val="ArticleBody"/>
        <w:jc w:val="left"/>
      </w:pPr>
      <w:r>
        <w:rPr>
          <w:rFonts w:ascii="Times New Roman" w:hAnsi="Times New Roman" w:eastAsia="Times New Roman" w:cs="Times New Roman"/>
        </w:rPr>
        <w:t>Аврагдах хүмүүсийг мөн Израилийн хөөгдөгсөд хэмээн төлөөлүүлсэн бөгөөд тэднийг ах дүүс нь үзэн ядсанаасаа болж хөөн гаргасан юм. Тэдний ах дүүс Мосегийн “долоон удаа”-гаар төлөөлүүлсэн амралтын өдрийн үнэнийг няцааж чадаагүй учир тэднийг үзэн ядаж, хөөн гаргасан билээ.</w:t>
      </w:r>
    </w:p>
    <w:p>
      <w:pPr>
        <w:pStyle w:val="ArticleScripture"/>
        <w:jc w:val="left"/>
      </w:pPr>
      <w:r>
        <w:rPr>
          <w:rFonts w:ascii="Times New Roman" w:hAnsi="Times New Roman" w:eastAsia="Times New Roman" w:cs="Times New Roman"/>
        </w:rPr>
        <w:t>ЭЗЭН Иерусалимыг босгон байгуулдаг; Тэр Израилийн цөлөгдөгсдийг цуглуулдаг. Дуулал 147:2.</w:t>
      </w:r>
    </w:p>
    <w:p>
      <w:pPr>
        <w:pStyle w:val="ArticleBody"/>
        <w:jc w:val="left"/>
      </w:pPr>
      <w:r>
        <w:rPr>
          <w:rFonts w:ascii="Times New Roman" w:hAnsi="Times New Roman" w:eastAsia="Times New Roman" w:cs="Times New Roman"/>
        </w:rPr>
        <w:t>Эзэн 2023 оны 7-р сард үлдэгдлийг цуглуулж эхэлсэн бөгөөд үлдэгдэл нь Израилийн “хөөгдөгсөд” мөн. 2023 оны 7-р сард Тэр Өөрийн хөөгдөгсдийг цуглуулахын тулд мутраа хоёр дахь удаагаа сунгав. Тэрээр 1849 онд, 1856 онд илэрсэн Мосегийн долоон удаагийн омега гэрлийн өмнө, мутраа хоёр дахь удаагаа сунгасан билээ. Альфа гэрэл нь Миллерийн анхны эш үзүүллэгийн нээлт—Мосегийн долоон удаагаар төлөөлөгдсөн юм.</w:t>
      </w:r>
    </w:p>
    <w:p>
      <w:pPr>
        <w:pStyle w:val="ArticleScripture"/>
        <w:jc w:val="left"/>
      </w:pPr>
      <w:r>
        <w:rPr>
          <w:rFonts w:ascii="Times New Roman" w:hAnsi="Times New Roman" w:eastAsia="Times New Roman" w:cs="Times New Roman"/>
        </w:rPr>
        <w:t>Тэр өдөр Иессийн үндэс нь ард түмнүүдэд зориулсан туг тэмдэг болон зогсох бөгөөд харийнхан түүн уруу эрэн ирнэ; Түүний амралт нь сүр жавхлантай байх болно. Тэр өдөр Эзэн Өөрийн ард түмний үлдэгдлийг—Ассураас, Египетээс, Патросоос, Кушаас, Еламаас, Шинараас, Хаматаас, мөн тэнгисийн арлуудаас—эргүүлэн авчрахын тулд мутраа хоёр дахь удаагаа сунгах болно. Тэр үндэстнүүдэд зориулан туг тэмдэг өргөж, Израилийн хөөгдөгсдийг цуглуулан, Иудагийн тараагдагсдыг газрын дөрвөн зүгээс хамтад нь хураан авчирна. Исаиа 11:10–12.</w:t>
      </w:r>
    </w:p>
    <w:p>
      <w:pPr>
        <w:pStyle w:val="ArticleBody"/>
        <w:jc w:val="left"/>
      </w:pPr>
      <w:r>
        <w:rPr>
          <w:rFonts w:ascii="Times New Roman" w:hAnsi="Times New Roman" w:eastAsia="Times New Roman" w:cs="Times New Roman"/>
        </w:rPr>
        <w:t>Гадуурхагдагсад тэмдэг болгон өргөгдөхөд, тэд дараа нь арван нэгдүгээр цагийн ажилчдыг цуглуулах бөгөөд тэд “зөвхөн харснаар л сэрэмжлүүлэгдэж” чадна, өөрөөр хэлбэл “Бурханы тамгатай хүмүүс ба хуурамч амралтын өдрийг сахигчдын хоорондын ялгааг” харснаар. Арван нэгдүгээр цагийн ажилчдад өгөгдөх тэмдэг нь гадуурхагдагсад бөгөөд, гадуурхагдагсдын ТЭМДЭГ нь “энэ жил өөрөө ургасныг, хоёр дахь жил мөн түүнээс урган гарсныг идэгтүн; харин гурав дахь жилд тарьж, хадаж, усан үзмийн талбай тарьж, түүний үр жимсийг идэгтүн” хэмээх нууцлаг утга билээ.</w:t>
      </w:r>
    </w:p>
    <w:p>
      <w:pPr>
        <w:pStyle w:val="ArticleBody"/>
        <w:jc w:val="left"/>
      </w:pPr>
      <w:r>
        <w:rPr>
          <w:rFonts w:ascii="Times New Roman" w:hAnsi="Times New Roman" w:eastAsia="Times New Roman" w:cs="Times New Roman"/>
        </w:rPr>
        <w:t>Уг эшлэлийн нууц нь энэ нь Левит хорин тав, хорин зургаад гардаг “долоон цаг”-ийг төлөөлдөгт оршино. Амрах газрын Амралтын өдөр нь амлагдсан газрын долоо дахь жилийн амралтыг сахих эсвэл үгүйсгэхийн аль алинд хамаарах ерөөл эсвэл хараалыг тодорхойлдог гэрээний нэг бүрэлдэхүүн мөн. Нэг зуун дөчин дөрвөн мянгын тэмдэг нь газрын долоо дахь жилийн Амралтын өдрөөр дүрслэгдсэн гэрээний гурвалсан амлалын нэг бүрэлдэхүүн юм. “Долоон цаг”-ийн суурь үнэн нь шинэ зүрх ба ухаан, шинэ бие, мөн амьдрах газар амладаг гэрээний гурван бүрэлдэхүүний нэгийг тодорхойлдог.</w:t>
      </w:r>
    </w:p>
    <w:p>
      <w:pPr>
        <w:pStyle w:val="ArticleBody"/>
        <w:jc w:val="left"/>
      </w:pPr>
      <w:r>
        <w:rPr>
          <w:rFonts w:ascii="Times New Roman" w:hAnsi="Times New Roman" w:eastAsia="Times New Roman" w:cs="Times New Roman"/>
        </w:rPr>
        <w:t>Долоо дахь өдрийн Амралтын өдөр бол Бурхан ба Түүний ард түмний хоорондох тэмдэг мөн. Гэвч тэр долоо дахь өдрийн Амралтын өдөр нь мөн эртний Израильд өгөгдсөн гэрээний хариуцлагыг төлөөлдөг. Тэд Арван Тушаалын хамгаалагчид, хадгалан сахигчид байх ёстой байсан. Эгч Уайт 1844 онд орчин үеийн Израиль эртний Израильтай нийцэн, зөвхөн Арван Тушаалын төдийгүй, Бурханы эш үзүүллэгийн Үгийн ч хадгалан сахигчид болгогдсон гэдгийг тодорхой хэлдэг.</w:t>
      </w:r>
    </w:p>
    <w:p>
      <w:pPr>
        <w:pStyle w:val="ArticleScripture"/>
        <w:jc w:val="left"/>
      </w:pPr>
      <w:r>
        <w:rPr>
          <w:rFonts w:ascii="Times New Roman" w:hAnsi="Times New Roman" w:eastAsia="Times New Roman" w:cs="Times New Roman"/>
        </w:rPr>
        <w:t>“Энэ цаг үед Бурхан Өөрийн сүмийг, эртний Израилийг дуудсан шиг, газар дэлхий дээр гэрэл болон зогсохоор дуудсан. Үнэн хэмээх хүчирхэг илдээр, эхний, хоёр дахь, гурав дахь тэнгэрэлчийн мэдээнүүдээр дамжуулан Тэр тэднийг сүмүүдээс болон ертөнцөөс салгаж, Өөртэйгөө ариун дотно байдалд авчирсан. Тэр тэднийг Өөрийн хуулийн хадгалуулагчид болгож, энэ цаг үеийн эш үзүүллэгийн агуу үнэнүүдийг тэдэнд даалгасан. Эртний Израильд даатгагдсан ариун зөгнөлүүдийн адил эдгээр нь дэлхий дахинд дамжуулагдах ёстой ариун итгэл хариуцлага мөн. Илчлэлт 14-ийн гурван тэнгэрэлч нь Бурханы мэдээнүүдийн гэрлийг хүлээн авч, дэлхийн өнцөг булан бүрд сэрэмжлүүлгийг тунхаглахаар Түүний элч нар болон урагш явдаг хүмүүсийг төлөөлдөг.” Testimonies, volume 5, 455.</w:t>
      </w:r>
    </w:p>
    <w:p>
      <w:pPr>
        <w:pStyle w:val="ArticleBody"/>
        <w:jc w:val="left"/>
      </w:pPr>
      <w:r>
        <w:rPr>
          <w:rFonts w:ascii="Times New Roman" w:hAnsi="Times New Roman" w:eastAsia="Times New Roman" w:cs="Times New Roman"/>
        </w:rPr>
        <w:t>Арван тушаал нь долоо дахь өдрийн Амралтын өдрийн тэмдгээр төлөөлөгддөг бөгөөд эш үзүүллэгийн хуулиуд нь долоо дахь жилийн Амралтын өдрөөр төлөөлөгддөг. Лаодикийн Долоо дахь өдрийн Адвентизм хөлгөө орхин нар шүтэж эхлэхдээ ихэд ичгэвтэр байдалд орох болно. Гэвч тэдний анхлан няцаасан Амралтын өдрийн тушаал нь Мосегийн “долоон удаа” юм.</w:t>
      </w:r>
    </w:p>
    <w:p>
      <w:pPr>
        <w:pStyle w:val="ArticleBody"/>
        <w:jc w:val="left"/>
      </w:pPr>
      <w:r>
        <w:rPr>
          <w:rFonts w:ascii="Times New Roman" w:hAnsi="Times New Roman" w:eastAsia="Times New Roman" w:cs="Times New Roman"/>
        </w:rPr>
        <w:t>Амлагдсан газрыг эзэмшихийн тулд Бурханы ард түмэн зөвхөн долоо дахь өдрийн Хүндэт өдрийг бус, мөн долоон жилийн Хүндэт өдрийг ч ойлгож, сахин хамгаалах ёстой. Лаодикейн Адвентизм энэ Библийн үнэнийг няцааж чаддаггүй, гэвч тэд үүнийг худал хуурмагаар хучдаг. Энэ нь тэдний туг тэмдэг болох хүмүүсийг хөөн зайлуулахад хүргэдэг үзэн ядалтынх нь уг үндэс мөн.</w:t>
      </w:r>
    </w:p>
    <w:p>
      <w:pPr>
        <w:pStyle w:val="ArticleScripture"/>
        <w:jc w:val="left"/>
      </w:pPr>
      <w:r>
        <w:rPr>
          <w:rFonts w:ascii="Times New Roman" w:hAnsi="Times New Roman" w:eastAsia="Times New Roman" w:cs="Times New Roman"/>
        </w:rPr>
        <w:t>“Миний эцгийн гэр бүлийн ихэнх нь Хоёр дахь ирэлтийн сургаалд бүрэн итгэдэг байсан бөгөөд энэхүү алдарт сургаалын төлөө гэрчлэл үйлдсэний улмаас биднээс долоон хүн нэгэн цагт Методист сүмээс хөөгдөн гарсан билээ. Тэр үед эш үзүүлэгчийн үгс бидэнд туйлын эрхэм үнэтэй байв: ‘Та нарыг үзэн ядагч, Миний нэрийн төлөө та нарыг хөөн гаргагч ах дүүс чинь: ЭЗЭН алдаршиг гэж хэлсэн; харин Тэр та нарын баярт үзэгдэж, тэд ичих болно.’ Исаиа 66:5.”</w:t>
      </w:r>
    </w:p>
    <w:p>
      <w:pPr>
        <w:pStyle w:val="ArticleScripture"/>
        <w:jc w:val="left"/>
      </w:pPr>
      <w:r>
        <w:rPr>
          <w:rFonts w:ascii="Times New Roman" w:hAnsi="Times New Roman" w:eastAsia="Times New Roman" w:cs="Times New Roman"/>
        </w:rPr>
        <w:t>“Энэ үеэс 1844 оны арванхоёрдугаар сар хүртэлх хугацаанд миний баяр хөөр, сорилтууд, урам хугарал нь эргэн тойрон дахь миний хайртай Адвент нөхдийнхтэй адил байв. Тэр үед би манай нэгэн Адвент эгчид зочилсон бөгөөд өглөө нь бид гэр бүлийн тахилын ширээний дэргэд өвдөг сөхрөв. Энэ нь сэтгэл хөөрөл хөдөлгөсөн онцгой тохиолдол биш байсан бөгөөд тэнд ердөө бид тавхан, бүгд эмэгтэйчүүд, байлаа. Намайг залбирч байхад Бурханы хүч урьд хожид хэзээ ч мэдэрч байгаагүйгээр минь над дээр бууж ирэв. Би Бурханы алдар сууны үзэгдэлд бүрхэгдэн, газраас улам өндөр, улам өндөрт хөөрөн гарч буй мэт санагдаж, доор өгүүлэгдэхийн адил Адвент ард түмний Ариун Хот руу хийсэн аяллын талаар заримыг үзүүлэв.” Early Writings, 13.</w:t>
      </w:r>
    </w:p>
    <w:p>
      <w:pPr>
        <w:pStyle w:val="ArticleBody"/>
        <w:jc w:val="left"/>
      </w:pPr>
      <w:r>
        <w:rPr>
          <w:rFonts w:ascii="Times New Roman" w:hAnsi="Times New Roman" w:eastAsia="Times New Roman" w:cs="Times New Roman"/>
        </w:rPr>
        <w:t>Эллен Уайтад ахан дүүс нь өөрсдийг нь үзэн ядаж, тэднийг хөөн гаргасны дараа хамт цугларсан таван эмэгтэйн (таван ухаалаг охидыг төлөөлсөн) дунд байхад нь анхны үзэгдэл нь өгөгджээ. Тэд Хоёр дахь Ирэлтийн сургаалын төлөө тэднийг үзэн ядсан бөгөөд ийнхүү эцсийн өдрүүдийн хөөгдөгсдийн хэв шинжийг илэрхийлсэн юм.</w:t>
      </w:r>
    </w:p>
    <w:p>
      <w:pPr>
        <w:pStyle w:val="ArticleScripture"/>
        <w:jc w:val="left"/>
      </w:pPr>
      <w:r>
        <w:rPr>
          <w:rFonts w:ascii="Times New Roman" w:hAnsi="Times New Roman" w:eastAsia="Times New Roman" w:cs="Times New Roman"/>
        </w:rPr>
        <w:t>“Би нэр төдийн сүм болон нэр төдийн Адвентистүүд Иудасын адил, өөрсдөдөө тэдний нөлөөг олж авахын тулд үнэний эсрэг босгохоор биднийг католикуудад урваж тушаахыг харсан. Тэгэхэд ариун хүмүүс католикуудад бараг танигддаггүй, төдий л мэдэгдээгүй ард түмэн байх болно; харин бидний итгэл ба заншлыг мэддэг сүмүүд болон нэр төдийн Адвентистүүд (тэд Амралтын өдрийн учир биднийг үзэн яддаг байсан, учир нь тэд түүнийг няцааж чаддаггүй байсан) ариун хүмүүсийг урваж, ард түмний тогтоосон байгууллуудыг үл хайхардаг хүмүүс хэмээн католикуудад мэдээлэх болно; өөрөөр хэлбэл, тэд Амралтын өдрийг сахиж, Ням гарагийг үл ойшоодог ажээ.”</w:t>
      </w:r>
    </w:p>
    <w:p>
      <w:pPr>
        <w:pStyle w:val="ArticleScripture"/>
        <w:jc w:val="left"/>
      </w:pPr>
      <w:r>
        <w:rPr>
          <w:rFonts w:ascii="Times New Roman" w:hAnsi="Times New Roman" w:eastAsia="Times New Roman" w:cs="Times New Roman"/>
        </w:rPr>
        <w:t>“Тэгвэл католикууд протестантуудад урагшлан явахыг шаардаж, долоо дахь өдрийн оронд долоо хоногийн эхний өдрийг сахихгүй хэн боловч алагдах ёстой гэсэн зарлиг гаргана. Тоо нь олон католикууд протестантуудын талд зогсоно. Католикууд өөрсдийн хүчийг араатны дүрд өгнө. Протестантууд ч мөн өөрсдийн эх нь тэднээс өмнө үйлдсэнчлэн, гэгээнтнүүдийг устгахаар ажиллана. Харин тэдний зарлиг хэрэгжин, үр дүнгээ өгөхөөс өмнө гэгээнтнүүд Бурханы Дуу хоолойгоор аврагдана.” Spalding and Magan, 1, 2.</w:t>
      </w:r>
    </w:p>
    <w:p>
      <w:pPr>
        <w:pStyle w:val="ArticleBody"/>
        <w:jc w:val="left"/>
      </w:pPr>
      <w:r>
        <w:rPr>
          <w:rFonts w:ascii="Times New Roman" w:hAnsi="Times New Roman" w:eastAsia="Times New Roman" w:cs="Times New Roman"/>
        </w:rPr>
        <w:t>“Нэр төдий” (өөрөөр хэлбэл зөвхөн нэр төдий) “Адвентистүүд Иудасын адил биднийг католикчуудад урван өгнө.” Тэд ингэсний шалтгаан нь “тэд” гадуурхагдагсдыг “Амралтын өдрийн улмаас” үзэн ядсанд оршино. Нэр төдий Адвентистүүд долоо дахь өдрийн Амралтын өдрийг сахидаг хэмээн тунхагладаг тул энд иш татагдсан Амралтын өдөр нь энэ байж таарахгүй. Тэд гадуурхагдагсдыг үзэн яддаг, учир нь тэд Уильям Миллерийн биед илэрсэн Елиагийн альфа ойлголт байсан, Мосегийн долоон цагийн суурь үнэнийг няцааж чаддаггүйгээ мэддэг.</w:t>
      </w:r>
    </w:p>
    <w:p>
      <w:pPr>
        <w:pStyle w:val="ArticleScripture"/>
        <w:jc w:val="left"/>
      </w:pPr>
      <w:r>
        <w:rPr>
          <w:rFonts w:ascii="Times New Roman" w:hAnsi="Times New Roman" w:eastAsia="Times New Roman" w:cs="Times New Roman"/>
        </w:rPr>
        <w:t>“Бурхан бидэнд шинэ мэдээ өгч байгаа биш. Бид 1843, 1844 онуудад биднийг бусад сүмүүдээс гарган ирсэн тэрхүү мэдээг тунхаглах ёстой.” Review and Herald, 1905 оны 1 дүгээр сарын 19.</w:t>
      </w:r>
    </w:p>
    <w:p>
      <w:pPr>
        <w:pStyle w:val="ArticleScripture"/>
        <w:jc w:val="left"/>
      </w:pPr>
      <w:r>
        <w:rPr>
          <w:rFonts w:ascii="Times New Roman" w:hAnsi="Times New Roman" w:eastAsia="Times New Roman" w:cs="Times New Roman"/>
        </w:rPr>
        <w:t>“1840–1844 оны хооронд өгөгдсөн бүх мэдээнүүдийг эдүгээ хүчтэйгээр тунхаглах ёстой. Учир нь чиг баримжаагаа алдсан олон хүн байна. Эдгээр мэдээнүүд бүх сүмүүдэд хүрэх ёстой.” Manuscript Releases, volume 21, 437.</w:t>
      </w:r>
    </w:p>
    <w:p>
      <w:pPr>
        <w:pStyle w:val="ArticleScripture"/>
        <w:jc w:val="left"/>
      </w:pPr>
      <w:r>
        <w:rPr>
          <w:rFonts w:ascii="Times New Roman" w:hAnsi="Times New Roman" w:eastAsia="Times New Roman" w:cs="Times New Roman"/>
        </w:rPr>
        <w:t>“1841, 1842, 1843, 1844 онуудад бидний хүлээн авсан үнэнүүдийг эдүгээ судалж, тунхаглах ёстой.” Manuscript Releases, volume 15, 371.</w:t>
      </w:r>
    </w:p>
    <w:p>
      <w:pPr>
        <w:pStyle w:val="ArticleScripture"/>
        <w:jc w:val="left"/>
      </w:pPr>
      <w:r>
        <w:rPr>
          <w:rFonts w:ascii="Times New Roman" w:hAnsi="Times New Roman" w:eastAsia="Times New Roman" w:cs="Times New Roman"/>
        </w:rPr>
        <w:t>“Анхааруулга ирсэн байна: 1842, 1843, 1844 онуудад энэ мэдээ ирснээс хойш бидний барьж ирсэн итгэлийн суурийг үймүүлж мэдэх юуг ч нэвтрүүлэхийг зөвшөөрч болохгүй. Би энэ мэдээнд байсан бөгөөд түүнээс хойш өнөөдрийг хүртэл Бурханы бидэнд өгсөн гэрэлд үнэнч байж, дэлхийн өмнө зогссоор ирсэн. Өдөр өдрөөр чин сэтгэлийн залбиралтайгаар Эзэнийг эрж, гэрэл хайж байхдаа бидний хөлийг тавьсан тэр тавцангаас хөлөө авах санаа бидэнд үгүй. Та нар намайг Бурханы надад өгсөн гэрлээс татгалзаж чадна гэж бодож байна уу? Тэр нь Үеүдийн Хад адил байх ёстой. Тэр өгөгдсөн цагаасаа хойш намайг удирдсаар ирсэн.” Review and Herald, April 14, 1903.</w:t>
      </w:r>
    </w:p>
    <w:p>
      <w:pPr>
        <w:pStyle w:val="ArticleBody"/>
        <w:jc w:val="left"/>
      </w:pPr>
      <w:r>
        <w:rPr>
          <w:rFonts w:ascii="Times New Roman" w:hAnsi="Times New Roman" w:eastAsia="Times New Roman" w:cs="Times New Roman"/>
        </w:rPr>
        <w:t>Иудас бол саддукейчууд ба фарисайчуудын бүрдүүлсэн Санхедриний бэлгэдэл биш; Иудас арван хоёр шавийн нэг байсан. Тэр бол Христ Пентекостын өдөр гэрлэхээр зэхэж байсан гэрээний сүйт бүсгүйн нэг байв. Гадуурхагсдын эсрэг урвалт нь Иудасаас, өөрөөр хэлбэл Лаодикийн Долоо дахь өдрийн Адвентист сүмээс гардаг. Тэд олон бэлгэдлээр төлөөлөгддөг бөгөөд тэдгээрийн нэг нь Малахи 3-т Гэрээний Элчээр няцаагддаг левичүүд юм. Тэрхүү цэвэршүүлэлтийн үед левичүүд тусгаарлагддаг бөгөөд тэдний тоо, үнэнч эсвэл үнэнч бус байхаас үл хамааран, 25 байдаг. Левичүүдийг урьдын жилүүдийн адил өргөл болгон өргөгдөхөөс нь өмнө цэвэршүүлдэг.</w:t>
      </w:r>
    </w:p>
    <w:p>
      <w:pPr>
        <w:pStyle w:val="ArticleScripture"/>
        <w:jc w:val="left"/>
      </w:pPr>
      <w:r>
        <w:rPr>
          <w:rFonts w:ascii="Times New Roman" w:hAnsi="Times New Roman" w:eastAsia="Times New Roman" w:cs="Times New Roman"/>
        </w:rPr>
        <w:t>Тэр мөнгө хайлуулж, цэвэршүүлэгч мэт сууж, Левийн хөвгүүдийг цэвэршүүлэн, тэднийг алт мөнгө мэт ариусгах болно. Ингэснээр тэд зөвт байдал дотор ЭЗЭНд өргөл өргөх болно. Тэгээд Иуда ба Иерусалимын өргөл нь эртний өдрүүдэд байсанчлан, урьдын жилүүдэд байсанчлан ЭЗЭНд тааламжтай байх болно. Малахи 3:3, 4.</w:t>
      </w:r>
    </w:p>
    <w:p>
      <w:pPr>
        <w:pStyle w:val="ArticleBody"/>
        <w:jc w:val="left"/>
      </w:pPr>
      <w:r>
        <w:rPr>
          <w:rFonts w:ascii="Times New Roman" w:hAnsi="Times New Roman" w:eastAsia="Times New Roman" w:cs="Times New Roman"/>
        </w:rPr>
        <w:t>Левичүүд бол өргөл мөн. Учир нь тэд агуу Өргөл болох Христийн зан чанарыг төгс тусган харуулдаг. Тэр хорин таван левич өргөл болгон өргөгдөх үед Езекиел 8-д буй хуурамч хорин таван левич нар мандах нарыг мөргөнө.</w:t>
      </w:r>
    </w:p>
    <w:p>
      <w:pPr>
        <w:pStyle w:val="ArticleBody"/>
        <w:jc w:val="left"/>
      </w:pPr>
      <w:r>
        <w:rPr>
          <w:rFonts w:ascii="Times New Roman" w:hAnsi="Times New Roman" w:eastAsia="Times New Roman" w:cs="Times New Roman"/>
        </w:rPr>
        <w:t>Иуда зөвхөн ёс бус левичийг төлөөлөөд зогсохгүй, мөн Иудагийн авсан гучин мөнгөн зоосоор төлөөлөгдсөнчлөн, гучин жилийн турш бэлтгэгдсэн ёс бус тахилч мөн юм.</w:t>
      </w:r>
    </w:p>
    <w:p>
      <w:pPr>
        <w:pStyle w:val="ArticleScripture"/>
        <w:jc w:val="left"/>
      </w:pPr>
      <w:r>
        <w:rPr>
          <w:rFonts w:ascii="Times New Roman" w:hAnsi="Times New Roman" w:eastAsia="Times New Roman" w:cs="Times New Roman"/>
        </w:rPr>
        <w:t>Тэгээд Түүнийг урвасан Иудас, Түүнийг яллагдсаныг хараад гэмшиж, тэр гучин мөнгөн зоосыг ахлах тахилч нар ба ахмадуудад буцаан авчирч, —Би гэмгүй цусыг урваж нүгэл үйлдлээ,— гэв. Харин тэд, —Тэр нь бидэнд ямар хамаатай вэ? Өөрөө л мэд,— гэцгээв. Тэгэхэд тэр мөнгөн зооснуудыг сүмд шидэн хаяад, явж одоод, өөрийгөө дүүжилжээ. Матай 27:3–5.</w:t>
      </w:r>
    </w:p>
    <w:p>
      <w:pPr>
        <w:pStyle w:val="ArticleBody"/>
        <w:jc w:val="left"/>
      </w:pPr>
      <w:r>
        <w:rPr>
          <w:rFonts w:ascii="Times New Roman" w:hAnsi="Times New Roman" w:eastAsia="Times New Roman" w:cs="Times New Roman"/>
        </w:rPr>
        <w:t>Иудагийн хаяж шидсэн гучин мөнгөн зоос нь Малахи гуравт гардаг Гэрээний Элч шаар буюу хуурамч мөнгийг хаяж (цэвэрлэж) буйг илэрхийлдэг. Тэрхүү хорон ёс бус санваартан тогтолцоо нь Кора, Датан, Абирамын бослого, мөн 1888 оны босогчдоор төлөөлөгдсөн. АНУ буюу газрын араатан амаа ангайх үед тэрхүү хорон санваартан тогтолцоо залгиулна. Дараа нь Ням гаргийн хуулиар эхэлдэг хожмын борооны бүрэн асгаралтын үед гал тэдний дагалдагсдыг устгана.</w:t>
      </w:r>
    </w:p>
    <w:p>
      <w:pPr>
        <w:pStyle w:val="ArticleBody"/>
        <w:jc w:val="left"/>
      </w:pPr>
      <w:r>
        <w:rPr>
          <w:rFonts w:ascii="Times New Roman" w:hAnsi="Times New Roman" w:eastAsia="Times New Roman" w:cs="Times New Roman"/>
        </w:rPr>
        <w:t>Христийн өдрүүдэд тэмдэг болсон онгон төрөлт нь эцсийн өдрүүд дэх ухаалаг онгон бүсгүйчүүдийн тэмдгийг төлөөлдөг. Тэр үед Синедрион, өөрөөр хэлбэл Лаодикийн Долоо дахь өдрийн Адвентист сүм, тэмдэг эрэх боловч Лаодикид өгөгдсөн цорын ганц тэмдгийг харж чадахгүй. Агуу олонд, арван нэгдүгээр цагийн ажилчдад өгөгдөх тэмдэг нь Ням гаргийн хуулийн сорилтын үед эрэгтэй, эмэгтэй хүмүүс долоо дахь өдрийн Амралтын өдрийг сахиж байгааг харах явдал мөн. Үлдэгсдийн хуучин гэрээний ард түмэнтэй хийх маргаан дахь тэмдэг нь долоо дахь жилийн Амралтын өдөр бөгөөд энэ нь Адвентизмын сууриудыг төлөөлдөг бөгөөд Хабаккукийн хоёр ариун хавтангийн аль алиных нь төв багана хэмээн тодорхойлогддог. Лаодикийн Адвентизмд өгөгдсөн тэмдэг бол Ионагийн тэмдэг бөгөөд энэ нь Христ ба Петр хоёрын хоорондох харилцан ярианд авч үзэгддэг.</w:t>
      </w:r>
    </w:p>
    <w:p>
      <w:pPr>
        <w:pStyle w:val="ArticleScripture"/>
        <w:jc w:val="left"/>
      </w:pPr>
      <w:r>
        <w:rPr>
          <w:rFonts w:ascii="Times New Roman" w:hAnsi="Times New Roman" w:eastAsia="Times New Roman" w:cs="Times New Roman"/>
        </w:rPr>
        <w:t>Есүс Кесари Филиппийн нутагт ирээд, шавь нараасаа асуун, —Хүмүүс Намайг, Хүний Хүүг, хэн гэж хэлж байна вэ? гэв. Тэд, —Зарим нь Таныг Иохан Баптист гэдэг; зарим нь Елиа; бас зарим нь Иеремиа, эсвэл эш үзүүлэгчдийн нэг гэдэг, хэмээн хэлэв. Тэр тэдэнд, —Харин та нар Намайг хэн гэж хэлэх вэ? гэв.</w:t>
      </w:r>
    </w:p>
    <w:p>
      <w:pPr>
        <w:pStyle w:val="ArticleScripture"/>
        <w:jc w:val="left"/>
      </w:pPr>
      <w:r>
        <w:rPr>
          <w:rFonts w:ascii="Times New Roman" w:hAnsi="Times New Roman" w:eastAsia="Times New Roman" w:cs="Times New Roman"/>
        </w:rPr>
        <w:t>Симон Петр хариулан: Чи бол Христ, амьд Бурханы Хүү мөн, гэв. Есүс түүнд хариулан айлдахдаа: Ерөөлтэй еэ, Симон Барйона; учир нь үүнийг чамд махан бие ба цус илчилсэн бус, харин тэнгэрт буй Миний Эцэг илчилсэн юм. Мөн Би чамд айлдаж байна: чи бол Петр, Би Өөрийн чуулганыг энэ хадан дээр байгуулна; тамын үүднүүд түүнийг дийлэхгүй. Би чамд тэнгэрийн хаанчлалын түлхүүрүүдийг өгнө; газрын дээр чиний хүлэх бүхэн тэнгэрт хүлэгдсэн байх болно; газрын дээр чиний тайлах бүхэн тэнгэрт тайлагдсан байх болно.</w:t>
      </w:r>
    </w:p>
    <w:p>
      <w:pPr>
        <w:pStyle w:val="ArticleScripture"/>
        <w:jc w:val="left"/>
      </w:pPr>
      <w:r>
        <w:rPr>
          <w:rFonts w:ascii="Times New Roman" w:hAnsi="Times New Roman" w:eastAsia="Times New Roman" w:cs="Times New Roman"/>
        </w:rPr>
        <w:t>Тэгээд Тэрээр Өөрийн шавь нартаа Өөрийг нь Есүс Христ мөн гэж хэнд ч бүү хэл хэмээн тушаав. Матай 16:13–20.</w:t>
      </w:r>
    </w:p>
    <w:p>
      <w:pPr>
        <w:pStyle w:val="ArticleBody"/>
        <w:jc w:val="left"/>
      </w:pPr>
      <w:r>
        <w:rPr>
          <w:rFonts w:ascii="Times New Roman" w:hAnsi="Times New Roman" w:eastAsia="Times New Roman" w:cs="Times New Roman"/>
        </w:rPr>
        <w:t>Санхедринд өгөгдсөн тэмдэг, тиймээс мөн Адвентизмд өгөгдсөн тэмдэг нь Ионагийн тэмдэг юм. Симон Барйона нь нэр нь удахгүй өөрчлөгдөх гэж байгаа тул гэрээний хүний бэлгэ тэмдэг болгон энэ эшлэлд танилцуулагддаг. Абрамын нэр гэрээ байгуулагдах үед өөрчлөгдсөн. Саулын нэр Паул болж өөрчлөгдсөн. Иаковын нэр Израиль болж өөрчлөгдсөн. Эдгээр гурван гэрч нь Библийн нэгэн хүний нэр өөрчлөгдөхөд тэрээр гэрээний хүнийг төлөөлдөг бөгөөд иймээс нэг зуун дөчин дөрвөн мянга болох эцсийн гэрээт ардыг хэв шинжлэн илэрхийлдгийг тогтоодог. Мөн эдгээр гурван гэрч нь гэрээний хүний нэр нь нэр нь өөрчлөгдсөн тэр хүнийтэй холбоотой эш үзүүллэгийн бэлгэдлийг илэрхийлдгийг тогтоодог. Саул гэдэг нь “сонгогдсон” гэсэн утгатай, учир нь тэр сайн мэдээг харь үндэстнүүдэд хүргэхээр сонгогдсон байв. Түүний нэр Паул болж өөрчлөгдсөн нь жижиг гэсэн утгатай, учир нь тэр Бурханы чуулганыг хавчин мөшгөж байсан тул өөрийн нүдэнд элч нараас хамгийн өчүүхэн нь байсан. Мэхлэгч Иаковын нэр болон туршлага хоёулаа Израиль гэдэг нэрийн утга болох ялагчийн байдал руу өөрчлөгдсөн. Петрийн нэр нь Симон, өөрөөр хэлбэл сонсогч нэгэн; харин Барйона нь Ионагийн хүү гэсэн утгатай.</w:t>
      </w:r>
    </w:p>
    <w:p>
      <w:pPr>
        <w:pStyle w:val="ArticleBody"/>
        <w:jc w:val="left"/>
      </w:pPr>
      <w:r>
        <w:rPr>
          <w:rFonts w:ascii="Times New Roman" w:hAnsi="Times New Roman" w:eastAsia="Times New Roman" w:cs="Times New Roman"/>
        </w:rPr>
        <w:t>Петр нь Ионагийн эцсийн үеийнхнийг төлөөлж байна. Учир нь тэр Ионагийн хүү байсан. Иона гэдэг нь “тагтаа” гэсэн утгатай бөгөөд Симон бол тагтааны мэдээг сонссон нэгэн юм. Симон Бар-Иона Есүс баптисм хүртэж, Есүс Христ болсон үед Ариун Сүнс тагтааны дүрээр бууж ирэхэд, Есүсийн тосолгооны мэдээг сонссон байлаа. Ионагийн мэдээ нь Есүс баптисм хүртэх үедээ хүчээр тослогдсоныг төлөөлсөн тагтааны мэдээ байсан. Ионагийн мэдээ нь Иона халимны хэвлийд гурван өдөр байсан байдлаар төлөөлөгдөн гарсан. Тэрхүү гурван өдөр нь Дээгүүр Өнгөрөх баяраас Анхны үр жимсний баяр хүртэлх гурван өдөр бөгөөд тэдгээр нь Христийн баптисм болон Ионагийн халимны хэвлийд байсан хугацаагаар хэв шинжлэгдсэн юм.</w:t>
      </w:r>
    </w:p>
    <w:p>
      <w:pPr>
        <w:pStyle w:val="ArticleBody"/>
        <w:jc w:val="left"/>
      </w:pPr>
      <w:r>
        <w:rPr>
          <w:rFonts w:ascii="Times New Roman" w:hAnsi="Times New Roman" w:eastAsia="Times New Roman" w:cs="Times New Roman"/>
        </w:rPr>
        <w:t>Ионагийн тэмдэг нь Христийн баптисм хүртэх үед Түүн дээр тосолгоо буусны тэмдэг бөгөөд энэ нь 9/11-нд Илчлэл арван наймдугаар бүлгийн тэнгэрэлч бууж ирснийг бэлгэдэн төлөөлдөг. 9/11 нь Ионагийн гурван өдрөөр дүрслэгдсэнчлэн гурван үе шаттай шалгалтын үйл явцыг эхлүүлсэн. Эдгээр гурван үе шатыг мөн Миллерит хөдөлгөөний түүхэнд дүрслэн үзүүлсэн байдаг. 1840 оны 8 дугаар сарын 11 нь эхний тэнгэрэлчийн шалгалтыг, 1844 оны 4 дүгээр сарын 19 нь хоёр дахь тэнгэрэлчийн шалгалтыг, 1844 оны 10 дугаар сарын 22 нь гурав дахь шалгалтыг тэмдэглэсэн. Эдгээр гурван үе шат нь 9/11, 2020 оны 7 дугаар сарын 18, мөн Ням гаргийн хуулийг төлөөлдөг.</w:t>
      </w:r>
    </w:p>
    <w:p>
      <w:pPr>
        <w:pStyle w:val="ArticleBody"/>
        <w:jc w:val="left"/>
      </w:pPr>
      <w:r>
        <w:rPr>
          <w:rFonts w:ascii="Times New Roman" w:hAnsi="Times New Roman" w:eastAsia="Times New Roman" w:cs="Times New Roman"/>
        </w:rPr>
        <w:t>Ням гаргийн хуулийн үед Иона загасны амнаас нулимж гаргагддаг; энэ нь яг Христ Лаодикийг Өөрийн амнаас нулиман гаргаж байгаа тэр газартай давхцана; мөн яг тэнд Билеамын илжиг амаа нээн ярьдаг; мөн яг тэнд Баптист Иоханы эцэг Захариа ярьдаг; түүнчлэн тэнд АНУ луу мэт ярьдаг. Дараа нь Иона 2024 онд Мосе ба Елиатай хамт амилуулагдсан хүмүүсийн бэлгэ тэмдэг болон ертөнцөд эцсийн сэрэмжлүүлгийг өгдөг. Тэдгээр сүнснүүд Содом ба Египетийн гудамжинд үхсэн бөгөөд үүний дараа Езекиелийн хүчит цэрэг болон амилуулагддаг. Амилалтынхаа үед тэд Ионагийн тэмдэг болдог. Учир нь Иона Ниневед эцсийн мэдээг өгөхийн тулд үхэж, амилуулагдсан хүмүүсийг төлөөлдөг. Халимын хэвлий дэх Иона, арслангийн үүрэндэх Даниел, буцалж буй тосны тогоон дахь Иохан нь бэлгэдлийн үхэл ба амилалтыг туулсан нэг зуун дөчин дөрвөн мянгыг төлөөлдөг. 9/11 дээрх тосолгоо нь Езекиелийн хүчит цэргийн амилалтад хүрч, Христийн Өөрийн амилалтад хүргэх баптисмыг төлөөлдөг.</w:t>
      </w:r>
    </w:p>
    <w:p>
      <w:pPr>
        <w:pStyle w:val="ArticleScripture"/>
        <w:jc w:val="left"/>
      </w:pPr>
      <w:r>
        <w:rPr>
          <w:rFonts w:ascii="Times New Roman" w:hAnsi="Times New Roman" w:eastAsia="Times New Roman" w:cs="Times New Roman"/>
        </w:rPr>
        <w:t>Фарисайчууд мөн саддукейчууд ирж, Түүнийг сорин, тэнгэрээс тэмдэг үзүүлэхийг Түүнээс хүсэв. Харин Тэр тэдэнд хариулан айлдсан нь: Орой болоход та нар, “Цаг агаар сайхан болно; учир нь тэнгэр улаан байна” гэдэг. Өглөө нь, “Өнөөдөр цаг агаар муудна; учир нь тэнгэр улайж, бүрхэж байна” гэдэг. Хоёр нүүртнүүд ээ, та нар тэнгэрийн байдлыг ялган мэдэж чаддаг атлаа, цаг үеийн тэмдгүүдийг ялган мэдэж чадахгүй гэж үү? Муу бөгөөд завхай үе тэмдэг эрж хайдаг; гэвч эш үзүүлэгч Ионагийн тэмдгээс өөр ямар ч тэмдэг түүнд өгөхгүй. Тэгээд Тэр тэднийг орхиод явжээ. Матай 16:1–4.</w:t>
      </w:r>
    </w:p>
    <w:p>
      <w:pPr>
        <w:pStyle w:val="ArticleBody"/>
        <w:jc w:val="left"/>
      </w:pPr>
      <w:r>
        <w:rPr>
          <w:rFonts w:ascii="Times New Roman" w:hAnsi="Times New Roman" w:eastAsia="Times New Roman" w:cs="Times New Roman"/>
        </w:rPr>
        <w:t>Хамгийн дээд гайхамшиг нь Лазарын амилалт байлаа.</w:t>
      </w:r>
    </w:p>
    <w:p>
      <w:pPr>
        <w:pStyle w:val="ArticleScripture"/>
        <w:jc w:val="left"/>
      </w:pPr>
      <w:r>
        <w:rPr>
          <w:rFonts w:ascii="Times New Roman" w:hAnsi="Times New Roman" w:eastAsia="Times New Roman" w:cs="Times New Roman"/>
        </w:rPr>
        <w:t>“Лазар уруу очихоо саатуулсандаа Христ Түүнийг хүлээн аваагүй хүмүүст нигүүлслийн зорилго агуулж байв. Тэр Лазарыг үхэгсдээс амилуулснаар Өөрийн зөрүүд, үл итгэгч ард түмэндээ Тэр үнэхээр ‘амилал ба амь’ мөн гэдгийн дахин нэг нотолгоог өгөхийн тулд хүлээсэн юм. Тэр Израилийн гэрийн ядуу, тэнүүчлэн яваа хонин сүрэг болсон ард түмнээсээ найдвараа бүрмөсөн таслахыг хүсээгүй. Тэдний гэмшдэггүй байдлаас болж Түүний зүрх эмтэрч байлаа. Нигүүлслээрээ Тэр Өөрийгөө Сэргээн босгогч, амь ба үхэшгүй байдлыг гэрэлд гаргаж чадах цорын ганц Нэгэн мөн гэдгийн дахин нэг нотолгоог тэдэнд өгөхөөр зорьсон юм. Энэ нь тахилч нарын буруу тайлбарлаж үл чадах нотолгоо байх ёстой байв. Бетани уруу явахдаа саатсан Түүний шалтгаан энэ байлаа. Лазарыг амилуулсан энэхүү оргил гайхамшиг нь Түүний үйл хэрэг болон Түүний бурханлаг чанарын талаарх шаардлагад Бурханы тамгыг дарах ёстой байв.” The Desire of Ages, 528, 529.</w:t>
      </w:r>
    </w:p>
    <w:p>
      <w:pPr>
        <w:pStyle w:val="ArticleBody"/>
        <w:jc w:val="left"/>
      </w:pPr>
      <w:r>
        <w:rPr>
          <w:rFonts w:ascii="Times New Roman" w:hAnsi="Times New Roman" w:eastAsia="Times New Roman" w:cs="Times New Roman"/>
        </w:rPr>
        <w:t>Христ Лазарыг амилуулахаасаа өмнө саатсан бөгөөд Лазар нь зөвхөн “титэмлэсэн гайхамшиг” төдийгүй, Бурханы ажлын дээр тавигдсан “тамга” мөн байсан. Уг эшлэлд Ионагийн тэмдэг нь завхай, ёрын муу үеийнхэнд өгөгдөх цорын ганц тэмдэг юм. Тамгалалтын үйл явцын цаг хугацаа маш тодорхой байдгийг харах нь чухал. Петрийн нэр өөрчлөгдсөн тухай авч үзэж буй тэр хэсэгт, тэр мөчөөс эхлэн Есүс Өөрийг нь үхэлд тушаагдах ёстойг илчилж эхэлсэн болохыг бидэнд мэдүүлдэг; гэвч Матай сүүлчийн эшлэлдээ: “Тэгээд тэр Өөрийгөө Есүс Христ мөн гэдгийг хэнд ч бүү хэл гэж шавь нартаа хатуу захив” хэмээн тэмдэглэсэн байдаг. Тэгээд яг дараагийн эшлэлд тэр: “Тэр цагаас хойш Есүс Иерусалим уруу явж, ахлагчид, ахлах тахилч нар, хуулийн багш нараас олон зүйлийг амсаж, алагдаж, гурав дахь өдөртөө дахин амилуулагдах ёстойгоо шавь нартаа үзүүлж эхлэв” хэмээн тэмдэглэсэн байдаг.</w:t>
      </w:r>
    </w:p>
    <w:p>
      <w:pPr>
        <w:pStyle w:val="ArticleBody"/>
        <w:jc w:val="left"/>
      </w:pPr>
      <w:r>
        <w:rPr>
          <w:rFonts w:ascii="Times New Roman" w:hAnsi="Times New Roman" w:eastAsia="Times New Roman" w:cs="Times New Roman"/>
        </w:rPr>
        <w:t>Энэ хэсэг Есүс хүмүүс Өөрийг нь хэн гэж боддог талаар асууснаар эхэлж, дараа нь Тэр шавь нараасаа Өөрийг нь хэн гэж бодож байгааг нь асуусан үргэлжлэх асуултаар үргэлжилдэг.</w:t>
      </w:r>
    </w:p>
    <w:p>
      <w:pPr>
        <w:pStyle w:val="ArticleScripture"/>
        <w:jc w:val="left"/>
      </w:pPr>
      <w:r>
        <w:rPr>
          <w:rFonts w:ascii="Times New Roman" w:hAnsi="Times New Roman" w:eastAsia="Times New Roman" w:cs="Times New Roman"/>
        </w:rPr>
        <w:t>Есүс Кесаре Филиппийн хязгаарт ирээд, шавь нараасаа: Хүний Хүү намайг хүмүүс хэн гэж хэлдэг вэ? хэмээн асуув. Тэд: Зарим нь Таныг Баптисч Иохан гэдэг; зарим нь Елиа; бусад нь Иеремиа, эсвэл эш үзүүлэгчдийн нэг гэдэг хэмээв. Тэр тэдэнд: Харин та нар Намайг хэн гэж хэлэх вэ? гэв. Матай 16:13–15.</w:t>
      </w:r>
    </w:p>
    <w:p>
      <w:pPr>
        <w:pStyle w:val="ArticleBody"/>
        <w:jc w:val="left"/>
      </w:pPr>
      <w:r>
        <w:rPr>
          <w:rFonts w:ascii="Times New Roman" w:hAnsi="Times New Roman" w:eastAsia="Times New Roman" w:cs="Times New Roman"/>
        </w:rPr>
        <w:t>Петр хариулахдаа Есүс бол Христ бөгөөд амьд Бурханы Хүү мөн гэдгийг тодорхойлон хэлдэг. “Христ” гэдэг үг нь еврей “Мессиа” хэмээх үгийн грек хэлбэр юм. Есүс Өөрийгөө хэн болох тухай асуултыг тавьж, Өөрийг нь Мессиа мөн гэсэн үнэнд шавь нараа хүргэдэг боловч даруйд нь хэнд ч бүү хэл хэмээн тэдэнд мэдэгддэг. Тэр цагаас эхлэн Тэрээр Матайн сүүлчийн гурван бүлэгт буй хорин гурван замын тэмдгийг биелүүлэхээ зааж сургаж эхэлсэн бөгөөд гэвч Христтэй холбоотой үнэнүүд алхам алхмаар нээгдэх нь зайлшгүй шаардлагатай байсан юм.</w:t>
      </w:r>
    </w:p>
    <w:p>
      <w:pPr>
        <w:pStyle w:val="ArticleBody"/>
        <w:jc w:val="left"/>
      </w:pPr>
      <w:r>
        <w:rPr>
          <w:rFonts w:ascii="Times New Roman" w:hAnsi="Times New Roman" w:eastAsia="Times New Roman" w:cs="Times New Roman"/>
        </w:rPr>
        <w:t>Бид эдгээр Мессианик замын тэмдгүүдийг дараагийн өгүүлэлд үргэлжлүүлэн авч үзнэ.</w:t>
      </w:r>
    </w:p>
    <w:p>
      <w:pPr>
        <w:pStyle w:val="ArticleHeading"/>
        <w:jc w:val="left"/>
      </w:pPr>
      <w:r>
        <w:rPr>
          <w:rFonts w:ascii="Arial" w:hAnsi="Arial" w:eastAsia="Arial" w:cs="Arial"/>
        </w:rPr>
        <w:t>Гурав дахь тэнгэрэлчийн Альфа гэрэл</w:t>
      </w:r>
    </w:p>
    <w:p>
      <w:pPr>
        <w:pStyle w:val="ArticleScripture"/>
        <w:jc w:val="left"/>
      </w:pPr>
      <w:r>
        <w:rPr>
          <w:rFonts w:ascii="Times New Roman" w:hAnsi="Times New Roman" w:eastAsia="Times New Roman" w:cs="Times New Roman"/>
        </w:rPr>
        <w:t>“1846 оны намар бид Библийн Амралтын өдрийг сахиж эхэлсэн бөгөөд түүнийг зааж, хамгаалж эхэлсэн юм. Тэр жилийн өмнөхөн, Массачусетс мужийн Нью-Бедфордод айлчлан байх үед миний анхаарал анх Амралтын өдөрт хандсан билээ. Тэнд би эртнээс Адвентийн итгэлийг хүлээн авсан бөгөөд энэ үйл хэрэгт идэвхтэй зүтгэгч байсан ахлагч Жозеф Бейтстэй танилцсан. Ахлагч Б. Амралтын өдрийг сахидаг байсан бөгөөд түүний ач холбогдлыг онцлон уриалж байв. Би түүний ач холбогдлыг мэдэрч байсангүй, мөн ахлагч Б. дөрөвдүгээр тушаал дээр бусад есөөс нь илүү анхааран төвлөрч байгаадаа алдаж байна гэж бодож байлаа. Гэвч Эзэн надад тэнгэрийн ариун газрыг үзүүлсэн. Бурханы сүм тэнгэрт нээгдэж, өршөөлийн таглаагаар хучигдсан Бурханы авдрыг надад үзүүлэв. Хоёр тэнгэрэлч авдрын хоёр үзүүрт, нэг нь нэг талд, нөгөө нь нөгөө талд зогсон, далавчаа өршөөлийн таглаан дээгүүр дэлгэн, нүүрээ түүн рүү хандуулсан байлаа. Надтай хамт байсан тэнгэрэлч надад эдгээр нь Бурханы хуруугаар бичигдсэн ариун хуулийг хүндэтгэлийн айдастайгаар ширтэн харж буй бүх тэнгэрийн цэргийг төлөөлж байна гэж мэдэгдэв. Есүс авдрын тагийг өргөхөд, Арван Тушаал бичигдсэн чулуун хавтангуудыг би харсан. Арван тушаалын яг төвд, түүнийг зөөлөн гэрлийн цацраг хүрээлсэн байхад, дөрөвдүгээр тушаалыг хараад би гайхширсан. Тэнгэрэлч ийн хэлэв: ‘Энэ бол тэнгэр, газар болон тэдгээрийн дотор буй бүхнийг бүтээсэн амьд Бурханыг тодорхойлон заадаг арвын цорын ганц нь юм. Газрын суурь тавигдах үед Амралтын өдрийн суурь ч мөн тавигдсан юм.’” Testimonies, volume 1, 75.</w:t>
      </w:r>
    </w:p>
    <w:p>
      <w:pPr>
        <w:pStyle w:val="ArticleHeading"/>
        <w:jc w:val="left"/>
      </w:pPr>
      <w:r>
        <w:rPr>
          <w:rFonts w:ascii="Arial" w:hAnsi="Arial" w:eastAsia="Arial" w:cs="Arial"/>
        </w:rPr>
        <w:t>Гурав дахь тэнгэрэлчийн омега гэрэл</w:t>
      </w:r>
    </w:p>
    <w:p>
      <w:pPr>
        <w:pStyle w:val="ArticleScripture"/>
        <w:jc w:val="left"/>
      </w:pPr>
      <w:r>
        <w:rPr>
          <w:rFonts w:ascii="Times New Roman" w:hAnsi="Times New Roman" w:eastAsia="Times New Roman" w:cs="Times New Roman"/>
        </w:rPr>
        <w:t>“Бурхантай харилцан нөхөрлөгчид Зөвт байдлын Нарны гэрэлд алхдаг. Тэд Бурханы өмнө өөрсдийн замыг завхруулснаар Аврагчаа гутаан доромжилдоггүй. Тэнгэрийн гэрэл тэдний дээр тусдаг. Энэ дэлхийн түүхийн төгсгөл ойртох тусам Христийн тухай, мөн Түүнтэй холбогдох эш үзүүллэгүүдийн тухай тэдний мэдлэг үлэмжхэн өсөн нэмэгддэг. Тэд Бурханы мэлмийд хэмжээлшгүй үнэ цэнтэй; учир нь тэд Түүний Хүүтэй нэгдмэл байдаг. Тэдний хувьд Бурханы үг хэмжээлшгүй үзэсгэлэнтэй бөгөөд дур булаам юм. Тэд түүний ач холбогдлыг хардаг. Үнэн тэдэнд тайлагддаг. Бие махбодтой болсон тухай сургаал намуухан цацрагаар гэрэлтсэн байдаг. Тэд Ариун Бичээсийг бүх нууцыг нээж, бүх бэрхшээлийг шийдвэрлэдэг түлхүүр мөн гэдгийг хардаг. Гэрлийг хүлээн авч, гэрэлд алхахаас татгалзсан хүмүүс бурханлаг ёсны нууцыг ойлгож чадахгүй; харин загалмайгаа үүрч, Есүсийг дагахаас эргэлзээгүй хүмүүс Бурханы гэрэл дотор гэрлийг харах болно.” The Southern Watchman, April 4,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Иоелын Ном ба Лаодикийн Долоо Дахь Өдрийн Адвентист Сүм - Хорин Есдүгээр Дугаар</dc:title>
  <dc:subject/>
  <dc:creator>Jeff Pippenger</dc:creator>
  <cp:keywords/>
  <dc:description>Generated by ArticleDigger from joel\29_joel.json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