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Гучин Нэгдүгээр```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Arial" w:hAnsi="Arial" w:eastAsia="Arial" w:cs="Arial"/>
        </w:rPr>
        <w:t>Гучин Нэгдүгээр Дугаар</w:t>
      </w:r>
    </w:p>
    <w:p>
      <w:pPr>
        <w:pStyle w:val="ArticleBody"/>
        <w:jc w:val="left"/>
      </w:pPr>
      <w:r>
        <w:rPr>
          <w:rFonts w:ascii="Times New Roman" w:hAnsi="Times New Roman" w:eastAsia="Times New Roman" w:cs="Times New Roman"/>
        </w:rPr>
        <w:t>Матайн ном дотор байрлах Мессиагийн биеллүүдийн сүүлийн гурав нь Ням гаргийн хуулийн тэмдэгт цэгийн гурван элементийг тодорхойлдог; Ням гаргийн хуулийн үед Бурханы ард түмэн тараагдах явдлыг, 1844 оны 10-р сарын 22-нд бяцхан сүрэг тараагдсанаар болон загалмайн үед шавь нар тараагдсанаар төлөөлүүлэн харуулдаг. Энэ хоёр таралт хоёулаа Ням гаргийн хуультай уялддаг. Зөгнөлийн эргэлтийн цэгийн бэлгэдэл болох Галилтай холбогдон, Ням гаргийн хууль хүртэл харанхуйд байсан хүмүүс харанхуйгаас дуудагдан гарах болно. Эдгээр хүмүүс бол Бурханы өөр сүрэг, Вавилоноос дуудагдан гарах үедээ Амралтын өдрийн маргааны асуудалд сэрээгддэг арван нэгдүгээр цагийн ажилчид юм. Тэдний Вавилоноос дуудагдан гарах нь шүүлтийн хоёр дахь үе шат бөгөөд энэ нь Бурханы гэрээс эхэлж, дараа нь Ням гаргийн хуулийн үед Иерусалимаас гаднах хүмүүстэй нүүр тулдаг.</w:t>
      </w:r>
    </w:p>
    <w:p>
      <w:pPr>
        <w:pStyle w:val="ArticleHeading"/>
        <w:jc w:val="left"/>
      </w:pPr>
      <w:r>
        <w:rPr>
          <w:rFonts w:ascii="Arial" w:hAnsi="Arial" w:eastAsia="Arial" w:cs="Arial"/>
        </w:rPr>
        <w:t>Арав дахь Мессиан замын тэмдэг нь Ням гаргийн хуулийн тараалт мөн.</w:t>
      </w:r>
    </w:p>
    <w:p>
      <w:pPr>
        <w:pStyle w:val="ArticleScripture"/>
        <w:jc w:val="left"/>
      </w:pPr>
      <w:r>
        <w:rPr>
          <w:rFonts w:ascii="Times New Roman" w:hAnsi="Times New Roman" w:eastAsia="Times New Roman" w:cs="Times New Roman"/>
        </w:rPr>
        <w:t>Харин эш үзүүлэгчдийн Судар биелэхийн тулд энэ бүхэн болсон юм. Тэгээд бүх шавь нар нь Түүнийг орхин зугтав. Матай 26:56.</w:t>
      </w:r>
    </w:p>
    <w:p>
      <w:pPr>
        <w:pStyle w:val="ArticleHeading"/>
        <w:jc w:val="left"/>
      </w:pPr>
      <w:r>
        <w:rPr>
          <w:rFonts w:ascii="Arial" w:hAnsi="Arial" w:eastAsia="Arial" w:cs="Arial"/>
        </w:rPr>
        <w:t>Зөгнөл</w:t>
      </w:r>
    </w:p>
    <w:p>
      <w:pPr>
        <w:pStyle w:val="ArticleScripture"/>
        <w:jc w:val="left"/>
      </w:pPr>
      <w:r>
        <w:rPr>
          <w:rFonts w:ascii="Times New Roman" w:hAnsi="Times New Roman" w:eastAsia="Times New Roman" w:cs="Times New Roman"/>
        </w:rPr>
        <w:t>“Илд минь, Миний хоньчны эсрэг, Миний нөхөр болсон тэр хүний эсрэг сэрэн босогтун” хэмээн түмэн цэргийн ЭЗЭН айлдаж байна. “Хоньчныг цохигтун, тэгвэл хонь сүрэг тарамдана. Би бас Өөрийн мутраа өчүүхэн нэгнүүдийн эсрэг эргүүлнэ.” Зехариа 13:7.</w:t>
      </w:r>
    </w:p>
    <w:p>
      <w:pPr>
        <w:pStyle w:val="ArticleScripture"/>
        <w:jc w:val="left"/>
      </w:pPr>
      <w:r>
        <w:rPr>
          <w:rFonts w:ascii="Times New Roman" w:hAnsi="Times New Roman" w:eastAsia="Times New Roman" w:cs="Times New Roman"/>
        </w:rPr>
        <w:t>“Бид тун удалгүй ихэд тараагдах болно, тиймээс бидний хийх ёстой зүйлсийг хурдан хийж гүйцэтгэх ёстой.” Fundamentals of Christian Education, 535.</w:t>
      </w:r>
    </w:p>
    <w:p>
      <w:pPr>
        <w:pStyle w:val="ArticleScripture"/>
        <w:jc w:val="left"/>
      </w:pPr>
      <w:r>
        <w:rPr>
          <w:rFonts w:ascii="Times New Roman" w:hAnsi="Times New Roman" w:eastAsia="Times New Roman" w:cs="Times New Roman"/>
        </w:rPr>
        <w:t>“Бид салангид болж, тараагдах цаг ирж байна. Тэр үед бидний хүн нэг бүр ижил үнэт итгэлтэй хүмүүсийн нөхөрлөлд орших эрхэм боломжгүйгээр бат зогсох хэрэгтэй болно. Бурхан чиний дэргэд байж, Тэр Өөрөө чамайг удирдан чиглүүлж байгааг чи мэдэхгүй аваас, чи хэрхэн бат зогсож чадах билээ?” Review and Herald, March 25, 1890.</w:t>
      </w:r>
    </w:p>
    <w:p>
      <w:pPr>
        <w:pStyle w:val="ArticleHeading"/>
        <w:jc w:val="left"/>
      </w:pPr>
      <w:r>
        <w:rPr>
          <w:rFonts w:ascii="Arial" w:hAnsi="Arial" w:eastAsia="Arial" w:cs="Arial"/>
        </w:rPr>
        <w:t>Мессиан цаг хугацааны арван нэгдүгээр тэмдэг нь харь үндэстнүүдийн дуудлага юм</w:t>
      </w:r>
    </w:p>
    <w:p>
      <w:pPr>
        <w:pStyle w:val="ArticleScripture"/>
        <w:jc w:val="left"/>
      </w:pPr>
      <w:r>
        <w:rPr>
          <w:rFonts w:ascii="Times New Roman" w:hAnsi="Times New Roman" w:eastAsia="Times New Roman" w:cs="Times New Roman"/>
        </w:rPr>
        <w:t>Энэ нь эш үзүүлэгч Исаиагаар дамжин айлдсан үг биелэгдэхийн тулд байлаа. Тэрээр: “Забулоны нутаг, Нефталимын нутаг, тэнгис хүрэх зам дагуу, Иорданы цаана, харь үндэстнүүдийн Галилд—харанхуйд суусан ард түмэн агуу гэрлийг үзэв; үхлийн нутаг ба сүүдэрт суусан хүмүүст гэрэл мандан тусав” хэмээн айлджээ. Матай 4:14–16.</w:t>
      </w:r>
    </w:p>
    <w:p>
      <w:pPr>
        <w:pStyle w:val="ArticleHeading"/>
        <w:jc w:val="left"/>
      </w:pPr>
      <w:r>
        <w:rPr>
          <w:rFonts w:ascii="Arial" w:hAnsi="Arial" w:eastAsia="Arial" w:cs="Arial"/>
        </w:rPr>
        <w:t>Зөгнөл</w:t>
      </w:r>
    </w:p>
    <w:p>
      <w:pPr>
        <w:pStyle w:val="ArticleScripture"/>
        <w:jc w:val="left"/>
      </w:pPr>
      <w:r>
        <w:rPr>
          <w:rFonts w:ascii="Times New Roman" w:hAnsi="Times New Roman" w:eastAsia="Times New Roman" w:cs="Times New Roman"/>
        </w:rPr>
        <w:t>Гэсэн хэдий ч бүрхэг байдал нь түүний зовлонгийн үед байсан шиг байхгүй; учир нь Тэр эхэндээ Зебулуны газрыг, Нафталийн газрыг хөнгөнөөр зовоосон боловч хожим нь тэнгисийн замаар, Иорданы цаана, харь үндэстнүүдийн Галилд түүнийг илүү хүндээр зовоов. Харанхуй дунд явж байсан ард түмэн агуу гэрлийг үзэв; үхлийн сүүдрийн нутагт оршин суугчдын дээр гэрэл тусав. Исаиа 9:1, 2.</w:t>
      </w:r>
    </w:p>
    <w:p>
      <w:pPr>
        <w:pStyle w:val="ArticleBody"/>
        <w:jc w:val="left"/>
      </w:pPr>
      <w:r>
        <w:rPr>
          <w:rFonts w:ascii="Times New Roman" w:hAnsi="Times New Roman" w:eastAsia="Times New Roman" w:cs="Times New Roman"/>
        </w:rPr>
        <w:t>Ням гаргийн хуулийн үед сүүлчийн бороо хэмжээгүйгээр асгарч, харь үндэстнүүд агуу их гэрлийг үзэх болно. Хавчлага үнэнч хүмүүсийг тараан сарниулж, мэдээг дэлгэрүүлэх болно.</w:t>
      </w:r>
    </w:p>
    <w:p>
      <w:pPr>
        <w:pStyle w:val="ArticleScripture"/>
        <w:jc w:val="left"/>
      </w:pPr>
      <w:r>
        <w:rPr>
          <w:rFonts w:ascii="Times New Roman" w:hAnsi="Times New Roman" w:eastAsia="Times New Roman" w:cs="Times New Roman"/>
        </w:rPr>
        <w:t>“‘Тэд та нарыг зөвлөлүүдэд тушаан өгч, … тийм ээ, Миний төлөө та нар захирагчид ба хаадын өмнө тэдэнд болон харь үндэстнүүдэд гэрчлэл болгохоор аваачигдах болно.’ Матай 10:17, 18, R. V. Хавчлага нь гэрлийг түгээнэ. Христийн үйлчлэгчид энэ ертөнцийн агуу хүмүүсийн өмнө аваачигдах бөгөөд тэгээгүйсэн бол тэд сайн мэдээг хэзээ ч сонсохгүй байж болох байв. Үнэн эдгээр хүмүүст буруугаар дүрслэгдсэн байна. Тэд Христийн шавь нарын итгэлийн талаар худал буруутгалуудыг сонссон байдаг. Олонтаа түүний жинхэнэ шинж чанарыг мэдэх цорын ганц боломж нь итгэлийнхээ төлөө шүүлтэд татагдсан хүмүүсийн гэрчлэл байдаг. Байцаалтын үед тэднээс хариу өгөхийг шаардаж, шүүгчид нь өгөгдөж буй гэрчлэлийг сонсох ёстой болдог. Энэ хэрэгцээт цагт тааруулан Бурханы нигүүлсэл Өөрийн үйлчлэгчдэд хүртээгдэнэ. “‘Юу ярихаа та нарт тэр л цагт өгнө’” гэж Есүс айлдсан. “‘Учир нь ярьж буй нь та нар биш, харин та нарын дотор ярьж байдаг Эцэгийн чинь Сүнс мөн.’” Бурханы Сүнс Өөрийн үйлчлэгчдийн оюун санааг гийгүүлэхэд үнэн нь өөрийн тэнгэрлэг хүч ба эрхэм нандин чанараар толилуулагдана. Үнэнээс татгалзагчид шавь нарыг буруутган яллаж, дарлан хавчихын тулд босно. Гэвч алдагдал, зовлон шаналлын дунд, бүр үхэлд хүрэх хүртлээ, Эзэний хүүхдүүд өөрсдийн тэнгэрлэг Үлгэр Дуурайлын дөлгөөн байдлыг илэрхийлэх ёстой. Ийнхүү Сатаны төлөөлөгчид ба Христийн төлөөлөгчдийн хоорондох ялгарал тод харагдана. Аврагч захирагчид ба ард олны өмнө өргөмжлөгдөнө.</w:t>
      </w:r>
    </w:p>
    <w:p>
      <w:pPr>
        <w:pStyle w:val="ArticleScripture"/>
        <w:jc w:val="left"/>
      </w:pPr>
      <w:r>
        <w:rPr>
          <w:rFonts w:ascii="Times New Roman" w:hAnsi="Times New Roman" w:eastAsia="Times New Roman" w:cs="Times New Roman"/>
        </w:rPr>
        <w:t>Шавь нар нь хэрэгцээ гарч ирэхээс өмнө аллагын гэрч нарын эр зориг, тэвчээр хатуужлаар соёрхогдоогүй байв. Харин тийм нигүүлсэл шаардлагатай болсон үед Аврагчийн амлалт биелэв. Петр, Иохан хоёр Синедрионы зөвлөлийн өмнө гэрчлэн мэдүүлэхэд хүмүүс “гайхан биширч, тэднийг Есүстэй хамт байсан хүмүүс гэдгийг мэдэв.” Үйлс 4:13. Стефаны тухай “зөвлөлд сууж байсан бүх хүн түүн рүү тогтон ширтэхэд, түүний царай нь тэнгэрэлчийн царай мэт байгааг харав” гэж бичигдсэн байдаг. Хүмүүс “түүний ярьж байсан мэргэн ухаан болон Сүнсийг эсэргүүцэж чадсангүй.” Үйлс 6:15, 10. Харин Паул өөрийнхөө тухай, Цезарийн шүүхийн өмнөх шүүлтийнхаа талаар бичихдээ, “Миний анхны өмгөөлөл дээр хэн ч миний талд зогсоогүй, харин бүгд намайг орхисон.... Гэвч Эзэн миний дэргэд зогсож, намайг хүчирхэг болгосон; ингэснээр миний дамжуулан тунхаглал бүрэн тунхаглагдаж, бүх харь үндэстэн үүнийг сонсохын тулд; тэгээд би арслангийн амнаас аврагдсан” гэжээ. 2 Тимот 4:16, 17, R. V.</w:t>
      </w:r>
    </w:p>
    <w:p>
      <w:pPr>
        <w:pStyle w:val="ArticleScripture"/>
        <w:jc w:val="left"/>
      </w:pPr>
      <w:r>
        <w:rPr>
          <w:rFonts w:ascii="Times New Roman" w:hAnsi="Times New Roman" w:eastAsia="Times New Roman" w:cs="Times New Roman"/>
        </w:rPr>
        <w:t>“Христийн зарц нар шүүлтэд аваачигдах үедээ хэлэхээр урьдчилан бэлдсэн үг яриа бэлтгэх ёсгүй байв. Тэдний бэлтгэл нь Бурханы үгийн үнэт үнэнүүдийг өдөр өдрөөр эрхэмлэн хадгалж, залбирлаар дамжуулан итгэлээ бэхжүүлэхэд орших ёстой байлаа. Тэд шүүлтэд аваачигдах үед Ариун Сүнс шаардлагатай болох яг тэр үнэнүүдийг тэдний санамжид авчрах болно.” The Desire of Ages, 354, 355.</w:t>
      </w:r>
    </w:p>
    <w:p>
      <w:pPr>
        <w:pStyle w:val="ArticleBody"/>
        <w:jc w:val="left"/>
      </w:pPr>
      <w:r>
        <w:rPr>
          <w:rFonts w:ascii="Times New Roman" w:hAnsi="Times New Roman" w:eastAsia="Times New Roman" w:cs="Times New Roman"/>
        </w:rPr>
        <w:t>Шүүлт 9/11 дээр Бурханы гэрээс эхэлж, Ням гаргийн хуулиар төгсөнө. Тэгээд тэр үед шүүлт Бурханы гэрээс гаднах Өөрийн бусад хонин сүрэг рүү шилжинэ.</w:t>
      </w:r>
    </w:p>
    <w:p>
      <w:pPr>
        <w:pStyle w:val="ArticleHeading"/>
        <w:jc w:val="left"/>
      </w:pPr>
      <w:r>
        <w:rPr>
          <w:rFonts w:ascii="Arial" w:hAnsi="Arial" w:eastAsia="Arial" w:cs="Arial"/>
        </w:rPr>
        <w:t>Арван хоёр дахь Мессианик замын тэмдэг нь харь үндэстнүүдэд ирэх шүүлт юм</w:t>
      </w:r>
    </w:p>
    <w:p>
      <w:pPr>
        <w:pStyle w:val="ArticleScripture"/>
        <w:jc w:val="left"/>
      </w:pPr>
      <w:r>
        <w:rPr>
          <w:rFonts w:ascii="Times New Roman" w:hAnsi="Times New Roman" w:eastAsia="Times New Roman" w:cs="Times New Roman"/>
        </w:rPr>
        <w:t>Энэ нь эш үзүүлэгч Есаиагаар айлдуулсан үг биелэгдэхийн тулд байсан бөгөөд тэрээр ийнхүү хэлсэн юм: Харагтун, Миний сонгосон зарц, Миний сэтгэлд таалал болсон хайрт минь; Би Өөрийн Сүнсийг Түүн дээр тавина, Тэр харь үндэстнүүдэд шүүлтийг авчирна. Тэр маргалдахгүй, хашхирахгүй; гудамжинд Түүний дуу хоолойг хэн ч сонсохгүй. Няцарсан зэгсийг Тэр хугалахгүй, уугисан маалингын дөлийг Тэр унтраахгүй, шүүлтийг ялалтад хүргэтэл. Түүний нэрэнд харь үндэстнүүд найдвар тавина. Матай 12:17–21.</w:t>
      </w:r>
    </w:p>
    <w:p>
      <w:pPr>
        <w:pStyle w:val="ArticleHeading"/>
        <w:jc w:val="left"/>
      </w:pPr>
      <w:r>
        <w:rPr>
          <w:rFonts w:ascii="Arial" w:hAnsi="Arial" w:eastAsia="Arial" w:cs="Arial"/>
        </w:rPr>
        <w:t>Зөгнөл</w:t>
      </w:r>
    </w:p>
    <w:p>
      <w:pPr>
        <w:pStyle w:val="ArticleScripture"/>
        <w:jc w:val="left"/>
      </w:pPr>
      <w:r>
        <w:rPr>
          <w:rFonts w:ascii="Times New Roman" w:hAnsi="Times New Roman" w:eastAsia="Times New Roman" w:cs="Times New Roman"/>
        </w:rPr>
        <w:t>Үзэгтүн, миний түшиж тогтоодог зарц, сэтгэл минь таалан баясдаг Миний сонгосон Нэгэн; Би Өөрийн Сүнсийг түүн дээр тавьсан; тэр үндэстнүүдэд шүүлтийг гарган авчирна. Тэр хашхирахгүй, дуугаа өргөхгүй, гудамжинд дуу хоолойгоо сонсгохгүй. Няцарсан зэгсийг тэр хугалахгүй, уугисан маажинг тэр унтраахгүй; тэр шүүлтийг үнэн рүү гарган авчирна. Тэр газар дэлхий дээр шүүлтийг тогтоох хүртлээ сульдахгүй, зориг мохохгүй; мөн арлууд түүний хуульд найдна. Исаиа 42:1–4.</w:t>
      </w:r>
    </w:p>
    <w:p>
      <w:pPr>
        <w:pStyle w:val="ArticleBody"/>
        <w:jc w:val="left"/>
      </w:pPr>
      <w:r>
        <w:rPr>
          <w:rFonts w:ascii="Times New Roman" w:hAnsi="Times New Roman" w:eastAsia="Times New Roman" w:cs="Times New Roman"/>
        </w:rPr>
        <w:t>Бурханы гэрийн шүүлтийн төгсгөл 2023 оны долдугаар сард эхэлсэн бөгөөд тэр үед Мосе, Елиа хоёр үхсэн хуурай яссын хөндийд үхлээр хэвтэж байсан гудамжинд нэгэн дуу хоолой сонсогдов. Тэрхүү дуу хоолой сонсогдоход Бурханы гэрийн шүүлт хаагдаж эхэлж, харь үндэстнүүдийн шүүлт рүү урагшлан шилжив. Матайн номд нэг зуун дөчин дөрвөн мянгатын шинэчлэлийн хөдөлгөөний гол замын тэмдгүүдийг тодорхойлдог Мессианик биеллүүд арван хоёр бий. Тэдгээр арван хоёр замын тэмдэг нь Мессиагаар хэв шинжлэгдсэн байдаг. 1989; 1996; 2001.09.11; 2020 оны долдугаар сарын 18; 2023 оны долдугаар сар; 2024 он; Шөнийн дундын хашхираан, тахилч нарын тусгаарлалт, Ням гаргийн хууль зэрэг нь бүгд тодорхойлогдсон бөгөөд 2001.09.11 нь дотоод ба гадаад гэрчтэй, харин Ням гаргийн хууль нь тараан сарнилын дотоод гэрчтэй, улмаар арваннэгдүгээр цагийн ажилчдын шүүлтийн үеийн хоёр гэрчтэй юм. Нэг зуун дөчин дөрвөн мянгатын шинэчлэлийн хөдөлгөөний есөн замын тэмдэг Матайн номд шууд тодорхойлогдсон байна.</w:t>
      </w:r>
    </w:p>
    <w:p>
      <w:pPr>
        <w:pStyle w:val="ArticleBody"/>
        <w:jc w:val="left"/>
      </w:pPr>
      <w:r>
        <w:rPr>
          <w:rFonts w:ascii="Times New Roman" w:hAnsi="Times New Roman" w:eastAsia="Times New Roman" w:cs="Times New Roman"/>
        </w:rPr>
        <w:t>Матай бол Шинэ Гэрээний альфа бөгөөд Илчлэл бол омега нь мөн. Матай бол эш үзүүллэгийн гайхамшигт бүтээл бөгөөд түүний ач холбогдол эцсийн өдрүүд хүртэл лацдан хаагдсан байсан. Түүнд Эхлэл номын арван нэгдүгээр бүлгээс хорин хоёрдугаар бүлэг хүртэлх альфатай дүйцэх омега арван хоёр бүлэг агуулагддаг. Илчлэлийн альфын хувьд энэ нь Даниел ба Илчлэлийн онгодоор өгөгдсөн харилцаатай зэрэгцэн нийцдэг. Даниел ба Илчлэл номуудын эш үзүүллэгийн харилцааны талаар илчлэгдсэн зүйл нь Матай ба Илчлэлийн харилцаанд мөн адил үнэн байх болно. Энэ чиглэлээр бидэнд мэдүүлэгдсэн зүйл нь дараахтай тэнцэх юм:</w:t>
      </w:r>
    </w:p>
    <w:p>
      <w:pPr>
        <w:pStyle w:val="ArticleBody"/>
        <w:jc w:val="left"/>
      </w:pPr>
      <w:r>
        <w:rPr>
          <w:rFonts w:ascii="Times New Roman" w:hAnsi="Times New Roman" w:eastAsia="Times New Roman" w:cs="Times New Roman"/>
        </w:rPr>
        <w:t>Матайн номд Илчлэлт номд гардагтай адил эш үзүүллэгийн мөнөөх шугамыг үргэлжлүүлэн авч үздэг.</w:t>
      </w:r>
    </w:p>
    <w:p>
      <w:pPr>
        <w:pStyle w:val="ArticleScripture"/>
        <w:jc w:val="left"/>
      </w:pPr>
      <w:r>
        <w:rPr>
          <w:rFonts w:ascii="Times New Roman" w:hAnsi="Times New Roman" w:eastAsia="Times New Roman" w:cs="Times New Roman"/>
        </w:rPr>
        <w:t>“Илчлэлт бол лацдан битүүмжилсэн ном мөн, гэвч тэрчлэн нээгдсэн ном юм. Энэ нь дэлхийн түүхийн сүүлчийн өдрүүдэд тохиолдох гайхамшигт үйл явдлуудыг тэмдэглэн өгүүлдэг. Энэ номын сургаалууд нь тодорхой бөгөөд нууцлаг, ойлгомжгүй зүйлс биш юм. Үүнд Даниелд гардагтай адил эш үзүүллэгийн нэгэн ижил шугамыг үргэлжлүүлэн авч үзсэн байдаг. Бурхан зарим эш үзүүллэгийг давтан айлдсан нь тэдгээрт ач холбогдол өгөх ёстойг харуулдаг. Эзэн үлэмж ач холбогдолгүй зүйлсийг давтан хэлдэггүй.” Manuscript Releases, volume 9, 8.</w:t>
      </w:r>
    </w:p>
    <w:p>
      <w:pPr>
        <w:pStyle w:val="ArticleBody"/>
        <w:jc w:val="left"/>
      </w:pPr>
      <w:r>
        <w:rPr>
          <w:rFonts w:ascii="Times New Roman" w:hAnsi="Times New Roman" w:eastAsia="Times New Roman" w:cs="Times New Roman"/>
        </w:rPr>
        <w:t>Матайн ном Илчлэлт болон Даниелын номтой адил “ижил зөгнөлийн шугам”-ыг авч үздэг бөгөөд энэ нь Илчлэлийн номд төгс байдалд хүргэгддэг. Учир нь “нөхөл” гэсэн үг нь төгс байдал гэсэн утгатай юм.</w:t>
      </w:r>
    </w:p>
    <w:p>
      <w:pPr>
        <w:pStyle w:val="ArticleScripture"/>
        <w:jc w:val="left"/>
      </w:pPr>
      <w:r>
        <w:rPr>
          <w:rFonts w:ascii="Times New Roman" w:hAnsi="Times New Roman" w:eastAsia="Times New Roman" w:cs="Times New Roman"/>
        </w:rPr>
        <w:t>“Илчлэлт номд Библийн бүх номууд нэгэн дор уулзан төгсөнө. Энд Даниелын номын гүйцээлт байна. Нэг нь эш үзүүллэг; нөгөө нь илчлэл юм. Битүүмжлэгдсэн ном нь Илчлэлт биш, харин эцсийн өдрүүдтэй холбоотой Даниелын эш үзүүллэгийн тэр хэсэг мөн. Тэнгэрэлч: ‘Харин чи, Даниел аа, эдгээр үгийг хааж, төгсгөлийн цаг хүртэл номыг битүүмжил’ хэмээн тушаасан.” Даниел 12:4. Үйлс of the Apostles, 585.</w:t>
      </w:r>
    </w:p>
    <w:p>
      <w:pPr>
        <w:pStyle w:val="ArticleBody"/>
        <w:jc w:val="left"/>
      </w:pPr>
      <w:r>
        <w:rPr>
          <w:rFonts w:ascii="Times New Roman" w:hAnsi="Times New Roman" w:eastAsia="Times New Roman" w:cs="Times New Roman"/>
        </w:rPr>
        <w:t>Матай, Даниел болон Илчлэлт нь нэг л ном юм.</w:t>
      </w:r>
    </w:p>
    <w:p>
      <w:pPr>
        <w:pStyle w:val="ArticleScripture"/>
        <w:jc w:val="left"/>
      </w:pPr>
      <w:r>
        <w:rPr>
          <w:rFonts w:ascii="Times New Roman" w:hAnsi="Times New Roman" w:eastAsia="Times New Roman" w:cs="Times New Roman"/>
        </w:rPr>
        <w:t>“Даниел ба Илчлэлт номууд бол нэг юм. Нэг нь эш үзүүллэг, нөгөө нь илчлэл; нэг нь лацдан битүүмжилсэн ном, нөгөө нь нээгдсэн ном. Иохан аянгын дуу хоолой өгүүлсэн нууцуудыг сонссон боловч тэдгээрийг бичихгүй байх тушаал авсан.” The Seventh-day Adventist Bible Commentary, volume 7, 971.</w:t>
      </w:r>
    </w:p>
    <w:p>
      <w:pPr>
        <w:pStyle w:val="ArticleBody"/>
        <w:jc w:val="left"/>
      </w:pPr>
      <w:r>
        <w:rPr>
          <w:rFonts w:ascii="Times New Roman" w:hAnsi="Times New Roman" w:eastAsia="Times New Roman" w:cs="Times New Roman"/>
        </w:rPr>
        <w:t>Иоелын ном руу судлалыг дахин чиглүүлэхээс өмнө Петр Кесари Филиппид байсан явдлын эш үзүүллэгийн ач холбогдлыг онцолж чадах Матайн номыг тухайн нөхцөл байдалд нь авч үзэхэд цаг гаргах нь чухал мэт санагдсан. Би Матайн номын талаарх ажиглалтуудаа товчлон өгүүлэхийг оролдох бөгөөд ингэснээр Даниел 11:13–15 дахь Паниум болох Кесари Филиппид байсан Петрийн асар их эш үзүүллэгийн ач холбогдлыг дүрслэн харуулахыг зорих болно.</w:t>
      </w:r>
    </w:p>
    <w:p>
      <w:pPr>
        <w:pStyle w:val="ArticleBody"/>
        <w:jc w:val="left"/>
      </w:pPr>
      <w:r>
        <w:rPr>
          <w:rFonts w:ascii="Times New Roman" w:hAnsi="Times New Roman" w:eastAsia="Times New Roman" w:cs="Times New Roman"/>
        </w:rPr>
        <w:t>Матайн ном нь эш үзүүллэгийн гурван ялгаатай шугам дээр бүтээгдсэн байдаг. Эхний шугам нь эхний арван бүлэг; хоёр дахь шугам нь дараагийн арван хоёр бүлэг бөгөөд түүний дараа зургаан бүлгээс бүрдэх гурав дахь шугам ирдэг. Эхний арван бүлэг нь Илчлэл арван дөрөв дэх бүлгийн эхний тэнгэрэлчийг төлөөлдөг, дараагийн арван хоёр бүлэг нь Илчлэл арван дөрөв дэх бүлгийн хоёр дахь тэнгэрэлчийг төлөөлдөг, харин сүүлчийн зургаан бүлэг нь Илчлэл арван дөрөв дэх бүлгийн гурав дахь тэнгэрэлчийг төлөөлдөг. Би энэ ажиглалтыг хараахан тодорхой нотлоогүй байгаа, гэвч үүнийг амархан хийж болно. Үүнийг хийхээс өмнө, Матайн ном хэмээх тэрхүү зотон дээрх илүү өргөн хүрээт тойм зураасуудыг үргэлжлүүлэн татахыг хүсэж байна.</w:t>
      </w:r>
    </w:p>
    <w:p>
      <w:pPr>
        <w:pStyle w:val="ArticleBody"/>
        <w:jc w:val="left"/>
      </w:pPr>
      <w:r>
        <w:rPr>
          <w:rFonts w:ascii="Times New Roman" w:hAnsi="Times New Roman" w:eastAsia="Times New Roman" w:cs="Times New Roman"/>
        </w:rPr>
        <w:t>Арван нэгдүгээр бүлгээс хорин хоёрдугаар бүлэг хүртэлх хоёр дахь мөрийг хоёр дахь тэнгэрэлчээр дүрсэлсэн бөгөөд хоёр дахь тэнгэрэлч үргэлж давхардлыг илтгэдэг; учир нь «Вавилон нурав, нурав». Эхлэл номын арван нэгдүгээр бүлгээс хорин хоёрдугаар бүлэг хүртэл Абрам хэмээх өвөг эцгээр дамжуулан сонгогдсон ард түмэнтэй Бурханы байгуулсан амлалт, түүнчлэн гэрээний гурван үе шат дараалан илэрхийлэгдсэн байдаг. Тэр арван хоёр бүлгийн яг төвд орших эшлэл нь «хөвч хөндөхүй»-г гэрээний тэмдэг хэмээн тодорхойлдог бөгөөд энэ нь гурван үе шатын хоёр дахьд нь тогтоогдсон юм. Матайн үүнтэй зэрэгцэх гэрээний шугамын яг төвд орших эшлэл нь Симон Баржонагийн нэрийг Петр болгон өөрчилсөн мөч мөн.</w:t>
      </w:r>
    </w:p>
    <w:p>
      <w:pPr>
        <w:pStyle w:val="ArticleScripture"/>
        <w:jc w:val="left"/>
      </w:pPr>
      <w:r>
        <w:rPr>
          <w:rFonts w:ascii="Times New Roman" w:hAnsi="Times New Roman" w:eastAsia="Times New Roman" w:cs="Times New Roman"/>
        </w:rPr>
        <w:t>Тэгээд Би чамд бас хэлье: чи бол Петр; энэ хад чулуун дээр Би Өөрийн чуулганаа байгуулна; тамын үүд хаалганууд түүнийг дийлэхгүй. Матай 16:18.</w:t>
      </w:r>
    </w:p>
    <w:p>
      <w:pPr>
        <w:pStyle w:val="ArticleBody"/>
        <w:jc w:val="left"/>
      </w:pPr>
      <w:r>
        <w:rPr>
          <w:rFonts w:ascii="Times New Roman" w:hAnsi="Times New Roman" w:eastAsia="Times New Roman" w:cs="Times New Roman"/>
        </w:rPr>
        <w:t>Петрийн нэр нь нэг зуун дөчин дөрвөн мянгыг төлөөлдөг бөгөөд тэрээр Христийн мэдээг сонссон дээр итгэлээ үндэслэдэг ангийг төлөөлж байна. Энэ нь зүгээр л Есүсийн тухай мэдээ биш, харин Их Эзэн Өөрөө Петрт өгсөн гэж Есүс тодорхойлсон тэрхүү мэдээ мөн юм.</w:t>
      </w:r>
    </w:p>
    <w:p>
      <w:pPr>
        <w:pStyle w:val="ArticleScripture"/>
        <w:jc w:val="left"/>
      </w:pPr>
      <w:r>
        <w:rPr>
          <w:rFonts w:ascii="Times New Roman" w:hAnsi="Times New Roman" w:eastAsia="Times New Roman" w:cs="Times New Roman"/>
        </w:rPr>
        <w:t>Тэр тэдэнд — Харин та нар Намайг хэн гэж хэлж байна вэ? — гэж айлдав.</w:t>
      </w:r>
    </w:p>
    <w:p>
      <w:pPr>
        <w:pStyle w:val="ArticleScripture"/>
        <w:jc w:val="left"/>
      </w:pPr>
      <w:r>
        <w:rPr>
          <w:rFonts w:ascii="Times New Roman" w:hAnsi="Times New Roman" w:eastAsia="Times New Roman" w:cs="Times New Roman"/>
        </w:rPr>
        <w:t>Тэгэхэд Симон Петр хариулж: Та бол Христ, амьд Бурханы Хүү мөн гэжээ. Харин Есүс түүнд хариулан айлдсан нь,</w:t>
      </w:r>
    </w:p>
    <w:p>
      <w:pPr>
        <w:pStyle w:val="ArticleScripture"/>
        <w:jc w:val="left"/>
      </w:pPr>
      <w:r>
        <w:rPr>
          <w:rFonts w:ascii="Times New Roman" w:hAnsi="Times New Roman" w:eastAsia="Times New Roman" w:cs="Times New Roman"/>
        </w:rPr>
        <w:t>Чи ерөөлтэй еэ, Симон Баржона аа; учир нь үүнийг чамд мах ба цус илчлээгүй, харин тэнгэрт буй Миний Эцэг илчилсэн юм. Матай 16:15–17.</w:t>
      </w:r>
    </w:p>
    <w:p>
      <w:pPr>
        <w:pStyle w:val="ArticleBody"/>
        <w:jc w:val="left"/>
      </w:pPr>
      <w:r>
        <w:rPr>
          <w:rFonts w:ascii="Times New Roman" w:hAnsi="Times New Roman" w:eastAsia="Times New Roman" w:cs="Times New Roman"/>
        </w:rPr>
        <w:t>Петрийн итгэл нь Есүс Христ—Мессиа болсон явдалд тулгуурладаг. Абрамын нэр гэрээний харилцааг тэмдэглэхийн тулд өөрчлөгдсөнчлөн Петрийн нэр ч мөн өөрчлөгдсөн бөгөөд түүний нэр нь 144,000-тай дүйцдэг. Тэрхүү яг тэр эшлэлд агуу тэмцэл нь тамын чуулгануудыг дийлэх нэгэн Чуулганы суурь болох Хад мэтээр тодорхойлогддог. Нэг зуун дөчин дөрвөн мянга нь сонгогдсон гэрээт ард түмний эцсийн илрэл бөгөөд Петр тэр бүлгийг төлөөлдөг.</w:t>
      </w:r>
    </w:p>
    <w:p>
      <w:pPr>
        <w:pStyle w:val="ArticleBody"/>
        <w:jc w:val="left"/>
      </w:pPr>
      <w:r>
        <w:rPr>
          <w:rFonts w:ascii="Times New Roman" w:hAnsi="Times New Roman" w:eastAsia="Times New Roman" w:cs="Times New Roman"/>
        </w:rPr>
        <w:t>Петр мөн нэгэн зэрэг анхны Христийн чуулганыг, өөрөөр хэлбэл шавь нарын чуулганыг төлөөлдөг. Учир нь тэр бол Христ Өөрийн чуулганы суурийг тавьсан түүх мөн. Христ бол суурь бөгөөд Тэр мөн өнцгийн дээд чулуу юм; харин Петр нь анхны Христийн сүйт бүсгүй болон сүүлчийн Христийн сүйт бүсгүйн бэлгэдэл юм. Иймээс Петр нь нэг эшлэл дотор альфа ба омега хоёрын бэлгэдэл болдог.</w:t>
      </w:r>
    </w:p>
    <w:p>
      <w:pPr>
        <w:pStyle w:val="ArticleBody"/>
        <w:jc w:val="left"/>
      </w:pPr>
      <w:r>
        <w:rPr>
          <w:rFonts w:ascii="Times New Roman" w:hAnsi="Times New Roman" w:eastAsia="Times New Roman" w:cs="Times New Roman"/>
        </w:rPr>
        <w:t>Тэр нэг эшлэл нь хоёр дахь тэнгэрэлчийн мэдээг төлөөлдөг арван хоёр бүлгийн төв эшлэл бөгөөд Петр нь анхны сүйт бүсгүй болон эцсийн сүйт бүсгүйг хоёуланг нь төлөөлөн “давхар үүрэг” гүйцэтгэдэг. Эцсийн сүйт бүсгүй нь Сатаны синагогийн эсрэг дайнд байх бөгөөд эцсийн сүйт бүсгүй нь хоёр бүлгээс бүрдэх болно. Нэг бүлэг нь зуун дөчин дөрвөн мянга, нөгөө бүлэг нь агуу олон түмэн юм. Агуу олон түмнийг Смирна, харин зуун дөчин дөрвөн мянгыг Филадельфи төлөөлдөг.</w:t>
      </w:r>
    </w:p>
    <w:p>
      <w:pPr>
        <w:pStyle w:val="ArticleBody"/>
        <w:jc w:val="left"/>
      </w:pPr>
      <w:r>
        <w:rPr>
          <w:rFonts w:ascii="Times New Roman" w:hAnsi="Times New Roman" w:eastAsia="Times New Roman" w:cs="Times New Roman"/>
        </w:rPr>
        <w:t>Нэг зуун дөчин дөрвөн мянга нь Филаделфичууд бөгөөд арван наймдугаар эшлэл дэх Петрийн нэр өөрчлөгдсөн явдал нь нэг зуун дөчин дөрвөн мянгын тамгалагдсаныг төлөөлдөг. Тэр бол тамгалагдсан хүмүүсийн бэлгэ тэмдэг мөн бөгөөд, уг эшлэлд—гэрээний тухай арван хоёр бүлгийн яг төв эшлэлд—тэрээр Эхлэл номын арван хоёр бүлгийн яг төв эшлэлтэй дүйдэг; тэнд хөвч хөндөх ёс нь тэмдэг хэмээн тодорхойлогдсон байдаг. Илчлэлт номын арван нэгдүгээр бүлгээс хорин хоёрдугаар бүлэг хүртэлх нь гэрээний гэрчлэлийн арван хоёр бүлэгт гурав дахь шугамыг бүрдүүлдэг бөгөөд эдгээр арван хоёр бүлгийн төв эшлэл нь Илчлэлт 17 дахь янхан эмийн газрын хаадтай хийсэн гэрлэлтийг заадаг.</w:t>
      </w:r>
    </w:p>
    <w:p>
      <w:pPr>
        <w:pStyle w:val="ArticleScripture"/>
        <w:jc w:val="left"/>
      </w:pPr>
      <w:r>
        <w:rPr>
          <w:rFonts w:ascii="Times New Roman" w:hAnsi="Times New Roman" w:eastAsia="Times New Roman" w:cs="Times New Roman"/>
        </w:rPr>
        <w:t>“Байсан бөгөөд эдүгээ үгүй болсон араатан нь өөрөө найм дахь нь мөн, гэвч долоон дотроос гарсан бөгөөд сүйрэл уруу оддог.” Илчлэлт 17:11.</w:t>
      </w:r>
    </w:p>
    <w:p>
      <w:pPr>
        <w:pStyle w:val="ArticleBody"/>
        <w:jc w:val="left"/>
      </w:pPr>
      <w:r>
        <w:rPr>
          <w:rFonts w:ascii="Times New Roman" w:hAnsi="Times New Roman" w:eastAsia="Times New Roman" w:cs="Times New Roman"/>
        </w:rPr>
        <w:t>Энэ эшлэл нь Агуу Вавилоны эцсийн уналтыг тодорхойлохтой холбогддог бөгөөд Бабелын анхны уналт нь Эхлэл номын арван хоёр бүлэгт гэрээний шугамын эхний бүлэгт байв. Петр төв эшлэлд нэг зуун дөчин дөрвөн мянгыг төлөөлж байгаа бөгөөд энэ нь Эхлэл номын төв эшлэлтэй таарч байна. Илчлэлт номын төв эшлэлд Агуу Вавилоны уналт нь Бабелын их анчин Нимродын түүхийг төгсгөлд нь хүргэдэг.</w:t>
      </w:r>
    </w:p>
    <w:p>
      <w:pPr>
        <w:pStyle w:val="ArticleBody"/>
        <w:jc w:val="left"/>
      </w:pPr>
      <w:r>
        <w:rPr>
          <w:rFonts w:ascii="Times New Roman" w:hAnsi="Times New Roman" w:eastAsia="Times New Roman" w:cs="Times New Roman"/>
        </w:rPr>
        <w:t>Эдгээр гурван эш үзүүллэгийн шугам тус бүрийн төвийн эшлэлүүд нь Бурханы тамга эсвэл араатны тэмдгийг тодорхойлдог. Эхлэл ном дахь Вавилоны үхлийн гэрээ Илчлэлт номд төгсгөлдөө хүрдэг. Ийнхүү эдгээрийг мөр дээр мөр нэгтгэн авч үзэхэд, энэ нь бүх гурван шугамд эхлэл ба төгсгөлийг тавьж өгдөг. Петрийг Хад болон тамын хаалгуудын хоорондох агуу тэмцлийн бэлгэдэл болгон ашигласан газар нь хоёр дахь тэнгэрэлчийн мэдээ мөн; учир нь хоёр дахь тэнгэрэлчийн мэдээ нь “Вавилон уналаа (Нимрод), уналаа (Ромын янхан)” гэсэн мэдээ юм. Матайн гурван шугамын хоёр дахь шугам нь хоёр дахь тэнгэрэлчийн мэдээ мөн, учир нь энэ нь Вавилоны хоёр уналтыг тодорхойлдог. Энэ нь жинхэнэ гэрлэлт бүрэн төгс болдог тэр газарт, өөрөөр хэлбэл Ням гаргийн хууль дээр, хуурамч гэрлэлтийг үзүүлдэг. Энэ нь жинхэнэ найман болох Бурханы ард түмний хуурамч дуурайл болгон “8” тоог төлөөлдөг. Пап ламын засаглал мөн Бурханыг хуурамчаар дуурайн дүрслэгддэг; учир нь энэ нь байсан, одоо ч байна, мөн өгсөнө. Энэ нь туг өргөгдөх тэр газарт, өөрөөр хэлбэл Ням гаргийн хууль дээр, өгсөнө.</w:t>
      </w:r>
    </w:p>
    <w:p>
      <w:pPr>
        <w:pStyle w:val="ArticleBody"/>
        <w:jc w:val="left"/>
      </w:pPr>
      <w:r>
        <w:rPr>
          <w:rFonts w:ascii="Times New Roman" w:hAnsi="Times New Roman" w:eastAsia="Times New Roman" w:cs="Times New Roman"/>
        </w:rPr>
        <w:t>Матайн номд Мессиад хамаарах арван хоёр биелэл байдаг бөгөөд Хуучин Гэрээнд Мессиагийн тухай гурван зуугаас таван зуу хүртэлх эш үзүүллэг бий. Матай бусад гурван сайн мэдээнээс хавьгүй илүүгээр, шууд тодорхойлон нэрлэсэн арван хоёр биеллийг агуулдаг. Тэдгээр арван хоёр биелэл нь нэг зуун дөчин дөрвөн мянгын шинэчлэлийн хөдөлгөөний есөн ялгаатай замын тэмдэгтэй нийцдэг. Ес нь бүрэн бүтэн байдлыг бэлгэддэг. Учир нь “ес”-өөс цааш өөр тоо байхгүй; “ес”-ийн дараах аливаа тоо хэмжээ нь нэгээс ес хүртэлх есөн цифр болон тэгийг л ашигладаг. Ес бол дүүрэн байдал юм. Тэдгээр есөн замын тэмдгийн дотроос хоёрт нь Матайн биеллүүд нэгээс илүүгээр ногддог. 9/11-д хоёр, Ням гаргийн хуульд гурав байна.</w:t>
      </w:r>
    </w:p>
    <w:p>
      <w:pPr>
        <w:pStyle w:val="ArticleBody"/>
        <w:jc w:val="left"/>
      </w:pPr>
      <w:r>
        <w:rPr>
          <w:rFonts w:ascii="Times New Roman" w:hAnsi="Times New Roman" w:eastAsia="Times New Roman" w:cs="Times New Roman"/>
        </w:rPr>
        <w:t>1989 оны төгсгөлийн цаг үе, 1996 онд захиасын албажуулалт, түүний дараа 9/11, түүний дараа 2020 оны 7 дугаар сарын 18-ны урам хугаралт, түүний дараа 2023 оны 7 дугаар сард цөл дэх дуу хоолой, энэ нь 2024 оны амилалтад хүргэсэн бөгөөд энэ нь Шөнө дундын хашхираанд хүргэж, үүний дараа тахилч нарын тусгаарлалтаар үргэлжилж, Эзэний өдрийн хууль дээр төгсөнө. Есөн замын тэмдэг, тэдгээрийн нэг нь хоёр гэрчтэй, нөгөө нь гурван гэрчтэй; 9/11 нь хоёр, харин Эзэний өдрийн хууль гуравтай. Энэ нь нэг зуун дөчин дөрвөн мянгын шинэчлэлийн шугамд, 9/11-ийн хоёр гэрчээс Эзэний өдрийн хуулийн гурван гэрч хүртэлх хугацаа нь нэг зуун дөчин дөрвөн мянгын лацдах цаг үеийг тэмдэглэдэг гэсэн үг юм. Арван хоёр замын тэмдэг нь шинэчлэлийн хөдөлгөөн бүртэй нийцдэг бөгөөд ингэснээр 9/11-ээс Эзэний өдрийн хууль хүртэлх нэг зуун дөчин дөрвөн мянгын лацдах цаг үеийг онцлон тэмдэглэж, тодорхойлдог.</w:t>
      </w:r>
    </w:p>
    <w:p>
      <w:pPr>
        <w:pStyle w:val="ArticleBody"/>
        <w:jc w:val="left"/>
      </w:pPr>
      <w:r>
        <w:rPr>
          <w:rFonts w:ascii="Times New Roman" w:hAnsi="Times New Roman" w:eastAsia="Times New Roman" w:cs="Times New Roman"/>
        </w:rPr>
        <w:t>Ингэснээр энэ нь 9/11 дээр хоёр гэрчийг, харин Ням гаргийн хуулийн үед гурван гэрчийг тодорхойлж байна. 9/11 дээрх хоёр гэрч нь хоёр дахь тэнгэрэлчийн мэдээ бөгөөд Ням гаргийн хуулийн үеийн гурван гэрч нь гурав дахь тэнгэрэлчийн мэдээ юм. Иймээс Матай дахь Мессиагийн эш үзүүллэгүүдийн биеллүүдээр гарч ирсэн шугам нь лацдах хугацааг тусгаарлан онцлон харуулж, үүний зэрэгцээ хоёр дахь тэнгэрэлчийг лацдах хугацааны түүхийн альфа, гурав дахь тэнгэрэлчийг омега хэмээн тодорхойлж байна. Энэ нь лацдах хугацаа хоёрын тоо болон гурвын тооны хооронд хүрээлэгдсэн гэсэн үг бөгөөд ингэснээр цагаатгалын бэлгэдэл болох хорин гурав нь лацдлын бүхэл түүхийн дээгүүр тавигдаж байна.</w:t>
      </w:r>
    </w:p>
    <w:p>
      <w:pPr>
        <w:pStyle w:val="ArticleBody"/>
        <w:jc w:val="left"/>
      </w:pPr>
      <w:r>
        <w:rPr>
          <w:rFonts w:ascii="Times New Roman" w:hAnsi="Times New Roman" w:eastAsia="Times New Roman" w:cs="Times New Roman"/>
        </w:rPr>
        <w:t>Матайн номд эхний, хоёр дахь, гурав дахь тэнгэрэлчийг тус тус төлөөлөх эш үзүүллэгийн гурван шугам байдаг бөгөөд Матайн хоёр дахь шугам дахь арван хоёр бүлэг нь нэг зуун дөчин дөрвөн мянгатай байгуулсан гэрээг төлөөлдөг. Учир нь энэ нь Эхлэл дэх Абрамтай байгуулсан альфа гэрээний омега юм. Энэ нь мөн, Петр эхний болон эцсийн Христийн сүйт бүсгүйг хоёуланг нь төлөөлөх үед, хоёр дахь тэнгэрэлчийн хувьд Петрийн давхардал нь хоёр дахь тэнгэрэлч доторх давхардлын эш үзүүллэгийн шаардлагыг тогтоодог гэсэн үг юм. Гурван гэрчийн баталгаагаар арван хоёрын тоо нь арван хоёр бүлгийн гурван шугамыг хооронд нь холбодог олс мөн; тиймээс бид Матайн номд арван хоёрын тооны өөр нэг төлөөллийг олох үед, энэ нь Матайн ном дахь бусад арван хоёртой нийцсэн байх ёстой.</w:t>
      </w:r>
    </w:p>
    <w:p>
      <w:pPr>
        <w:pStyle w:val="ArticleBody"/>
        <w:jc w:val="left"/>
      </w:pPr>
      <w:r>
        <w:rPr>
          <w:rFonts w:ascii="Times New Roman" w:hAnsi="Times New Roman" w:eastAsia="Times New Roman" w:cs="Times New Roman"/>
        </w:rPr>
        <w:t>Арван нэгэн хэмээх бэлгэдэлт тоогоор эхэлж, түүний бэлгэдэлт эсрэгцэл болох хорин хоёрын тоогоор төгсөх Матайн арван хоёр бүлэг нь Мессиагийн арван хоёр биеллээр төлөөлөгдсөн нэг зуун дөчин дөрвөн мянгын шинэчлэлийн шугамтай нийцэж, улмаар хоёр дахь тэнгэрэлчийн шугамд хоёр дахь “давхардлыг” илэрхийлдэг. Мессиагийн арван хоёр биелэл нь арван хоёр бүлэгтэй хамтдаа хоёр дахь тэнгэрэлчийн “давхардал” мөн; харин тэдгээрийг үржүүлэхэд 144,000-ыг төлөөлдөг. Петр давхардагдсан бөгөөд арван хоёрын тоо мөн давхардагдсан. Эдгээр давхардлууд нь Вавилон хоёр удаа унасны давхардлыг гүйцэлдүүлдэг.</w:t>
      </w:r>
    </w:p>
    <w:p>
      <w:pPr>
        <w:pStyle w:val="ArticleBody"/>
        <w:jc w:val="left"/>
      </w:pPr>
      <w:r>
        <w:rPr>
          <w:rFonts w:ascii="Times New Roman" w:hAnsi="Times New Roman" w:eastAsia="Times New Roman" w:cs="Times New Roman"/>
        </w:rPr>
        <w:t>Арван нэгдүгээр бүлгээс хорин хоёрдугаар бүлэг хүртэлх нь Илчлэл номын арван дөрөвдүгээр бүлгийн хоёр дахь тэнгэрэлчийг төлөөлдөг. Арав нь сорилтыг бэлгэддэг бөгөөд гурван сорилтын эхнийх нь Матайн эхний арван бүлэг юм. “Арав” нь сорилтыг бэлгэднэ. Матай нь Илчлэлийн омегад харгалдах альфа учраас, эдгээр хоёр номын аль алиных нь нэгдүгээр бүлэг Есүс Христийн илчлэлтээр эхэлдэг. Нэгдүгээр бүлэгт Иосеф тэнгэрэлчид итгэх эсэх дээр соригддог. Түүний дүйцэх хүн нь Иохан Баптистын эцэг Захариа байсан бөгөөд тэрээр итгээгүйгээс мөн адил сорилтод бүдэрсэн. Нэг нь Бурханы удирдамжит төрөлтийг хүлээн зөвшөөрсөн бол, нөгөө нь эргэлзсэн.</w:t>
      </w:r>
    </w:p>
    <w:p>
      <w:pPr>
        <w:pStyle w:val="ArticleBody"/>
        <w:jc w:val="left"/>
      </w:pPr>
      <w:r>
        <w:rPr>
          <w:rFonts w:ascii="Times New Roman" w:hAnsi="Times New Roman" w:eastAsia="Times New Roman" w:cs="Times New Roman"/>
        </w:rPr>
        <w:t>Хоёрдугаар бүлэгт Херод шинэ Хаан мэндэлснээс эмээж, Иосеф ба Мариа Египет уруу дүрвэв. Гуравдугаар бүлэгт Баптисч Иохан анхны сорилтыг авчирсан бөгөөд Эгч Уайт үүнийг амь эсвэл үхлийн сорилт хэмээн тодорхойлсон. Учир нь тэрээр: “Иоханы мэдээг няцаасан хүмүүс Есүсээс ашиг тус хүртэж чадахгүй байсан” хэмээн бичсэн байдаг. Эхний тэнгэрэлчийн мэдээ нь Иоханы адил хүмүүсийг Бурханаас эмээхийг уриалдаг сорилтын мэдээ мөн, учир нь Бурханы шүүлтийн цаг ирж байна. Энэ нь “ирэх уур хилэнгээс зугтахыг та нарт хэн сануулав?” хэмээн асуусан Иоханаар төлөөлөгдөнө.</w:t>
      </w:r>
    </w:p>
    <w:p>
      <w:pPr>
        <w:pStyle w:val="ArticleBody"/>
        <w:jc w:val="left"/>
      </w:pPr>
      <w:r>
        <w:rPr>
          <w:rFonts w:ascii="Times New Roman" w:hAnsi="Times New Roman" w:eastAsia="Times New Roman" w:cs="Times New Roman"/>
        </w:rPr>
        <w:t>Дараа нь дөрөвдүгээр бүлэгт, Есүс дөчин өдрийн турш мацаг барьж, эцэст нь гурван ялгаатай сорилтод хүрдэг; учир нь тэр гурван сорилт нь үргэлж эхний тэнгэрэлчийн мэдээнд төлөөлөгдөн гардаг. Дараа нь Есүс Өөрийн шавь нарыг сонгон, сууриудыг байгуулж эхэлсэн; учир нь Езра ба Нехемиагийн үед анхны зарлигийн түүхэнд ариун сүмийн суурь тавигдсан бөгөөд Миллеритүүдийн үед эхний тэнгэрэлчийн түүхэнд мөн суурь тавигдсан юм. Тэр сууриуд нь ерөөлт үгс бөгөөд, үүний дараа Түүний гайхамшгууд үргэлжилж, аравдугаар бүлгийн төгсгөлд арван хоёр шавиа илгээн явуулахад хүргэдэг. Дараа нь арван хоёр шавь байрандаа орсон байсан бөгөөд, онгодоор шавь нар нь Христийн сүмийн суурь байсан гэж тодорхойлдог. Арван нэгдүгээр бүлэгт хүрэхэд сууриуд дууссан байв.</w:t>
      </w:r>
    </w:p>
    <w:p>
      <w:pPr>
        <w:pStyle w:val="ArticleBody"/>
        <w:jc w:val="left"/>
      </w:pPr>
      <w:r>
        <w:rPr>
          <w:rFonts w:ascii="Times New Roman" w:hAnsi="Times New Roman" w:eastAsia="Times New Roman" w:cs="Times New Roman"/>
        </w:rPr>
        <w:t>Арван нэгдүгээр бүлэгт шавь нар өөрсдөө үйлчилж, Есүс ганцаараа байгаа нь аравдугаар бүлэг ба арван нэгдүгээр бүлгийн хооронд тодорхой завсар, тасралтыг илтгэн харуулдаг. Нэгдүгээр бүлгээс аравдугаар бүлэг хүртэлх нь анхны тэнгэрэлчийн мэдээ бөгөөд энэ нь хоёр дахь тэнгэрэлч ирэхэд төгссөн юм. Хоёр дахь тэнгэрэлч нь Миллерчүүд ба Протестантуудын жишээн дэхтэй адил хуваагдал, тусгаарлалыг бий болгодог. Аравдугаар бүлгийн төгсгөлд Есүс шавь нараасаа салж, арван нэгдүгээр бүлэгт Тэр ганцаараа байна.</w:t>
      </w:r>
    </w:p>
    <w:p>
      <w:pPr>
        <w:pStyle w:val="ArticleBody"/>
        <w:jc w:val="left"/>
      </w:pPr>
      <w:r>
        <w:rPr>
          <w:rFonts w:ascii="Times New Roman" w:hAnsi="Times New Roman" w:eastAsia="Times New Roman" w:cs="Times New Roman"/>
        </w:rPr>
        <w:t>Арван нэгдүгээр бүлгээс хорин хоёрдугаар бүлэг хүртэлх хэсэг нь хоёр дахь тэнгэрэлчийг төлөөлдөг бөгөөд хорин гуравдугаар бүлгээс хорин наймдугаар бүлэг хүртэл нь гурав дахь тэнгэрэлчийн гурав дахь шугамыг илэрхийлдэг. Мэдээж гурав дахь тэнгэрэлч Ням гаргийн хуулинд хүрдэг бөгөөд үүнийг хорин зургаагаас хорин наймдугаар бүлгүүдийн Дээгүүр Өнгөрөх баяр төлөөлдөг. “23” нь эвлэрүүллийн бэлгэдэл бөгөөд эдгээр зургаан бүлгийн эхнийх нь эхний тэнгэрэлчийн мэдээг, сүүлийн гурав нь гурав дахь тэнгэрэлчийн мэдээг төлөөлдөг. Дунд дахь хоёр бүлэг (24, 25) нь хоёр дахь тэнгэрэлчийг төлөөлдөг. Сүүлийн гурван бүлэг нь “23” гэсэн тодорхой замын тэмдгүүдийг агуулж, “23” дугаар бүлгийг эхний тэнгэрэлч буюу эхлэлтэй, харин хорин зургаагаас хорин наймдугаар бүлгүүдийг гурав дахьтай “23” замын тэмдгээр уялдуулдаг. Хорин гуравдугаар бүлэг нь эхний тэнгэрэлч бөгөөд дараагийн хоёр бүлэг нь хоёр дахь тэнгэрэлч, сүүлийн гурван бүлэг нь гурав дахь тэнгэрэлч юм.</w:t>
      </w:r>
    </w:p>
    <w:p>
      <w:pPr>
        <w:pStyle w:val="ArticleBody"/>
        <w:jc w:val="left"/>
      </w:pPr>
      <w:r>
        <w:rPr>
          <w:rFonts w:ascii="Times New Roman" w:hAnsi="Times New Roman" w:eastAsia="Times New Roman" w:cs="Times New Roman"/>
        </w:rPr>
        <w:t>Матай дахь гурав дахь мөр нь гурав дахь тэнгэрэлчийг төлөөлдөг бөгөөд энэ нь гурван алхамд хуваагдана. 23 дугаар бүлэг нь эхний алхам бөгөөд эхний тэнгэрэлч мөн. 24 ба 25 дугаар бүлгүүд нь хоёр дахь алхам бөгөөд хоёр дахь тэнгэрэлч мөн. 26, 27, 28 дугаар бүлгүүд нь гурав дахь алхам бөгөөд гурав дахь тэнгэрэлч мөн. Эхний тэнгэрэлчид нэг бүлэг, хоёр дахь тэнгэрэлчид хоёр бүлэг, гурав дахь тэнгэрэлчид гурван бүлэг ногдоно. Гурав дахь нь, өөрөөр хэлбэл Дээгүүр Өнгөрөх баяр бөгөөд энэ нь загалмайг төлөөлдөг, улмаар Ням гарагийн хуультай нийцдэг, мөн Пентекостоор төлөөлөгддөг.</w:t>
      </w:r>
    </w:p>
    <w:p>
      <w:pPr>
        <w:pStyle w:val="ArticleBody"/>
        <w:jc w:val="left"/>
      </w:pPr>
      <w:r>
        <w:rPr>
          <w:rFonts w:ascii="Times New Roman" w:hAnsi="Times New Roman" w:eastAsia="Times New Roman" w:cs="Times New Roman"/>
        </w:rPr>
        <w:t>Пентекост бол 50 гэсэн тоо бөгөөд 50 нь Ойн баярын бэлгэдэл мөн. Ойн баяр нь дөчин ес дэх жилийг, өөрөөр хэлбэл долоон жилийн долоон мөчлөгийн төгсгөлийг агуулдаг. 49 гэсэн тоо 50-ын өмнө оршдог боловч түүнтэй шууд холбоотой. Матай дахь гурав дахь мөр 23-р бүлгээр эхэлдэг бөгөөд үүний дараа 49 болохоор нийлдэг хоёр бүлэг (24, 25) залган орж, 50 гэсэн тоог төлөөлдөг гурав дахь тэнгэрэлчийн яг өмнө байрладаг.</w:t>
      </w:r>
    </w:p>
    <w:p>
      <w:pPr>
        <w:pStyle w:val="ArticleBody"/>
        <w:jc w:val="left"/>
      </w:pPr>
      <w:r>
        <w:rPr>
          <w:rFonts w:ascii="Times New Roman" w:hAnsi="Times New Roman" w:eastAsia="Times New Roman" w:cs="Times New Roman"/>
        </w:rPr>
        <w:t>Зургаан бүлгийн мөрийн эхлэл нь “23”, төгсгөл нь мөн “23” тэмдэг бөгөөд 26-р бүлгийг 27 ба 28-тай нэмснээс гарч буй тоо нь “81” юм. Энэ нь Тэнгэрлэг Тэргүүн Тахилч Өөрийн тэргүүн тахилчийн үйлчлэлдээ хэрэглэх цус асгарахыг тодорхойлсон тэрхүү ишлэлүүдэд шингээн байрлуулсан тахилч нарын бэлгэдэл мөн. Ийм учраас The Desire of Ages номын “81” дүгээр бүлгийн гарчиг нь Матай 28-д тулгуурласан байдаг.</w:t>
      </w:r>
    </w:p>
    <w:p>
      <w:pPr>
        <w:pStyle w:val="ArticleScripture"/>
        <w:jc w:val="left"/>
      </w:pPr>
      <w:r>
        <w:rPr>
          <w:rFonts w:ascii="Times New Roman" w:hAnsi="Times New Roman" w:eastAsia="Times New Roman" w:cs="Times New Roman"/>
        </w:rPr>
        <w:t>“Бүлэг 81— ‘Эзэн амилсан’”</w:t>
      </w:r>
    </w:p>
    <w:p>
      <w:pPr>
        <w:pStyle w:val="ArticleScripture"/>
        <w:jc w:val="left"/>
      </w:pPr>
      <w:r>
        <w:rPr>
          <w:rFonts w:ascii="Times New Roman" w:hAnsi="Times New Roman" w:eastAsia="Times New Roman" w:cs="Times New Roman"/>
        </w:rPr>
        <w:t>«Энэ бүлэг нь Матай 28:2–4, 11–15-д үндэслэсэн.» Үе Үеүдийн Хүсэл, 780.</w:t>
      </w:r>
    </w:p>
    <w:p>
      <w:pPr>
        <w:pStyle w:val="ArticleBody"/>
        <w:jc w:val="left"/>
      </w:pPr>
      <w:r>
        <w:rPr>
          <w:rFonts w:ascii="Times New Roman" w:hAnsi="Times New Roman" w:eastAsia="Times New Roman" w:cs="Times New Roman"/>
        </w:rPr>
        <w:t>“81” тоо нь санваартны үйлчлэлийг төлөөлдөг бөгөөд Левит 8-р бүлэгт санваартнуудыг ариусган онцгойлон өргөх долоон өдрийг өгүүлсэн байдаг. Тооллого 8-р бүлэгт левичүүдийн ариусгал тавигдсан байдаг. Шастирын дэд 2-р номд “81” санваартан Уззиа хааныг эсэргүүцдэг бөгөөд уг хэсэг нь нэг зуун дөчин дөрвөн мянгын лацдах мэдээг тогтооход шууд хувь нэмэр оруулдаг.</w:t>
      </w:r>
    </w:p>
    <w:p>
      <w:pPr>
        <w:pStyle w:val="ArticleScripture"/>
        <w:jc w:val="left"/>
      </w:pPr>
      <w:r>
        <w:rPr>
          <w:rFonts w:ascii="Times New Roman" w:hAnsi="Times New Roman" w:eastAsia="Times New Roman" w:cs="Times New Roman"/>
        </w:rPr>
        <w:t>Харин тэр хүчирхэг болсон үедээ зүрх нь өөрийнх нь сүйрэлд хүргэхээр ихэд өргөгдөв. Учир нь тэр өөрийн Бурхан ЭЗЭНий эсрэг гэмтэн, утлагын тахилын ширээн дээр хүж өргөхөөр ЭЗЭНий сүмд оржээ. Тэгэхэд тахилч Азариа түүний араас орж, түүнтэй хамт ЭЗЭНий наян зоригт тахилч байв. Тэд Уззиа хааныг эсэргүүцэн зогсоод, түүнд, “Уззиа аа, ЭЗЭНд хүж өргөх нь чамд хамаарахгүй, харин хүж өргөхөөр ариусгагдсан Аароны хөвгүүд болох тахилч нарт хамаарна. Ариун газраас гар; учир нь чи хилэгнүүлсэн хэрэг үйлдсэн. Мөн энэ нь Эзэн Бурханаас чамд алдар хүнд болохгүй” гэж хэлэв.</w:t>
      </w:r>
    </w:p>
    <w:p>
      <w:pPr>
        <w:pStyle w:val="ArticleScripture"/>
        <w:jc w:val="left"/>
      </w:pPr>
      <w:r>
        <w:rPr>
          <w:rFonts w:ascii="Times New Roman" w:hAnsi="Times New Roman" w:eastAsia="Times New Roman" w:cs="Times New Roman"/>
        </w:rPr>
        <w:t>Тэгэхэд Уззиа уурлан хилэгнэж, хүж шатаахаар гартаа хүжийн сав барьсан байв. Түүнийг тахилч нарт уурлан хилэгнэж байх зуур ЭЗЭНий өргөөн дотор, хүжийн ширээний дэргэдээс, тахилч нарын өмнө түүний духан дээр яр өвчин илэрч гарч ирэв. Тэргүүн тахилч Азариа болон бүх тахилч нар түүн рүү харцгаахад, болгоогтун, түүний духан дээр яр өвчин гарсан байлаа. Тэд түүнийг тэндээс яаран гаргав. Тийм ээ, ЭЗЭН түүнийг цохисон тул тэр өөрөө ч мөн хурдлан гарч одов. Уззиа хаан үхэх өдрөө хүртэл яр өвчтэй хэвээр байж, яр өвчтэй нэгэн тул тусгаар байшинд суудаг байв. Учир нь тэр ЭЗЭНий өргөөнөөс таслагдсан байлаа. Түүний хүү Иотам хааны өргөөг захиран, газрын ард олныг шүүн захирч байв. Шастирын дэд 26:16–21.</w:t>
      </w:r>
    </w:p>
    <w:p>
      <w:pPr>
        <w:pStyle w:val="ArticleBody"/>
        <w:jc w:val="left"/>
      </w:pPr>
      <w:r>
        <w:rPr>
          <w:rFonts w:ascii="Times New Roman" w:hAnsi="Times New Roman" w:eastAsia="Times New Roman" w:cs="Times New Roman"/>
        </w:rPr>
        <w:t>Наян нэгэн тоо бэлгэдлийн хувьд Уззиагийн ариун сүмд тахил өргөх оролдлогыг эсэргүүцсэн тахилч нартай холбогддог. Уззиагийн тухай хэсгийн эш үзүүллэгийн бүтэц нь Даниел номын арван нэгдүгээр бүлгийн арван нэг, арван хоёрдугаар эшлэлүүдийн эш үзүүллэгийн бүтэцтэй нийцдэг. Хоёр хэсэгт хоёуланд нь цэргийн ялалтуудаас, ялангуяа хойд зүгийн хааныг саяхан ялсан ялалтаас болж зүрх нь өргөгдсөн өмнөдийн нэгэн хааныг тодорхойлдог. Даниел 11:11-ийн эшлэл Рафийн тулалдаанд Птолемейн дээр биелэх үед тэрээр, Уззиагийн адил, Иерусалим дахь ариун сүмд тахил өргөхийг эрмэлзсэн боловч тахилч нар түүнд эсэргүүцэв. Мөр мөрийн дээр хоёр гэрч бараг төгсөж буй Украины дайныг тодорхойлдог.</w:t>
      </w:r>
    </w:p>
    <w:p>
      <w:pPr>
        <w:pStyle w:val="ArticleBody"/>
        <w:jc w:val="left"/>
      </w:pPr>
      <w:r>
        <w:rPr>
          <w:rFonts w:ascii="Times New Roman" w:hAnsi="Times New Roman" w:eastAsia="Times New Roman" w:cs="Times New Roman"/>
        </w:rPr>
        <w:t>«The Desire of Ages» номын наян нэг дүгээр бүлэг нь Матай 28-д үндэслэсэн бөгөөд Христ Тэнгэрийн Тэргүүн Тахилчаар Өөрийн ажлыг эхлүүлэхээр дээш одсоныг тодорхойлдог.</w:t>
      </w:r>
    </w:p>
    <w:p>
      <w:pPr>
        <w:pStyle w:val="ArticleScripture"/>
        <w:jc w:val="left"/>
      </w:pPr>
      <w:r>
        <w:rPr>
          <w:rFonts w:ascii="Times New Roman" w:hAnsi="Times New Roman" w:eastAsia="Times New Roman" w:cs="Times New Roman"/>
        </w:rPr>
        <w:t>Одоо бидний ярьсан зүйлсийн товч утга нь энэ юм: Бидэнд тэнгэрүүд дэх Сүр жавхлангийн сэнтийн баруун гар талд заларсан тийм Тэргүүн Тахилч бий. Еврей 8:1.</w:t>
      </w:r>
    </w:p>
    <w:p>
      <w:pPr>
        <w:pStyle w:val="ArticleBody"/>
        <w:jc w:val="left"/>
      </w:pPr>
      <w:r>
        <w:rPr>
          <w:rFonts w:ascii="Times New Roman" w:hAnsi="Times New Roman" w:eastAsia="Times New Roman" w:cs="Times New Roman"/>
        </w:rPr>
        <w:t>“81” тоо нь тахилчдын бэлгэдэл бөгөөд Матай дахь гурав дахь мөрийн гурав дахь алхам болох 26, 27, 28-р бүлгүүдийн нийлбэр нь 81 болдог. Хоёр дахь алхмын нийлбэр нь 49, харин эхний алхам нь 23 юм. Найман арван нэг нь Уззиягийн гэрчлэл дэх 80 тахилч болон нэг тэргүүн тахилчийг төлөөлдөг. Энэ түвшинд 80 тахилч нь хүн төрөлхтнийх, харин тэргүүн тахилч нь Тэнгэрлэг юм. 81 нь Тэнгэрлэг чанар хүний чанартай нэгдсэнийг илэрхийлдэг. Найман арван нэгэн тоон дахь нэгийн тоо нь Тэнгэрлэг чанарыг төлөөлдөг.</w:t>
      </w:r>
    </w:p>
    <w:p>
      <w:pPr>
        <w:pStyle w:val="ArticleBody"/>
        <w:jc w:val="left"/>
      </w:pPr>
      <w:r>
        <w:rPr>
          <w:rFonts w:ascii="Times New Roman" w:hAnsi="Times New Roman" w:eastAsia="Times New Roman" w:cs="Times New Roman"/>
        </w:rPr>
        <w:t>Арван нэгдэх тоон дахь нэг нь хүн төрөлхтнийг, мөн Тэнгэрлэг чанарыг төлөөлдөг. Хорин нэгэн тоон дахь нэг нь Тэнгэрлэг чанарыг, харин хорь нь хүн төрөлхтнийг төлөөлдөг. Хоёр ба нэгийн энэ хослолыг Еммаус хүрэх зам дээрх шавь нараас харж болно.</w:t>
      </w:r>
    </w:p>
    <w:p>
      <w:pPr>
        <w:pStyle w:val="ArticleBody"/>
        <w:jc w:val="left"/>
      </w:pPr>
      <w:r>
        <w:rPr>
          <w:rFonts w:ascii="Times New Roman" w:hAnsi="Times New Roman" w:eastAsia="Times New Roman" w:cs="Times New Roman"/>
        </w:rPr>
        <w:t>Гурав ба нэгийн нэгдэл нь Шадрах, Мешах, Абеднего нарын галтай зууханд дүрслэгдсэнчлэн хүн чанар ба Бурханлаг чанар юм.</w:t>
      </w:r>
    </w:p>
    <w:p>
      <w:pPr>
        <w:pStyle w:val="ArticleBody"/>
        <w:jc w:val="left"/>
      </w:pPr>
      <w:r>
        <w:rPr>
          <w:rFonts w:ascii="Times New Roman" w:hAnsi="Times New Roman" w:eastAsia="Times New Roman" w:cs="Times New Roman"/>
        </w:rPr>
        <w:t>Дөрөв ба нэгийн хослол нь Бурханлаг чанар хүн төрөлхтөнтэй нэгдэх үйлс дөрөв дэх үед биелдэгийг илтгэнэ.</w:t>
      </w:r>
    </w:p>
    <w:p>
      <w:pPr>
        <w:pStyle w:val="ArticleBody"/>
        <w:jc w:val="left"/>
      </w:pPr>
      <w:r>
        <w:rPr>
          <w:rFonts w:ascii="Times New Roman" w:hAnsi="Times New Roman" w:eastAsia="Times New Roman" w:cs="Times New Roman"/>
        </w:rPr>
        <w:t>Тав ба нэгийн хослол нь сүйт залууг хүлээн буй таван онгон бүсгүйг илтгэнэ.</w:t>
      </w:r>
    </w:p>
    <w:p>
      <w:pPr>
        <w:pStyle w:val="ArticleBody"/>
        <w:jc w:val="left"/>
      </w:pPr>
      <w:r>
        <w:rPr>
          <w:rFonts w:ascii="Times New Roman" w:hAnsi="Times New Roman" w:eastAsia="Times New Roman" w:cs="Times New Roman"/>
        </w:rPr>
        <w:t>Зургаа ба нэгийн хослол нь бурханлаг чанар Эзэн нь байдаг долоо дахь өдрийн Амралтын өдөртэй хүний харилцааг илэрхийлдэг. “Зургаа” тоо нь хүний бэлгэдэл бөгөөд нэг нь Христ юм.</w:t>
      </w:r>
    </w:p>
    <w:p>
      <w:pPr>
        <w:pStyle w:val="ArticleBody"/>
        <w:jc w:val="left"/>
      </w:pPr>
      <w:r>
        <w:rPr>
          <w:rFonts w:ascii="Times New Roman" w:hAnsi="Times New Roman" w:eastAsia="Times New Roman" w:cs="Times New Roman"/>
        </w:rPr>
        <w:t>Долоо ба нэгийн хослол нь долоо дахь Лаодикийн чуулган Филаделфийн туршлагад шилжин орж буйг илэрхийлнэ.</w:t>
      </w:r>
    </w:p>
    <w:p>
      <w:pPr>
        <w:pStyle w:val="ArticleBody"/>
        <w:jc w:val="left"/>
      </w:pPr>
      <w:r>
        <w:rPr>
          <w:rFonts w:ascii="Times New Roman" w:hAnsi="Times New Roman" w:eastAsia="Times New Roman" w:cs="Times New Roman"/>
        </w:rPr>
        <w:t>81 нь тахилч нар болон тэдний тэргүүн тахилчтайгаа харьцах харилцааны бэлгэдэл юм.</w:t>
      </w:r>
    </w:p>
    <w:p>
      <w:pPr>
        <w:pStyle w:val="ArticleBody"/>
        <w:jc w:val="left"/>
      </w:pPr>
      <w:r>
        <w:rPr>
          <w:rFonts w:ascii="Times New Roman" w:hAnsi="Times New Roman" w:eastAsia="Times New Roman" w:cs="Times New Roman"/>
        </w:rPr>
        <w:t>Ес ба нэгийн хослол нь гүйцэлдлийг илэрхийлдэг. Жирэмслэлт есөн сар үргэлжилдэг. Ноа уруу хүргэсэн есөн үе байсан бөгөөд түүнээс хойших есөн үе нь гэрээ рүү хөтөлсөн. Есүс ес дэх цагт сүнсээ хураалгасан. Ес ба нэгийн хослол нь Өөрийн ард түмнийг тамгалан тэмдэглэх ажлын төгсгөлд хүрснийг илтгэж байна.</w:t>
      </w:r>
    </w:p>
    <w:p>
      <w:pPr>
        <w:pStyle w:val="ArticleBody"/>
        <w:jc w:val="left"/>
      </w:pPr>
      <w:r>
        <w:rPr>
          <w:rFonts w:ascii="Times New Roman" w:hAnsi="Times New Roman" w:eastAsia="Times New Roman" w:cs="Times New Roman"/>
        </w:rPr>
        <w:t>Энэ хүрээнд нэг нь хүн төрөлхтөн ба Бурханы чанарын нэгдэл бөгөөд, хоёрын тоо нь хүн төрөлхтөнд сургаал айлдаж буй Тэнгэрлэг Багшийг илэрхийлнэ. Гуравын тоо нь гурван тэнгэрэлчийн мэдээ бөгөөд, энэ нь хоёрын тоонд тэдэнд заагдаж буй мэдээ мөн. Дөрвийн тоо нь дөрөв дэх үеийг тодорхойлж, улмаар зургаа дахь бүтээлийн өдрөөр дүрслэгдсэнчлэн таван мэргэн охид илэрч, дахин бүтээгддэг эш үзүүллэгийн түүхийг тодорхойлно. Дараа нь долоо дахь алхам нь Филаделфи руу шилжих шилжилт болон долоогоос гарч ирэх наймын нууцыг тодорхойлно. Тэр үед гэрээ биелж, есийн тоогоор дүрслэгдсэн ажлыг дуусгахын тулд “81”-ийн санваартан өргөгдөнө. Алхам бүрд нэгийн тоо нь Иудагийн овгийн Арслан бөгөөд, Тэр мөн Гайхамшигт Тоологч Палмони юм. 81 нь санваартнуудын бэлгэдэл мөн. Палмони бүх тоонуудыг бүтээсэн.</w:t>
      </w:r>
    </w:p>
    <w:p>
      <w:pPr>
        <w:pStyle w:val="ArticleBody"/>
        <w:jc w:val="left"/>
      </w:pPr>
      <w:r>
        <w:rPr>
          <w:rFonts w:ascii="Times New Roman" w:hAnsi="Times New Roman" w:eastAsia="Times New Roman" w:cs="Times New Roman"/>
        </w:rPr>
        <w:t>Арван нэгэн тоо нь хорин хоёрын хагасыг төлөөлдөг бөгөөд энэ хоёр нь хоёулаа Бурханы чанар хүн төрөлхтөнтэй нэгдсэнийг илэрхийлдэг. Саяхны нэгэн өгүүлэлд би эхлэл болон төгсгөлийг авч үзсэн хоёр мэдэгдлийг оруулсан.</w:t>
      </w:r>
    </w:p>
    <w:p>
      <w:pPr>
        <w:pStyle w:val="ArticleBody"/>
        <w:jc w:val="left"/>
      </w:pPr>
      <w:r>
        <w:rPr>
          <w:rFonts w:ascii="Times New Roman" w:hAnsi="Times New Roman" w:eastAsia="Times New Roman" w:cs="Times New Roman"/>
        </w:rPr>
        <w:t>Эхний мэдэгдэлд Эллен Уайт ариун сүмийн тухай анхны үзэгдлүүдээ үзэх үед түүнд Амралтын өдрийн тушаал бусад тушаалуудаас илүү тод гэрэлтэж буйгаар үзүүлэгдсэнийг тэмдэглэсэн. Түүнчлэн эцсийн өдрүүдэд “бие махбодтой болсон тухай сургаал” зөөлөн туяагаар бүрхэгдсэнийг түүнд үзүүлсэн. Амралтын өдөр эхэндээ байсан гэрэл бөгөөд төгсгөл дэх бие махбодтой болсон тухай сургаалыг бэлгэдэн илэрхийлж байв. Бурханлаг чанар хүний мөн чанартай нэгдэх нь бие махбодтой болсон тухай сургаал мөн. Учир нь энэ нь Христ Өөр дээрээ хүний махбодыг авч, улмаар бурханлаг чанар хүний мөн чанартай нэгдэхэд нүгэл үйлддэггүйг жишээгээр тогтоосон тухай сургаал юм.</w:t>
      </w:r>
    </w:p>
    <w:p>
      <w:pPr>
        <w:pStyle w:val="ArticleBody"/>
        <w:jc w:val="left"/>
      </w:pPr>
      <w:r>
        <w:rPr>
          <w:rFonts w:ascii="Times New Roman" w:hAnsi="Times New Roman" w:eastAsia="Times New Roman" w:cs="Times New Roman"/>
        </w:rPr>
        <w:t>Арван нэгэн дээр арван нэгийг нэмбэл хорин хоёр болно. Арван нэгэн тоо нь арван хоёр бүлгээс бүрдэх гэрээний шугам бүрийн эхэнд тавигддаг бөгөөд тус бүр нь хорин хоёроор төгсөнө. Судрын доторх арван нэгдүгээр бүлгүүд болон арван нэгдүгээр эшлэлүүд нь нэг зуун дөчин дөрвөн мянгын замын тэмдгүүдийг төлөөлдөг.</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Украины дайн 2014 онд эхэлсэн бөгөөд энэ нь зуун дөчин дөрвөн мянгын тамгалалтын цаг үеийн гадаад шугам мөн.</w:t>
      </w:r>
    </w:p>
    <w:p>
      <w:pPr>
        <w:pStyle w:val="ArticleScripture"/>
        <w:jc w:val="left"/>
      </w:pPr>
      <w:r>
        <w:rPr>
          <w:rFonts w:ascii="Times New Roman" w:hAnsi="Times New Roman" w:eastAsia="Times New Roman" w:cs="Times New Roman"/>
        </w:rPr>
        <w:t>Өмнөдийн хаан хилэнгээр бадарч, умардын хаантай, өөрөөр хэлбэл умардын хаантай тулалдахаар гарч ирнэ. Тэрээр асар их цэргийг босгох боловч тэрхүү олон цэрэг түүний гарт өгөгдөнө. Даниел 11:11.</w:t>
      </w:r>
    </w:p>
    <w:p>
      <w:pPr>
        <w:pStyle w:val="ArticleHeading"/>
        <w:jc w:val="left"/>
      </w:pPr>
      <w:r>
        <w:rPr>
          <w:rFonts w:ascii="Arial" w:hAnsi="Arial" w:eastAsia="Arial" w:cs="Arial"/>
        </w:rPr>
        <w:t>2020 оны 7 дугаар сарын 18</w:t>
      </w:r>
    </w:p>
    <w:p>
      <w:pPr>
        <w:pStyle w:val="ArticleBody"/>
        <w:jc w:val="left"/>
      </w:pPr>
      <w:r>
        <w:rPr>
          <w:rFonts w:ascii="Times New Roman" w:hAnsi="Times New Roman" w:eastAsia="Times New Roman" w:cs="Times New Roman"/>
        </w:rPr>
        <w:t>Эхний урам хугаралт нь Есүсийн Лазарыг амилуулахаар очихдоо саатсан явдал байсан бөгөөд энэ нь оргил гайхамшиг, Бурханы тамга мөн байв. Есүс Лазарыг амилуулахаасаа өмнө дөрвөн өдөр хүлээсэн. Иоханы ном дахь энэ эшлэл нь Иоханы Сайн мэдээнд шууд тодорхойлогдсон долоон гайхамшгийн сүүлчийнхийг зааж байна. Эхнийх нь усыг дарс болгосон явдал байв. Иохан 11:11-ээр төгсдөг тэр долоон гайхамшгийг авч үзэхэд маш их гэрэл байдаг бөгөөд шууд тодорхойлогдсон байдагт нь үндэслэн Иоханы номд зөвхөн долоон гайхамшиг бий гэдэг дээр бүх теологичид санал нэгддэг. Энэ шалтгааны улмаас тэд Христийн амилалтыг найм дахь тэмдэг гэж оруулдаггүй; гэвч энэ нь гайхамшиг байсан бөгөөд Түүний амилалт нь гэрээний тэмдэг мөн. Иймээс Иоханы ном дахь амилалт нь долоогийнх болох найм дахь гайхамшиг мөн, учир нь өмнөх тэр долоон гайхамшиг бүр Түүний амилалтын хүчээр үйлдэгдсэн билээ.</w:t>
      </w:r>
    </w:p>
    <w:p>
      <w:pPr>
        <w:pStyle w:val="ArticleScripture"/>
        <w:jc w:val="left"/>
      </w:pPr>
      <w:r>
        <w:rPr>
          <w:rFonts w:ascii="Times New Roman" w:hAnsi="Times New Roman" w:eastAsia="Times New Roman" w:cs="Times New Roman"/>
        </w:rPr>
        <w:t>Тэр ийн хэлээд дараа нь тэдэнд, Манай анд Лазар унтаж байна; харин Би түүнийг нойрноос нь сэрээхээр явж байна, гэж айлдав. Иохан 11:11.</w:t>
      </w:r>
    </w:p>
    <w:p>
      <w:pPr>
        <w:pStyle w:val="ArticleHeading"/>
        <w:jc w:val="left"/>
      </w:pPr>
      <w:r>
        <w:rPr>
          <w:rFonts w:ascii="Arial" w:hAnsi="Arial" w:eastAsia="Arial" w:cs="Arial"/>
        </w:rPr>
        <w:t>2023 оны 7 дугаар сар</w:t>
      </w:r>
    </w:p>
    <w:p>
      <w:pPr>
        <w:pStyle w:val="ArticleBody"/>
        <w:jc w:val="left"/>
      </w:pPr>
      <w:r>
        <w:rPr>
          <w:rFonts w:ascii="Times New Roman" w:hAnsi="Times New Roman" w:eastAsia="Times New Roman" w:cs="Times New Roman"/>
        </w:rPr>
        <w:t>2023 оны 7-р сард цөл дэх дуу хоолой амийн Сүнсийг агуулсан нэгэн мэдээг тунхаглан хашхирч эхэлсэн.</w:t>
      </w:r>
    </w:p>
    <w:p>
      <w:pPr>
        <w:pStyle w:val="ArticleScripture"/>
        <w:jc w:val="left"/>
      </w:pPr>
      <w:r>
        <w:rPr>
          <w:rFonts w:ascii="Times New Roman" w:hAnsi="Times New Roman" w:eastAsia="Times New Roman" w:cs="Times New Roman"/>
        </w:rPr>
        <w:t>Гурван өдөр хагасын дараа Бурханаас ирсэн амийн Сүнс тэдний дотор орж, тэд хөл дээрээ босов; мөн тэднийг харсан хүмүүс дээр агуу их айдас буув. Илчлэлт 11:11.</w:t>
      </w:r>
    </w:p>
    <w:p>
      <w:pPr>
        <w:pStyle w:val="ArticleBody"/>
        <w:jc w:val="left"/>
      </w:pPr>
      <w:r>
        <w:rPr>
          <w:rFonts w:ascii="Times New Roman" w:hAnsi="Times New Roman" w:eastAsia="Times New Roman" w:cs="Times New Roman"/>
        </w:rPr>
        <w:t>Иохан Ням гарагийн хуулиас найман өдрийн өмнө төрдөг, учир нь түүний эцэг Захариа Ням гарагийн хуулийн үед хэлдэг. Иоханы нэр Ням гарагийн хуулийн үед Захариагаас Иохан болон өөрчлөгддөг бөгөөд түүний нэрийн өөрчлөлт нь гэрээний харилцааг тодорхойлон илтгэдэг. Энэхүү төрөлт нь 2020 оны 7 дугаар сарын 18-нд гудамжинд алагдсан хүмүүсийн амилалтыг хэв шинжээр үзүүлдэг.</w:t>
      </w:r>
    </w:p>
    <w:p>
      <w:pPr>
        <w:pStyle w:val="ArticleScripture"/>
        <w:jc w:val="left"/>
      </w:pPr>
      <w:r>
        <w:rPr>
          <w:rFonts w:ascii="Times New Roman" w:hAnsi="Times New Roman" w:eastAsia="Times New Roman" w:cs="Times New Roman"/>
        </w:rPr>
        <w:t>Үнэнээр Би та нарт хэлье, эмэгтэй хүнээс төрөгсдийн дунд Баптисч Иоханаас агуу нэгэн босож ирээгүй; гэвч тэнгэрийн хаанчлалд хамгийн өчүүхэн нь ч түүнээс агуу юм. Матай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Исаиа 1849 онд биелсэн хоёр дахь цуглуулгыг тодорхойлдог. Хоёр дахь цуглуулга 2023 оны долдугаар сард эхэлсэн бөгөөд Бурханы ард түмэн тамгалагдах үед төгсөнө.</w:t>
      </w:r>
    </w:p>
    <w:p>
      <w:pPr>
        <w:pStyle w:val="ArticleScripture"/>
        <w:jc w:val="left"/>
      </w:pPr>
      <w:r>
        <w:rPr>
          <w:rFonts w:ascii="Times New Roman" w:hAnsi="Times New Roman" w:eastAsia="Times New Roman" w:cs="Times New Roman"/>
        </w:rPr>
        <w:t>Тэр өдөр ЭЗЭН Өөрийн ард түмний үлдэгдлийг, өөрөөр хэлбэл Ассираас, Египетээс, Патросоос, Кушаас, Еламаас, Шинараас, Хаматаас, мөн тэнгисийн арлуудаас үлдсэн хүмүүсийг буцаан авахын тулд Өөрийн мутрыг дахин, хоёр дахь удаагаа сунгах болно. Исаиа 11:11.</w:t>
      </w:r>
    </w:p>
    <w:p>
      <w:pPr>
        <w:pStyle w:val="ArticleHeading"/>
        <w:jc w:val="left"/>
      </w:pPr>
      <w:r>
        <w:rPr>
          <w:rFonts w:ascii="Arial" w:hAnsi="Arial" w:eastAsia="Arial" w:cs="Arial"/>
        </w:rPr>
        <w:t>Ням гаргийн хуулийн яг өмнө</w:t>
      </w:r>
    </w:p>
    <w:p>
      <w:pPr>
        <w:pStyle w:val="ArticleBody"/>
        <w:jc w:val="left"/>
      </w:pPr>
      <w:r>
        <w:rPr>
          <w:rFonts w:ascii="Times New Roman" w:hAnsi="Times New Roman" w:eastAsia="Times New Roman" w:cs="Times New Roman"/>
        </w:rPr>
        <w:t>Есүс сүр жавхлант орох үйлээ саяхан гүйцээсэн нь Шөнө дундын Хашхираанаас Ням гаргийн хуулинд шилжих үеийг ийнхүү тодорхойлон илтгэж байна; Тэрээр Өөртэйгөө хамт арван хоёр дагалдагчтай байсан, учир нь тэд Ням гаргийн хуулиас өмнө аль хэдийн сонгогдсон байв.</w:t>
      </w:r>
    </w:p>
    <w:p>
      <w:pPr>
        <w:pStyle w:val="ArticleScripture"/>
        <w:jc w:val="left"/>
      </w:pPr>
      <w:r>
        <w:rPr>
          <w:rFonts w:ascii="Times New Roman" w:hAnsi="Times New Roman" w:eastAsia="Times New Roman" w:cs="Times New Roman"/>
        </w:rPr>
        <w:t>Есүс Иерусалимд орж, сүмд очив. Тэрээр бүхнийг тойруулан ажиглаж үзээд, үдэш болсон тул арван хоёрын хамт Бетани уруу гарч одов. Марк 11:11.</w:t>
      </w:r>
    </w:p>
    <w:p>
      <w:pPr>
        <w:pStyle w:val="ArticleBody"/>
        <w:jc w:val="left"/>
      </w:pPr>
      <w:r>
        <w:rPr>
          <w:rFonts w:ascii="Times New Roman" w:hAnsi="Times New Roman" w:eastAsia="Times New Roman" w:cs="Times New Roman"/>
        </w:rPr>
        <w:t>Нэг зуун дөчин дөрвөн мянган дээр тамгалах ажил гүйцэлдэж, Ням гаргийн хуулийн яг өмнөхөн, Бурханы мөн чанарын нөхөр ба хүний мөн чанарын эхнэрийн нэгдэн нийлэх нь төгсөнө; тэгээд эвлэрүүллийн ажил дууссан тул тэр хоёр үүрд нэг болно.</w:t>
      </w:r>
    </w:p>
    <w:p>
      <w:pPr>
        <w:pStyle w:val="ArticleScripture"/>
        <w:jc w:val="left"/>
      </w:pPr>
      <w:r>
        <w:rPr>
          <w:rFonts w:ascii="Times New Roman" w:hAnsi="Times New Roman" w:eastAsia="Times New Roman" w:cs="Times New Roman"/>
        </w:rPr>
        <w:t>Гэсэн хэдий ч Эзэн дотор эр хүн эмэгтэйгүйгээр оршихгүй, мөн эмэгтэй ч эр хүнгүйгээр оршихгүй. 1 Коринт 11:11.</w:t>
      </w:r>
    </w:p>
    <w:p>
      <w:pPr>
        <w:pStyle w:val="ArticleBody"/>
        <w:jc w:val="left"/>
      </w:pPr>
      <w:r>
        <w:rPr>
          <w:rFonts w:ascii="Times New Roman" w:hAnsi="Times New Roman" w:eastAsia="Times New Roman" w:cs="Times New Roman"/>
        </w:rPr>
        <w:t>1863 оны тэрслүү бослогоос хойш удтал хүлээгдсэн Сарагийн гайхамшигт төрөлт нь Илчлэлт арван хоёрын эмэгтэй ихэр хүүхэд төрүүлэх үед биелнэ. Эхний хүүхэд Шөнө дундын хашхирааны үед, харин хоёр дахь хүүхэд Ням гаргийн хуулийн үед төрнө. Хоёрдугаарт гарч ирсэн хүүхэд дээр Иерихогийн Рахабын тэмдгийг төлөөлдөг час улаан утас байсан.</w:t>
      </w:r>
    </w:p>
    <w:p>
      <w:pPr>
        <w:pStyle w:val="ArticleScripture"/>
        <w:jc w:val="left"/>
      </w:pPr>
      <w:r>
        <w:rPr>
          <w:rFonts w:ascii="Times New Roman" w:hAnsi="Times New Roman" w:eastAsia="Times New Roman" w:cs="Times New Roman"/>
        </w:rPr>
        <w:t>Итгэлээр дамжин Сара өөрөө ч мөн үр тогтоох хүчийг хүлээн авч, нас нь өнгөрсөн хойноо хүүхэд төрүүлсэн юм. Учир нь тэр амласан Нэгнийг итгэмжит гэж үзсэн билээ. Еврей 11:11.</w:t>
      </w:r>
    </w:p>
    <w:p>
      <w:pPr>
        <w:pStyle w:val="ArticleHeading"/>
        <w:jc w:val="left"/>
      </w:pPr>
      <w:r>
        <w:rPr>
          <w:rFonts w:ascii="Arial" w:hAnsi="Arial" w:eastAsia="Arial" w:cs="Arial"/>
        </w:rPr>
        <w:t>Лаодикийн хувьд Ням гарагийн хууль</w:t>
      </w:r>
    </w:p>
    <w:p>
      <w:pPr>
        <w:pStyle w:val="ArticleBody"/>
        <w:jc w:val="left"/>
      </w:pPr>
      <w:r>
        <w:rPr>
          <w:rFonts w:ascii="Times New Roman" w:hAnsi="Times New Roman" w:eastAsia="Times New Roman" w:cs="Times New Roman"/>
        </w:rPr>
        <w:t>Иеремиа Лаодикийн Долоо дахь өдрийн Адвентист сүмийн шүүлтийг тодорхойлон илэрхийлдэг.</w:t>
      </w:r>
    </w:p>
    <w:p>
      <w:pPr>
        <w:pStyle w:val="ArticleScripture"/>
        <w:jc w:val="left"/>
      </w:pPr>
      <w:r>
        <w:rPr>
          <w:rFonts w:ascii="Times New Roman" w:hAnsi="Times New Roman" w:eastAsia="Times New Roman" w:cs="Times New Roman"/>
        </w:rPr>
        <w:t>Иймээс ЭЗЭН ийнхүү айлдаж байна: Харагтун, Би тэдний дээр өөрсдийнх нь зайлан мултарч үл чадах гай гамшгийг авчирна; тэд Над уруу хашхиран дуудавч, Би тэднийг сонсохгүй. Иеремиа 11:11.</w:t>
      </w:r>
    </w:p>
    <w:p>
      <w:pPr>
        <w:pStyle w:val="ArticleBody"/>
        <w:jc w:val="left"/>
      </w:pPr>
      <w:r>
        <w:rPr>
          <w:rFonts w:ascii="Times New Roman" w:hAnsi="Times New Roman" w:eastAsia="Times New Roman" w:cs="Times New Roman"/>
        </w:rPr>
        <w:t>Езекиел нь Адвентизмын тухай Иеремиагийн шүүлттэй санал нийлж байна.</w:t>
      </w:r>
    </w:p>
    <w:p>
      <w:pPr>
        <w:pStyle w:val="ArticleScripture"/>
        <w:jc w:val="left"/>
      </w:pPr>
      <w:r>
        <w:rPr>
          <w:rFonts w:ascii="Times New Roman" w:hAnsi="Times New Roman" w:eastAsia="Times New Roman" w:cs="Times New Roman"/>
        </w:rPr>
        <w:t>Энэ хот та нарт тогоо болохгүй, мөн та нар түүний дунд орших мах нь ч болохгүй; харин Би та нарыг Израилийн хил дээр шүүнэ. Езекиел 11:11.</w:t>
      </w:r>
    </w:p>
    <w:p>
      <w:pPr>
        <w:pStyle w:val="ArticleBody"/>
        <w:jc w:val="left"/>
      </w:pPr>
      <w:r>
        <w:rPr>
          <w:rFonts w:ascii="Times New Roman" w:hAnsi="Times New Roman" w:eastAsia="Times New Roman" w:cs="Times New Roman"/>
        </w:rPr>
        <w:t>Эртний Израиль Бурханы гэрээт ард түмэн байхаа болих үйл явдалд, тэдний хаяж орхисон зүйлийнх нь төлөө Бурхан хуучин гэрээний ард түмнийг атаархалд хүргэх явдал багтдаг. Энэ нь Ням гаргийн хууль дээр Адвентизмд дахин давтагдана.</w:t>
      </w:r>
    </w:p>
    <w:p>
      <w:pPr>
        <w:pStyle w:val="ArticleScripture"/>
        <w:jc w:val="left"/>
      </w:pPr>
      <w:r>
        <w:rPr>
          <w:rFonts w:ascii="Times New Roman" w:hAnsi="Times New Roman" w:eastAsia="Times New Roman" w:cs="Times New Roman"/>
        </w:rPr>
        <w:t>Тэгвэл би хэлнэ: тэд бүр мөсөн унахын тулд бүдэрсэн гэж үү? Огтхон ч үгүй. Харин тэдний бүдрэлээр аврал харь үндэстнүүдэд хүрсэн нь тэднийг атаархуулахын тулд юм. Ром 11:11.</w:t>
      </w:r>
    </w:p>
    <w:p>
      <w:pPr>
        <w:pStyle w:val="ArticleBody"/>
        <w:jc w:val="left"/>
      </w:pPr>
      <w:r>
        <w:rPr>
          <w:rFonts w:ascii="Times New Roman" w:hAnsi="Times New Roman" w:eastAsia="Times New Roman" w:cs="Times New Roman"/>
        </w:rPr>
        <w:t>Тэдний үгүйсгэдэг Уильям Миллерийн үйл хэрэг дээр үндэслэсэн Адвентизм нь сүмийг байгуулсан тэр хөдөлгөөн хэвээр мөн; харин мөн сүмийг барьсан Соломоны нэгэн адил тэд гэрээг зөрчсөн тул тэднээс хаанчлалыг нь авч, Бурханы усан үзмийн талбайг Түүний зааснаар эрхлэн хөтлөх ард түмэнд өгөх болно.</w:t>
      </w:r>
    </w:p>
    <w:p>
      <w:pPr>
        <w:pStyle w:val="ArticleScripture"/>
        <w:jc w:val="left"/>
      </w:pPr>
      <w:r>
        <w:rPr>
          <w:rFonts w:ascii="Times New Roman" w:hAnsi="Times New Roman" w:eastAsia="Times New Roman" w:cs="Times New Roman"/>
        </w:rPr>
        <w:t>Тиймээс ЭЗЭН Соломонд айлдахдаа: «Чи ийм зүйл үйлдэж, Миний чамд тушаасан Миний гэрээ болон тогтоолуудыг сахиагүй тул Би хаанчлалыг чамаас гарцаагүй тасдан авч, чиний зарцад өгөх болно» гэв. Хаадын дээд 11:11.</w:t>
      </w:r>
    </w:p>
    <w:p>
      <w:pPr>
        <w:pStyle w:val="ArticleHeading"/>
        <w:jc w:val="left"/>
      </w:pPr>
      <w:r>
        <w:rPr>
          <w:rFonts w:ascii="Arial" w:hAnsi="Arial" w:eastAsia="Arial" w:cs="Arial"/>
        </w:rPr>
        <w:t>Филаделфийн хувьд Ням гаргийн хууль</w:t>
      </w:r>
    </w:p>
    <w:p>
      <w:pPr>
        <w:pStyle w:val="ArticleBody"/>
        <w:jc w:val="left"/>
      </w:pPr>
      <w:r>
        <w:rPr>
          <w:rFonts w:ascii="Times New Roman" w:hAnsi="Times New Roman" w:eastAsia="Times New Roman" w:cs="Times New Roman"/>
        </w:rPr>
        <w:t>Ням гаргийн хуулийн үед ялагч сүм эш үзүүлэгчдийн айлдсанаар өөрийн нутагтаа байрлуулагддаг бөгөөд тэрхүү нутаг нь хожмын борооны мэдээгээр элбэг баян нутаг мөн. Иерихо 1863 онд дахин баригдсан бөгөөд Ням гаргийн хуулийн үед Иерихо нурж унана.</w:t>
      </w:r>
    </w:p>
    <w:p>
      <w:pPr>
        <w:pStyle w:val="ArticleScripture"/>
        <w:jc w:val="left"/>
      </w:pPr>
      <w:r>
        <w:rPr>
          <w:rFonts w:ascii="Times New Roman" w:hAnsi="Times New Roman" w:eastAsia="Times New Roman" w:cs="Times New Roman"/>
        </w:rPr>
        <w:t>Харин та нарын эзэмшихээр очиж буй тэр нутаг нь толгод хөндий бүхий газар бөгөөд тэнгэрийн борооны усыг уудаг билээ. Дэд хууль 11:11.</w:t>
      </w:r>
    </w:p>
    <w:p>
      <w:pPr>
        <w:pStyle w:val="ArticleBody"/>
        <w:jc w:val="left"/>
      </w:pPr>
      <w:r>
        <w:rPr>
          <w:rFonts w:ascii="Times New Roman" w:hAnsi="Times New Roman" w:eastAsia="Times New Roman" w:cs="Times New Roman"/>
        </w:rPr>
        <w:t>Хот бол хаанчлал мөн бөгөөд ялагч сүм нь Христийн алдрын хаанчлалыг төлөөлдөг. Ялагч тэрхүү сүмийн хаанчлал нь Ням гаргийн хуулиас эхэлдэг бөгөөд тэр үед Түүний сүм өргөгдөн, бүх уулс ба толгодоос дээгүүр өргөмжлөгдөнө.</w:t>
      </w:r>
    </w:p>
    <w:p>
      <w:pPr>
        <w:pStyle w:val="ArticleScripture"/>
        <w:jc w:val="left"/>
      </w:pPr>
      <w:r>
        <w:rPr>
          <w:rFonts w:ascii="Times New Roman" w:hAnsi="Times New Roman" w:eastAsia="Times New Roman" w:cs="Times New Roman"/>
        </w:rPr>
        <w:t>Шударга хүмүүсийн ерөөлөөр хот өргөмжлөгдөнө; харин бузар муу хүмүүсийн амаар сүйрүүлэгдэнэ. Сургаалт үгс 11:11.</w:t>
      </w:r>
    </w:p>
    <w:p>
      <w:pPr>
        <w:pStyle w:val="ArticleBody"/>
        <w:jc w:val="left"/>
      </w:pPr>
      <w:r>
        <w:rPr>
          <w:rFonts w:ascii="Times New Roman" w:hAnsi="Times New Roman" w:eastAsia="Times New Roman" w:cs="Times New Roman"/>
        </w:rPr>
        <w:t>Ес дэх цагт тэнгэрэлч Корнелиус дээр ирж, Петрийг дуудуулахаар хүн явуулахыг түүнд тушаасан бөгөөд үүгээр Ням гаргийн хууль тогтоогдох үед сайн мэдээ харь үндэстнүүдэд очих цагийг заан тодорхойлж байна. Бурхан Петрийг явахыг тушаахдаа бузар амьтдыг идэж буй үзэгдлийн хүрээнд үүнийг хийсэн. Энэ нь Ням гаргийн хуулийн үед биелнэ. Ес дэх цаг нь Христ нас барсан ес дэх цагтай давхцан нийцдэг. Ес дэх цаг нь Есүс цовдлогдсон гурав дахь цагаас эхэлж, зургаан цагийн дараа Тэр нас барснаар төгсөх нэгэн үеийн төгсгөлийг төлөөлдөг. Энэ нь мөн гурав дахь цагт дээврийн өрөөнд байсан, дараа нь ес дэх цагт сүмд буй Петрийн ижил тэр үе юм. Нэг ес дэх цаг нь Христийн үхлээр төгсдөг бол дараагийн ес дэх цагт Петр сүмд байж Иоелын мэдээг тунхаглаж байна. Христийн үхэл Израильтай байсан гэрээний харилцааг төгсгөж, Корнелиусаар төлөөлөгдөх харь үндэстнүүдэд үүдийг нээсэн юм.</w:t>
      </w:r>
    </w:p>
    <w:p>
      <w:pPr>
        <w:pStyle w:val="ArticleScripture"/>
        <w:jc w:val="left"/>
      </w:pPr>
      <w:r>
        <w:rPr>
          <w:rFonts w:ascii="Times New Roman" w:hAnsi="Times New Roman" w:eastAsia="Times New Roman" w:cs="Times New Roman"/>
        </w:rPr>
        <w:t>Тэгтэл, болгоогтун, тэр даруй миний байсан гэрийн дэргэд Кесариас над руу илгээгдсэн гурван хүн аль хэдийн ирээд байлаа. Үйлс 11:11.</w:t>
      </w:r>
    </w:p>
    <w:p>
      <w:pPr>
        <w:pStyle w:val="ArticleScripture"/>
        <w:jc w:val="left"/>
      </w:pPr>
      <w:r>
        <w:rPr>
          <w:rFonts w:ascii="Times New Roman" w:hAnsi="Times New Roman" w:eastAsia="Times New Roman" w:cs="Times New Roman"/>
        </w:rPr>
        <w:t>Тэд та нарт жигшүүрт юм байх бөгөөд та нар тэдний махнаас бүү ид; харин тэдний сэг зэмийг жигшин үзэгтүн. Левит 11:11.</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“Би зүүдэндээ, Бурхан үл үзэгдэх мутраараа надад ойролцоогоор арван инч урт, зургаан инч дөрвөлжин хэмжээтэй, хар мод болон сувдаар уран нарийн шигтгэн хийсэн нэгэн чамин авдар илгээж байна гэж үзэв. Тэр авдарт түлхүүр нь бэхлээстэй байлаа. Би тэр даруй түлхүүрийг авч авдрыг онгойлгоход, гайхшрал ба алмайралын дунд, түүний дотор бүх төрлийн, бүх хэмжээний эрдэнэс, алмааз, үнэт чулуунууд, мөн хэмжээ хийгээд үнэ цэнийн хувьд янз бүрийн алт, мөнгөн зоосоор дүүрэн байгааг олж харав; тэдгээр нь авдрын дотор тус тусын байранд нь үзэсгэлэнтэйгээр цэгцлэн байрлуулсан байсан бөгөөд ийнхүү байрлуулсан тэрхүү зүйлс нь зөвхөн нартай эн зэрэгцэх гэрэл ба сүр жавхланг цацруулж байв. …”</w:t>
      </w:r>
    </w:p>
    <w:p>
      <w:pPr>
        <w:pStyle w:val="ArticleScripture"/>
        <w:jc w:val="left"/>
      </w:pPr>
      <w:r>
        <w:rPr>
          <w:rFonts w:ascii="Times New Roman" w:hAnsi="Times New Roman" w:eastAsia="Times New Roman" w:cs="Times New Roman"/>
        </w:rPr>
        <w:t>“Би авс руу шагайн харсан боловч, нүд минь тэр үзэгдлээс гялбан алмайрав. Тэд урьдынхаасаа арав дахин илүү сүр жавхлантайгаар гэрэлтэж байлаа. Тоосонд тараан цацаж, гишгэлсэн тэр хорон хүмүүсийн хөлөөр элсэн дотор зүлгэгдсэн мэт санагдав. Тэд авсан дотор гайхамшигтай дэг журамтайгаар, тус бүр өөрийн байранд, тэднийг тийш шидэн оруулсан хүний ямар нэгэн илт хөдөлмөрийн шинжгүйгээр эмхлэгдэн байв. Би үлэмж их баяраар дуу алдан хашхирсан бөгөөд тэр хашхираан намайг сэрээв.” Early Writings, 81–83.</w:t>
      </w:r>
    </w:p>
    <w:p>
      <w:pPr>
        <w:pStyle w:val="ArticleScripture"/>
        <w:jc w:val="left"/>
      </w:pPr>
      <w:r>
        <w:rPr>
          <w:rFonts w:ascii="Times New Roman" w:hAnsi="Times New Roman" w:eastAsia="Times New Roman" w:cs="Times New Roman"/>
        </w:rPr>
        <w:t>“Та нар Эзэний ирэлтийг хэтэрхий хол тавьж байна. Сүүлчийн бороо шөнийн дундын хашхираан [гэнэт] ирсэнтэй адил, харин арав дахин их хүчтэйгээр ирж байгааг би харсан.” Spalding and Magan, 5.</w:t>
      </w:r>
    </w:p>
    <w:p>
      <w:pPr>
        <w:pStyle w:val="ArticleScripture"/>
        <w:jc w:val="left"/>
      </w:pPr>
      <w:r>
        <w:rPr>
          <w:rFonts w:ascii="Times New Roman" w:hAnsi="Times New Roman" w:eastAsia="Times New Roman" w:cs="Times New Roman"/>
        </w:rPr>
        <w:t>Хаан тэднээс мэргэн ухаан, ойлголтын талаар ямар ч асуудлыг асуухад, тэрээр тэднийг өөрийн бүх хаанчлал дахь бүх илбэчид, мэргэч төлөгчдөөс арав дахин дээр болохыг олж мэдэв. Даниел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Гучин Нэгдүгээр```</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