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Иоелын Ном ба Лаодикийн Долоо Дахь Өдрийн Адвентист Сүм - Гучин Хоёрдугаар Дугаар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2026-01-20</w:t>
      </w:r>
    </w:p>
    <w:p>
      <w:pPr>
        <w:pStyle w:val="ArticleHeading"/>
        <w:jc w:val="left"/>
      </w:pPr>
      <w:r>
        <w:rPr>
          <w:rFonts w:ascii="Arial" w:hAnsi="Arial" w:eastAsia="Arial" w:cs="Arial"/>
        </w:rPr>
        <w:t>Гучин хоёр дугаар</w:t>
      </w:r>
    </w:p>
    <w:p>
      <w:pPr>
        <w:pStyle w:val="ArticleBody"/>
        <w:jc w:val="left"/>
      </w:pPr>
      <w:r>
        <w:rPr>
          <w:rFonts w:ascii="Times New Roman" w:hAnsi="Times New Roman" w:eastAsia="Times New Roman" w:cs="Times New Roman"/>
        </w:rPr>
        <w:t>Иоелын номд хүрч ирэх энэ аян Петрийг гэрч болгон авсаар удаан өрнөлөө. Петр бол Бурханы эш үзүүллэгийн Үг доторх хамгийн гайхамшигт бэлгэдлүүдийн нэг мөн, гэвч тэд бүгд тийм биш гэж үү? Петр Кесаре Филиппид байдаг, мөн тэрээр Пентекостын өдөр дээд өргөөнд гурав дахь цагт, түүнчлэн тэр өдрийн ес дэх цагт сүмд байдаг. Есүс гурав дахь цагт цовдлогдож, ес дэх цагт амь тавьсан. Петр ес дэх цагт Кесаре уруу дуудагдсан. Харин Корнелийн түүхэн дэх түүний дуудагдсан тэр Кесаре нь Хермон уулын бэл дэх Кесаре Филиппи биш, харин тэнгисийн эргийн Кесаре буюу Кесаре Маритима байв.</w:t>
      </w:r>
    </w:p>
    <w:p>
      <w:pPr>
        <w:pStyle w:val="ArticleBody"/>
        <w:jc w:val="left"/>
      </w:pPr>
      <w:r>
        <w:rPr>
          <w:rFonts w:ascii="Times New Roman" w:hAnsi="Times New Roman" w:eastAsia="Times New Roman" w:cs="Times New Roman"/>
        </w:rPr>
        <w:t>Кесариа Маритима нь Газар дундын тэнгисийн эрэг дээр орших хот бөгөөд орчин үеийн Тель-Авиваас хойш ойролцоогоор 30–35 милийн зайд байрладаг (Их Херодын байгуулсан сүр жавхлант Ромын боомт хот). Энэ хот Үйлс номд олонтаа гардаг (15 удаа дурдагддаг) бөгөөд Шинэ Гэрээнд ихэнх хүмүүс зүгээр л “Кесариа” хэмээн нэрлэдэг нь энэ хот юм. Сайн мэдээг тунхаглагч Филип өөрийн эш үзүүлэгч дөрвөн охины хамт тэнд амьдарч байв (Үйлс 8:40; 21:8). Паул тэнд хоёр жил хоригдож, захирагч Феликс, Фест, мөн Агриппа хааны өмнө байцаагдсан (Үйлс 23–26). Түүнээс ч илүү ач холбогдолтой нь, магадгүй, Петр энд Ромын зуутын дарга Корнелид номлосон явдал юм—энэ нь МЭ 34 онд Христ олонтой байгуулсан гэрээг баталсан долоо хоног төгсөх үед болсон, Христийн шашинд харь үндэстнүүдийн анхны томоохон хөрвөлт байлаа (Үйлс 10).</w:t>
      </w:r>
    </w:p>
    <w:p>
      <w:pPr>
        <w:pStyle w:val="ArticleScripture"/>
        <w:jc w:val="left"/>
      </w:pPr>
      <w:r>
        <w:rPr>
          <w:rFonts w:ascii="Times New Roman" w:hAnsi="Times New Roman" w:eastAsia="Times New Roman" w:cs="Times New Roman"/>
        </w:rPr>
        <w:t>Тэрээр олонтой нэг долоо хоногийн турш гэрээг бататгах бөгөөд долоо хоногийн хагас үед тэрээр тахил ба өргөлийг зогсооно; жигшүүрт зүйлсийн дэлгэрлээс болж тэрээр түүнийг эзгүйрүүлнэ, төгсгөл хүртэл, мөн тогтоогдсон зүйл нь эзгүйрүүлэгдсэн дээр асгарах болно. Даниел 9:27.</w:t>
      </w:r>
    </w:p>
    <w:p>
      <w:pPr>
        <w:pStyle w:val="ArticleBody"/>
        <w:jc w:val="left"/>
      </w:pPr>
      <w:r>
        <w:rPr>
          <w:rFonts w:ascii="Times New Roman" w:hAnsi="Times New Roman" w:eastAsia="Times New Roman" w:cs="Times New Roman"/>
        </w:rPr>
        <w:t>Кесариа Маритима нь Иудейн Ромын захиргааны нийслэл бөгөөд харь үндэстнүүдийн томоохон төв байв. Харин Кесариа Филиппи нь өөр хот бөгөөд Хермон уулын бэлд, Галилын тэнгисээс ойролцоогоор 25–30 бээрийн хойно, одоогийн Голаны өндөрлөгийн бүсэд (орчин үеийн Баниас) алс хойд зүгт оршдог. Энэ хот зөвхөн Сайн мэдээнүүдэд (Матай 16:13; Марк 8:27), Есүс Өөрийн шавь нарыг Кесариа Филиппид дагуулан очсон тухайд л дурдагддаг. Энэ бол Петр Есүсийг “амьд Бурханы Хүү, Христ” хэмээн хүлээн зөвшөөрсөн, мөн Есүс “Би энэ хадан дээр Өөрийн чуулганыг байгуулна, үхэгсдийн орны хаалга түүнийг дийлэхгүй” хэмээн тунхагласан алдартай газар мөн (Матай 16:13–20). Тэр газар нь Грекийн бурхдад, ялангуяа ямаан дүрст бурхан Пан-д зориулсан сүмүүдтэй харь шашны бүс нутаг байсан бөгөөд Пан-ы агуйг “тамын хаалга” хэмээн нэрлэдэг байсан нь Есүсийн тэнд хэлсэн тунхаглалыг онцгой хүчтэй сонсогдуулам болгож байв.</w:t>
      </w:r>
    </w:p>
    <w:p>
      <w:pPr>
        <w:pStyle w:val="ArticleBody"/>
        <w:jc w:val="left"/>
      </w:pPr>
      <w:r>
        <w:rPr>
          <w:rFonts w:ascii="Times New Roman" w:hAnsi="Times New Roman" w:eastAsia="Times New Roman" w:cs="Times New Roman"/>
        </w:rPr>
        <w:t>Эдгээр хоёр хот нь газарзүйн болон түүхийн хувьд бүрэн тусгаар—нэг нь баруун өмнөдөд орших, хөл хөдөлгөөн ихтэй Ромын далайн боомт, нөгөө нь Иордан голын эхийн ойролцоох хойд зүгийн Эллинист/харь шүтлэгт нутаг юм. Эргийн хот нь Үйлс номд зонхилон гардаг бол, хойд хот нь Сайн Мэдээний номуудад шийдвэрлэх ач холбогдолтой нэгэн мөчийн төв болдог. Далайн Кесариа нь Ромын бэлгэ тэмдэг—араатан, харин газрын Кесариа нь луугийн бэлгэ тэмдэг юм. Уайт эгч загалмайгаас Пентекост хүртэлх үеийг, загалмай дээр эхэлж Пентекостоор төгссөн “Пентекостын улирал” хэмээн тодорхойлдог.</w:t>
      </w:r>
    </w:p>
    <w:p>
      <w:pPr>
        <w:pStyle w:val="ArticleScripture"/>
        <w:jc w:val="left"/>
      </w:pPr>
      <w:r>
        <w:rPr>
          <w:rFonts w:ascii="Times New Roman" w:hAnsi="Times New Roman" w:eastAsia="Times New Roman" w:cs="Times New Roman"/>
        </w:rPr>
        <w:t>“Пентекостын өдрийн үйл явдлууд тэр үед илэрсэнээс ч илүү агуу хүчээр дахин давтагдах цагийг би чин сэтгэлийн хүслэнтэйгээр тэсэн ядан хүлээн харж байна. Иохан, ‘Би тэнгэрээс бууж ирж буй өөр нэгэн тэнгэрэлчийг харлаа. Тэр агуу эрх мэдэлтэй байсан бөгөөд газар дэлхий түүний алдраар гэрэлтэв’ гэж хэлсэн. Тэгвэл Пентекостын улирлын үеийн адил хүмүүс өөр өөрсдийн төрөлх хэлээр өөрсдөд нь айлдагдсан үнэнийг сонсох болно.</w:t>
      </w:r>
    </w:p>
    <w:p>
      <w:pPr>
        <w:pStyle w:val="ArticleScripture"/>
        <w:jc w:val="left"/>
      </w:pPr>
      <w:r>
        <w:rPr>
          <w:rFonts w:ascii="Times New Roman" w:hAnsi="Times New Roman" w:eastAsia="Times New Roman" w:cs="Times New Roman"/>
        </w:rPr>
        <w:t>“Бурханд чин сэтгэлээсээ Өөрт нь үйлчлэхийг хүсдэг сүнс бүрд шинэ амьсгал хайрлаж чадна; мөн тахилын ширээнээс авсан амьд нүүрсээр уруулыг нь хүрч, тэднийг Түүний магтаалыг уран яруу тунхаглагч болгоно. Мянга мянган дуу хоолой Бурханы Үгийн гайхамшигт үнэнүүдийг тунхаглан ярих хүчээр жигүүрлэгдэх болно. Ээрэм хэл тайлагдаж, аймхай нэгэн үнэнгийн төлөө зоригтой гэрчлэл өргөхөд хүчирхэг болгогдоно. Эзэн Өөрийн ард түмэнд сэтгэлийн сүмийг аливаа бузарлалаас цэвэршүүлэхэд нь, мөн Түүнтэй тийнхүү ойр нягт холбоог хадгалахад нь туслаасай; ингэснээр хожмын бороо асгагдах үед тэд түүнээс хүртэгчид байж болох юм.” Review and Herald, July 20, 1886.</w:t>
      </w:r>
    </w:p>
    <w:p>
      <w:pPr>
        <w:pStyle w:val="ArticleBody"/>
        <w:jc w:val="left"/>
      </w:pPr>
      <w:r>
        <w:rPr>
          <w:rFonts w:ascii="Times New Roman" w:hAnsi="Times New Roman" w:eastAsia="Times New Roman" w:cs="Times New Roman"/>
        </w:rPr>
        <w:t>Техникийн хувьд Пентекостын улирал нь Христийн амилалттай дүйцэх анхны үр жимсний баяраас эхлэх ёстой байв; гэвч загалмайн үхэлгүйгээр амилсан Аврагч босон өндийхдөө Өөртэйгөө авч явах цус гэж байхгүй байх байлаа. Түүний үхэлгүйгээр Тэр, Амийн Талх болохынхоо хувьд, исгээгүй талхны баярын өдөр амраагүй байх байсан бөгөөд Амийн Талх анхны үр жимсний баяраар босон өндийхөөсөө өмнө урьдчилан амрах шаардлагатай байсан тул ийнхүү Пентекостын өдөр болон баярт хүргэсэн тавин өдрийн хугацаа эхэлсэн юм.</w:t>
      </w:r>
    </w:p>
    <w:p>
      <w:pPr>
        <w:pStyle w:val="ArticleBody"/>
        <w:jc w:val="left"/>
      </w:pPr>
      <w:r>
        <w:rPr>
          <w:rFonts w:ascii="Times New Roman" w:hAnsi="Times New Roman" w:eastAsia="Times New Roman" w:cs="Times New Roman"/>
        </w:rPr>
        <w:t>Христ нэг долоо хоногийн хугацаанд гэрээг батлахаар ирэхэд, тэрхүү долоо хоног нь Түүний баптисмаар эхэлсэн бөгөөд дараа нь “долоо хоногийн дунд үед,” гурав хагас жилийн дараа, Тэр цовдлогдож, Исгээгүй талхны өдөр булшинд амарсан, Ням гарагт арвайн ургацын анхны үр жимсний баярын биелэл болон амилсан бөгөөд ингэснээр улаан буудайн анхны үр жимсний баярт хүрдэг тавин өдрийн Пентекостын улирал эхэлсэн юм. Загалмайгаас долоо хоногийн төгсгөл хүртэлх, дахин гурав хагас жилийн дараа, долоон жилийн хугацаа Кесария Маритимагийн Корнелиар төгсгөлдөө хүрсэн бөгөөд тэрээр МЭ 34 онд долоо хоногийн төгсгөлд Христийн сүмд орсон хамгийн анхны харь үндэстэн хөрвөгч болсон юм.</w:t>
      </w:r>
    </w:p>
    <w:p>
      <w:pPr>
        <w:pStyle w:val="ArticleBody"/>
        <w:jc w:val="left"/>
      </w:pPr>
      <w:r>
        <w:rPr>
          <w:rFonts w:ascii="Times New Roman" w:hAnsi="Times New Roman" w:eastAsia="Times New Roman" w:cs="Times New Roman"/>
        </w:rPr>
        <w:t>Христ гэрээг батлахаар ирсэн тэр долоо хоног эш үзүүллэгийн хувьд 2,520 хоног бөгөөд загалмай нь “долоо хоногийн дунд үе”-д байдаг тул баптисмын дараах 1,260 дахь өдөр, мөн Корнели итгэгч болсноос өмнөх 1,260 дахь өдөр байсан юм. Загалмай дээр Христ гурав дахь цагт цовдлогдож, ес дэх цагт нас нөгчив. Тэр нь Пентекостын улирлын эхлэл байсан бөгөөд төгсгөлд нь (учир нь Есүс үргэлж төгсгөлийг эхлэлээр дүрслэн харуулдаг) Пентекостын өдөр Петр Иоелын номоос анхны номлолоо гурав дахь цагт, Христ амилсан өдөр шавь нартайгаа уулзсан дээд өрөөнд айлдав. Дараа нь Петр Иоелын тухай хоёр дахь номлолоо ес дэх цагт сүмд айлдав. Илэрхий нь, гурав дахь ба ес дэх цаг нь Пентекостын улирлын эхлэл ба төгсгөлийг илтгэх альфа ба омега бэлгэдэл мөн.</w:t>
      </w:r>
    </w:p>
    <w:p>
      <w:pPr>
        <w:pStyle w:val="ArticleBody"/>
        <w:jc w:val="left"/>
      </w:pPr>
      <w:r>
        <w:rPr>
          <w:rFonts w:ascii="Times New Roman" w:hAnsi="Times New Roman" w:eastAsia="Times New Roman" w:cs="Times New Roman"/>
        </w:rPr>
        <w:t>Мөр мөрөөр нь авч үзэхэд, эдгээр хоёр үйл явдлын гурав дахь ба ес дэх цагийг хооронд нь уялдуулан зэрэгцүүлэх үед, бид уг зургаан цагийг хуваагдлын гэрчлэлийг хоёуланг нь өгдөг эш үзүүллэгийн хугацаа болохыг олж хардаг. Христ амьдралаас үхэл рүү, үхлээс амьдрал руу шилжинэ. Тэрээр газраас тэнгэрт очоод, дахин газарт эргэн ирдэг. Петр сүмийн гадна байснаа дараа нь дотор нь ордог. Мэдээж гурав дахь цагаас ес дэх цаг хүртэлх өөр бусад зэрэгцээ уялдуулалтууд бий, гэвч бид юуны өмнө Петр, Корнели, мөн тэнгисийн дэргэдэх Кесарийг авч үзэх хэрэгтэй.</w:t>
      </w:r>
    </w:p>
    <w:p>
      <w:pPr>
        <w:pStyle w:val="ArticleBody"/>
        <w:jc w:val="left"/>
      </w:pPr>
      <w:r>
        <w:rPr>
          <w:rFonts w:ascii="Times New Roman" w:hAnsi="Times New Roman" w:eastAsia="Times New Roman" w:cs="Times New Roman"/>
        </w:rPr>
        <w:t>Зургаан цагт дүрслэгдсэн эш үзүүллэгийн хуваагдлуудын адил, тэнгэрэлч Корнелид Петрийг дуудуулахаар хүн илгээхийг зааварлахаар илгээгдсэн нь есдүгээр цагт байв.</w:t>
      </w:r>
    </w:p>
    <w:p>
      <w:pPr>
        <w:pStyle w:val="ArticleScripture"/>
        <w:jc w:val="left"/>
      </w:pPr>
      <w:r>
        <w:rPr>
          <w:rFonts w:ascii="Times New Roman" w:hAnsi="Times New Roman" w:eastAsia="Times New Roman" w:cs="Times New Roman"/>
        </w:rPr>
        <w:t>Кесариад Корнели гэдэг нэгэн хүн байв. Тэр нь Италийн хороо хэмээн нэрлэгддэг цэргийн ангид харьяалагдах зуутын дарга байлаа. Тэр өөрөө болон бүх гэрийнхэнтэйгээ хамт Бурханаас эмээдэг, сүсэг бишрэлтэй хүн бөгөөд ард олонд их өглөг өгч, Бурханд байнга залбирдаг байв. Өдрийн есдүгээр цагийн үед тэрээр үзэгдлээр Бурханы тэнгэрэлч өөрт нь орж ирээд, “Корнели” гэж хэлэхийг тодорхой үзэв. Тэгэхэд тэр түүн рүү анхааран хараад, айж, “Эзэн, юу айлдана вэ?” гэв. Тэр түүнд, “Чиний залбирал болон өглөгүүд чинь Бурханы өмнө дурсгал болон хүрчээ. Тиймээс одоо Иоппа уруу хүмүүс явуулж, Петр хэмээх хочит Симоныг дуудуул” гэж айлдав. Үйлс 10:1–5.</w:t>
      </w:r>
    </w:p>
    <w:p>
      <w:pPr>
        <w:pStyle w:val="ArticleBody"/>
        <w:jc w:val="left"/>
      </w:pPr>
      <w:r>
        <w:rPr>
          <w:rFonts w:ascii="Times New Roman" w:hAnsi="Times New Roman" w:eastAsia="Times New Roman" w:cs="Times New Roman"/>
        </w:rPr>
        <w:t>Тэнгэрэлчийн ирэлт нь нэгэн мэдээний, мөн нэгэн замын тэмдгийн бэлгэдэл бөгөөд, тэнгэрэлч “Таны залбирал болон таны өглөгүүд Бурханы өмнө дурсгал болон хүрч очсон” гэж хэлэхдээ энэ нь замын тэмдэг мөн болохыг баталж байна. Долоо хоногийн төгсгөлийн замын тэмдэг нь Корнели Петрийг дуудуулахаар дөрөв хоног мацаг барьсны дараа ес дэх цагт хүн илгээсэн явдал бөгөөд үүнийг “дурсгал” хэмээн нэрлэсэн нь замын тэмдэг юм. Корнели “зуутын дарга”-ын хувьд нэг зуун хүний ахмад байв.</w:t>
      </w:r>
    </w:p>
    <w:p>
      <w:pPr>
        <w:pStyle w:val="ArticleBody"/>
        <w:jc w:val="left"/>
      </w:pPr>
      <w:r>
        <w:rPr>
          <w:rFonts w:ascii="Times New Roman" w:hAnsi="Times New Roman" w:eastAsia="Times New Roman" w:cs="Times New Roman"/>
        </w:rPr>
        <w:t>Матай арван зургаад Петр Кесари Филиппэд байх үед ямар нэгэн цагийн тухай дурдсан зүйл байдаггүй. Кесари Филиппи гэдэг нь Есүс шавь нараа тэнд аваачсан үеийн хотын нэр юм. Даниел арван нэгийн түүхэнд, арван гуравдахаас арван тавдугаар эшлэлүүдэд, Паниумын тулалдаанд биелсэн бөгөөд Америкийн Нэгдсэн Улсад Ням гаргийн хуулийг бий болгоход хүргэх дайны хэв шинж болдог тэр эшлэлүүдэд, Кесари Филиппийг Паниум гэж нэрлэдэг байсан. Петр Кесари Филиппэд, өөрөөр хэлбэл Паниумд байхдаа арван гуравдахаас арван тавдугаар эшлэлүүдэд гарч ирдэг.</w:t>
      </w:r>
    </w:p>
    <w:p>
      <w:pPr>
        <w:pStyle w:val="ArticleBody"/>
        <w:jc w:val="left"/>
      </w:pPr>
      <w:r>
        <w:rPr>
          <w:rFonts w:ascii="Times New Roman" w:hAnsi="Times New Roman" w:eastAsia="Times New Roman" w:cs="Times New Roman"/>
        </w:rPr>
        <w:t>Паниумын тулалдаан нь Даниел 11-ийн арван гуравдугаар зүйлээс арван тавдугаар зүйл хүртэлх эшлэлүүдийн биелэл байсан бөгөөд мөн эдгээр эшлэлүүд болон Паниумын тулалдааны түүх нь АНУ-д Ням гаргийн хуулинд хүргэх дайныг тодорхойлж байгааг танин мэдэх нь “мөр дээр мөр” хэмээх аргачлал яг хэрхэн ажиллахаар зориулагдсан байдаг тэр л хэлбэр мөн. Тэрхүү аргачлалыг хэрэглэх нь Кесари Филиппи ба Паниумыг хооронд нь нийцүүлэн уялдуулахыг шаарддаг. Учир нь энэ үнэнийг хөнддөг эш үзүүллэгийн үндсэн дүрэм нь “эртний эш үзүүлэгч бүр өөрсдийн амьдарч байсан өдрүүдээс илүүтэйгээр бидний өдрүүдийн төлөө ярьсан” гэдэгт оршдог. Паул үүн дээр эш үзүүлэгчдийн сүнс эш үзүүлэгчдэд захирагддаг хэмээн нэмж хэлсэн. Иймээс тэд бүгд зөвхөн эцсийн өдрүүдийг заадаг төдийгүй, бас бүгд хоорондоо санал нийлдэг.</w:t>
      </w:r>
    </w:p>
    <w:p>
      <w:pPr>
        <w:pStyle w:val="ArticleBody"/>
        <w:jc w:val="left"/>
      </w:pPr>
      <w:r>
        <w:rPr>
          <w:rFonts w:ascii="Times New Roman" w:hAnsi="Times New Roman" w:eastAsia="Times New Roman" w:cs="Times New Roman"/>
        </w:rPr>
        <w:t>Ийм учраас, хэрэв мөн хэзээ Паниум нь Бурханы эш үзүүллэгийн Үгэнд Паниум хэмээн, түүнээс хойш Кесари Филиппи хэмээн танигдсан бол, сүүлчийн өдрүүдэд эдгээрийг хоёуланг нь хэрэглэх ёстой бөгөөд тэдгээр нь хоорондоо нийцэх ёстой, учир нь тэд нэг л хот мөн.</w:t>
      </w:r>
    </w:p>
    <w:p>
      <w:pPr>
        <w:pStyle w:val="ArticleBody"/>
        <w:jc w:val="left"/>
      </w:pPr>
      <w:r>
        <w:rPr>
          <w:rFonts w:ascii="Times New Roman" w:hAnsi="Times New Roman" w:eastAsia="Times New Roman" w:cs="Times New Roman"/>
        </w:rPr>
        <w:t>Энэ логиктой уялдан, хэдий ялимгүй өөр боловч, Кесари Филиппи болон Кесари Маритима байдаг. Петр Христтэй хамт Кесари Филиппид очсон боловч, Ариун Сүнсээр Кесари Маритимад илгээгдсэн юм. Гэсэн ч хоёр Кесарид хоёуланд нь Петр нь гэрээний гол дүр мөн. Энэ шугамын гайхамшигтай зүйл нь Корнилид тэнгэр элч есдүгээр цагт үзэгдэн, Петрт хүн явуул гэж тушаасан явдал юм. Кесарид буй Петр нь эш үзүүллэгийн бэлгэдэл мөн боловч, энэ хоёр Кесари нь тодорхой ялгаатай. Нэг нь тэнгисийн дэргэдэх Кесари, нөгөө нь газрын дээрх Кесари юм. Тэнгисийн дэргэдэх Кесари нь харь үндэстнүүдтэй холбогддог бөгөөд Корнили нь МЭ 34 онд, гэрээний долоо хоногийн яг төгсгөлд, харь үндэстнүүдээс итгэгч болсон анхны хүн байв. Тэнгисийн дэргэдэх Кесари нь есдүгээр цагтай холбоотой бөгөөд Петрийн Пентекостын үед ариун сүмд байсан явдал, мөн Христийн есдүгээр цагт нас барсан явдалтай нийцдэг.</w:t>
      </w:r>
    </w:p>
    <w:p>
      <w:pPr>
        <w:pStyle w:val="ArticleBody"/>
        <w:jc w:val="left"/>
      </w:pPr>
      <w:r>
        <w:rPr>
          <w:rFonts w:ascii="Times New Roman" w:hAnsi="Times New Roman" w:eastAsia="Times New Roman" w:cs="Times New Roman"/>
        </w:rPr>
        <w:t>Газарт буй Кесари, өөрөөр хэлбэл Кесари Филиппи нь гурав дахь цаг юм. Сонгох өөр ямар ч хувилбар үгүй. Эхэндэх Кесари Филиппи нь гурав дахь цаг, харин төгсгөл дэх Кесари Маритима нь ес дэх цаг мөн. Филиппи нь зургаан цагийн хугацааны альфа бөгөөд Маритима нь омега юм. Ес дэх цаг дахь тэрхүү омега нь гэрээний долоо хоногийн дунд үеийн Христийн үхэл байсан бөгөөд Пентекостын үеэр сүмд байсан Петр ч мөн ес дэх цагтай холбоотой байв. Петрийг дуудах Корнелийн үйл явдал нь Христийн үхэлтэй нийцдэг бөгөөд энэ нь Ням гаргийн хуулийг бэлгэдэн төлөөлдөг; мөн Пентекостын үеэр сүмд байсан Петртэй ч нийцдэг бөгөөд энэ нь дахин нэгэнтээ Ням гаргийн хуулийг бэлгэдэн төлөөлдөг. Анхны харь үндэстэн хөрвөгч болох Корнели нь Ням гаргийн хуулийн үе дэх арван нэгдүгээр цагийн анхны ажилчныг төлөөлдөг.</w:t>
      </w:r>
    </w:p>
    <w:p>
      <w:pPr>
        <w:pStyle w:val="ArticleBody"/>
        <w:jc w:val="left"/>
      </w:pPr>
      <w:r>
        <w:rPr>
          <w:rFonts w:ascii="Times New Roman" w:hAnsi="Times New Roman" w:eastAsia="Times New Roman" w:cs="Times New Roman"/>
        </w:rPr>
        <w:t>Христ цовдлогдсон гурав дахь цаг, мөн Петр дээд өрөөнд байсан гурав дахь цаг нь зайлшгүй бөгөөд зөвхөн Кесаре Филиппийг төлөөлөх учиртай. Петр Пентекостын өдөр байсан тэр дээд өрөө нь Христ Өөрийн амилалт, тэнгэрт хальж одолт, буун ирэлтийнхээ дараа үзэгдсэн яг тэрхүү дээд өрөө мөн байв. Христ дээд өрөөнд ирсэн бөгөөд үүнээс хойш тавин өдрийн дараа, Пентекостын өдөр, Петр Иоелын номын захиасыг мөнөөх л дээд өрөөнд тунхагласан юм.</w:t>
      </w:r>
    </w:p>
    <w:p>
      <w:pPr>
        <w:pStyle w:val="ArticleBody"/>
        <w:jc w:val="left"/>
      </w:pPr>
      <w:r>
        <w:rPr>
          <w:rFonts w:ascii="Times New Roman" w:hAnsi="Times New Roman" w:eastAsia="Times New Roman" w:cs="Times New Roman"/>
        </w:rPr>
        <w:t>Кесарея Филиппи бол цовдлолт болон Пентекостын дээд өрөөнд болсон үйл явдалтай зэрэгцэн таарах гурав дахь цаг юм. Цовдлолт нь тараагдлын бэлгэдэл, харин дээд өрөө нь нэгдлийн бэлгэдэл мөн. Энэ нь Кесарея Филиппийг Ням гаргийн хуулийн яг өмнөх, нэг анги нь тараагдаж, нөгөө нь цуглуулагдах цэг болохыг тодорхойлдог. Паниумын тулалдааны түүх дахин давтагдаж эхлэх үед мэргэн болон мунхаг охид үүрд салгагдах бөгөөд тэд загалмайн асуудлаар салгагдана; загалмай нь Ням гаргийн хуулийн ойртолтыг төлөөлдөг. Кесарея Филиппид Христ айсуй Ням гаргийн хуулийн талаар зааж эхэлсэн юм. Тэр ингэхэд Петр энэ мэдээнд эсэргүүцсэн; ийнхүү есөн эшлэлд Петр нь лацдагдагсад болон загалмайн мэдээгээр, өөрөөр хэлбэл Ням гаргийн хуулиар тараагдагсдыг төлөөлдөг.</w:t>
      </w:r>
    </w:p>
    <w:p>
      <w:pPr>
        <w:pStyle w:val="ArticleScripture"/>
        <w:jc w:val="left"/>
      </w:pPr>
      <w:r>
        <w:rPr>
          <w:rFonts w:ascii="Times New Roman" w:hAnsi="Times New Roman" w:eastAsia="Times New Roman" w:cs="Times New Roman"/>
        </w:rPr>
        <w:t>Тэр тэдэнд — Харин та нар Намайг хэн гэж хэлнэ вэ? — гэв.</w:t>
      </w:r>
    </w:p>
    <w:p>
      <w:pPr>
        <w:pStyle w:val="ArticleScripture"/>
        <w:jc w:val="left"/>
      </w:pPr>
      <w:r>
        <w:rPr>
          <w:rFonts w:ascii="Times New Roman" w:hAnsi="Times New Roman" w:eastAsia="Times New Roman" w:cs="Times New Roman"/>
        </w:rPr>
        <w:t>Симон Петр хариулан өгүүлрүүн: Та бол Христ, амьд Бурханы Хүү мөн.</w:t>
      </w:r>
    </w:p>
    <w:p>
      <w:pPr>
        <w:pStyle w:val="ArticleScripture"/>
        <w:jc w:val="left"/>
      </w:pPr>
      <w:r>
        <w:rPr>
          <w:rFonts w:ascii="Times New Roman" w:hAnsi="Times New Roman" w:eastAsia="Times New Roman" w:cs="Times New Roman"/>
        </w:rPr>
        <w:t>Есүс түүнд хариулан айлдахдаа: “Симон Баржона, чи ерөөлтэй еэ. Учир нь үүнийг чамд махбод ба цус илчилсэнгүй, харин тэнгэрт буй Миний Эцэг илчилсэн юм. Мөн Би чамд хэлье: чи бол Петр, энэ хад чулуун дээр Би Өөрийн чуулганыг байгуулна; тамын үүднүүд түүнийг дийлэхгүй. Би чамд тэнгэрийн хаанчлалын түлхүүрүүдийг өгнө. Чи газар дээр юуг хүлнэ, тэр нь тэнгэрт хүлээстэй байх болно; мөн чи газар дээр юуг тайлна, тэр нь тэнгэрт тайлагдсан байх болно.”</w:t>
      </w:r>
    </w:p>
    <w:p>
      <w:pPr>
        <w:pStyle w:val="ArticleScripture"/>
        <w:jc w:val="left"/>
      </w:pPr>
      <w:r>
        <w:rPr>
          <w:rFonts w:ascii="Times New Roman" w:hAnsi="Times New Roman" w:eastAsia="Times New Roman" w:cs="Times New Roman"/>
        </w:rPr>
        <w:t>Тэгээд Тэрээр Өөрийн шавь нарт Өөрийг нь Есүс Христ мөн гэдгийг хэнд ч бүү хэлэгтүн хэмээн тушаав. Тэр цагаас хойш Есүс Өөрийн шавь нарт Иерусалим уруу явж, ахлагчид, ахлах тахилч нар, хуулийн багш нараас олон зовлон амсах, алуулж, гурав дахь өдөр дахин амилуулагдах ёстойг харуулж эхлэв.</w:t>
      </w:r>
    </w:p>
    <w:p>
      <w:pPr>
        <w:pStyle w:val="ArticleScripture"/>
        <w:jc w:val="left"/>
      </w:pPr>
      <w:r>
        <w:rPr>
          <w:rFonts w:ascii="Times New Roman" w:hAnsi="Times New Roman" w:eastAsia="Times New Roman" w:cs="Times New Roman"/>
        </w:rPr>
        <w:t>Тэгэхэд Петр Түүнийг хажуудаа аваачин, зэмлэж эхлээд: «Эзэн, энэ нь Танаас хол байг; ийм юм Танд тохиолдохгүй» гэж хэлэв.</w:t>
      </w:r>
    </w:p>
    <w:p>
      <w:pPr>
        <w:pStyle w:val="ArticleScripture"/>
        <w:jc w:val="left"/>
      </w:pPr>
      <w:r>
        <w:rPr>
          <w:rFonts w:ascii="Times New Roman" w:hAnsi="Times New Roman" w:eastAsia="Times New Roman" w:cs="Times New Roman"/>
        </w:rPr>
        <w:t>Харин Тэр эргэж, Петрт хандан, “Надаас зайл, Сатан аа; чи Надад бүдрүүлэг болж байна. Учир нь чи Бурханы юмсыг бус, харин хүний юмсыг бодож байна” гэж айлдав. Матай 16:15–23.</w:t>
      </w:r>
    </w:p>
    <w:p>
      <w:pPr>
        <w:pStyle w:val="ArticleBody"/>
        <w:jc w:val="left"/>
      </w:pPr>
      <w:r>
        <w:rPr>
          <w:rFonts w:ascii="Times New Roman" w:hAnsi="Times New Roman" w:eastAsia="Times New Roman" w:cs="Times New Roman"/>
        </w:rPr>
        <w:t>Гурав дахь цагт цовдлогдсон үйл явдал болон Петрийн дээд өрөөнд айлдсан мэдээ нь буудай ба зэрлэг өвс хоёуланг өөртөө агуулсан сүм хэмээн тодорхойлогдох дайчин сүмээс ялгуусан сүм уруу шилжих эш үзүүллэгийн шилжилтийг уялдуулан харуулдаг. Ялгуусан сүм нь Пентекостын анхны үр жимсний буудайн өргөл бөгөөд энэ нь Ням гаргийн хууль мөн. Зэрлэг өвс ба буудай боловсорч гүйцэхэд тэнгэрэлчүүд эдгээр хоёр ангийг салгана. 9/11-ээс эхлэн шивэрч эхэлсэн бороо нь буудай ба зэрлэг өвсийг үр жимсэндээ хүрэхэд хүргэдэг.</w:t>
      </w:r>
    </w:p>
    <w:p>
      <w:pPr>
        <w:pStyle w:val="ArticleBody"/>
        <w:jc w:val="left"/>
      </w:pPr>
      <w:r>
        <w:rPr>
          <w:rFonts w:ascii="Times New Roman" w:hAnsi="Times New Roman" w:eastAsia="Times New Roman" w:cs="Times New Roman"/>
        </w:rPr>
        <w:t>Зургаан цагийн хугацаа нь Эксетерийн хуарангийн цуглааны түүхийг 1844 оны 10 дугаар сарын 22 хүртэл, Христийн Иерусалимд ялгуусан байдлаар орж ирсэн явдал болон хаан Давид авдартайгаа Иерусалимд орж ирсэн явдлыг төлөөлдөг. Есдүгээр цаг нь мөн оройн тахил өргөх цаг бөгөөд үдээс хойш 3 цагийн орчим юм.</w:t>
      </w:r>
    </w:p>
    <w:p>
      <w:pPr>
        <w:pStyle w:val="ArticleScripture"/>
        <w:jc w:val="left"/>
      </w:pPr>
      <w:r>
        <w:rPr>
          <w:rFonts w:ascii="Times New Roman" w:hAnsi="Times New Roman" w:eastAsia="Times New Roman" w:cs="Times New Roman"/>
        </w:rPr>
        <w:t>Одоо чи тахилын ширээн дээр өргөх зүйл нь энэ болой: нэг настай хоёр хургыг өдөр бүр тасралтгүй өргө. Нэг хургыг чи өглөө өргөх бөгөөд, нөгөө хургыг чи үдшийн цагт өргөнө. Египетээс гарсан нь 29:38, 39.</w:t>
      </w:r>
    </w:p>
    <w:p>
      <w:pPr>
        <w:pStyle w:val="ArticleBody"/>
        <w:jc w:val="left"/>
      </w:pPr>
      <w:r>
        <w:rPr>
          <w:rFonts w:ascii="Times New Roman" w:hAnsi="Times New Roman" w:eastAsia="Times New Roman" w:cs="Times New Roman"/>
        </w:rPr>
        <w:t>“Бүр” хэмээн орчуулсан үг нь заримдаа “үдшийн хооронд” хэмээн илэрхийлэгддэг. “Үдшийн хооронд” гэдэг нь гурав дахь цагаас ес дэх цаг хүртлэх зургаан цагийн хугацааг заадаг. Христийн гэрээний долоо хоног нь загалмай дээрх тэр зургаан цагийн хугацааг төлөөлдөг бөгөөд энэ нь Пентекостын үеийн зургаан цагийн хугацааны альфа болдог. Гэрээний долоо хоног доторх хоёр гэрч нь зургаан цагийн хугацааг тодорхойлдог бөгөөд тэр нь зөвхөн ариун долоо хоногийн эш үзүүллэгтэй шууд холбоотой байгаад зогсохгүй, мөн Пентекостын улирлын бэлгэдлүүдтэй ч холбоотой юм. Тэгээд яг тэрхүү эш үзүүллэгийн долоо хоногийн төгсгөлд Петр ес дэх цагт Кесари уруу дуудагддаг. Ариун долоо хоногийн нэгэн ижил эш үзүүллэгийн бүтцийн доторх гурван ес дэх цагийн баримт; тэдгээрийн хоёр нь зургаан цагийн хугацааны омега төгсгөлүүд бөгөөд энэ нь мөн өглөөний ба үдшийн өргөлийн хоорондох хугацаа байсан тул, Корнилийн ес дэх цагт төгссөн хугацааны альфа болох гурав дахь цаг оршин байхыг эш үзүүллэгийн зайлшгүй шаардлагаар шаардаж байна.</w:t>
      </w:r>
    </w:p>
    <w:p>
      <w:pPr>
        <w:pStyle w:val="ArticleBody"/>
        <w:jc w:val="left"/>
      </w:pPr>
      <w:r>
        <w:rPr>
          <w:rFonts w:ascii="Times New Roman" w:hAnsi="Times New Roman" w:eastAsia="Times New Roman" w:cs="Times New Roman"/>
        </w:rPr>
        <w:t>Төв дүр нь Петр болсон Кесариагийн хоёр үйл явдал Кесари Филиппийг гурав дахь цаг мөн болохыг тодорхойлж байна. Зургаан цагийн тэр үе Кесариагаар эхэлж, Кесариагаар төгсөнө. Учир нь төгсгөлийг эхлэлээр дүрслэн үзүүлдэг.</w:t>
      </w:r>
    </w:p>
    <w:p>
      <w:pPr>
        <w:pStyle w:val="ArticleBody"/>
        <w:jc w:val="left"/>
      </w:pPr>
      <w:r>
        <w:rPr>
          <w:rFonts w:ascii="Times New Roman" w:hAnsi="Times New Roman" w:eastAsia="Times New Roman" w:cs="Times New Roman"/>
        </w:rPr>
        <w:t>Дээгүүр Өнгөрөх баярын хургыг үдэш, өөрөөр хэлбэл есдүгээр цагт—Христ нас барсан тэр үед—алах ёстой байв.</w:t>
      </w:r>
    </w:p>
    <w:p>
      <w:pPr>
        <w:pStyle w:val="ArticleScripture"/>
        <w:jc w:val="left"/>
      </w:pPr>
      <w:r>
        <w:rPr>
          <w:rFonts w:ascii="Times New Roman" w:hAnsi="Times New Roman" w:eastAsia="Times New Roman" w:cs="Times New Roman"/>
        </w:rPr>
        <w:t>Та нар түүнийг мөнөөх сарын арван дөрөвний өдөр хүртэл хадгалж бай; мөн Израилийн чуулганы бүх хурал түүнийг үдэш цагт нядалтугай. Египетээс гарсан нь 12:6.</w:t>
      </w:r>
    </w:p>
    <w:p>
      <w:pPr>
        <w:pStyle w:val="ArticleBody"/>
        <w:jc w:val="left"/>
      </w:pPr>
      <w:r>
        <w:rPr>
          <w:rFonts w:ascii="Times New Roman" w:hAnsi="Times New Roman" w:eastAsia="Times New Roman" w:cs="Times New Roman"/>
        </w:rPr>
        <w:t>Залбирлын цаг нь мөн есдүгээр цаг бөгөөд энэ нь үдшийн тахилын үе байсан юм.</w:t>
      </w:r>
    </w:p>
    <w:p>
      <w:pPr>
        <w:pStyle w:val="ArticleScripture"/>
        <w:jc w:val="left"/>
      </w:pPr>
      <w:r>
        <w:rPr>
          <w:rFonts w:ascii="Times New Roman" w:hAnsi="Times New Roman" w:eastAsia="Times New Roman" w:cs="Times New Roman"/>
        </w:rPr>
        <w:t>Миний залбирлыг Таны өмнө хүж мэт өргөн тавигдаг болгооч; гарын минь өргөлтийг үдшийн тахил мэт болгооч. Дуулал 141:2.</w:t>
      </w:r>
    </w:p>
    <w:p>
      <w:pPr>
        <w:pStyle w:val="ArticleBody"/>
        <w:jc w:val="left"/>
      </w:pPr>
      <w:r>
        <w:rPr>
          <w:rFonts w:ascii="Times New Roman" w:hAnsi="Times New Roman" w:eastAsia="Times New Roman" w:cs="Times New Roman"/>
        </w:rPr>
        <w:t>Оройн тахилыг залбирлын цаг мөн гэж үздэгтэй нийцүүлэн, Езра оройн тахилын үед залбирч байгаа тул тэр есдүгээр цагт залбирч байна; энэ нь Петр сүмд байсан цаг, Христ нас барсан цаг, мөн Корнелд Петрийг дуудуулахаар хүн явуулахыг тушаасан цаг юм.</w:t>
      </w:r>
    </w:p>
    <w:p>
      <w:pPr>
        <w:pStyle w:val="ArticleScripture"/>
        <w:jc w:val="left"/>
      </w:pPr>
      <w:r>
        <w:rPr>
          <w:rFonts w:ascii="Times New Roman" w:hAnsi="Times New Roman" w:eastAsia="Times New Roman" w:cs="Times New Roman"/>
        </w:rPr>
        <w:t>Оройн тахилын үед би өөрийн гүн гунигт байдлаас өндийн босов; хувцас хийгээд нөмрөгөө урсан, өвдөг сөхрөн сууж, Эзэн Бурхан уруугаа гараа сунгав. Езра 9:5.</w:t>
      </w:r>
    </w:p>
    <w:p>
      <w:pPr>
        <w:pStyle w:val="ArticleBody"/>
        <w:jc w:val="left"/>
      </w:pPr>
      <w:r>
        <w:rPr>
          <w:rFonts w:ascii="Times New Roman" w:hAnsi="Times New Roman" w:eastAsia="Times New Roman" w:cs="Times New Roman"/>
        </w:rPr>
        <w:t>Эзра залбиралдаа Вавилоноос гарч, сүм болон Иерусалимыг дахин барихаар ирсэн хүмүүс харь үндэстэн эмэгтэйчүүдтэй гэрлэснийг ухааран гэмшиж байв.</w:t>
      </w:r>
    </w:p>
    <w:p>
      <w:pPr>
        <w:pStyle w:val="ArticleScripture"/>
        <w:jc w:val="left"/>
      </w:pPr>
      <w:r>
        <w:rPr>
          <w:rFonts w:ascii="Times New Roman" w:hAnsi="Times New Roman" w:eastAsia="Times New Roman" w:cs="Times New Roman"/>
        </w:rPr>
        <w:t>Езра залбирч, нүглээ наманчлан хүлээж, уйлж гашуудан Бурханы өргөөний өмнө нүүрээрээ унан хэвтэж байх үед, Израилиас эрэгтэйчүүд, эмэгтэйчүүд, хүүхдүүдээс бүрдсэн асар их цуглаан түүн уруу цуглав. Учир нь ард түмэн маш ихээр уйлж байлаа. Тэгэхэд Еламын хөвгүүдийн нэгэн болох Иехиелийн хүү Шеканиа Езрад хандан: Бид өөрсдийн Бурханы эсрэг гэмтэн, энэ нутгийн ард түмнээс харь эхнэрүүд авчээ. Гэсэн ч одоо энэ хэргийн талаар Израильд найдвар байна. Иймээс одоо эзний минь зөвлөгөөний дагуу, мөн манай Бурханы тушаалаас эмээгчдийн дагуу, бүх эхнэрүүдийг болон тэднээс төрсөн хүүхдүүдийг явуулахаар Бурхантайгаа гэрээ байгуулцгаая; үүнийг хуулийн дагуу үйлдэг. Босогтун; учир нь энэ хэрэг танд хамаарна. Бид ч мөн тантай хамт байна. Зоригжиж, үүнийг үйлдэгтүн.</w:t>
      </w:r>
    </w:p>
    <w:p>
      <w:pPr>
        <w:pStyle w:val="ArticleScripture"/>
        <w:jc w:val="left"/>
      </w:pPr>
      <w:r>
        <w:rPr>
          <w:rFonts w:ascii="Times New Roman" w:hAnsi="Times New Roman" w:eastAsia="Times New Roman" w:cs="Times New Roman"/>
        </w:rPr>
        <w:t>Тэгээд Езра босож, тэргүүн тахилчид, левичүүд болон бүх Израилийг энэ үгийн дагуу үйлдэхээр тангараг өргүүлэв. Тэд ч тангараглав. Дараа нь Езра Бурханы өргөөний өмнөөс босож, Елиашибын хүү Иохананы тасалгаанд оров. Тэнд очоод тэр талх идсэнгүй, ус уусангүй. Учир нь тэр цөллөгөөс буцаж ирэгсдийн гэмт үйлдлийн улмаас гашуудан байсан юм. Тэгээд Иуда болон Иерусалим даяар цөллөгийн бүх хөвгүүдэд хандан зарлиг тунхаглаж, тэд Иерусалимд цугларан ирэх ёстойг мэдэгдэв. Харин ноёд болон ахлагчдын зөвлөсний дагуу, хэн боловч гурав хоногийн дотор ирэхгүй бол, түүний бүх эд хөрөнгийг хураан авч, өөрийг нь цөллөгөөс буцаж ирэгсдийн чуулганаас тусгаарлах ёстой байв. Тэгээд Иуда болон Бениамины бүх эрчүүд гурав хоногийн дотор Иерусалимд цугларан ирэв. Тэр нь есдүгээр сар, сарын хорь дахь өдөр байлаа. Бүх ард түмэн энэ хэргийн улмаас, мөн их борооны улмаас дагжин чичирч, Бурханы өргөөний талбайд сууж байв. Езра 10:1–9.</w:t>
      </w:r>
    </w:p>
    <w:p>
      <w:pPr>
        <w:pStyle w:val="ArticleBody"/>
        <w:jc w:val="left"/>
      </w:pPr>
      <w:r>
        <w:rPr>
          <w:rFonts w:ascii="Times New Roman" w:hAnsi="Times New Roman" w:eastAsia="Times New Roman" w:cs="Times New Roman"/>
        </w:rPr>
        <w:t>Нэг зуун дөчин дөрвөн мянгын гэрээ нь харийн эхнэр авсан хүмүүсээс тусгаарлагдах байдлаар дүрслэгддэг. Энэ нь ухаант болон мунхаг онгон охидын тусгаарлалт бөгөөд Христийн үхэл, Петр Пентекостын өдөр сүмд байсан явдал, мөн Петр далайн дэргэдэх Кесари руу дуудагдсан явдалтай адил есдүгээр цагт тохиолддог. Езрагийн хийсэн тусгаарлалт нь мөн Малахи номын гуравдугаар бүлэгт Гэрээний Элчийн үйлдсэн левичүүдийн цэвэршүүлэлт мөн юм. Малахи дахь энэ цэвэршүүлэлт нь Христийн сүмийг хоёр удаа цэвэрлэсэн явдлыг дүрслэн харуулдаг.</w:t>
      </w:r>
    </w:p>
    <w:p>
      <w:pPr>
        <w:pStyle w:val="ArticleScripture"/>
        <w:jc w:val="left"/>
      </w:pPr>
      <w:r>
        <w:rPr>
          <w:rFonts w:ascii="Times New Roman" w:hAnsi="Times New Roman" w:eastAsia="Times New Roman" w:cs="Times New Roman"/>
        </w:rPr>
        <w:t>“Есүс сүмийг дэлхийн худалдан авагчид ба худалдагчдаас цэвэрлэхдээ, зүрх сэтгэлийг нүглийн бузраас—сүнсийг завхруулдаг газарлаг хүсэл тачаал, аминч хүслийн тачаал, ёрын муу зуршлаас—цэвэрлэх Өөрийн эрхэм зорилгыг тунхагласан юм. Малахи 3:1–3 иш татав.” Эрин үеийн хүсэл, 161.</w:t>
      </w:r>
    </w:p>
    <w:p>
      <w:pPr>
        <w:pStyle w:val="ArticleBody"/>
        <w:jc w:val="left"/>
      </w:pPr>
      <w:r>
        <w:rPr>
          <w:rFonts w:ascii="Times New Roman" w:hAnsi="Times New Roman" w:eastAsia="Times New Roman" w:cs="Times New Roman"/>
        </w:rPr>
        <w:t>Езра болон гэрээнд орогсдод “бос” гэж тушаасан бөгөөд гучин найман жилийн хугацаанд бүх тэрслэгчид үхсэний дараа Иошуад мөн босохыг тушаасан. Эртний Израиль арван удаагийн сорилтын үйл явцад унахад хоёр жил зарцуулагдсан бөгөөд гучин найман жилийн дараа тэрслэгчид бүгд үхсэн байхад Бурхан тэдэнд босохыг айлдсан.</w:t>
      </w:r>
    </w:p>
    <w:p>
      <w:pPr>
        <w:pStyle w:val="ArticleScripture"/>
        <w:jc w:val="left"/>
      </w:pPr>
      <w:r>
        <w:rPr>
          <w:rFonts w:ascii="Times New Roman" w:hAnsi="Times New Roman" w:eastAsia="Times New Roman" w:cs="Times New Roman"/>
        </w:rPr>
        <w:t>Тэгээд би: Одоо босож, Зередийн горхийг гатал гэж хэлэв. Ингээд бид Зередийн горхийг гатлав. Бид Кадеш-Барнеагаас хөдөлснөөсөө хойш Зередийн горхийг гаталж өнгөртөл өнгөрсөн хугацаа нь гучин найман жил байсан бөгөөд, тэр хугацаанд ЭЗЭН тэдэнд тангарагласан ёсоор дайчдын бүх үеийнхэн цэргийн хүрээн дундаас бүрмөсөн устаж үгүй болсон билээ. Дэд хууль 2:13, 14.</w:t>
      </w:r>
    </w:p>
    <w:p>
      <w:pPr>
        <w:pStyle w:val="ArticleBody"/>
        <w:jc w:val="left"/>
      </w:pPr>
      <w:r>
        <w:rPr>
          <w:rFonts w:ascii="Times New Roman" w:hAnsi="Times New Roman" w:eastAsia="Times New Roman" w:cs="Times New Roman"/>
        </w:rPr>
        <w:t>Иоханы тавдугаар бүлэгт Есүс гучин найман жилийн турш өвчтэй байсан хүнийг эдгээсэн бөгөөд түүнийг эдгээхдээ тэр хүнд “бос” гэж айлдсан.</w:t>
      </w:r>
    </w:p>
    <w:p>
      <w:pPr>
        <w:pStyle w:val="ArticleScripture"/>
        <w:jc w:val="left"/>
      </w:pPr>
      <w:r>
        <w:rPr>
          <w:rFonts w:ascii="Times New Roman" w:hAnsi="Times New Roman" w:eastAsia="Times New Roman" w:cs="Times New Roman"/>
        </w:rPr>
        <w:t>Учир нь тодорхой нэгэн цагт тэнгэрэлч цөөрөм уруу бууж, усыг хөдөлгөдөг байв. Тэгээд ус хөдөлгөсний дараа хамгийн түрүүнд орсон хэн боловч ямар ч өвчтэй байсан эдгэрдэг байлаа. Тэнд гучин найман жилийн турш өвчтэй байсан нэгэн хүн байв. Есүс түүнийг хэвтэж байхыг хараад, тийнхүү удаан хугацаанд байсан гэдгийг мэдээд, түүнд — Эдгэрэхийг хүсэж байна уу? — гэж айлдав.</w:t>
      </w:r>
    </w:p>
    <w:p>
      <w:pPr>
        <w:pStyle w:val="ArticleScripture"/>
        <w:jc w:val="left"/>
      </w:pPr>
      <w:r>
        <w:rPr>
          <w:rFonts w:ascii="Times New Roman" w:hAnsi="Times New Roman" w:eastAsia="Times New Roman" w:cs="Times New Roman"/>
        </w:rPr>
        <w:t>Өвчтэй хүн Түүнд хариулан, Эзэн минь, ус хөдөлмөгц намайг цөөрөмд оруулах хүн надад алга; харин намайг очиж байх зуур өөр нэгэн надаас өмнө ордог гэжээ.</w:t>
      </w:r>
    </w:p>
    <w:p>
      <w:pPr>
        <w:pStyle w:val="ArticleScripture"/>
        <w:jc w:val="left"/>
      </w:pPr>
      <w:r>
        <w:rPr>
          <w:rFonts w:ascii="Times New Roman" w:hAnsi="Times New Roman" w:eastAsia="Times New Roman" w:cs="Times New Roman"/>
        </w:rPr>
        <w:t>Есүс түүнд — Бос, дэвсгэрээ аваад яв, гэж айлдав. Тэгмэгц тэр хүн эдгэрч, дэвсгэрээ аваад явлаа. Тэр өдөр нь амралтын өдөр байв. Иохан 5:4–9.</w:t>
      </w:r>
    </w:p>
    <w:p>
      <w:pPr>
        <w:pStyle w:val="ArticleBody"/>
        <w:jc w:val="left"/>
      </w:pPr>
      <w:r>
        <w:rPr>
          <w:rFonts w:ascii="Times New Roman" w:hAnsi="Times New Roman" w:eastAsia="Times New Roman" w:cs="Times New Roman"/>
        </w:rPr>
        <w:t>Эзрагийн зуун дөчин дөрвөн мянгын гэрээний дүрслэлд ард түмэн “босох” ёстой байв. 1838 онд Миллерийн хөдөлгөөний нэрт номлогч Жозайя Литч Османы ноёрхол 1840 оны орчимд төгсөнө хэмээн зөгнөсөн бөгөөд Миллерийн мэдээ босож, улмаар 1840 оны 8-р сарын 11-нд түүний яг таг биеллээр хүчирхэгжсэн юм. Ялгуусан сүмийн өргөгдөл нь гэрээ тогтоогдох үед Бурханы ард түмнийг босоход хүргэдэг зөгнөлтийг агуулдаг. Эзрагийн харь эхнэрүүдээс тусгаарласан явдалд бид Малахи дахь левичүүдийн ариусгалыг, мөн Христийн сүмийг хоёр удаа цэвэрлэсэн явдлыг олж хардаг бөгөөд эдгээр мөр бүр нь Христ нүглийг зуун дөчин дөрвөн мянгын зүрх сэтгэлээс үүрд зайлуулах үед гүйцэлддэг буудай ба зэрлэг өвсийн ялгалтыг тодорхойлдог. Христийн ес дэх цаг, Петрийн хоёр ес дэх цаг, мөн ариусгалын төлөөх Эзрагийн залбирал нь сүүлчийн бороо хэмжээлшгүйгээр асгагдах Ням гаргийн хуультай давхцан нийцдэг. Даниел номын есдүгээр бүлэгт, Даниел оройн өргөлийн цагт, өөрөөр хэлбэл ес дэх цагт, өөрийн гуйлтуудын хариуг хүлээн авдаг.</w:t>
      </w:r>
    </w:p>
    <w:p>
      <w:pPr>
        <w:pStyle w:val="ArticleScripture"/>
        <w:jc w:val="left"/>
      </w:pPr>
      <w:r>
        <w:rPr>
          <w:rFonts w:ascii="Times New Roman" w:hAnsi="Times New Roman" w:eastAsia="Times New Roman" w:cs="Times New Roman"/>
        </w:rPr>
        <w:t>Тийм ээ, намайг залбирал үйлдэн ярьж байх үед, эхэндээ үзэгдэлд үзсэн өнөөх хүн Габриел хурдан нисэн ирж, оройн өргөлийн цагийн хэрд надад хүрэв. Даниел 9:21.</w:t>
      </w:r>
    </w:p>
    <w:p>
      <w:pPr>
        <w:pStyle w:val="ArticleBody"/>
        <w:jc w:val="left"/>
      </w:pPr>
      <w:r>
        <w:rPr>
          <w:rFonts w:ascii="Times New Roman" w:hAnsi="Times New Roman" w:eastAsia="Times New Roman" w:cs="Times New Roman"/>
        </w:rPr>
        <w:t>Шинарын агуу мөрнүүдийн дэргэд Даниелд өгөгдсөн үзэгдлүүд эдүгээ биелэгдэх үйл явцдаа орсон бөгөөд эш үзүүллэгүүд өгөгдөх үед байсан нөхцөл байдлыг бид авч үзэх ёстой гэж бидэнд мэдээлэгдсэн байдаг.</w:t>
      </w:r>
    </w:p>
    <w:p>
      <w:pPr>
        <w:pStyle w:val="ArticleScripture"/>
        <w:jc w:val="left"/>
      </w:pPr>
      <w:r>
        <w:rPr>
          <w:rFonts w:ascii="Times New Roman" w:hAnsi="Times New Roman" w:eastAsia="Times New Roman" w:cs="Times New Roman"/>
        </w:rPr>
        <w:t>“Даниелын Бурханаас хүлээн авсан гэрэл нь онцгойлон эдгээр эцсийн өдрүүдэд зориулан өгөгдсөн юм. Түүний Шинарын аугаа мөрнүүд болох Улай ба Хиддекелийн эрэг дээр үзсэн үзэгдлүүд эдүгээ биеллийн явцад байгаа бөгөөд зөгнөн хэлэгдсэн бүх үйл явдал тун удахгүй биелэн өнгөрөх болно.</w:t>
      </w:r>
    </w:p>
    <w:p>
      <w:pPr>
        <w:pStyle w:val="ArticleScripture"/>
        <w:jc w:val="left"/>
      </w:pPr>
      <w:r>
        <w:rPr>
          <w:rFonts w:ascii="Times New Roman" w:hAnsi="Times New Roman" w:eastAsia="Times New Roman" w:cs="Times New Roman"/>
        </w:rPr>
        <w:t>“Даниелын эш үзүүллэгүүд өгөгдөж байсан үеийн Еврейн үндэстний нөхцөл байдлыг авч үз.” Testimonies to Ministers, 113.</w:t>
      </w:r>
    </w:p>
    <w:p>
      <w:pPr>
        <w:pStyle w:val="ArticleBody"/>
        <w:jc w:val="left"/>
      </w:pPr>
      <w:r>
        <w:rPr>
          <w:rFonts w:ascii="Times New Roman" w:hAnsi="Times New Roman" w:eastAsia="Times New Roman" w:cs="Times New Roman"/>
        </w:rPr>
        <w:t>Хиддекел болон Улай мөрөнтэй холбоотой үзэгдлүүдийн гэрэл нь Даниел номын арван нэгдүгээр бүлгийн сүүлийн зургаан бүлгийг төлөөлдөг. Улай мөрнөөр төлөөлүүлсэн есдүгээр бүлэгт Даниелд долоо, найм, есдүгээр бүлгүүдийн тухай гэрэл өгөгдөнө. Хиддекел мөрнөөр төлөөлүүлсэн аравдугаар бүлэгт Даниелд арав, арван нэг, арван хоёрдугаар бүлгүүдийн гэрэл өгөгдөнө. Зөгнөлийн мэдээлэл нь эдгээр бүлгүүд дотор дүрслэгдсэн зөгнөлийн үйл явдлуудаар төлөөлөгдөхийн зэрэгцээ, мөн Даниелаар ч төлөөлөгддөг. Учир нь зөгнөлүүд өгөгдөх үед еврей үндэстний нөхцөл байдлыг бид авч үзэх ёстой.</w:t>
      </w:r>
    </w:p>
    <w:p>
      <w:pPr>
        <w:pStyle w:val="ArticleBody"/>
        <w:jc w:val="left"/>
      </w:pPr>
      <w:r>
        <w:rPr>
          <w:rFonts w:ascii="Times New Roman" w:hAnsi="Times New Roman" w:eastAsia="Times New Roman" w:cs="Times New Roman"/>
        </w:rPr>
        <w:t>Бид эдгээр авч үзэх зүйлсийг эцсийн өдрүүдэд авчран, нөгөө эш үзүүлэгчийн гэрчлэлүүдтэй нийцүүлэх ёстой. Энэ нь Петр Кесари Филиппэд болон мөн Кесари Маритимад байдагтай адил, Даниелд есдүгээр бүлэгт есдүгээр цагт Габриел ирсэн бөгөөд аравдугаар бүлэгт хорин хоёр дахь өдөр түүн дээр ирдэг гэсэн үг юм. Эцсийн өдрүүдийн хувьд Улай ба Хиддекелийн гэрэл нь хорин хоёр дахь өдрийн есдүгээр цагт Даниелд лац нь тайлагдан нээгддэг. Тэрхүү гэрэл нь Ням гаргийн хуулийн үед хожмын борооны хэмжээлшгүй асгаралтыг төлөөлдөг.</w:t>
      </w:r>
    </w:p>
    <w:p>
      <w:pPr>
        <w:pStyle w:val="ArticleBody"/>
        <w:jc w:val="left"/>
      </w:pPr>
      <w:r>
        <w:rPr>
          <w:rFonts w:ascii="Times New Roman" w:hAnsi="Times New Roman" w:eastAsia="Times New Roman" w:cs="Times New Roman"/>
        </w:rPr>
        <w:t>Даниелын гэрчлэл есдүгээр цагт бүрэн нээгддэг. Учир нь энэ нь эцсийн өдрүүдэд Бурханы ард түмэнд юу “тохиолдох”-ын гадаад болон дотоод түүхийг хоёуланг нь тодорхойлдог. Тэрхүү гэрэл тунхаглагдах үед Корнелиусаар төлөөлөгдсөн харь үндэстнүүд нэг зуун дөчин дөрвөн мянгыг дуудуулж илгээнэ, Ням гаргийг албадан сахиулах замаар Бурханы хууль хөнөөгдөнө, мөн Петр Христийн орхин явсан бөгөөд иудейчүүдийн хоосон гэр хэмээн тодорхойлсон сүмд нэгэн мэдээг хүргэнэ. Петр харь үндэстнүүдэд, мөн Синедрионд ч хандан ярьдаг; харин Езра тусгаарлалтыг гуйн зуучилж, Даниел гэрлийн төлөө мацаг барин залбирдаг. Пентекостын үеийн есдүгээр цаг, Христийн үхлийн үеийн есдүгээр цаг, Корнелиус Петрийг дуудсан үеийн есдүгээр цаг, оройн тахил — эдгээр нь бүгд Кармел уулан дээрх Елиатай нэгэн шугамд нийцэн давхцдаг.</w:t>
      </w:r>
    </w:p>
    <w:p>
      <w:pPr>
        <w:pStyle w:val="ArticleBody"/>
        <w:jc w:val="left"/>
      </w:pPr>
      <w:r>
        <w:rPr>
          <w:rFonts w:ascii="Times New Roman" w:hAnsi="Times New Roman" w:eastAsia="Times New Roman" w:cs="Times New Roman"/>
        </w:rPr>
        <w:t>Зургаан цагийн хугацаа нь Ням гаргийн хуулиар төгсөх нэгэн үеийг илэрхийлдэг нь илт боловч, тэр нь төгсгөлтэй шууд холбоотой үйл явдлаар эхэлдэг; өглөө, оройн тахилууд ч мөн тийм байсан. Петрийн хувьд зургаан цагийн хугацаа нь Кесари Филиппээс далайн эргийн Кесари хүртэлх үе юм. Пентекостын үед энэ нь дээд өрөөнөөс сүм хүртэлх үе байсан. Замын эхэнд тавигдсан тод гэрэл болсон тэрхүү үе нь Шөнө дундын Хашхираан бөгөөд тэр үе Ням гаргийн хууль хүртэл үргэлжилдэг. Оройнуудын хоорондох зургаан цаг нь Христийн Иерусалим руу ялалтан орохыг төлөөлдөг бөгөөд энэ нь цаашлаад 1844 оны 8-р сарын 12-оос 17-ны хооронд болсон Эксетерийн хуарангийн цуглаанаас 1844 оны 10-р сарын 22-нд төгсгөлдөө хүрсэн мэдээний тунхаглалыг эхлүүлсэн тэр үеийг төлөөлсөн юм. Эксетер нь Кесари Филиппи бөгөөд далайн эргийн Кесари нь 1844 оны 10-р сарын 22 мөн. Эхлэл нь Кесаригаар тэмдэглэгддэгтэй адил төгсгөл ч мөн тийнхүү тэмдэглэгддэг.</w:t>
      </w:r>
    </w:p>
    <w:p>
      <w:pPr>
        <w:pStyle w:val="ArticleBody"/>
        <w:jc w:val="left"/>
      </w:pPr>
      <w:r>
        <w:rPr>
          <w:rFonts w:ascii="Times New Roman" w:hAnsi="Times New Roman" w:eastAsia="Times New Roman" w:cs="Times New Roman"/>
        </w:rPr>
        <w:t>Ялалтын оролт эхэндээ нэг маргаан, төгсгөлдөө мөн нэг маргаанаар тэмдэглэгдсэн байдаг. Эксетер дэх маргааныг Уотертаун майханд, тэр газрын хүрээнд явагдаж байсан хуурамч шүтлэг төлөөлөн илэрхийлж байв. Тэр хоёр майхан хоёр мэдээг төлөөлж байсан бөгөөд Христ Иерусалимд орох үед, саяхан уяанаас суллагдсан илжиг унан Чидун уулнаас доошлон Иерусалим руу айсуйд тунхаглагдаж байсан мэдээний талаар өө сэв хайгч иудейчүүд гомдоллосон юм. Эхний ба сүүлчийн маргаан нь уг хугацааны альфа ба омегаг тодорхойлдог. Эксетерт Уотертауны бүлэг нь тосгүй байсан онгон бүсгүйчүүдийн нэг ангийг төлөөлдөг бөгөөд тэдний хувьд авралын хаалга хаагдсан байв. Тэр хугацааны төгсгөлд ариун газарт орох хаалга хаагдсан бөгөөд ингэснээр уг хугацаанд альфа ба омега тогтов. Тэрхүү альфа ба омега нь ялалтын оролтын хоёр маргаантай, мөн Петртэй холбоотой Кесариас Кесариа хүртэлхтэй нийцдэг.</w:t>
      </w:r>
    </w:p>
    <w:p>
      <w:pPr>
        <w:pStyle w:val="ArticleBody"/>
        <w:jc w:val="left"/>
      </w:pPr>
      <w:r>
        <w:rPr>
          <w:rFonts w:ascii="Times New Roman" w:hAnsi="Times New Roman" w:eastAsia="Times New Roman" w:cs="Times New Roman"/>
        </w:rPr>
        <w:t>Кесаре Филиппид, Симон Бар Ионагийн нэрийг Петр болгон өөрчилдөг; энэ хэсэгт тэрээр эхлээд онгодын ам болж магтагдаад, дараа нь загалмайн мэдээг эсэргүүцсэнийхээ төлөө Сатан хэмээн зэмлэгддэг. Петр бол баптисм ба загалмайн мэдээгээр—өөрөөр хэлбэл 9/11 ба Ням гаргийн хуулийн мэдээгээр—салгаж тусгаарлагддаг хоёр ангийг бэлгэддэг.</w:t>
      </w:r>
    </w:p>
    <w:p>
      <w:pPr>
        <w:pStyle w:val="ArticleScripture"/>
        <w:jc w:val="left"/>
      </w:pPr>
      <w:r>
        <w:rPr>
          <w:rFonts w:ascii="Times New Roman" w:hAnsi="Times New Roman" w:eastAsia="Times New Roman" w:cs="Times New Roman"/>
        </w:rPr>
        <w:t>“Фарисай болон татвар хураагчийг төлөөлүүлэн үзүүлсэн анги бүрийн тухайд элч Петрийн түүхэнд нэгэн сургамж бий. Шавь болсон эхэн үедээ Петр өөрийгөө хүчтэй гэж боддог байв. Фарисай шиг тэр өөрийн үнэлэмжээр ‘бусад хүмүүсийн адил бус’ гэж үздэг байлаа. Христ Өөрийн баригдан тушаагдахын өмнөх үдэш шавь нартаа, ‘Та нар энэ шөнө бүгд Миний улмаас бүдрэх болно’ хэмээн урьдчилан анхааруулахад, Петр итгэлтэйгээр, ‘Бүгд бүдэрсэн ч, би лав бүдрэхгүй’ гэж тунхагласан. Марк 14:27, 29. Петр өөрийн аюулыг мэдээгүй байв. Өөртөө итгэх итгэл нь түүнийг төөрөгдүүлсэн. Тэр сорилтыг тэсвэрлэж чадна гэж бодож байсан; гэвч хэдхэн богино цагийн дараа шалгалт ирж, тэр хараал хэлж, тангараглан Эзнээ үгүйсгэсэн юм.” Христийн сургамжит зүйрлэлүүд, 152.</w:t>
      </w:r>
    </w:p>
    <w:p>
      <w:pPr>
        <w:pStyle w:val="ArticleBody"/>
        <w:jc w:val="left"/>
      </w:pPr>
      <w:r>
        <w:rPr>
          <w:rFonts w:ascii="Times New Roman" w:hAnsi="Times New Roman" w:eastAsia="Times New Roman" w:cs="Times New Roman"/>
        </w:rPr>
        <w:t>Есдүгээр цагт, өөрөөр хэлбэл Елиагийн залбиралд хариу болгон өргөдөг үдшийн тахилын цагт, ЭЗЭН бол Бурхан мөн гэдгийг Бурханы ард түмэнд мэдүүлэхийн тулд гал буун ирж, өргөлийг шатаан идэв. Кармел ууланд бэлгэдэгдсэн хоёр анги байдаг: нэг анги нь тэр үед ЭЗЭН Тэр бол Бурхан мөн гэдгийг мэддэг, нөгөө нь Баалын эш үзүүлэгчдээр төлөөлөгдөх бөгөөд үүний дараа хядуулдаг.</w:t>
      </w:r>
    </w:p>
    <w:p>
      <w:pPr>
        <w:pStyle w:val="ArticleScripture"/>
        <w:jc w:val="left"/>
      </w:pPr>
      <w:r>
        <w:rPr>
          <w:rFonts w:ascii="Times New Roman" w:hAnsi="Times New Roman" w:eastAsia="Times New Roman" w:cs="Times New Roman"/>
        </w:rPr>
        <w:t>Оройн тахил өргөх цаг болоход эш үзүүлэгч Елиа урагшлан ирж, өгүүлрүүн: “Абрахам, Исаак, Израилийн Бурхан ЭЗЭН ээ, Та Израильд Бурхан мөн бөгөөд би Таны зарц, мөн энэ бүхнийг Таны үгийн дагуу үйлдсэн гэдгийг өнөөдөр мэдүүлээч. Намайг сонсооч, ЭЗЭН ээ, намайг сонсооч. Ингэснээр энэ ард түмэн Та бол ЭЗЭН Бурхан мөн гэдгийг, мөн Та тэдний зүрхийг дахин Өөр уруу нь эргүүлсэн гэдгийг мэдэх болтугай.”</w:t>
      </w:r>
    </w:p>
    <w:p>
      <w:pPr>
        <w:pStyle w:val="ArticleScripture"/>
        <w:jc w:val="left"/>
      </w:pPr>
      <w:r>
        <w:rPr>
          <w:rFonts w:ascii="Times New Roman" w:hAnsi="Times New Roman" w:eastAsia="Times New Roman" w:cs="Times New Roman"/>
        </w:rPr>
        <w:t>Тэгэхэд ЭЗЭНий гал бууж ирж, шатаалт тахилыг, модыг, чулуунуудыг, тоосыг хүртэл шатаан идэж, шуудуун дотор байсан усыг ч долоон сорж авав. Бүх ард түмэн үүнийг хараад нүүрээрээ газар унан, —ЭЗЭН, Тэр бол Бурхан; ЭЗЭН, Тэр бол Бурхан гэж хэлэв.</w:t>
      </w:r>
    </w:p>
    <w:p>
      <w:pPr>
        <w:pStyle w:val="ArticleScripture"/>
        <w:jc w:val="left"/>
      </w:pPr>
      <w:r>
        <w:rPr>
          <w:rFonts w:ascii="Times New Roman" w:hAnsi="Times New Roman" w:eastAsia="Times New Roman" w:cs="Times New Roman"/>
        </w:rPr>
        <w:t>Тэгээд Елиа тэдэнд, «Баалын эш үзүүлэгчдийг барьж ав; тэднээс нэгийг ч бүү мултлуул» гэв. Тэд тэднийг барьж авав. Елиа тэднийг Кишоны горхи уруу доош авчран, тэнд нь хөнөөв. Хаадын дээд 18:36–40.</w:t>
      </w:r>
    </w:p>
    <w:p>
      <w:pPr>
        <w:pStyle w:val="ArticleBody"/>
        <w:jc w:val="left"/>
      </w:pPr>
      <w:r>
        <w:rPr>
          <w:rFonts w:ascii="Times New Roman" w:hAnsi="Times New Roman" w:eastAsia="Times New Roman" w:cs="Times New Roman"/>
        </w:rPr>
        <w:t>Үдшийн тахил, Христийн үхэл, Петрийн доголон хүнийг эдгээсэн нь, Петрийн захиасыг харь үндэстнүүдэд хүргэсэн нь, Даниел эш үзүүллэгийн гэрлийг хүлээн авсан нь, Елиагийн залбирал гал бууж хариулагдсан нь, мөн Езра тааран хувцас өмсөн, үнсэн дунд сууж, Лаодикейгаас Филаделфид шилжихийн төлөө, тэмцэгч сүмээс ялгуусан сүм рүү шилжихийн төлөө залбирч байгаа нь. Есдүгээр цаг бол тахилын цаг, залбирал хариулагдах цаг, тэнгэр газар хүрэлцэн шүргэлцэх цаг, шүүлт ба өршөөлийн хоорондох гүүр мөн; тиймээс Христ есдүгээр цагт нас барсан, учир нь тахилын есдүгээр цаг нь харанхуйд сууж байсан харь үндэстнүүдэд сайн мэдээг нээж өгсөн бөгөөд Ням гаргийн хуулийн үед Даниелын ном бүрэн нээгдэхэд тэд агуу гэрлийг үзэх байсан юм.</w:t>
      </w:r>
    </w:p>
    <w:p>
      <w:pPr>
        <w:pStyle w:val="ArticleBody"/>
        <w:jc w:val="left"/>
      </w:pPr>
      <w:r>
        <w:rPr>
          <w:rFonts w:ascii="Times New Roman" w:hAnsi="Times New Roman" w:eastAsia="Times New Roman" w:cs="Times New Roman"/>
        </w:rPr>
        <w:t>Шүүгчид 6:21-д гардаг Гидеоны өргөлийн үед ЭЗЭНий тэнгэрэлч Гидеоны мах болон исгээгүй талхны өргөлийг таягаараа хүрэхэд, хаднаас гал оргилон гарч, түүнийг бүхэлд нь шатаан идэв. Тэрхүү гал нь Бурханы Гидеонд өгсөн дуудлагыг болон уг тэмдгийг хүлээн авсныг батлан харуулсан.</w:t>
      </w:r>
    </w:p>
    <w:p>
      <w:pPr>
        <w:pStyle w:val="ArticleScripture"/>
        <w:jc w:val="left"/>
      </w:pPr>
      <w:r>
        <w:rPr>
          <w:rFonts w:ascii="Times New Roman" w:hAnsi="Times New Roman" w:eastAsia="Times New Roman" w:cs="Times New Roman"/>
        </w:rPr>
        <w:t>Тэр түүнд хандан, «Хэрэв би эдүгээ Таны мэлмийд ивээл олсон бол, Та надтай ярьж буйгаа надад нэгэн тэмдгээр үзүүлээч. Намайг Танд эргэн ирж, өргөлөө авчран Таны өмнө тавих хүртэл эндээс бүү яв, гуйя» гэв. Тэгэхэд Тэр, «Чамайг дахин иртэл Би хүлээнэ» гэв. Гидеон дотогш орж, нэгэн ишиг төхөөрөн, нэг ефа гурилаар исгээгүй боов бэлтгэв. Махыг тэр сагсанд хийж, шөлийг саванд хийв; тэгээд тэдгээрийг царсны дор Түүн дээр авчран өргөв. Бурханы тэнгэрэлч түүнд, «Мах болон исгээгүй боовыг авч, энэ хад чулуун дээр тавьж, шөлийг асга» гэв. Тэр тийнхүү үйлдэв. Дараа нь ЭЗЭНий тэнгэрэлч гартаа байсан таягийнхаа үзүүрийг сунган мах болон исгээгүй боовонд хүргэхэд, хаднаас гал гарч ирэн мах болон исгээгүй боовыг шатаан үгүй болгов. Тэгээд ЭЗЭНий тэнгэрэлч түүний нүднээс далд болов. Гидеон түүнийг ЭЗЭНий тэнгэрэлч мөн болохыг мэдээд, «Ай, Эзэн БУРХАН! Учир нь би ЭЗЭНий тэнгэрэлчийг нүүр тулан харлаа» гэв. Шүүгчид 6:17–22.</w:t>
      </w:r>
    </w:p>
    <w:p>
      <w:pPr>
        <w:pStyle w:val="ArticleBody"/>
        <w:jc w:val="left"/>
      </w:pPr>
      <w:r>
        <w:rPr>
          <w:rFonts w:ascii="Times New Roman" w:hAnsi="Times New Roman" w:eastAsia="Times New Roman" w:cs="Times New Roman"/>
        </w:rPr>
        <w:t>Тэнгэрэлч уг бүлгийн эхний эшлэл дээр Гидеонд үзэгдэж, Гидеоныг “эрэлхэг хүчирхэг хүн” хэмээн дуудсан бөгөөд Гидеон тэрхүү мэдэгдлийг батлах тэмдэг хүсэв. Дараа нь Гидеон тэнгэрэлчийг саатан байхыг хүсдэг бөгөөд эш үзүүллэгт саатдаг тэнгэрэлч нь хоёр дахь тэнгэрэлч мөн. Саатлын хугацаа дууссаны дараа Гидеон өргөлөө авчирч тавихад, гал тэр өргөлийг шатаан идэв. Гидеон ес дэх цаг дээр байна; учир нь Елиа оройн өргөл байсан бөгөөд ес дэх цаг нь Пентекостын галан хэлнүүд нийцдэг Ням гаргийн хууль мөн. Гидеон нь Эзэнийг нүүр тулан хардаг нэгэн бүлгийг төлөөлдөг бөгөөд энэ нь арван бүлэгт Даниелд тохиолдсон зүйл юм. Гидеон гал өргөлийг шатаан идсэнийг хараад, тэрээр өөрийн нүүр тулан харсан Эзэнтэй харилцаж байснаа тэр үед ухаарсан юм.</w:t>
      </w:r>
    </w:p>
    <w:p>
      <w:pPr>
        <w:pStyle w:val="ArticleBody"/>
        <w:jc w:val="left"/>
      </w:pPr>
      <w:r>
        <w:rPr>
          <w:rFonts w:ascii="Times New Roman" w:hAnsi="Times New Roman" w:eastAsia="Times New Roman" w:cs="Times New Roman"/>
        </w:rPr>
        <w:t>Галын гайхамшиг тэмдгийг батлахад Гидеон энэ бодит байдалд сэрдэг бөгөөд тэрхүү тэмдэг нь Бурханы хүчит эр Гидеон өөрөө болон бүгд Хабаккукийн гурван зуун хавтанг гартаа барьсан гурван зуун тахилчийн цэрэг байв. Тэмдэг, эсвэл туг нь Гидеон өөрөө мөн бөгөөд мөн гучин долдугаар бүлэгт босон зогсдог Езекиелийн хүчит цэрэг мөн болох тэр гурван зуугийн цэрэг юм.</w:t>
      </w:r>
    </w:p>
    <w:p>
      <w:pPr>
        <w:pStyle w:val="ArticleBody"/>
        <w:jc w:val="left"/>
      </w:pPr>
      <w:r>
        <w:rPr>
          <w:rFonts w:ascii="Times New Roman" w:hAnsi="Times New Roman" w:eastAsia="Times New Roman" w:cs="Times New Roman"/>
        </w:rPr>
        <w:t>Левит 9:23, 24-т асрыг өргөмжлөн ариусгах үед, Аарон тэргүүн тахилчийн хувиар анхны өргөлүүдээ өргөсний дараа, ЭЗЭНий өмнөөс гал гарч ирэн, тахилын ширээн дээрх шатаалт тахил болон өөхийг шатаан идэв. Ард олон уулга алдан хашхирч, сүр жавхлангийн өмнө нүүрээрээ газар унав. Энэ нь мөр мөрөөрөө Елиагийн галаар нийцэх ёстой.</w:t>
      </w:r>
    </w:p>
    <w:p>
      <w:pPr>
        <w:pStyle w:val="ArticleBody"/>
        <w:jc w:val="left"/>
      </w:pPr>
      <w:r>
        <w:rPr>
          <w:rFonts w:ascii="Times New Roman" w:hAnsi="Times New Roman" w:eastAsia="Times New Roman" w:cs="Times New Roman"/>
        </w:rPr>
        <w:t>Ням гарагийн хуулийн үед тохиолдох буудай ба хогийн ургамлыг салгах тухай Езрагийн есдүгээр цагийн залбирал тэр үед биелж, байлдагч сүм ялгуусан сүм болон хувирна. Энэ нь мөн Гидеоны галтай нийцэх ёстой. Долоон өдрийн ариусгалын дараа найм дахь өдөр өргөсөн Аароны анхны өргөл дээр буусан шатаагч гал мөн тэр өдөр дахин ирж, Аароны хоёр бузар хүүг устгасан. Ням гарагийн хуулийн үед, есдүгээр цагт, Ариун Сүнс хэмжээлшгүйгээр асгарахад тахилчдын хоёр ангилал салгагдаж, ялгуусан сүм ялан дийлж, дийлэхээр урагшлан гардаг Ефесийн цагаан мориор төлөөлөгдсөн ажлыг эхлүүлэх болно. Ялгуусан сүмийн тослолт нь Соломоны сүмд хоёр дахь гэрчээ олдог.</w:t>
      </w:r>
    </w:p>
    <w:p>
      <w:pPr>
        <w:pStyle w:val="ArticleBody"/>
        <w:jc w:val="left"/>
      </w:pPr>
      <w:r>
        <w:rPr>
          <w:rFonts w:ascii="Times New Roman" w:hAnsi="Times New Roman" w:eastAsia="Times New Roman" w:cs="Times New Roman"/>
        </w:rPr>
        <w:t>Шастирын дэд 2:7:1–3-т өгүүлснээр, Соломоны залбирлын дараа тэнгэрээс гал бууж, шатаалт тахилууд болон өргөл тахилуудыг шатаан идэв. ЭЗЭНий алдар суу сүмийг дүүргэж, үүний улмаас ард түмэн мөргөн шүтэж, Бурханы сайн чанар ба мөнхөд орших нигүүлслийг нь тунхаглав. Ням гарагийн хуулийн үед, Зехариа болон Исаиагийн дагуу ялгуусан сүм бүх уулсаас дээгүүр титэм болон туг тэмдэг мэт өргөгдөнө. Соломоны сүмийг өргөмжлөн ариусгах үед гал бууж ирэхэд сүм ЭЗЭНий алдар суугаар дүүрсэн нь долоо дахь бүрээний дуугаралт Бурханы ард түмэн дээрх ажлаа дуусгасан бөгөөд арван нэгдүгээр цагийн ажилчдын дээр яг тэр ажлыг дуусгахын даваан дээр байгааг бэлгэддэг. Долоо дахь бүрээ нь Есүс Өөрийн алдар суут хаанчлалыг өргөмжлөх үед тохиолдох Бурханлаг чанар ба хүн чанарын нэгдэл болох эвлэрүүллийг төлөөлдөг. Мосегийн асар болон Соломоны сүм дээр бууж ирсэн тэр гал нь Давидын хувьд байсанчлан, Аароны хүүгийн хувьд мөн шүүлтийн гал байсан юм.</w:t>
      </w:r>
    </w:p>
    <w:p>
      <w:pPr>
        <w:pStyle w:val="ArticleBody"/>
        <w:jc w:val="left"/>
      </w:pPr>
      <w:r>
        <w:rPr>
          <w:rFonts w:ascii="Times New Roman" w:hAnsi="Times New Roman" w:eastAsia="Times New Roman" w:cs="Times New Roman"/>
        </w:rPr>
        <w:t>1 Шастир 21:26-д, Давидын хүн амын тооллогоос үүдэн гарсан тахлын үеэр Арауна/Орнаны үтрэм дээр өргөсөн Давидын өргөлд тэнгэрээс галаар хариулагдаж, тэр нь хүлээн авалтыг илтгэн тахлыг зогсоосон билээ. Лаодикийн тахал нь, хүний хүч чадал ба мэргэн ухаанд найдах Түүний хамаарлын тахлыг тогтоон барихын тулд Давидын өргөл дээр гал бууж ирэхэд төгсөнө. Хүнийхээс Тэнгэрлэг хүнийх рүү шилжих шилжилт нь эвлэрүүлэл гүйцэлдэх үед тэмдэглэгдэж, сүм нь туг болгон өргөгдөнө. Тэр үед, Соломоны сүмтэй нийцүүлэн, Бурханлаг чанар хүн төрөлхтөнтэй нэгдэхэд Эзэний алдар сүмийг дүүргэсэн юм.</w:t>
      </w:r>
    </w:p>
    <w:p>
      <w:pPr>
        <w:pStyle w:val="ArticleBody"/>
        <w:jc w:val="left"/>
      </w:pPr>
      <w:r>
        <w:rPr>
          <w:rFonts w:ascii="Times New Roman" w:hAnsi="Times New Roman" w:eastAsia="Times New Roman" w:cs="Times New Roman"/>
        </w:rPr>
        <w:t>Бид Шөнө дундын Хашхирааны үеийг гуравдугаар болон есдүгээр цагуудаар төлөөлүүлэн авч үзэхээ дараагийн өгүүлэлд үргэлжлүүлэх болно.</w:t>
      </w:r>
    </w:p>
    <w:p>
      <w:pPr>
        <w:pStyle w:val="ArticleScripture"/>
        <w:jc w:val="left"/>
      </w:pPr>
      <w:r>
        <w:rPr>
          <w:rFonts w:ascii="Times New Roman" w:hAnsi="Times New Roman" w:eastAsia="Times New Roman" w:cs="Times New Roman"/>
        </w:rPr>
        <w:t>Зургаан өдрийн дараа Есүс Петр, Иаков болон түүний дүү Иоханыг дагуулан, тэднийг тусад нь өндөр уул өөд авч гарав. Тэгээд Тэр тэдний өмнө дүрээ хувиргав. Түүний нүүр нар мэт гэрэлтэж, хувцас нь гэрэл мэт цагаан болов. Тэгтэл, болгоогтун, Мосе ба Елиа Түүнтэй ярилцаж тэдэнд үзэгдэв.</w:t>
      </w:r>
    </w:p>
    <w:p>
      <w:pPr>
        <w:pStyle w:val="ArticleScripture"/>
        <w:jc w:val="left"/>
      </w:pPr>
      <w:r>
        <w:rPr>
          <w:rFonts w:ascii="Times New Roman" w:hAnsi="Times New Roman" w:eastAsia="Times New Roman" w:cs="Times New Roman"/>
        </w:rPr>
        <w:t>Тэгэхэд Петр Есүст хариулан, —Эзэн, бид энд байх нь сайн байна; хэрэв Та хүсвэл, энд гурван майхан барья: Танд нэгийг, Мосед нэгийг, мөн Елиад нэгийг,—гэв. Түүнийг ийн ярьж байтал, гэнэт гэрэлт үүл тэднийг бүрхэн авчээ. Тэгтэл үүлнээс нэгэн дуу гарч, —Энэ бол Миний хайртай Хүү, Түүнд Би ихэд тааламжтай байдаг; Түүнийг сонсогтун,—гэв.</w:t>
      </w:r>
    </w:p>
    <w:p>
      <w:pPr>
        <w:pStyle w:val="ArticleScripture"/>
        <w:jc w:val="left"/>
      </w:pPr>
      <w:r>
        <w:rPr>
          <w:rFonts w:ascii="Times New Roman" w:hAnsi="Times New Roman" w:eastAsia="Times New Roman" w:cs="Times New Roman"/>
        </w:rPr>
        <w:t>Шавь нар үүнийг сонсоод нүүрээрээ газар унан, ихэд айв. Есүс ирж тэдэнд хүрч, —Босогтун, бүү ай,— гэж айлдав.</w:t>
      </w:r>
    </w:p>
    <w:p>
      <w:pPr>
        <w:pStyle w:val="ArticleScripture"/>
        <w:jc w:val="left"/>
      </w:pPr>
      <w:r>
        <w:rPr>
          <w:rFonts w:ascii="Times New Roman" w:hAnsi="Times New Roman" w:eastAsia="Times New Roman" w:cs="Times New Roman"/>
        </w:rPr>
        <w:t>Тэд нүдээ өргөн харвал Есүсээс өөр хэнийг ч үзсэнгүй. Уулаас бууж явах үед Есүс тэдэнд тушаан, —Хүний Хүү үхэгсдээс амилан босох хүртэл энэ үзэгдлийг хэнд ч бүү ярь,— гэж айлдав. Матай 17:1–9.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Иоелын Ном ба Лаодикийн Долоо Дахь Өдрийн Адвентист Сүм - Гучин Хоёрдугаар Дугаар</dc:title>
  <dc:subject/>
  <dc:creator>Jeff Pippenger</dc:creator>
  <cp:keywords/>
  <dc:description>Generated by ArticleDigger from joel\32_joel.json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