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Гучин Тавдугаар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Гучин тавдугаар дугаар</w:t>
      </w:r>
    </w:p>
    <w:p>
      <w:pPr>
        <w:pStyle w:val="ArticleBody"/>
        <w:jc w:val="left"/>
      </w:pPr>
      <w:r>
        <w:rPr>
          <w:rFonts w:ascii="Times New Roman" w:hAnsi="Times New Roman" w:eastAsia="Times New Roman" w:cs="Times New Roman"/>
        </w:rPr>
        <w:t>Эртний Бичвэрүүдийн 81-р хуудсанд (мөн “81” нь нэг тэнгэрлэг Тэргүүн Тахилч болон наян тахилчийн бэлгэдэл) Виллиам Миллерийн хоёр дахь зүүдийг тэмдэглэсэн байдаг. Небухаднезартай адил Виллиам Миллер хоёр зүүд үзсэн. Даниелын дөрөвдүгээр бүлэгт гардаг Небухаднезарын хоёр дахь зүүд нь Левит 26 дахь Мосегийн “долоон үе”-ийн хүрээнд тавигдсан байдаг. Миллер 2,520-ыг заахдаа Левит хорин зургаагийн “долоон үе”-ийг тайлбарлахын тулд Даниелын дөрөвдүгээр бүлгийг хэрэглэсэн боловч үүнийг тэр “долоон үе” гэж нэрлэж байв. Миллер өөрийгөө Небухаднезараар дүрслэгдсэнийг таньж мэдээгүй, гэвч дөрөвдүгээр бүлэг дэх Небухаднезарын 2,520 өдөр нь “тараах” гэсэн үгээр ч, мөн шороон сойзтой хүн Миллерийн зүүдэнд ирэхээс өмнө энэ нь ‘долоон удаа’ тохиолддог явдлаар ч төлөөлөгддөг.</w:t>
      </w:r>
    </w:p>
    <w:p>
      <w:pPr>
        <w:pStyle w:val="ArticleBody"/>
        <w:jc w:val="left"/>
      </w:pPr>
      <w:r>
        <w:rPr>
          <w:rFonts w:ascii="Times New Roman" w:hAnsi="Times New Roman" w:eastAsia="Times New Roman" w:cs="Times New Roman"/>
        </w:rPr>
        <w:t>Систер Уайт Миллерийг “Эцэг Миллер” хэмээн нэрлэдэг, гэвч католикуудын адил харь шашны маягаар бус, харин эцэг Абрахамтай адил өвөг дээдсийн утгаар нэрлэдэг. Миллер бол бэлгэ тэмдэг мөн; тэр бол гэрээний хүн бөгөөд нэг зуун дөчин дөрвөн мянгатай байгуулагдах эцсийн гэрээнд хүрэх зам дахь Библийн бэлгэ тэмдгүүдийн хэлхээг төлөөлдөг. Иоел бидэнд эцсийн өдрүүдэд хөгшид зүүд зүүдэлнэ гэж мэдүүлдэг бөгөөд Уильям Миллер бол бидний түүхийн тэр хөгшин хүн мөн, мөн түүнчлэн Уильям Тиндейлийн “Хэрэв Бурхан миний амийг хэлтрүүлбэл, олон жил өнгөрөхөөс өмнө би анжис хөтлөн газар хагалж буй хөвгүүн чамаас илүү Судрыг мэддэг болгоно” хэмээх эш үзүүллэгийг биелүүлсэн тариачин мөн.</w:t>
      </w:r>
    </w:p>
    <w:p>
      <w:pPr>
        <w:pStyle w:val="ArticleScripture"/>
        <w:jc w:val="left"/>
      </w:pPr>
      <w:r>
        <w:rPr>
          <w:rFonts w:ascii="Times New Roman" w:hAnsi="Times New Roman" w:eastAsia="Times New Roman" w:cs="Times New Roman"/>
        </w:rPr>
        <w:t>“Бурхан Өөрийн тэнгэрэлчийг илгээж, Библийг итгээгүй нэгэн тариачны зүрх сэтгэлд нөлөөлөн, түүнийг эш үзүүллэгүүдийг судлан эрэхэд хөтөлсөн юм. Бурханы тэнгэрэлч нар тэр сонгогдсон нэгэнд дахин дахин үзэгдэж, түүний оюун санааг чиглүүлэн, Бурханы ард түмэнд урьдын туршид харанхуй байсан эш үзүүллэгүүдийг түүний ойлголтод нээж өгчээ. Үнэнгийн гинжин хэлхээний эхлэл түүнд өгөгдөж, тэр холбоосын араас холбоосыг эрэн судалсаар, эцэст нь Бурханы Үгийг гайхшрал, бишрэлийн дунд харжээ. Тэр тэнд үнэнгийн төгс гинжин хэлхээг олж харсан юм. Урьд нь онгодгүй хэмээн үздэг байсан тэр Үг одоо түүний мэлмийд өөрийн гоо үзэсгэлэн, сүр жавхлангаар нээгдэв. Тэрээр Судрын нэг хэсэг нь нөгөөгөө тайлбарладагийг харсан бөгөөд, нэг эшлэл түүний ойлголтод хаалттай байх үед, Үгийн өөр хэсгээс түүнийг тайлбарлах зүйлийг олдог байв. Тэрээр Бурханы ариун Үгийг баяр хөөртэйгөөр, мөн хамгийн гүн хүндэтгэл ба бишрэлтэйгээр эрхэмлэн үздэг байлаа.” Эртний бичвэрүүд, 230.</w:t>
      </w:r>
    </w:p>
    <w:p>
      <w:pPr>
        <w:pStyle w:val="ArticleBody"/>
        <w:jc w:val="left"/>
      </w:pPr>
      <w:r>
        <w:rPr>
          <w:rFonts w:ascii="Times New Roman" w:hAnsi="Times New Roman" w:eastAsia="Times New Roman" w:cs="Times New Roman"/>
        </w:rPr>
        <w:t>Миллер бол Тиндейлийн эш үзүүллэгийг биелүүлсэн тариачин байсан бөгөөд Даниел 8:14-ийн лац тайлагдсанаас цуглуулсан эш үзүүллэгийн мэдлэгээ анх нийтэлсэн нь 1831 онд, Библийн Хаан Жеймсийн орчуулга хэвлэгдсэнээс хойш хоёр зуун хорин жилийн дараа болсон юм. Жон Уиклифф, Уильям Тиндейл болон 1611 онд Хаан Жеймсийн Библи хэвлэгдсэн явдал нь Тиндейлийн анжисны хөвгүүн Бурханы Үгийг эхний тэнгэрэлчийн мэдээнд нээж өгөхөд төгсөх, түүнээс хойш өөр хоёр тэнгэрэлч дагах ёстой байсан, хоёр зуун хорин жилийн эш үзүүллэгийг эхлүүлдэг гурван тэмдэгт үеийг төлөөлдөг. Тэрхүү эхний тэнгэрэлч 1798 онд, харин гурав дахь нь 1844 онд ирсэн. Уиклифф, Тиндейл болон Хаан Жеймс нь Тиндейлийн урьдчилан хэлсэн үгийг биелүүлэх тариачинтай холбогддог бөгөөд тэр нь 1798 оноос 1844 он хүртэлх гурван тэнгэрэлчийн түүхийг бэлгэдэх байв.</w:t>
      </w:r>
    </w:p>
    <w:p>
      <w:pPr>
        <w:pStyle w:val="ArticleBody"/>
        <w:jc w:val="left"/>
      </w:pPr>
      <w:r>
        <w:rPr>
          <w:rFonts w:ascii="Times New Roman" w:hAnsi="Times New Roman" w:eastAsia="Times New Roman" w:cs="Times New Roman"/>
        </w:rPr>
        <w:t>Уильям Миллерийн альфа нээлт нь Левит хорин зургаад өгүүлсэн 2,520 жил байсан бөгөөд түүний омега нээлт нь Даниел 8:14-ийн 2,300 жил байв. Иудагийн 2,520 жилийн тараагдал МЭӨ 677 онд эхэлж, 1844 онд төгссөн. Даниел 8:14-ийн 2,300 жил 1844 онд дууссан. Хоёулаа 1844 онд хамтдаа төгссөн бөгөөд Уильям Миллерийн альфа ба омега нээлтүүдийн эхлэх цэгүүд хоёр зуун хорин жилийн зайтай байв. “Хоёр зуун хорин” нь хоёр гэрч дээр тулгуурласан Уильям Миллерийн бэлгэ тэмдэг юм. Миллерийн альфа ба омега нээлтүүдийг 1798 ба 1844 он төлөөлдөг. Хойд хаант улсын эсрэгх 2,520 жилийн тараагдал 1798 онд төгсөж, дөчин зургаан жилийн дараа, 1844 онд, 2,300 жил дууссан.</w:t>
      </w:r>
    </w:p>
    <w:p>
      <w:pPr>
        <w:pStyle w:val="ArticleBody"/>
        <w:jc w:val="left"/>
      </w:pPr>
      <w:r>
        <w:rPr>
          <w:rFonts w:ascii="Times New Roman" w:hAnsi="Times New Roman" w:eastAsia="Times New Roman" w:cs="Times New Roman"/>
        </w:rPr>
        <w:t>1798 онд төгссөн 2,520 жил нь тэр он цагийг тэмдэглэдэг бөгөөд 1844 онд төгссөн Иудагийн эсрэгх 2,520 жил нь хоёр зуун хорин жилийн хугацааг бий болгодог. Энэ нь Израилийн эсрэгх 2,520 нь дөчин зургаан жилийн эш үзүүллэгийн хугацааг, харин Иудагийн эсрэгх 2,520 нь хоёр зуун хорин жилийн эш үзүүллэгийн хугацааг бий болгодог гэсэн үг юм. Тэр хугацааны альфа нь МЭӨ 677 он, омега нь МЭӨ 457 он бөгөөд энэ нь дөчин зургаан жилийн хугацааны болон хоёр зуун хорин жилийн хугацааны альфа нь 2,520-оор төлөөлөгдөж, харин хоёр шугамын хоёулангийнх нь омега нь 2,300 болохыг илэрхийлдэг. 2,520 жилийн хоёр “тараалт” нь 2,520-оор эхэлж, 2,300-аар төгсдөг нэгэн хугацааны хоёр гэрчийг хангадаг. Эдгээр хоёр шугам хоёулаа Уильям Миллерийн альфа ба омегийн нээлтүүдийг тодорхойлдог.</w:t>
      </w:r>
    </w:p>
    <w:p>
      <w:pPr>
        <w:pStyle w:val="ArticleScripture"/>
        <w:jc w:val="left"/>
      </w:pPr>
      <w:r>
        <w:rPr>
          <w:rFonts w:ascii="Times New Roman" w:hAnsi="Times New Roman" w:eastAsia="Times New Roman" w:cs="Times New Roman"/>
        </w:rPr>
        <w:t>“Уильям Миллерийн Зүүд”</w:t>
      </w:r>
    </w:p>
    <w:p>
      <w:pPr>
        <w:pStyle w:val="ArticleScripture"/>
        <w:jc w:val="left"/>
      </w:pPr>
      <w:r>
        <w:rPr>
          <w:rFonts w:ascii="Times New Roman" w:hAnsi="Times New Roman" w:eastAsia="Times New Roman" w:cs="Times New Roman"/>
        </w:rPr>
        <w:t>“Би зүүдэндээ Бурхан үл үзэгдэх мутраараа надад арван инч орчим урт, зургаан инчийн дөрвөлжин хэмжээтэй, хар мод ба сувдаар нарийн урласан шигтгээгээр чимэглэсэн нэгэн авдрыг илгээснийг үзэв. Тэр авдарт нэг түлхүүр бэхлээстэй байв. Би даруй түлхүүрийг авч авдрыг нээтэл, гайхал ба алмайралд автан, түүн дотор янз бүрийн төрөл, хэмжээтэй эрдэнэс, алмааз, үнэт чулуу, мөн бүх төрлийн хэмжээ, үнэ бүхий алт, мөнгөн зоос дүүрэн байгааг олж харав; тэдгээр нь авдрын дотор тус тусын байранд нь үзэсгэлэнтэйгээр эмхлэгдэн байрласан байсан бөгөөд ийнхүү байрласан байдалдаа тэд зөвхөн нартай л эн зэрэгцэх гэрэл ба сүр жавхланг цацруулж байв.</w:t>
      </w:r>
    </w:p>
    <w:p>
      <w:pPr>
        <w:pStyle w:val="ArticleScripture"/>
        <w:jc w:val="left"/>
      </w:pPr>
      <w:r>
        <w:rPr>
          <w:rFonts w:ascii="Times New Roman" w:hAnsi="Times New Roman" w:eastAsia="Times New Roman" w:cs="Times New Roman"/>
        </w:rPr>
        <w:t>“Агуу их гайхамшигт энэ үзэгдлийг ганцаараа эдлэх нь миний үүрэг биш гэж би бодсон. Хэдийгээр миний зүрх доторх нь түүнд агуулагдсан зүйлсийн гялбаа, гоо үзэсгэлэн, үнэ цэнээр хэт баяссан боловч, би түүнийг өрөөнийхөө голын ширээн дээр тавьж, хүсэлтэй хэн боловч ирж, энэ амьдралд хүний харж байсан хамгийн алдарт, хамгийн гялалзсан үзэгдлийг үзэж болно хэмээн мэдэгдсэн юм.</w:t>
      </w:r>
    </w:p>
    <w:p>
      <w:pPr>
        <w:pStyle w:val="ArticleScripture"/>
        <w:jc w:val="left"/>
      </w:pPr>
      <w:r>
        <w:rPr>
          <w:rFonts w:ascii="Times New Roman" w:hAnsi="Times New Roman" w:eastAsia="Times New Roman" w:cs="Times New Roman"/>
        </w:rPr>
        <w:t>“Хүмүүс орж ирж эхлэв; анхандаа цөөн байсан ч аажмаар олон түмэн болов. Тэд анх авдрын доторхыг харахдаа гайхан биширч, баяр хөөрөөр хашхирцгаана. Харин үзэгчид олшрох үед хүн бүр эрдэнэсийг оролдож, тэдгээрийг авдраас гарган ширээн дээр тарааж эхэлнэ.</w:t>
      </w:r>
    </w:p>
    <w:p>
      <w:pPr>
        <w:pStyle w:val="ArticleScripture"/>
        <w:jc w:val="left"/>
      </w:pPr>
      <w:r>
        <w:rPr>
          <w:rFonts w:ascii="Times New Roman" w:hAnsi="Times New Roman" w:eastAsia="Times New Roman" w:cs="Times New Roman"/>
        </w:rPr>
        <w:t>“Эзэн нь тэр авдар болон үнэт эдлэлүүдийг надаас дахин нэхэх болно гэж би бодож эхэлсэн; хэрэв би тэднийг тарамдуулан алдахад хүргэвэл, би тэднийг урьдын адил авдрын доторх байр байранд нь дахин хэзээ ч тавьж чадахгүй; мөн энэ талаар хүлээх хариуцлага нь асар их байх тул, би түүнийг хэзээ ч дааж уулзаж чадахгүй мэт санагдсан. Тэгээд би хүмүүст тэдгээрт гар хүрэхгүй байхыг, мөн тэднийг авдраас бүү гаргаач хэмээн гуйж эхэлсэн; гэвч би хэдий чинээ ихээр гуйна, төдий чинээ тэд улам их тарамдуулж байв; одоо тэдгээрийг өрөө даяар, шалан дээр болон өрөөн дэх тавилга бүрийн дээр хүртэл нэгбүрчлэн тараан цацаж байгаа мэт санагдав.”</w:t>
      </w:r>
    </w:p>
    <w:p>
      <w:pPr>
        <w:pStyle w:val="ArticleScripture"/>
        <w:jc w:val="left"/>
      </w:pPr>
      <w:r>
        <w:rPr>
          <w:rFonts w:ascii="Times New Roman" w:hAnsi="Times New Roman" w:eastAsia="Times New Roman" w:cs="Times New Roman"/>
        </w:rPr>
        <w:t>“Тэгээд би тэд жинхэнэ эрдэнэс болон зоосны дунд хуурамч эрдэнэс, хуурамч зоосыг тоо томшгүйгээр тараан цацсаныг харлаа. Би тэдний жудаггүй үйлдэл, талархалгүй байдалд ихэд хилэгнэж, үүний төлөө тэднийг зэмлэн буруушаасан; гэвч би хэдий чинээ зэмлэх тусам, төдий чинээ тэд жинхэнэ эрдэнэсийн дунд хуурамч эрдэнэс, хуурамч зоосыг улам тараан цацсаар байв.</w:t>
      </w:r>
    </w:p>
    <w:p>
      <w:pPr>
        <w:pStyle w:val="ArticleScripture"/>
        <w:jc w:val="left"/>
      </w:pPr>
      <w:r>
        <w:rPr>
          <w:rFonts w:ascii="Times New Roman" w:hAnsi="Times New Roman" w:eastAsia="Times New Roman" w:cs="Times New Roman"/>
        </w:rPr>
        <w:t>“Тэгээд би махбод сэтгэлдээ ихэд бухимдан, тэднийг өрөөнөөс түлхэн гаргахын тулд махбод хүч хэрэглэж эхлэв; гэвч би нэгийг нь түлхэн гаргаж байтал, дахиад гурав нь орж ирэн шороо, үртэс, элс болон элдэв янзын хог новш оруулсаар, эцэст нь жинхэнэ үнэт чулуу, алмааз, зоос нэг бүрийг бүрхэн, бүгдийг нүднээс далдлав. Тэд мөн миний авдрыг хэсэг хэсгээр нь урж, тэр хог новшны дунд тараан хаяв. Миний уй гашуу ч, уур хилэн ч хэнд ч анзаарагдахгүй байна гэж би бодов. Би бүрэн цөхөрч, зориг мохон, суугаа газраа суун уйлав.</w:t>
      </w:r>
    </w:p>
    <w:p>
      <w:pPr>
        <w:pStyle w:val="ArticleScripture"/>
        <w:jc w:val="left"/>
      </w:pPr>
      <w:r>
        <w:rPr>
          <w:rFonts w:ascii="Times New Roman" w:hAnsi="Times New Roman" w:eastAsia="Times New Roman" w:cs="Times New Roman"/>
        </w:rPr>
        <w:t>“Ийнхүү асар их гарз хохирол, хариуцлагынхаа төлөө би уйлж, гашуудан байхдаа Бурханыг санаж, Тэр надад тусламж илгээхийг чин сэтгэлээсээ залбирсан билээ.</w:t>
      </w:r>
    </w:p>
    <w:p>
      <w:pPr>
        <w:pStyle w:val="ArticleScripture"/>
        <w:jc w:val="left"/>
      </w:pPr>
      <w:r>
        <w:rPr>
          <w:rFonts w:ascii="Times New Roman" w:hAnsi="Times New Roman" w:eastAsia="Times New Roman" w:cs="Times New Roman"/>
        </w:rPr>
        <w:t>“Даруй үүд нээгдэж, нэгэн хүн өрөөнд орж ирэхэд хүмүүс бүгдээрээ түүнээс гарч одов; тэрээр гартаа тоос шүүрдэх сойз барьсан байсан бөгөөд цонхнуудыг онгойлгон, өрөөнөөс тоос шороо болон хог новшийг шүүрдэж эхлэв.</w:t>
      </w:r>
    </w:p>
    <w:p>
      <w:pPr>
        <w:pStyle w:val="ArticleScripture"/>
        <w:jc w:val="left"/>
      </w:pPr>
      <w:r>
        <w:rPr>
          <w:rFonts w:ascii="Times New Roman" w:hAnsi="Times New Roman" w:eastAsia="Times New Roman" w:cs="Times New Roman"/>
        </w:rPr>
        <w:t>“Нурангин дунд тархан хэвтэх зарим эрхэм нандин эрдэнэс байсан тул би түүнээс тэвчин зогсохыг гуйн хашхирсан.</w:t>
      </w:r>
    </w:p>
    <w:p>
      <w:pPr>
        <w:pStyle w:val="ArticleScripture"/>
        <w:jc w:val="left"/>
      </w:pPr>
      <w:r>
        <w:rPr>
          <w:rFonts w:ascii="Times New Roman" w:hAnsi="Times New Roman" w:eastAsia="Times New Roman" w:cs="Times New Roman"/>
        </w:rPr>
        <w:t>Тэр надад “бүү ай” гэж хэлсэн, учир нь тэр “тэднийг халамжилна”.</w:t>
      </w:r>
    </w:p>
    <w:p>
      <w:pPr>
        <w:pStyle w:val="ArticleScripture"/>
        <w:jc w:val="left"/>
      </w:pPr>
      <w:r>
        <w:rPr>
          <w:rFonts w:ascii="Times New Roman" w:hAnsi="Times New Roman" w:eastAsia="Times New Roman" w:cs="Times New Roman"/>
        </w:rPr>
        <w:t>“Тэгээд тэр шороо, хог новш, хуурамч эрдэнэсүүд болон дуураймал зооснуудыг шүүрдэн зайлуулах зуур, тэд бүгд үүл мэт хөөрөн босож, цонхоор гарч одов; салхи тэднийг авч одлоо. Үймээн самууны дунд би хэсэгхэн зуур нүдээ аньсан; нүдээ нээхэд, хог новш бүгд арилсан байв. Үнэт эрдэнэсүүд, алмаазууд, алт мөнгөн зооснууд өрөө даяар асар элбэгээр нэгэн жигд тархан хэвтэж байлаа.</w:t>
      </w:r>
    </w:p>
    <w:p>
      <w:pPr>
        <w:pStyle w:val="ArticleScripture"/>
        <w:jc w:val="left"/>
      </w:pPr>
      <w:r>
        <w:rPr>
          <w:rFonts w:ascii="Times New Roman" w:hAnsi="Times New Roman" w:eastAsia="Times New Roman" w:cs="Times New Roman"/>
        </w:rPr>
        <w:t>“Тэр дараа нь ширээн дээр өмнөхөөсөө хавьгүй том, илүү үзэсгэлэнтэй нэгэн авдрыг тавиад, эрдэнийн чулуунууд, алмаазууд, зооснуудыг атга атгаар нь хаман цуглуулж, нэг нь ч үлдэхгүй болтол нь тэр авдарт хийв. Зарим алмааз нь зүүний үзүүрээс ч томгүй байсан аж.”</w:t>
      </w:r>
    </w:p>
    <w:p>
      <w:pPr>
        <w:pStyle w:val="ArticleScripture"/>
        <w:jc w:val="left"/>
      </w:pPr>
      <w:r>
        <w:rPr>
          <w:rFonts w:ascii="Times New Roman" w:hAnsi="Times New Roman" w:eastAsia="Times New Roman" w:cs="Times New Roman"/>
        </w:rPr>
        <w:t>“Тэгээд тэр намайг ‘ирж үз’ хэмээн дуудсан.”</w:t>
      </w:r>
    </w:p>
    <w:p>
      <w:pPr>
        <w:pStyle w:val="ArticleScripture"/>
        <w:jc w:val="left"/>
      </w:pPr>
      <w:r>
        <w:rPr>
          <w:rFonts w:ascii="Times New Roman" w:hAnsi="Times New Roman" w:eastAsia="Times New Roman" w:cs="Times New Roman"/>
        </w:rPr>
        <w:t>“Би авдрыг дотор нь шагайн харсан боловч, үзэгдсэн тэр дүр төрхөөс нүд минь гялбаж байлаа. Тэд урьдынхаасаа арав дахин илүү сүр жавхлангаар гэрэлтэж байв. Би тэдгээрийг тоосонд тараан цацаж, дэвсэлсэн тэрхүү ёс бус хүмүүсийн хөлөөр элсэнд үрэгдэн цэвэрлэгдсэн байх гэж бодсон. Тэд авдрын дотор үзэсгэлэнтэй дэг журамтайгаар, тус бүр өөрийн байранд, тэдгээрийг дотор нь шидсэн хүний ямар нэгэн илэрхий оролдлогын шинжгүйгээр эмхлэгдэн байв. Би баяр хөөрөөсөө хашхирсан бөгөөд тэр хашхираан намайг сэрээсэн юм.” Early Writings, 81–83.</w:t>
      </w:r>
    </w:p>
    <w:p>
      <w:pPr>
        <w:pStyle w:val="ArticleBody"/>
        <w:jc w:val="left"/>
      </w:pPr>
      <w:r>
        <w:rPr>
          <w:rFonts w:ascii="Times New Roman" w:hAnsi="Times New Roman" w:eastAsia="Times New Roman" w:cs="Times New Roman"/>
        </w:rPr>
        <w:t>“81” дүгээр хуудсаас эхлэн, тахилч нарын бэлгэдэл болох энэхүү зүүд нь Бурханлаг чанар Уильям Миллерийн хүн чанараар дамжуулан цуглуулан бүрдүүлсэн суурь үнэнийг устгах Лаодикеийн Долоо дахь өдрийн Адвентист сүмийн ажлын түүхийг тодорхойлдог. Энэхүү түүх Миллер “ихэд баярлан хашхирсан” үед төгсөж, тэрхүү хашхираан түүнийг “сэрээсэн” юм. Зүүдэнд дүрслэгдсэн энэ түүх Гурав дахь тэнгэрэлчийн чанга хашхираанаар, өөрөөр хэлбэл Шөнө дундын Хашхирааны оргил үеэр, төгсөнө. Миллерийн зүүдний түүхэн өгүүлэмж нь мөн Миллерит түүхийн тэмдэгт үе шатуудыг төлөөлдөг бөгөөд иймээс зуун дөчин дөрвөн мянгын хөдөлгөөний зэрэгцээ түүхийг ч бас төлөөлдөг. Үүнтэй адил чухал нь, зүүдний энэхүү түүхэн дүрслэл нь 2023 онд дахин давтагдаж эхэлсэн түүхийн эш үзүүллэгийн фракталыг мөн агуулж байдаг.</w:t>
      </w:r>
    </w:p>
    <w:p>
      <w:pPr>
        <w:pStyle w:val="ArticleBody"/>
        <w:jc w:val="left"/>
      </w:pPr>
      <w:r>
        <w:rPr>
          <w:rFonts w:ascii="Times New Roman" w:hAnsi="Times New Roman" w:eastAsia="Times New Roman" w:cs="Times New Roman"/>
        </w:rPr>
        <w:t>Нэг зуун дөчин дөрвөн мянгын түүхэнд танигдсан үнэний эрдэнэсүүдийг 2004 онд олон нийтийн бүртгэлд оруулж, дараа нь 2012 онд дахин тавьсан бөгөөд тэр үед Хабакукийн Хүснэгтүүдийн танилцуулга эцэст нь тараагдахаар тавилантай нэгэн бүлгийг цуглуулсан юм. 1989 онд лац нь тайлагдсан үнэний анхны танилцуулгатай хамт эдгээр үнэнийг 2004 онд хүснэгтэн дээр тавьсан билээ. Тэр үед цөөхөн хүн энэ мэдээг авч үзсэн боловч, 2012 онд “Хабакукийн Хүснэгтүүд” хэмээх 95 цуврал танилцуулга олныг татан авчирсан; учир нь “ард түмэн орж ирж эхэлсэн бөгөөд эхэндээ тоогоор цөөхөн байсан ч, олны хөл болж өссөн юм.”</w:t>
      </w:r>
    </w:p>
    <w:p>
      <w:pPr>
        <w:pStyle w:val="ArticleBody"/>
        <w:jc w:val="left"/>
      </w:pPr>
      <w:r>
        <w:rPr>
          <w:rFonts w:ascii="Times New Roman" w:hAnsi="Times New Roman" w:eastAsia="Times New Roman" w:cs="Times New Roman"/>
        </w:rPr>
        <w:t>2012 оноос 2020 оны 7 дугаар сарын 18-ны өдрийг хүртэл тэдгээр үнэнүүд аажмаар тараагдан, хог шороонд дарагдсан билээ. 2020 оны 7 дугаар сарын 18-нд Хабаккукийн Хавтангуудын мэдээний дэмжигчид гурав хагас өдрийн хугацаанд тараагдсан юм.</w:t>
      </w:r>
    </w:p>
    <w:p>
      <w:pPr>
        <w:pStyle w:val="ArticleScripture"/>
        <w:jc w:val="left"/>
      </w:pPr>
      <w:r>
        <w:rPr>
          <w:rFonts w:ascii="Times New Roman" w:hAnsi="Times New Roman" w:eastAsia="Times New Roman" w:cs="Times New Roman"/>
        </w:rPr>
        <w:t>Тэд гэрчлэлээ дуусгаад, ёроолгүй ангал дотроос гарч ирдэг араатан тэдний эсрэг дайн хийж, тэднийг дийлэн, ална. Тэдний үхсэн бие агуу хотын гудамжинд хэвтэх бөгөөд тэр хотыг сүнслэг утгаар Содом ба Египет гэж нэрлэдэг, мөн тэнд бидний Эзэн цовдлогдсон билээ. Овог аймаг, төрөл садан, хэл ястан, үндэстнүүдийн хүмүүс тэдний үхсэн биеийг гурав хагас өдрийн турш харж, үхсэн биеийг нь булшинд тавихыг зөвшөөрөхгүй. Газар дэлхий дээр оршин суугчид тэдний дээр баярлан хөөрч, цэнгэлдэн, бие биедээ бэлэг илгээнэ. Учир нь эдгээр хоёр эш үзүүлэгч газар дэлхий дээр оршин суугчдыг зовоож байсан юм. Илчлэл 11:7–10.</w:t>
      </w:r>
    </w:p>
    <w:p>
      <w:pPr>
        <w:pStyle w:val="ArticleBody"/>
        <w:jc w:val="left"/>
      </w:pPr>
      <w:r>
        <w:rPr>
          <w:rFonts w:ascii="Times New Roman" w:hAnsi="Times New Roman" w:eastAsia="Times New Roman" w:cs="Times New Roman"/>
        </w:rPr>
        <w:t>2023 оны 12 дугаар сарын 30-ны Амралтын өдөр Future for America байгууллага 2020 оны 7 дугаар сарын 18-наас хойших анхны олон нийтийн уулзалтаа Zoom-оор хийлээ. 2023 оны 12 дугаар сарын 30 нь 2020 оны 7 дугаар сарын 18-наас хойших 1,260 дахь өдөр, өөрөөр хэлбэл “гурван өдөр хагас” юм. Елиа ба Мосе гудамжинд үхсэн байхад нөгөө анги нь “баярлан цэнгэж” байна. Future for America 2023 оны 7 дугаар сард эш үзүүллэгийн мэдээг дахин нийтэлж эхэлсэн бөгөөд учир нь тэр үед бүх дэлхийд очих ёстой байсан тэрхүү мэдээ эш үзүүллэгийн зайлшгүй шаардлагаар “цөлөөс” гарах хэрэгтэй байв. Гурван өдөр хагас, буюу 1,260 өдөр нь цөл мөн.</w:t>
      </w:r>
    </w:p>
    <w:p>
      <w:pPr>
        <w:pStyle w:val="ArticleScripture"/>
        <w:jc w:val="left"/>
      </w:pPr>
      <w:r>
        <w:rPr>
          <w:rFonts w:ascii="Times New Roman" w:hAnsi="Times New Roman" w:eastAsia="Times New Roman" w:cs="Times New Roman"/>
        </w:rPr>
        <w:t>Тэгээд тэр эмэгтэй цөл уруу зугтан одов. Тэнд Бурханы бэлдсэн нэгэн газар түүнд байсан бөгөөд тэнд түүнийг нэг мянга хоёр зуун жаран хоног тэжээх ёстой байв. Илчлэл 12:6.</w:t>
      </w:r>
    </w:p>
    <w:p>
      <w:pPr>
        <w:pStyle w:val="ArticleBody"/>
        <w:jc w:val="left"/>
      </w:pPr>
      <w:r>
        <w:rPr>
          <w:rFonts w:ascii="Times New Roman" w:hAnsi="Times New Roman" w:eastAsia="Times New Roman" w:cs="Times New Roman"/>
        </w:rPr>
        <w:t>“Цөл” нь “мянга хоёр зуун жаран өдөр”, өөрөөр хэлбэл 1,260 өдөр бөгөөд, мөн “гурав хагас өдөр” мөн бөгөөд Илчлэлт 12:6-д дүрслэгдсэн байдаг; харин “126” нь 1,260-ын аравны нэг юм. Тэр үед лац нь тайлагдсан гайхамшигт үнэнүүдийн нэг нь Левит хорин зургаад буй “долоон удаа”-гийн залбирлын биелэл болгон гэмшихийн хэрэгцээ байсан юм.</w:t>
      </w:r>
    </w:p>
    <w:p>
      <w:pPr>
        <w:pStyle w:val="ArticleBody"/>
        <w:jc w:val="left"/>
      </w:pPr>
      <w:r>
        <w:rPr>
          <w:rFonts w:ascii="Times New Roman" w:hAnsi="Times New Roman" w:eastAsia="Times New Roman" w:cs="Times New Roman"/>
        </w:rPr>
        <w:t>1,260 өдөр нь мөн 2,520 өдрийн бэлгэдэл юм. Хойд хаанчлалын эсрэгх “долоон үе” нь МЭӨ 723 онд эхэлж, 1798 онд төгссөн. Түүний дундаж цэг нь 538 он бөгөөд, ийнхүү харь шүтлэг ариун газар ба цэргийг гишгэлэн доромжлон дарсан 1,260 жил, түүний дараа папын тогтолцоо ариун газар ба цэргийг гишгэлэн доромжлон дарсан 1,260 жилийг бүрдүүлдэг. Энэхүү эш үзүүллэгийн бүтэц нь Христийн баптисмаас загалмай хүртэлх 1,260 өдөртэй нийцэж байгаа бөгөөд үүний дараа сайн мэдээ харь үндэстнүүдэд хүрсэн МЭ 34 он хүртэлх 1,260 эш үзүүллэгийн өдөр үргэлжилдэг. Иймээс, хоёр гэрчийн зарчмаар 1,260 нь 2,520 өдрийн нэг хэсэг, өөрөөр хэлбэл Левит хорин зургаад буй Мосегийн “долоон үе” мөн.</w:t>
      </w:r>
    </w:p>
    <w:p>
      <w:pPr>
        <w:pStyle w:val="ArticleBody"/>
        <w:jc w:val="left"/>
      </w:pPr>
      <w:r>
        <w:rPr>
          <w:rFonts w:ascii="Times New Roman" w:hAnsi="Times New Roman" w:eastAsia="Times New Roman" w:cs="Times New Roman"/>
        </w:rPr>
        <w:t>2020 оны 7 дугаар сарын 18-ны Амралтын өдрөөс 2023 оны 12 дугаар сарын 30-ны Амралтын өдөр хүртэл үргэлжилсэн цөл дэх дуу хоолойн үе 2023 оны 7 дугаар сард хашхирч эхэлсэн бөгөөд “цөл” үе 2023 оны 12 дугаар сарын 30-ны Амралтын өдөр төгсөхөд Мосе ба Елиагийн амилалт хүрч ирсэн юм. Тэрхүү дуу хоолойн мэдээ нь шинэчлэлийн хөдөлгөөн бүр дэх зэрэгцээ анхны урам хугарлуудын замын тэмдэг нь арван охины сургаалт зүйрлэлийн хүрээнд 2020 оны 7 дугаар сарын 18-ны хуурамч зөгнөлийг тайлбарладаг болохыг тодорхойлсон. Энэ нь Левит номын хорин зургаадугаар бүлгийн залбирлаар илэрхийлэгдсэн гэмшилд эрэгтэй, эмэгтэй хүмүүсийг дуудсан. Миллерийн зүүд, “Ийнхүү би өөрийн агуу гарз хохирол болон хариуцлагынхаа талаар уйлж, гашуудан байхдаа Бурханыг санаж, Тэр надад тусламж илгээхийг чин сэтгэлээсээ гуйж залбирсан билээ” хэмээн тэмдэглэсэн тэрхүү гэмшлийг яг таг төлөөлдөг.</w:t>
      </w:r>
    </w:p>
    <w:p>
      <w:pPr>
        <w:pStyle w:val="ArticleHeading"/>
        <w:jc w:val="left"/>
      </w:pPr>
      <w:r>
        <w:rPr>
          <w:rFonts w:ascii="Arial" w:hAnsi="Arial" w:eastAsia="Arial" w:cs="Arial"/>
        </w:rPr>
        <w:t>Ирж үзэцгээ.</w:t>
      </w:r>
    </w:p>
    <w:p>
      <w:pPr>
        <w:pStyle w:val="ArticleBody"/>
        <w:jc w:val="left"/>
      </w:pPr>
      <w:r>
        <w:rPr>
          <w:rFonts w:ascii="Times New Roman" w:hAnsi="Times New Roman" w:eastAsia="Times New Roman" w:cs="Times New Roman"/>
        </w:rPr>
        <w:t>Миллерийн зүүд “ирээд үз” гэсэн хоёр илэрхийллээр хуваагддаг. Эхний удаа Миллер хүмүүсийг “ирээд үз” хэмээн урьдаг бөгөөд хоёр дахь удаа “шороон сойзтой хүн” Миллерийг ирээд үз хэмээн урьдаг. “Ирээд үз” гэдэг нь лац нь тайлагдсан эш үзүүллэгийн үнэнийг тодорхойлон илтгэдэг эш үзүүллэгийн бэлгэдэл юм. Эхний дөрвөн лац бүр “ирээд үз” гэсэн тушаалыг агуулдаг.</w:t>
      </w:r>
    </w:p>
    <w:p>
      <w:pPr>
        <w:pStyle w:val="ArticleScripture"/>
        <w:jc w:val="left"/>
      </w:pPr>
      <w:r>
        <w:rPr>
          <w:rFonts w:ascii="Times New Roman" w:hAnsi="Times New Roman" w:eastAsia="Times New Roman" w:cs="Times New Roman"/>
        </w:rPr>
        <w:t>Хурга тамгануудаас нэгийг нь нээхэд би харсан бөгөөд дөрвөн амьтны нэг нь аянгын дуу мэт дуугаар: Ирж, үз хэмээн айлдахыг би сонсов. … Тэр хоёр дахь тамгыг нээхэд би хоёр дахь амьтан: Ирж, үз хэмээн айлдахыг сонсов. … Тэр гурав дахь тамгыг нээхэд би гурав дахь амьтан: Ирж, үз хэмээн айлдахыг сонсов. … Тэр дөрөв дэх тамгыг нээхэд би дөрөв дэх амьтны дууг: Ирж, үз хэмээн айлдахыг сонсов. Илчлэлт 6:1, 3, 5, 7.</w:t>
      </w:r>
    </w:p>
    <w:p>
      <w:pPr>
        <w:pStyle w:val="ArticleBody"/>
        <w:jc w:val="left"/>
      </w:pPr>
      <w:r>
        <w:rPr>
          <w:rFonts w:ascii="Times New Roman" w:hAnsi="Times New Roman" w:eastAsia="Times New Roman" w:cs="Times New Roman"/>
        </w:rPr>
        <w:t>Миллерийн зүүдний эхэнд буй “ирж, үз” нь альфа бөгөөд төгсгөл дэх “ирж, үз” нь омега мөн. Зүүд нь зүүдний эхэнд буй лац тайлагдсаныг, “эмхлэн байрлуулмагц зөвхөн нартай л эн тэнцэх гэрэл ба алдрыг тусган гялалзаж” байсан эрдэнийн чулуунуудаар тодорхойлдог. Христ Миллерийг омегаг “ирж, үз” хэмээн урин дуудахад, Миллер “энэ дүр зургийг хараад миний нүд гялбан алмайрав. Тэд өмнөх алдраасаа арав дахин илүүтэйгээр гялалзаж байлаа” хэмээн өгүүлдэг. Альфагийн гэрэл нь нар мэт байсан бөгөөд омегагийн гэрэл нь нараас арав дахин илүү байв.</w:t>
      </w:r>
    </w:p>
    <w:p>
      <w:pPr>
        <w:pStyle w:val="ArticleHeading"/>
        <w:jc w:val="left"/>
      </w:pPr>
      <w:r>
        <w:rPr>
          <w:rFonts w:ascii="Arial" w:hAnsi="Arial" w:eastAsia="Arial" w:cs="Arial"/>
        </w:rPr>
        <w:t>Тараан бутраа.</w:t>
      </w:r>
    </w:p>
    <w:p>
      <w:pPr>
        <w:pStyle w:val="ArticleBody"/>
        <w:jc w:val="left"/>
      </w:pPr>
      <w:r>
        <w:rPr>
          <w:rFonts w:ascii="Times New Roman" w:hAnsi="Times New Roman" w:eastAsia="Times New Roman" w:cs="Times New Roman"/>
        </w:rPr>
        <w:t>Миллерийн гашуудал болон гэмшил нь эхний “ирж үз” ба сүүлчийн “ирж үз” хэмээх үгсээр эхэлсэн үеийн төгсгөлд дүрслэгддэг. Миллер ард түмэнд нэгэн мэдээг лацыг нь тайлан нээхээс эхэлж, дараа нь Христ Миллерт нэгэн мэдээг лацыг нь тайлан нээхээр төгсдөг тэр хугацаанд “тараах” гэх үг “долоон удаа” дүрслэгддэг. Миллер энэ үгийг дахин хэрэглэх болно, харин эхний болон сүүлчийн лацыг тайлан нээх үйл явдлын хооронд “тараах” нь “долоон удаа” илэрхийлэгддэг. Библи “долоон удаа” гэсэн шүүлтийг “тараах” гэх үгтэй адилтган тодорхойлдог.</w:t>
      </w:r>
    </w:p>
    <w:p>
      <w:pPr>
        <w:pStyle w:val="ArticleScripture"/>
        <w:jc w:val="left"/>
      </w:pPr>
      <w:r>
        <w:rPr>
          <w:rFonts w:ascii="Times New Roman" w:hAnsi="Times New Roman" w:eastAsia="Times New Roman" w:cs="Times New Roman"/>
        </w:rPr>
        <w:t>Би та нарыг харь үндэстнүүдийн дунд тараан сарниулж, та нарын араас илд сугалан хөөнө; тэгэхэд та нарын газар нутаг эзгүйрч, та нарын хотууд хоосрон сүйрнэ. Левит 26:33.</w:t>
      </w:r>
    </w:p>
    <w:p>
      <w:pPr>
        <w:pStyle w:val="ArticleBody"/>
        <w:jc w:val="left"/>
      </w:pPr>
      <w:r>
        <w:rPr>
          <w:rFonts w:ascii="Times New Roman" w:hAnsi="Times New Roman" w:eastAsia="Times New Roman" w:cs="Times New Roman"/>
        </w:rPr>
        <w:t>Миллерийн нээсэн хамгийн анхны үнэн нь Левит хорин зургаагийн “долоон үе” байсан бөгөөд түүний зүүдэнд, Миллерийн мэдээ нийтлэгдсэнээс Христийн мэдээ нийтлэгдэх хүртэлх хугацаанд, Уильям Миллерийн ажлаар төлөөлөгдсөн бүх суурь үнэнүүд Лаодикийн Долоо дахь өдрийн Адвентизмын теологичдын хог новш болон хуурамч зоосоор хучигдах ёстой байв. Суурь үнэнүүдийг тэрхүү үгүйсгэсэн явдал нь альфа ба омегагийн хоорондох түүхэн доторх долоон удаагийн тараагдал хэмээн дүрслэгддэг. “Долоон үе” нь Уильям Миллерийн ажлын бэлгэдэл бөгөөд энэ нь эргээд Долоо дахь өдрийн Адвентизмын суурь үндэс мөн; үүний төв багана нь Даниел 8:14-ийн 2,300 өдөр юм. Үүнээс тодорхой болох нь, Уильям Миллерийн анхны, өөрөөр хэлбэл альфа нээлт байсан 2,520 жилийн тараагдал нь нэгэн хугацааны эхлэлийг тэмдэглэдэг бөгөөд тэрхүү хугацаа Уильям Миллерийн омега нээлт болох 2,300 өдрөөр төгссөн явдал юм.</w:t>
      </w:r>
    </w:p>
    <w:p>
      <w:pPr>
        <w:pStyle w:val="ArticleBody"/>
        <w:jc w:val="left"/>
      </w:pPr>
      <w:r>
        <w:rPr>
          <w:rFonts w:ascii="Times New Roman" w:hAnsi="Times New Roman" w:eastAsia="Times New Roman" w:cs="Times New Roman"/>
        </w:rPr>
        <w:t>Лаодикийн Долоо дахь өдрийн Адвентизм 1863 онд “долоон үе”-ийг хойш тавихдаа Уильям Миллерийн анхны нээлтийг хойш тавьсан бөгөөд энэ нь түүний альфа нээлт, суурь нээлт нь байв. Миллерийн нээлтүүдийн хамгийн сүүлчийнх нь 2,300 өдөр байсан бөгөөд энэ нь түүний омега нээлт, оргил нээлт нь байв. 1798 онд төгссөн “долоон үе” нь 2,520-ийг тэмдэглэсэн бөгөөд 2,300 өдөр нь 1844 онд тэмдэглэгдсэн юм.</w:t>
      </w:r>
    </w:p>
    <w:p>
      <w:pPr>
        <w:pStyle w:val="ArticleBody"/>
        <w:jc w:val="left"/>
      </w:pPr>
      <w:r>
        <w:rPr>
          <w:rFonts w:ascii="Times New Roman" w:hAnsi="Times New Roman" w:eastAsia="Times New Roman" w:cs="Times New Roman"/>
        </w:rPr>
        <w:t>Эрдэнэсүүд долоон удаа сарнин бутарсны дараа тэдгээрийг дахин цуглуулдаг нь шороо шүүрдэгч хүн мөн. Тэгээд авдар нь илүү том, илүү үзэсгэлэнтэй болж, нарнаас арав дахин илүү хурцаар гэрэлтдэг. Арав нь сорилын бэлгэдэл тул, тэрхүү эрдэнэсүүд нарны өдрийг холбоотой сорилын үед гэрэлтдэг; иймээс Миллерийн зүүд 1798 онд эхэлж, Ням гаргийн хуулийн үед гурав дахь тэнгэрэлчийн чанга хашхирал дээр төгсөнө.</w:t>
      </w:r>
    </w:p>
    <w:p>
      <w:pPr>
        <w:pStyle w:val="ArticleBody"/>
        <w:jc w:val="left"/>
      </w:pPr>
      <w:r>
        <w:rPr>
          <w:rFonts w:ascii="Times New Roman" w:hAnsi="Times New Roman" w:eastAsia="Times New Roman" w:cs="Times New Roman"/>
        </w:rPr>
        <w:t>1798 оноос 1863 он хүртэлх Миллерчүүдийн түүх нь мөн 1798 оноос удахгүй гарах Ням гаргийн хууль хүртэлх түүх мөн. Уильям Миллерийн зүүдэнд, Миллер “ирээд үз” хэмээн хэлснээс эхлээд Бохир Шүүрийн хүн “ирээд үз” хэмээн хэлэх хүртэл дүрслэгдсэн түүх нь 1798 оноос 1863 он хүртэлх үе мөн бөгөөд, түүнчлэн 1798 оноос Ням гаргийн хууль хүртэлх үе ч мөн юм. 1863 онд төгсдөг шугам нь 1798 онд эхэлж Ням гаргийн хуулиар төгсдөг шугамын эш үзүүллэгийн фрактал юм. Тэдгээр хоёр шугам хоёулаа Миллерийн зүүдэнд дүрслэгдсэн байдаг.</w:t>
      </w:r>
    </w:p>
    <w:p>
      <w:pPr>
        <w:pStyle w:val="ArticleBody"/>
        <w:jc w:val="left"/>
      </w:pPr>
      <w:r>
        <w:rPr>
          <w:rFonts w:ascii="Times New Roman" w:hAnsi="Times New Roman" w:eastAsia="Times New Roman" w:cs="Times New Roman"/>
        </w:rPr>
        <w:t>1844 оны 10 дугаар сарын 22-нд хаагдсан хаалга нь Ням гаргийн хуулийн үеийн хаагдсан хаалганы үлгэр дүр юм. 1844 онд биелсэн 2,300 жилийн эш үзүүллэг нь Ням гаргийн хуулийн үлгэр дүр юм.</w:t>
      </w:r>
    </w:p>
    <w:p>
      <w:pPr>
        <w:pStyle w:val="ArticleScripture"/>
        <w:jc w:val="left"/>
      </w:pPr>
      <w:r>
        <w:rPr>
          <w:rFonts w:ascii="Times New Roman" w:hAnsi="Times New Roman" w:eastAsia="Times New Roman" w:cs="Times New Roman"/>
        </w:rPr>
        <w:t>“Ариун газрын цэвэршүүлэлтийн төлөө Христ бидний тэргүүн тахилчийн хувиар Хамгийн Ариун газарт ирсэн нь Даниел 8:14-т үзүүлэгдсэн байдаг; мөн Хүний Хүү Эртний Нэгэн уруу ирсэн нь Даниел 7:13-т дүрслэгдсэн байдаг; түүнчлэн Эзэн Өөрийн сүмд ирнэ гэж Малахигаар зөгнөгдсөн нь—эдгээр нь бүгд нэг л үйл явдлын дүрслэлүүд юм; мөн энэ нь түүнчлэн Матай 25-д буй арван охины тухай сургаалт зүйрлэлд Христийн дүрсэлснээр хүргэн гэрлэлтийн ёслолд ирж буйгаар ч төлөөлөгдөн үзүүлэгдсэн байдаг.” Агуу тэмцэл, 426.</w:t>
      </w:r>
    </w:p>
    <w:p>
      <w:pPr>
        <w:pStyle w:val="ArticleHeading"/>
        <w:jc w:val="left"/>
      </w:pPr>
      <w:r>
        <w:rPr>
          <w:rFonts w:ascii="Arial" w:hAnsi="Arial" w:eastAsia="Arial" w:cs="Arial"/>
        </w:rPr>
        <w:t>Шугамууд</w:t>
      </w:r>
    </w:p>
    <w:p>
      <w:pPr>
        <w:pStyle w:val="ArticleBody"/>
        <w:jc w:val="left"/>
      </w:pPr>
      <w:r>
        <w:rPr>
          <w:rFonts w:ascii="Times New Roman" w:hAnsi="Times New Roman" w:eastAsia="Times New Roman" w:cs="Times New Roman"/>
        </w:rPr>
        <w:t>Миллерийн нээлтүүдийн омега нь 2,300 жилийн эш үзүүллэг байсан тул 1844 он ч, Ням гаргийн хууль ч хоёулаа 2,300 жилээр төлөөлөгдөнө. Энэ нь 2,520 нь хоёр шугамын альфа, харин 2,300 нь тэдгээрийн омега гэсэн үг; нэг шугам нь 1863 онд төгсөнө, нөгөө шугам нь Ням гаргийн хуулиар төгсөнө. Хоёр шугамын аль алинд нь 2,520-ын эш үзүүллэг нь альфа бөгөөд суурийн чулуу мөн. Миллерчүүдийн суурь түүхэн дэх 1798 оноос 1863 он хүртэлх фрактал нь мөн нэг зуун дөчин дөрвөн мянгын омега, булангийн чулуу болсон түүх дэх өөр нэг фракталтай нийцдэг.</w:t>
      </w:r>
    </w:p>
    <w:p>
      <w:pPr>
        <w:pStyle w:val="ArticleBody"/>
        <w:jc w:val="left"/>
      </w:pPr>
      <w:r>
        <w:rPr>
          <w:rFonts w:ascii="Times New Roman" w:hAnsi="Times New Roman" w:eastAsia="Times New Roman" w:cs="Times New Roman"/>
        </w:rPr>
        <w:t>9/11-ний үед Бурхан Өөрийн ард түмнийг Иеремиагийн эртний жимүүдэд буцаж очихыг дуудсан бөгөөд тэдгээр нь сууриуд мөн; тэр сууриуд нь, эргээд, суурийн түүхийн элчээр төлөөлөгддөг; харин тэр элч нь, мөн эргээд, өөрийн суурь альфа нээлт болох “долоон үе”-ээр төлөөлөгддөг. “Долоон үе” нь нэг зуун дөчин дөрвөн мянгын суурийн бэлгэдэл мөн бөгөөд 9/11-ний үед тэр бүлгийн битүүмжлэл сууриудын шалгах мэдээгээр эхэлсэн бөгөөд энэ нь Уильям Миллер болон Адвентизмийн хамгийн анхны суурь үнэнээр төлөөлөгдсөн юм. 9/11-ний үед битүүмжлэх цаг эхэлсэн бөгөөд тун удахгүй гарах Ням гаргийн хууль дээр нэг зуун дөчин дөрвөн мянгын битүүмжлэх цаг төгсөнө.</w:t>
      </w:r>
    </w:p>
    <w:p>
      <w:pPr>
        <w:pStyle w:val="ArticleBody"/>
        <w:jc w:val="left"/>
      </w:pPr>
      <w:r>
        <w:rPr>
          <w:rFonts w:ascii="Times New Roman" w:hAnsi="Times New Roman" w:eastAsia="Times New Roman" w:cs="Times New Roman"/>
        </w:rPr>
        <w:t>Тэр түүх бол 2,520-оор эхэлж 2,300-аар төгсдөг фрактал бөгөөд, иймээс тэрхүү түүх нь Уильям Миллерийн зүүдэнд дүрслэгдсэн эш үзүүллэгийн түүхийн гурав дахь шугам мөн. 2,520 нь 1798 онд биелсэн бөгөөд 2,300 нь 1844 онд биелсэн. Хоёр шугамаар дүрслэгдсэн ажил бол Христ Өөрийн бурханлаг чанарыг бидний хүний мөн чанартай нэгтгэх ажил юм. Энэ нь нүгэлтнийг гэгээнтэн болгон өөрчлөх, доод мөн чанарын дээр дээд мөн чанарыг өөрийн хууль ёсны сэнтийд нь дахин залруулах ажил мөн. Ийм учраас хүний бие дэх бүх эсийг бүрэн дахин бий болгоход 2,520 хоног шаардагддаг бөгөөд яг тэрхүү бие нь эрэгтэй хүний 23 хромосом эмэгтэй хүний 23 хромосомтой нэгдсэн дээр үндэслэдэг. Тэд хамтдаа амьд сүмийг бий болгодог бөгөөд энэ нь “46” тоогоор дүрслэгддэг; энэ нь 1798-аас 1844 он хүртэлх хугацаа мөн, өөрөөр хэлбэл 1798 дахь 2,520-оос 1844 дэх 2,300 хүртэлх Уильям Миллерийн зүүдний хугацаа мөн.</w:t>
      </w:r>
    </w:p>
    <w:p>
      <w:pPr>
        <w:pStyle w:val="ArticleBody"/>
        <w:jc w:val="left"/>
      </w:pPr>
      <w:r>
        <w:rPr>
          <w:rFonts w:ascii="Times New Roman" w:hAnsi="Times New Roman" w:eastAsia="Times New Roman" w:cs="Times New Roman"/>
        </w:rPr>
        <w:t>Уильям Миллерийн зүүдэнд мөн анхаарал татах өөр нэг фрактал бий. 9/11-ээс Ням гаргийн хууль хүртэлх үе нь 1798-аас Ням гаргийн хууль хүртэлх үеийн, өөрөөр хэлбэл 1798-аас 1863 он хүртэлх үеийн фрактал юм. 2023 оноос Ням гаргийн хууль хүртэлх үе нь 9/11-ээс Ням гаргийн хууль хүртэлх үеийн фрактал бөгөөд энэ нь Миллерийн зүүдэн доторх бүх шугамуудын зааж буй, тэдгээрийн бүгдийн омега болох түүх мөн. Энэ бол анхдагч үнэнүүд нарнаас арав дахин хүчтэйгээр агуулагдан тодордог үе юм.</w:t>
      </w:r>
    </w:p>
    <w:p>
      <w:pPr>
        <w:pStyle w:val="ArticleHeading"/>
        <w:jc w:val="left"/>
      </w:pPr>
      <w:r>
        <w:rPr>
          <w:rFonts w:ascii="Arial" w:hAnsi="Arial" w:eastAsia="Arial" w:cs="Arial"/>
        </w:rPr>
        <w:t>Хоёр хормойн дэр```</w:t>
      </w:r>
    </w:p>
    <w:p>
      <w:pPr>
        <w:pStyle w:val="ArticleBody"/>
        <w:jc w:val="left"/>
      </w:pPr>
      <w:r>
        <w:rPr>
          <w:rFonts w:ascii="Times New Roman" w:hAnsi="Times New Roman" w:eastAsia="Times New Roman" w:cs="Times New Roman"/>
        </w:rPr>
        <w:t>1840-өөд онд “bustle” гэдэг үг (нэр үгийн хувьд) ихэвчлэн эрч хүчтэй, завгүй, эсвэл шуугиантай үйл ажиллагааг—олонтаа үймээн самуун, догдлол, яарал, эсвэл түгшүүрийн өнгө аястайгаар—илэрхийлдэг байв. Энэ нь бөөгнөрсөн олон түмний дунд, нэгэн айл гэрт, зах зээл дээр, эсвэл тодорхой нэгэн үйл явдлын үеэр өрнөх амьд хөдөлгөөн, шуугиан, эсвэл ийш тийш завгүй хөлхөлдөх байдлыг заадаг байлаа. Иймээс Миллерийн зүүдэн дэх “bustle” нь яг тэр мөчид өрнөж буй үйл ажиллагааны шууд түрлэг, догдлол, эсвэл яаравчилсан ажил хэргийг—өнөөгийн нөхцөл байдал эсвэл тухайн тохиолын түр зуурын хөдөлгөөн, шуугиан үймээнийг—дүрслэн илтгэнэ.</w:t>
      </w:r>
    </w:p>
    <w:p>
      <w:pPr>
        <w:pStyle w:val="ArticleBody"/>
        <w:jc w:val="left"/>
      </w:pPr>
      <w:r>
        <w:rPr>
          <w:rFonts w:ascii="Times New Roman" w:hAnsi="Times New Roman" w:eastAsia="Times New Roman" w:cs="Times New Roman"/>
        </w:rPr>
        <w:t>Миллер ийнхүү өгүүлжээ: “Тэгээд тэр шороо, хог новш, хуурамч эрдэнэс болон хуурамч зоосыг шүүрдэн зайлуулж байх зуур, тэдгээр нь бүгд үүл мэт босон цонхоор гарч, салхи тэднийг хийсгэн авч одов. Тэр үймээн самууны дунд би агшин зуур нүдээ аньсан; нүдээ нээхэд, хог новш бүрэн арилсан байв.”</w:t>
      </w:r>
    </w:p>
    <w:p>
      <w:pPr>
        <w:pStyle w:val="ArticleBody"/>
        <w:jc w:val="left"/>
      </w:pPr>
      <w:r>
        <w:rPr>
          <w:rFonts w:ascii="Times New Roman" w:hAnsi="Times New Roman" w:eastAsia="Times New Roman" w:cs="Times New Roman"/>
        </w:rPr>
        <w:t>“Үймээн” гэдэг нь Миллерийн зүүдэнд буй хоёр мөчийг заадаг; эхнийх нь олон түмэн эрдэнийн чулууг тараан цацаж байх үе, дараа нь тоосны сойз барьсан хүн цонхнуудыг нээж, хуурамч эрдэнийнүүдийг шүүрдэн гаргаж эхлэх үе юм. Эхний буюу альфа үймээн нь эрдэнийнүүдийг дарж булсан явдал бөгөөд хоёр дахь буюу омега үймээн нь эрдэнийнүүдийн сэргээн тогтоолт юм. Үймээний үед Миллер нүдээ анив. Миллер 1849 онд нойрссон бөгөөд яг тэр мөчид Христ Өөрийн ард түмний үлдэгдлийг цуглуулахын тулд мутраа хоёр дахь удаагаа сунгаж байсан юм. Дараа нь Миллер нүдээ анивсан бөгөөд 1850 онд түүний үнэнүүд Хабаккукийн үзэгдлийг бичиж, тодорхой болго гэсэн тушаалын биелэл болгон дахин ширээн дээр тавигдсан юм. Тэр үймээний хугацаанд Миллер нүдээ анивдаг бөгөөд сэрэх үед нь эрдэнийнүүд сэргээн тогтоогдож байх үйл явц өрнөж байдаг.</w:t>
      </w:r>
    </w:p>
    <w:p>
      <w:pPr>
        <w:pStyle w:val="ArticleBody"/>
        <w:jc w:val="left"/>
      </w:pPr>
      <w:r>
        <w:rPr>
          <w:rFonts w:ascii="Times New Roman" w:hAnsi="Times New Roman" w:eastAsia="Times New Roman" w:cs="Times New Roman"/>
        </w:rPr>
        <w:t>Түүний зүүдэн дэх хоёр дахь үймээн нь нэг зуун дөчин дөрвөн мянгын туг дахин сэргэж, ариусгагдан цэвэршиж, Зехариагийн титэм дээрх эрдэнийн чулуунууд хэмээн тодорхойлсон тэрхүү туг болон тогтох үед өрнөдөг.</w:t>
      </w:r>
    </w:p>
    <w:p>
      <w:pPr>
        <w:pStyle w:val="ArticleScripture"/>
        <w:jc w:val="left"/>
      </w:pPr>
      <w:r>
        <w:rPr>
          <w:rFonts w:ascii="Times New Roman" w:hAnsi="Times New Roman" w:eastAsia="Times New Roman" w:cs="Times New Roman"/>
        </w:rPr>
        <w:t>Тэгээд тэдний Бурхан ЭЗЭН тэр өдөр тэднийг Өөрийн ард түмний сүрэг мэт аварна. Учир нь тэд Түүний газрын дээр туг адил өргөгдсөн титмийн чулуунууд мэт байх болно. Учир нь Түүний сайн сайхан нь хэчнээн агуу вэ, Түүний гоо үзэсгэлэн нь хэчнээн агуу вэ! Үр тариа залуу эрчүүдийг баясгана, шинэ дарс охидыг баясгана. Хожмын борооны цагт ЭЗЭНээс бороо гуйн гуйгтун. Тэгвэл ЭЗЭН аянгын үүлсийг бүтээж, тэдэнд аадар бороо өгнө, хүн бүрд талбай дахь өвсийг өгнө. Учир нь шүтээнүүд хоосныг өгүүлсэн, мэргэч төлөгчид худлыг үзсэн, тэд хуурамч зүүдийг ярьж, хий дэмий тайтгаруулдаг. Тиймээс тэд хонь сүрэг мэт тэнэж одсон, хоньчин байгаагүй тул тэд зовсон. Миний уур хилэн хоньчдын эсрэг дүрэлзсэн бөгөөд Би ухнуудыг шийтгэсэн. Учир нь түмэн цэргийн ЭЗЭН Өөрийн сүрэг болох Иудагийн гэрийг эргэн харж, тэднийг тулалдаанд байгаа Өөрийн сүр жавхлант морь мэт болгосон билээ. Зехариа 9:16–10:3.</w:t>
      </w:r>
    </w:p>
    <w:p>
      <w:pPr>
        <w:pStyle w:val="ArticleBody"/>
        <w:jc w:val="left"/>
      </w:pPr>
      <w:r>
        <w:rPr>
          <w:rFonts w:ascii="Times New Roman" w:hAnsi="Times New Roman" w:eastAsia="Times New Roman" w:cs="Times New Roman"/>
        </w:rPr>
        <w:t>“Түүний ард түмний сүрэг” нь хоёулаа туг тэмдэг мөн титэм дээрх чулуунууд (эрдэнэс) юм. Түүний ард түмний сүрэг хожмын борооны үед танигдан илэрхийлэгддэг, учир нь тушаал нь хожмын борооны цагт хожмын бороо гуйх явдал юм. Сүргийг Иеремиагийн эртний жимүүдийн замаар бус, өөрсдийн замаар явсан “сүрэг”-тэй эсрэгцүүлэн тавьсан байдаг. Хожмын борооны үед Түүний сүрэг болох эрдэнэсүүд тулалдаанд Түүний сайхан морь байх болно. Тэрхүү “сайхан морь” нь анхны Христийн сүйт бүсгүйгээр төлөөлөгдсөн ялгуусан сүм бөгөөд эхний лацны үед цагаан морь мэт ялж, ялахын тулд урагш гарсан Петрээр бэлгэдэгдсэн юм.</w:t>
      </w:r>
    </w:p>
    <w:p>
      <w:pPr>
        <w:pStyle w:val="ArticleScripture"/>
        <w:jc w:val="left"/>
      </w:pPr>
      <w:r>
        <w:rPr>
          <w:rFonts w:ascii="Times New Roman" w:hAnsi="Times New Roman" w:eastAsia="Times New Roman" w:cs="Times New Roman"/>
        </w:rPr>
        <w:t>Хурга лацнуудын нэгийг нээхийг би харсан; тэгээд дөрвөн амьтны нэг нь аянгын дуу мэтээр, «Ирж үз» хэмээн хэлэхийг би сонсов. Тэгээд би харвал, цагаан морь үзэгдэв; түүн дээр суусан нэгэн нумтай байсан бөгөөд түүнд титэм өгөгдөв; тэрээр ялсаар, цаашид ч ялахын тулд гарч одов. Илчлэл 6:1, 2.</w:t>
      </w:r>
    </w:p>
    <w:p>
      <w:pPr>
        <w:pStyle w:val="ArticleBody"/>
        <w:jc w:val="left"/>
      </w:pPr>
      <w:r>
        <w:rPr>
          <w:rFonts w:ascii="Times New Roman" w:hAnsi="Times New Roman" w:eastAsia="Times New Roman" w:cs="Times New Roman"/>
        </w:rPr>
        <w:t>Иймээс Петр бол борооны Пентекостын асгаралтын үед байсан элч нарын анхны Христийн сүмийн бэлгэдэл мөн бөгөөд, Пентекостын асгаралтаар дүрслэгдсэн хожуугийн борооны үе дэх эцсийн Христийн сүмийн ч мөн бэлгэдэл юм.</w:t>
      </w:r>
    </w:p>
    <w:p>
      <w:pPr>
        <w:pStyle w:val="ArticleScripture"/>
        <w:jc w:val="left"/>
      </w:pPr>
      <w:r>
        <w:rPr>
          <w:rFonts w:ascii="Times New Roman" w:hAnsi="Times New Roman" w:eastAsia="Times New Roman" w:cs="Times New Roman"/>
        </w:rPr>
        <w:t>Тэгээд би тэнгэр нээгдсэнийг харсан бөгөөд, болгоогтун, нэгэн цагаан морь байв; түүн дээр мордогч нь Итгэмжит бөгөөд Үнэн гэж нэрлэгддэг байсан бөгөөд Тэр зөвт байдлаар шүүн, дайн хийдэг ажээ. Түүний нүд галын дөл мэт, толгой дээр нь олон титэм байлаа; мөн Түүнд Өөрөөс нь өөр хэн ч мэддэггүй нэгэн нэр бичигдсэн байв. Тэрээр цусаар дүрэгдсэн өмсгөлөөр хувцасласан байсан бөгөөд Түүний нэр Бурханы Үг гэж нэрлэгддэг. Мөн тэнгэрт байсан цэргүүд нарийн маалинган, цагаан бөгөөд цэвэр хувцас өмсөн, цагаан морьд унан Түүнийг дагалдав. Илчлэлт 19:11–14.</w:t>
      </w:r>
    </w:p>
    <w:p>
      <w:pPr>
        <w:pStyle w:val="ArticleBody"/>
        <w:jc w:val="left"/>
      </w:pPr>
      <w:r>
        <w:rPr>
          <w:rFonts w:ascii="Times New Roman" w:hAnsi="Times New Roman" w:eastAsia="Times New Roman" w:cs="Times New Roman"/>
        </w:rPr>
        <w:t>Цагаан морьд нь Езекиел 37-д амилуулагддаг Христийн цэргийг төлөөлдөг бөгөөд тэд ялгуусан сүм мөн; бас тэд титэм доторх чулуунууд билээ. Учир нь Христ хожмын борооны үед Өөрийн алдрын хаанчлалыг тогтоодог. Түүний хаанчлалын төлөөлөгчдийн хувьд нэг зуун дөчин дөрвөн мянга нь 2,300 өдрийн төгсгөлд Түүний хүлээн авдаг хаанчлалын бэлгэдэл болох титэм дээрх эрдэнэсүүд юм; тэр төгсгөл нь 1844 оны 10 дугаар сарын 22-нд байсан бөгөөд Ням гаргийн хуулийн үед дахин байх болно. Тэрхүү цагаан морьдын хаанчлал нь хожмын борооны үед, тэнгэрийн цонхнууд нээгдэхэд өргөгдөн босдог. Учир нь Иохан тэнгэр нээгдэхэд цагаан морийг харсан юм.</w:t>
      </w:r>
    </w:p>
    <w:p>
      <w:pPr>
        <w:pStyle w:val="ArticleBody"/>
        <w:jc w:val="left"/>
      </w:pPr>
      <w:r>
        <w:rPr>
          <w:rFonts w:ascii="Times New Roman" w:hAnsi="Times New Roman" w:eastAsia="Times New Roman" w:cs="Times New Roman"/>
        </w:rPr>
        <w:t>1849 оны альфа шуугианы үед Миллер үхлээр нүдээ анив, өчүүхэн хугацаанд байв. Миллер бол Елиа байсан бөгөөд Елиа 2020 оны 7 дугаар сарын 18-нд нас барж, омега шуугианд хүрэх хүртлээ 1,260 өдөр гудамжинд хэвтэж байгаад дараа нь сэрээгдсэн. Түүний сэргээгдэл нь хог шороог шүүрдэн гаргахаар шороон сойзтой хүн тэнгэрийн цонхыг нээх үед ирсэн гэж тэмдэглэгдсэн байдаг. Цагаан морьдын цэрэг тэнгэрийн цонх нээгдэхэд босгогддог бөгөөд тэр нь тохиолдоход үнэн ба хуурамчийн хоорондын ялгал тодорхой болдог. Тэрхүү ялгал нь мөн Малахи номд тодорхойлогдсон байдаг.</w:t>
      </w:r>
    </w:p>
    <w:p>
      <w:pPr>
        <w:pStyle w:val="ArticleScripture"/>
        <w:jc w:val="left"/>
      </w:pPr>
      <w:r>
        <w:rPr>
          <w:rFonts w:ascii="Times New Roman" w:hAnsi="Times New Roman" w:eastAsia="Times New Roman" w:cs="Times New Roman"/>
        </w:rPr>
        <w:t>Бүх аравны нэгээ агуулахад авчир. Тэгвэл Миний өргөөнд хоол хүнс байх болно. Тэгээд Намайг үүгээр одоо соригтун гэж түмэн цэргийн ЭЗЭН айлдаж байна. Би та нарын төлөө тэнгэрийн цонхнуудыг нээж, багтаан хүлээн авч үл хүрэлцэхүйц ерөөлийг та нар дээр асгахгүй гэж үү? Малахи 3:10.</w:t>
      </w:r>
    </w:p>
    <w:p>
      <w:pPr>
        <w:pStyle w:val="ArticleBody"/>
        <w:jc w:val="left"/>
      </w:pPr>
      <w:r>
        <w:rPr>
          <w:rFonts w:ascii="Times New Roman" w:hAnsi="Times New Roman" w:eastAsia="Times New Roman" w:cs="Times New Roman"/>
        </w:rPr>
        <w:t>Эш үзүүлэгчдийн сүнс эш үзүүлэгчдэд захирагддаг бөгөөд Илчлэлт дэх Иохан, Миллерийн зүүд, мөн Малахи нар тэнгэрийн цонхнууд нээгдэх цагийн тухай гурван гэрчийг өгдөг. Миллерийн зүүдэнд энэ нь “ирээд үз” гэсэн дуудлагын омегад тохиолддог. Альфад үймээн самуун тархалт эхлэх үед байсан бол, омега нь цугларалт эхлэх үе юм.</w:t>
      </w:r>
    </w:p>
    <w:p>
      <w:pPr>
        <w:pStyle w:val="ArticleBody"/>
        <w:jc w:val="left"/>
      </w:pPr>
      <w:r>
        <w:rPr>
          <w:rFonts w:ascii="Times New Roman" w:hAnsi="Times New Roman" w:eastAsia="Times New Roman" w:cs="Times New Roman"/>
        </w:rPr>
        <w:t>Бид Миллерийн зүүд рүү цаашлан орохоос өмнө Жэймс Уайтын уг зүүдний тухай тайлбарыг оруулахыг хүсэж байна. Жэймс Уайт жинхэнэ эрдэнийн чулуунуудыг Бурханы жинхэнэ ард түмэн, харин хуурамч эрдэнийн чулуунуудыг хорон муу хүмүүс хэмээн тодорхойлдог. Харин би эрдэнийн чулуунуудыг төөрөгдөлтэй сөргүүлэн тавигдсан үнэнүүд гэж үздэг. Эрдэнийн чулуунууд болон хуурамч эрдэнийн чулуунууд нь хоёулаа төөрөгдөл ба хуурамч элч нартай сөргүүлэн тавигдсан мэдээ болон элч нар мөн юм.</w:t>
      </w:r>
    </w:p>
    <w:p>
      <w:pPr>
        <w:pStyle w:val="ArticleScripture"/>
        <w:jc w:val="left"/>
      </w:pPr>
      <w:r>
        <w:rPr>
          <w:rFonts w:ascii="Times New Roman" w:hAnsi="Times New Roman" w:eastAsia="Times New Roman" w:cs="Times New Roman"/>
        </w:rPr>
        <w:t>“АХ МИЛЛЕРИЙН ЗҮҮД”</w:t>
      </w:r>
    </w:p>
    <w:p>
      <w:pPr>
        <w:pStyle w:val="ArticleScripture"/>
        <w:jc w:val="left"/>
      </w:pPr>
      <w:r>
        <w:rPr>
          <w:rFonts w:ascii="Times New Roman" w:hAnsi="Times New Roman" w:eastAsia="Times New Roman" w:cs="Times New Roman"/>
        </w:rPr>
        <w:t>“Дараах зүүд хоёр гаруй жилийн өмнө Advent Herald-д нийтлэгдсэн юм. Тэр үед би энэ нь бидний өнгөрсөн хоёр дахь ирэлтийн туршлагыг тодорхой илэрхийлж байгааг, мөн Бурхан энэхүү зүүдийг тархан бутарсан сүргийн тусын тулд өгснийг харсан юм.</w:t>
      </w:r>
    </w:p>
    <w:p>
      <w:pPr>
        <w:pStyle w:val="ArticleScripture"/>
        <w:jc w:val="left"/>
      </w:pPr>
      <w:r>
        <w:rPr>
          <w:rFonts w:ascii="Times New Roman" w:hAnsi="Times New Roman" w:eastAsia="Times New Roman" w:cs="Times New Roman"/>
        </w:rPr>
        <w:t>“ЭЗЭНИЙ агуу бөгөөд аймшигт өдрийн ойртон ирж буйг илтгэх тэмдгүүдийн дунд Бурхан зүүдийг тавьсан билээ. Иоел 2:28–31; Үйлс 2:17–20-ыг үз. Зүүд гурван янзаар ирж болно; нэгдүгээрт, ‘ажил хэргийн элбэгээс’ ирж болно. Номлогчийн үгс 5:3-ыг үз. Хоёрдугаарт, Сатаны бузар сүнс болон мэхлэлт дор байгаа хүмүүс түүний нөлөөгөөр зүүдэлж болно. Дэд хууль 8:1–5; Иеремиа 23:25–28; 27:9; 29:8; Зехариа 10:2; Иуда 8-ыг үз. Гуравдугаарт, Бурхан үргэлж Өөрийн ард түмэнд тэнгэрэлчүүд болон Ариун Сүнсний үйлчлэлээр ирдэг зүүдээр их бага хэмжээгээр зааж ирсэн бөгөөд одоо ч заасаар байна. Үнэний тунгалаг гэрэлд бат зогсогсод Бурхан тэдэнд хэзээ зүүд өгч буйг мэдэх болно; тийм хүмүүс хуурамч зүүдэнд мэхлэгдэн төөрөгдөхгүй.”</w:t>
      </w:r>
    </w:p>
    <w:p>
      <w:pPr>
        <w:pStyle w:val="ArticleScripture"/>
        <w:jc w:val="left"/>
      </w:pPr>
      <w:r>
        <w:rPr>
          <w:rFonts w:ascii="Times New Roman" w:hAnsi="Times New Roman" w:eastAsia="Times New Roman" w:cs="Times New Roman"/>
        </w:rPr>
        <w:t>“‘Тэр өгүүлрүүн, Одоо Миний үгсийг сонсогтун; та нарын дунд эш үзүүлэгч байваас, Би, ЭЗЭН, түүнд Өөрийгөө үзэгдлээр мэдүүлж, зүүдээр түүнд айлдана.’ Тооллого 12:6. Иаков хэлэхдээ, ‘ЭЗЭНий тэнгэрэлч надад зүүдэнд айлдав.’ Эхлэл 31:2. ‘Сири хүн Лабанд Бурхан шөнө зүүдэнд ирэв.’ Эхлэл 31:24. Иосефын зүүднүүдийг [Эхлэл 37:5–9] уншигтун; дараа нь тэдгээрийн Египетэд биелсэн сонирхолтой түүхийг уншигтун. ‘Гибеонд ЭЗЭН шөнө зүүдэнд Соломонд үзэгдэв.’ Хаадын дээд 3:5. Даниелын хоёрдугаар бүлгийн агуу чухал хөрөг мөн зүүдэнд өгөгдсөн, түүнчлэн долдугаар бүлгийн дөрвөн араатан гэх мэт. Херод нялх Аврагчийг устгахаар завдах үед Иосефт Египет уруу зугтахыг зүүдэнд анхааруулсан. Матай 2:13.”</w:t>
      </w:r>
    </w:p>
    <w:p>
      <w:pPr>
        <w:pStyle w:val="ArticleScripture"/>
        <w:jc w:val="left"/>
      </w:pPr>
      <w:r>
        <w:rPr>
          <w:rFonts w:ascii="Times New Roman" w:hAnsi="Times New Roman" w:eastAsia="Times New Roman" w:cs="Times New Roman"/>
        </w:rPr>
        <w:t>“‘Эцсийн өдрүүдэд ийм болно гэж Бурхан айлдаж байна. Би Өөрийн Сүнснээс бүх махбод дээр асгана; та нарын хөвгүүд, охид эш үзүүлж, та нарын залуус үзэгдэл үзэж, та нарын хөгшид зүүд зүүдэлнэ.’ Үйлс 2:17.”</w:t>
      </w:r>
    </w:p>
    <w:p>
      <w:pPr>
        <w:pStyle w:val="ArticleScripture"/>
        <w:jc w:val="left"/>
      </w:pPr>
      <w:r>
        <w:rPr>
          <w:rFonts w:ascii="Times New Roman" w:hAnsi="Times New Roman" w:eastAsia="Times New Roman" w:cs="Times New Roman"/>
        </w:rPr>
        <w:t>“Энд зүүд ба үзэгдлээр илэрдэг эш үзүүллийн бэлэг нь Ариун Сүнсний үр жимс бөгөөд эцсийн өдрүүдэд тэмдэг болохуйц хэмжээнд илчлэгдэх ёстой. Энэ нь сайн мэдээний чуулганы бэлгүүдийн нэг мөн.</w:t>
      </w:r>
    </w:p>
    <w:p>
      <w:pPr>
        <w:pStyle w:val="ArticleScripture"/>
        <w:jc w:val="left"/>
      </w:pPr>
      <w:r>
        <w:rPr>
          <w:rFonts w:ascii="Times New Roman" w:hAnsi="Times New Roman" w:eastAsia="Times New Roman" w:cs="Times New Roman"/>
        </w:rPr>
        <w:t>“‘Тэр заримыг нь элч, заримыг нь ЭШ ҮЗҮҮЛЭГЧ, заримыг нь сайн мэдээ тунхаглагч, заримыг нь хоньчин ба багш болгон өгсөн. Энэ нь гэгээнтнүүдийг төгс болгохын тулд, үйлчлэлийн ажлын төлөө, Христийн биеийг байгуулан бэхжүүлэхийн тулд юм.’ Ефес 4:11, 12.”</w:t>
      </w:r>
    </w:p>
    <w:p>
      <w:pPr>
        <w:pStyle w:val="ArticleScripture"/>
        <w:jc w:val="left"/>
      </w:pPr>
      <w:r>
        <w:rPr>
          <w:rFonts w:ascii="Times New Roman" w:hAnsi="Times New Roman" w:eastAsia="Times New Roman" w:cs="Times New Roman"/>
        </w:rPr>
        <w:t>“‘Бурхан чуулганд заримыг нь тогтоосон нь: нэгд, элч нар, хоёрт, ЭШ ҮЗҮҮЛЭГЧИД,’ гэх мэт. 1 Коринт 12:28. ‘ЭШ ҮЗҮҮЛЛҮҮДИЙГ бүү бас.’ 1 Тесалоник 5:20. Мөн Үйлс 13:1; 21:9; Ром 7:6; 1 Коринт 14:1, 24, 39-ийг үз. Эш үзүүлэгчид буюу эш үзүүллүүд нь Христийн чуулганы байгуулалтын төлөө байдаг; мөн Бурханы үгээс тэд евангелистууд, пасторууд болон багш нараас өмнө зогсох ёстой байсан гэсэн ямар ч нотолгоо гаргаж үл чадна. Харин эсэргүүцэгч ийн хэлдэг: ‘Хуурамч үзэгдэл, зүүд маш олноор байсан учир би тийм төрлийн юунд ч итгэж чадахгүй.’ Сатан өөрийн хуурамчийгтэй нь үнэн. Түүнд үргэлж хуурамч эш үзүүлэгчид байсан бөгөөд мэхлэлт ба ялалтынхаа энэ эцсийн цагт тэднийг одоо ч бид хүлээж болох нь гарцаагүй. Ийм онцгой илчлэлтүүдийг, хуурамч нь байдаг учраас, няцаадаг хүмүүс, адил үндэслэлтэйгээр, цааш нь жаахан ахиулан, Бурхан хэзээ ч Өөрийгөө хүнд зүүд эсвэл үзэгдлээр илчилж байгаагүй гэж үгүйсгэж ч болох юм. Учир нь хуурамч нь үргэлж байсаар ирсэн билээ.”</w:t>
      </w:r>
    </w:p>
    <w:p>
      <w:pPr>
        <w:pStyle w:val="ArticleScripture"/>
        <w:jc w:val="left"/>
      </w:pPr>
      <w:r>
        <w:rPr>
          <w:rFonts w:ascii="Times New Roman" w:hAnsi="Times New Roman" w:eastAsia="Times New Roman" w:cs="Times New Roman"/>
        </w:rPr>
        <w:t>“Зүүд ба үзэгдэл нь Бурхан Өөрийгөө хүнд илчилж ирсэн хэрэгсэл мөн. Энэ хэрэгслээр дамжуулан Тэр эш үзүүлэгчдэд айлдсан; Тэр эш үзүүллийн бэлгийг сайн мэдээний сүмийн бэлгүүдийн дунд байрлуулж, зүүд ба үзэгдлийг ‘ЭЦСИЙН ӨДРҮҮД’-ийн бусад тэмдгүүдийн хамт нэгэн адил ангилсан билээ.” Амен.</w:t>
      </w:r>
    </w:p>
    <w:p>
      <w:pPr>
        <w:pStyle w:val="ArticleScripture"/>
        <w:jc w:val="left"/>
      </w:pPr>
      <w:r>
        <w:rPr>
          <w:rFonts w:ascii="Times New Roman" w:hAnsi="Times New Roman" w:eastAsia="Times New Roman" w:cs="Times New Roman"/>
        </w:rPr>
        <w:t>“Дээрх тайлбарууд дахь миний зорилго нь эсэргүүцлүүдийг Сударт нийцсэн байдлаар зайлуулж, уншигчийн оюун санааг дараах зүйлд бэлтгэхэд оршсон юм.</w:t>
      </w:r>
    </w:p>
    <w:p>
      <w:pPr>
        <w:pStyle w:val="ArticleScripture"/>
        <w:jc w:val="left"/>
      </w:pPr>
      <w:r>
        <w:rPr>
          <w:rFonts w:ascii="Times New Roman" w:hAnsi="Times New Roman" w:eastAsia="Times New Roman" w:cs="Times New Roman"/>
        </w:rPr>
        <w:t>“УМ. Миллер,</w:t>
      </w:r>
    </w:p>
    <w:p>
      <w:pPr>
        <w:pStyle w:val="ArticleScripture"/>
        <w:jc w:val="left"/>
      </w:pPr>
      <w:r>
        <w:rPr>
          <w:rFonts w:ascii="Times New Roman" w:hAnsi="Times New Roman" w:eastAsia="Times New Roman" w:cs="Times New Roman"/>
        </w:rPr>
        <w:t>“Лоу Хэмптон, Нью-Йорк, 1847 оны 12 дугаар сарын 3.” Жэймс Уайт, Ах Миллерийн Зүүд, 1–6.</w:t>
      </w:r>
    </w:p>
    <w:p>
      <w:pPr>
        <w:pStyle w:val="ArticleScripture"/>
        <w:jc w:val="left"/>
      </w:pPr>
      <w:r>
        <w:rPr>
          <w:rFonts w:ascii="Times New Roman" w:hAnsi="Times New Roman" w:eastAsia="Times New Roman" w:cs="Times New Roman"/>
        </w:rPr>
        <w:t>“1. ‘Авс’ нь бидний Эзэн Есүс Христийн хоёр дахь ирэлтийн талаархи Библийн агуу үнэнүүдийг илэрхийлдэг бөгөөд тэдгээрийг дэлхий дахинд тунхаглан нийтлэхээр Миллер ахад өгсөн юм.</w:t>
      </w:r>
    </w:p>
    <w:p>
      <w:pPr>
        <w:pStyle w:val="ArticleScripture"/>
        <w:jc w:val="left"/>
      </w:pPr>
      <w:r>
        <w:rPr>
          <w:rFonts w:ascii="Times New Roman" w:hAnsi="Times New Roman" w:eastAsia="Times New Roman" w:cs="Times New Roman"/>
        </w:rPr>
        <w:t>“2. ‘Хавсаргасан түлхүүр’ нь түүний эш үзүүллэгийн Үгийг тайлбарлах арга барил байсан юм—судрыг судартай харьцуулах нь—Библи өөрөө өөрийнхөө тайлбарлагч мөн. Энэ түлхүүрээр Миллер ах ‘хайрцаг’-ийг, өөрөөр хэлбэл, дэлхий дахинд хамаарах ирэлтийн агуу үнэнийг нээсэн билээ.</w:t>
      </w:r>
    </w:p>
    <w:p>
      <w:pPr>
        <w:pStyle w:val="ArticleScripture"/>
        <w:jc w:val="left"/>
      </w:pPr>
      <w:r>
        <w:rPr>
          <w:rFonts w:ascii="Times New Roman" w:hAnsi="Times New Roman" w:eastAsia="Times New Roman" w:cs="Times New Roman"/>
        </w:rPr>
        <w:t>“3. ‘Хайрцаг дотор тус тусын байрлалд маш сайхнаар эмхлэгдэн тавигдсан’, ‘элдэв төрөл, хэмжээтэй’ ‘эрдэнэс, алмааз зэрэг’ нь Бурханы хүүхдүүдийг [Малахи 3:17] төлөөлдөг бөгөөд тэд нь бүх сүмүүдээс, мөн амьдралын бараг бүх зэрэг зиндаа, нөхцөл байдлаас ирсэн, адвентийн итгэлийг хүлээн авсан, мөн үнэний ариун үйл хэргийн төлөө өөр өөрийн байр суурин дээрээ зоригтойгоор бат зогсож буйгаар харагдсан хүмүүс юм. Ийнхүү энэ дэг журам дотор урагшлан, хүн бүр өөрийн үүрэгт анхаарч, Бурханы өмнө даруухнаар алхаж байх үед, тэд дэлхийд ‘гэрэл ба алдрыг тусган харуулж’ байсан нь зөвхөн элч нарын өдрүүдийн үеийн сүмтэй л эн зэрэгцэхүйц байв. Мэдээ [Илчлэл 14:6,7] салхины жигүүр дээр зөөгдөн яваа мэт түгэж, ‘Ирэгтүн, учир нь бүх юм одоо бэлэн боллоо’ гэсэн урилга [Лук 14:17] хүч чадал, үр нөлөөтэйгээр тархан хүрч байв.”</w:t>
      </w:r>
    </w:p>
    <w:p>
      <w:pPr>
        <w:pStyle w:val="ArticleScripture"/>
        <w:jc w:val="left"/>
      </w:pPr>
      <w:r>
        <w:rPr>
          <w:rFonts w:ascii="Times New Roman" w:hAnsi="Times New Roman" w:eastAsia="Times New Roman" w:cs="Times New Roman"/>
        </w:rPr>
        <w:t>“4. ‘Хүмүүс орж ирж эхэлсэн нь, анхандаа тоо цөөн байсан боловч, олны бөөгнөрөл болон нэмэгдэв.’ Ах Миллер болон өөр тун цөөн хэдэн хүн анх удаа ирэлтийн сургаалыг номлоход, энэ нь маш бага нөлөө үзүүлж, түүнээс болж сэрсэн хүн ч маш цөөн байсан; харин 1840-өөс 1844 он хүртэл, хаана ч энэ нь номлогдсон, тэнд бүхэл бүтэн нийгэмлэг сэрж хөдөлсөн юм.</w:t>
      </w:r>
    </w:p>
    <w:p>
      <w:pPr>
        <w:pStyle w:val="ArticleScripture"/>
        <w:jc w:val="left"/>
      </w:pPr>
      <w:r>
        <w:rPr>
          <w:rFonts w:ascii="Times New Roman" w:hAnsi="Times New Roman" w:eastAsia="Times New Roman" w:cs="Times New Roman"/>
        </w:rPr>
        <w:t>“5. Нисэн явагч тэнгэрэлч [Илчлэл 14:6–7] мөнхийн сайн мэдээг анх тунхаглаж, ‘Бурханаас эмээгтүн, Түүнд алдрыг өргөгтүн; учир нь Түүний шүүлтийн цаг иржээ’ хэмээн номлож эхлэхэд, Есүсийн ирэлт болон сэргээн тогтоолтыг харгалзан олон хүн баяр хөөрөөр хашхирч байв. Гэвч хожим нь, тэднийг саяхан хүртэл баяр хөөрөөр дүүргэж байсан тэр үнэнийг эсэргүүцэн, элэглэн дооглож, тохуурхан шоолсон. Тэд эрдэнэсүүдийг үймүүлж, тараан сарниулсан. Энэ нь биднийг 1844 оны намар, тараан сарниулах цаг эхэлсэн тэр үед хүргэж байна.</w:t>
      </w:r>
    </w:p>
    <w:p>
      <w:pPr>
        <w:pStyle w:val="ArticleScripture"/>
        <w:jc w:val="left"/>
      </w:pPr>
      <w:r>
        <w:rPr>
          <w:rFonts w:ascii="Times New Roman" w:hAnsi="Times New Roman" w:eastAsia="Times New Roman" w:cs="Times New Roman"/>
        </w:rPr>
        <w:t>“Үүнийг тэмдэглэ: нэгэн цагт ‘баяраар хашхирч’ байсан хүмүүс л эрдэнэсүүдийг зовоон үймүүлж, тараан сарниулсан юм. Мөн 1844 оноос хойш сүргийг тийнхүү үр нөлөөтэйгээр тараан сарниулж, төөрөгдүүлсэн хэн ч байгаагүй; харин нэгэн цагт үнэнийг тунхаглаж, түүнд баясдаг байсан атлаа, хожим нь Бурханы ажлыг болон бидний өнгөрсөн авралын ирэлтийн туршлагад биелсэн эш үзүүллэгийн гүйцэтгэлийг үгүйсгэсэн хүмүүс л тэгсэн юм.</w:t>
      </w:r>
    </w:p>
    <w:p>
      <w:pPr>
        <w:pStyle w:val="ArticleScripture"/>
        <w:jc w:val="left"/>
      </w:pPr>
      <w:r>
        <w:rPr>
          <w:rFonts w:ascii="Times New Roman" w:hAnsi="Times New Roman" w:eastAsia="Times New Roman" w:cs="Times New Roman"/>
        </w:rPr>
        <w:t>“6. Жинхэнүүдийн дунд тараагдсан ‘хуурамч эрдэнэс ба хуурамч зоос’ нь 1844 онд хаалга хаагдсанаас хойшхи хуурамч хөрвөгсөд, эсвэл ‘харь хүүхдүүд’-ийг [Hosea 5:7] тодорхойгоор төлөөлж байна.”</w:t>
      </w:r>
    </w:p>
    <w:p>
      <w:pPr>
        <w:pStyle w:val="ArticleScripture"/>
        <w:jc w:val="left"/>
      </w:pPr>
      <w:r>
        <w:rPr>
          <w:rFonts w:ascii="Times New Roman" w:hAnsi="Times New Roman" w:eastAsia="Times New Roman" w:cs="Times New Roman"/>
        </w:rPr>
        <w:t>“7. ‘Шороо ба үртэс, элс болон элдэв хог новш’ нь 1844 оны намраас хойш хоёр дахь ирэлтийг хүлээгч итгэгчдийн дунд нэвтрэн орж ирсэн олон янзын бөгөөд тоо томшгүй алдааг төлөөлдөг. Энд би тэдгээрийн цөөн хэдийг нь авч үзье.</w:t>
      </w:r>
    </w:p>
    <w:p>
      <w:pPr>
        <w:pStyle w:val="ArticleScripture"/>
        <w:jc w:val="left"/>
      </w:pPr>
      <w:r>
        <w:rPr>
          <w:rFonts w:ascii="Times New Roman" w:hAnsi="Times New Roman" w:eastAsia="Times New Roman" w:cs="Times New Roman"/>
        </w:rPr>
        <w:t>“1. Шөнө дундын хашхираан өгөгдсөний дараахан зарим ‘хоньчид’ бардамнан баримталсан байр суурь нь, долоодугаар сарын хөдөлгөөнийг дагалдсан Ариун Сүнсний ёслол төгөлдөр, зүрхийг уяраах хүч нь мезмеризмын нөлөө байсан хэмээсэн явдал мөн. Жорж Сторрс энэ байр суурийг хамгийн түрүүнд баримталсан хүмүүсийн нэг байв. 1844 оны сүүлчийн хагаст, тухайн үед Нью-Йорк хотод хэвлэгдэж байсан Midnight-Cry дахь түүний бичвэрүүдийг үз. J. V. Himes 1845 оны хавар Албанигийн бага хурал дээр, долоодугаар сарын хөдөлгөөн долоон тохой гүн мезмеризм төрүүлсэн гэж хэлсэн. Үүнийг би тэнд байсан, уг үгийг сонссон нэг хүний ярианаас сонссон. Долоодугаар сарын хашхираанд идэвхтэй оролцсон бусад зарим хүмүүс хожим нь тэр хөдөлгөөнийг Диаволын ажил хэмээн тунхагласан. Христ ба Ариун Сүнсний ажлыг Диаволд хамаатуулах нь бидний Аврагчийн өдрүүдэд доромжлол байсан бөгөөд одоо ч мөн доромжлол мөн. 2. Тодорхой цаг хугацааны талаар хийсэн олон туршилтууд. 2300 өдөр 1844 онд дууссанаас хойш, түүний төгсгөлийг тогтоохоор янз бүрийн хүмүүс нэлээд олон хугацааг тогтоосон. Ингэснээрээ тэд ‘хилийн тэмдгүүд’-ийг зайлуулж, адвентийн бүх хөдөлгөөний дээр харанхуй ба эргэлзээг нөмөргөсөн. 3. Сүнс дуудах үзэл бүхий л өөрийн хийсвэрлэл, туйлшралуудын хамт. Үхлийн аймшигт ажлыг бүтээсэн Диаволын энэ заль мэх нь ‘үртэс’, мөн ‘янз бүрийн хог новш’-оор тун зохистойгоор дүрслэгдсэн байдаг. Сүнс дуудах үзлийн хорыг залгисан олон хүн бидний өнгөрсөн адвентийн туршлагын үнэнийг хүлээн зөвшөөрсөн бөгөөд энэ баримтаас үүдэн 1843, 1844 онуудад Бурхан агуу адвентийн хөдөлгөөнүүдийг удирдсан гэдэгт итгэх нь сүнс дуудах үзлийн жам ёсны үр жимс байсан гэж олон хүнийг итгүүлэхэд хүргэсэн. Петр ‘сүйрэлд хүргэх тэрс үзлүүдийг нууцаар оруулж, өөрсдийг нь худалдаж авсан Эзэнийг хүртэл үгүйсгэх’ хүмүүсийн тухай ярихдаа, ‘ТЭДНИЙ УЛМААС ҮНЭНИЙ ЗАМ МУУГААР ХЭЛЭГДЭХ БОЛНО’ гэжээ. 4. S. S. Snow өөрийгөө ‘эш үзүүлэгч Елиа’ хэмээн мэдүүлсэн нь. Энэ хүн өөрийн хачин, солиотой явдлын дунд мөн энэ үхлийн ажилд өөрийн үүргийг гүйцэтгэсэн бөгөөд түүний явдал нь хүлээгч ариун хүмүүсийн жинхэнэ байр суурийг олон шударга сэтгэлийн хүний бодолд гутаан доромжлогдох хандлагатай болгосон юм.</w:t>
      </w:r>
    </w:p>
    <w:p>
      <w:pPr>
        <w:pStyle w:val="ArticleScripture"/>
        <w:jc w:val="left"/>
      </w:pPr>
      <w:r>
        <w:rPr>
          <w:rFonts w:ascii="Times New Roman" w:hAnsi="Times New Roman" w:eastAsia="Times New Roman" w:cs="Times New Roman"/>
        </w:rPr>
        <w:t>“Энэхүү алдаануудын жагсаалтад би Илчлэлт 20:4, 7-д гардаг өнгөрсөн үеийн ‘мянган жил,’ Илчлэлт 7:4; 14:1 дэх 144,000, Христийн амилалтын дараа ‘босож булшнуудаас гарч ирсэн’ хүмүүс, ажил хийхгүй байх сургаал, нялхас устгагдана гэсэн сургаал гэх мэт, гэх мэт өөр олон зүйлийг нэмж болох юм. Эдгээр алдааг тийнхүү уйгагүйгээр түгээн дэлгэрүүлж, хүлээгч сүрэгт хүчтэй тулган шаардсан тул, Ах дүү Миллер зүүдээ үзэх тэр үед жинхэнэ эрдэнэсүүд ‘харагдахаас далдлагдсан’ байсан бөгөөд эш үзүүлэгчийн үгс тохирч байлаа—‘Шүүлт ухран буцаж, зөв шударга байдал алсад зогсоно,’ гэх мэт, гэх мэт. Исаиа 56:14-ийг үз.”</w:t>
      </w:r>
    </w:p>
    <w:p>
      <w:pPr>
        <w:pStyle w:val="ArticleScripture"/>
        <w:jc w:val="left"/>
      </w:pPr>
      <w:r>
        <w:rPr>
          <w:rFonts w:ascii="Times New Roman" w:hAnsi="Times New Roman" w:eastAsia="Times New Roman" w:cs="Times New Roman"/>
        </w:rPr>
        <w:t>“Тэр цаг үед энэ нутагт өнөөгийн үнэний хэргийг хамгаалан дэмждэг адвентист нэг ч сонин хэвлэл байсангүй. ‘Day-Dawn’ нь бяцхан сүргийн зөв байр суурийг хамгаалсан хамгийн сүүлчийнх нь байсан; гэвч Эзэн энэ зүүдийг Миллер ахад өгөхөөс хэдэн сарын өмнө тэр нь мөхсөн бөгөөд, эцсийн үхлийнхээ тэмцэл дунд ядарч цөхөрсөн, санаа алдан буй ариун хүмүүсийг тэдний эцсийн авралын цаг хэмээн тухайн үед ирээдүйн гучин жилийн цаадах 1877 он руу заасан билээ. Халаг! халаг! Ийм гунигт байдлын дээр Миллер ах зүүдэндээ “сууж уйлсан” нь гайхах зүйл биш байлаа.</w:t>
      </w:r>
    </w:p>
    <w:p>
      <w:pPr>
        <w:pStyle w:val="ArticleScripture"/>
        <w:jc w:val="left"/>
      </w:pPr>
      <w:r>
        <w:rPr>
          <w:rFonts w:ascii="Times New Roman" w:hAnsi="Times New Roman" w:eastAsia="Times New Roman" w:cs="Times New Roman"/>
        </w:rPr>
        <w:t>“8. Авс нь ах Миллерийн дэлхий дахинд тунхагласан Христийн ирэлтийн үнэнийг төлөөлдөг бөгөөд энэ нь арван охины тухай сургаалт зүйрлэлээр тодорхой заагдсан билээ. Матай 25:1–11. Нэгдүгээрт, хугацаа нь 1843 он; хоёрдугаарт, саатсан үе; гуравдугаарт, 1844 оны долдугаар сард гарсан шөнө дундын хашхираан; дөрөвдүгээрт, хаагдсан хаалга. 1843 оноос хойш Хоёрдугаар Ирэлтийн тухай хэвлэлүүдийг уншсан хэн боловч ах Миллер Христийн ирэлтийн түүхэн дэх эдгээр дөрвөн чухал зүйлийг хамгаалан сурталчилж ирснийг үгүйсгэхгүй. Энэхүү уялдаа төгс үнэний тогтолцоо буюу ‘авс’-ыг өөрсдийн туулсан туршлагыг няцааж, ах Миллерийн хамт дэлхий дахинд аймшиггүйгээр тунхаглаж байсан тэр л үнэнүүдээ үгүйсгэсэн хүмүүс урж тасдан, хог новш дунд тараан хаясан юм.</w:t>
      </w:r>
    </w:p>
    <w:p>
      <w:pPr>
        <w:pStyle w:val="ArticleScripture"/>
        <w:jc w:val="left"/>
      </w:pPr>
      <w:r>
        <w:rPr>
          <w:rFonts w:ascii="Times New Roman" w:hAnsi="Times New Roman" w:eastAsia="Times New Roman" w:cs="Times New Roman"/>
        </w:rPr>
        <w:t>“9. ‘Шороо арилгагч сойз’-той хүн нь гурав дахь тэнгэрэлчийн мэдээгээр [Илчлэл 14:9–12,] илчлэгдэн гарч ирсэн эдүгээх үнэний тод гэрлийг төлөөлж байгаа бөгөөд тэрхүү гэрэл одоо үлдэгдлээс алдаануудыг цэвэрлэн зайлуулж байна. Эдүгээх үнэний үйл хэрэг 1848 оны хавар сэргэн мандаж эхэлсэн бөгөөд тэр цагаас өнөөг хүртэл өсөн нэмэгдэж, хүч чадал олсоор ирсэн. ‘Шороо арилгагч сойз’ хөдөлгөөнд орсон бөгөөд үнэний тод гэрлийн өмнө алдаанууд арилан одож, өчүүхэн хэдхэн хугацааны өмнө хүртэл харанхуй ба алдаагаар хучигдан, үзэгдэхгүйгээр далдлагдсан байсан зарим үнэт эрдэнэсүүд эдүгээх үнэний тод гэрэлд одоо зогсож байна.</w:t>
      </w:r>
    </w:p>
    <w:p>
      <w:pPr>
        <w:pStyle w:val="ArticleScripture"/>
        <w:jc w:val="left"/>
      </w:pPr>
      <w:r>
        <w:rPr>
          <w:rFonts w:ascii="Times New Roman" w:hAnsi="Times New Roman" w:eastAsia="Times New Roman" w:cs="Times New Roman"/>
        </w:rPr>
        <w:t>“Энэхүү эрдэнэсүүдийг гарган илрүүлж, алдааг арилгах ажил түргэн өсөн нэмэгдэж байгаа бөгөөд энэ нь гэгээнтнүүдийг бүгдийг нэгбүрчлэн шинжлэн олж, амьд Бурханы лацыг хүлээн авах хүртэл улам бүр өсөн нэмэгдэх хүчээр урагшлах тавилантай юм. Үүнийг Езекиелийн гучин дөрөвдүгээр бүлэгтэй харьцуулан үзвэл, 1844 оноос хойшхи энэ харанхуй, бүрхэг өдөрт тараагдсан Өөрийн сүргийг цуглуулахыг Бурхан амласан болохыг та нар харах болно. Есүс ирэхээс өмнө ‘жижиг сүрэг’ нь ‘итгэлийн нэгдэлд’ цуглуулагдах болно. Есүс одоо ‘Өөртөө сайн үйлсэд хичээнгүй онцгой ардыг’ ариусгаж байгаа бөгөөд Тэр ирэх үедээ ‘тольбо ч үгүй, үрчлээ ч үгүй, эсвэл тиймэрхүү ямар ч юмгүй’ Өөрийн ‘чуулганыг’ олох болно. ‘Тэрээр шигшүүрээ гартаа барьж, талбайгаа бүрэн цэвэрлээд, буудайгаа амбаартаа хураана, гэх мэт.’ Матай 3:12.”</w:t>
      </w:r>
    </w:p>
    <w:p>
      <w:pPr>
        <w:pStyle w:val="ArticleScripture"/>
        <w:jc w:val="left"/>
      </w:pPr>
      <w:r>
        <w:rPr>
          <w:rFonts w:ascii="Times New Roman" w:hAnsi="Times New Roman" w:eastAsia="Times New Roman" w:cs="Times New Roman"/>
        </w:rPr>
        <w:t>“10. Тараан бутарсан ‘эрдэнэсүүд,’ ‘алмазууд’ болон зооснуудыг цуглуулсан, ‘өмнөхөөсөө үлэмж том бөгөөд илүү үзэсгэлэнтэй’ хоёр дахь ‘авс’ нь тараагдсан сүрэг цуглагдах амьд өнөөгийн үнэний өргөн талбарыг төлөөлдөг; өөрөөр хэлбэл, амьд Бурханы тамгатай 144,000-ыг бүгдийг нь. Тэр үнэт алмазуудаас нэг нь ч харанхуйд үлдэхгүй. Зарим нь зүүний үзүүрээс ч томгүй боловч, Бурхан Өөрийн эрдэнэсийг бүрдүүлж буй энэ өдөр тэднийг анзаарахгүй өнгөрч, орхигдуулахгүй. [Малахи 3:16–18] Тэр Лотыг Содомоос гаргасан шигээ Өөрийн тэнгэрэлч нарыг илгээж, яаравчлуулан гаргаж чадна. ‘Эзэн газар дээр Өөрийн ажлыг богино хугацаанд гүйцээнэ.’ ‘Тэр үүнийг зөвт байдлаар богиносгон гүйцээнэ.’ Ром 9:28-ыг үз. Жеймс Уайт, Brother Miller’s Dream-д хавсаргасан тайлбарууд.”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Гучин Тавдугаар Дугаар</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