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Гучин долоо дахь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Гучин долоо дахь дугаар</w:t>
      </w:r>
    </w:p>
    <w:p>
      <w:pPr>
        <w:pStyle w:val="ArticleBody"/>
        <w:jc w:val="left"/>
      </w:pPr>
      <w:r>
        <w:rPr>
          <w:rFonts w:ascii="Times New Roman" w:hAnsi="Times New Roman" w:eastAsia="Times New Roman" w:cs="Times New Roman"/>
        </w:rPr>
        <w:t>Уильям Миллерийн зүүдэнд эхэнд гардаг, хүмүүс үнэт чулуунуудад хүрч үймээн тарьж эхэлсэн тэрхүү “бужигнаан”-аас өмнө Миллер үнэт чулуунуудыг цуглуулан, “ирээд үз” хэмээн дуудсан байдаг. Шороо цэвэрлэгч хүний дүрээр харагдах Христ шүүрийг ашиглан хог новшийг шүүрдэн гаргаж, үнэт чулуунуудыг хавьгүй том авсанд эмхлэн цуглуулдаг бөгөөд дараа нь Тэр Миллерт “ирээд үз” хэмээн дуудсан. Христ Өөрийн шүүрдэх ажлыг эхлэх үед өрөө хоосон байдаг. Учир нь Миллер: “хаалга нээгдэж, нэгэн хүн өрөөнд орж ирэхэд хүмүүс бүгд тэндээс гарч явсан; тэр хүн гартаа шороо цэвэрлэгч сойз барьсан агаад, цонхнуудыг онгойлгон, өрөөнөөс шороо ба хог новшийг шүүрдэж эхэлсэн” хэмээн тэмдэглэсэн байдаг.</w:t>
      </w:r>
    </w:p>
    <w:p>
      <w:pPr>
        <w:pStyle w:val="ArticleBody"/>
        <w:jc w:val="left"/>
      </w:pPr>
      <w:r>
        <w:rPr>
          <w:rFonts w:ascii="Times New Roman" w:hAnsi="Times New Roman" w:eastAsia="Times New Roman" w:cs="Times New Roman"/>
        </w:rPr>
        <w:t>Хүмүүс бүгдээрээ өрөөнөөс гарч явсны дараа шороон сойзтой хүн тэр өрөөнд орж ирдэг. 2023 онд нэг зуун дөчин дөрвөн мянгын хөдөлгөөн бутран сарниж, хоосон өрөөнд шороон сойзтой хүн орж ирэв. 2012 оны Хабаккукийн Хүснэгтүүдээр дүрслэгдсэн үнэнүүд хог новшинд булагдаж, өрөө хоосон байв. Шороон сойзтой хүн бол Баптисч Иоханы дараа ирсэн Нэгэн мөн бөгөөд Иохан Түүний гарт шигшүүр байдаг, мөн Тэрээр тэрхүү шигшүүрээрээ Өөрийн талбайг бүрэн цэвэрлэнэ гэж хэлсэн юм.</w:t>
      </w:r>
    </w:p>
    <w:p>
      <w:pPr>
        <w:pStyle w:val="ArticleScripture"/>
        <w:jc w:val="left"/>
      </w:pPr>
      <w:r>
        <w:rPr>
          <w:rFonts w:ascii="Times New Roman" w:hAnsi="Times New Roman" w:eastAsia="Times New Roman" w:cs="Times New Roman"/>
        </w:rPr>
        <w:t>Үнэхээр би та нарыг гэмшилд зориулан усаар баптисм хүртээж байна. Харин миний хойно ирж буй Тэр надаас хүчирхэг бөгөөд, Түүний гутлыг авч явахад ч би зохисгүй. Тэр та нарыг Ариун Сүнсээр болон галаар баптисм хүртээнэ. Түүний шигшүүр гартаа буй бөгөөд Тэр үтрэмээ бүрэн цэвэрлэж, буудайгаа амбаартаа хураах болно. Харин хальсыг нь унтаршгүй галаар шатаана. Тэгээд Есүс Иордан дээр Иохан дээр, түүнээр баптисм хүртэхээр Галилаас ирэв. Матай 3:11–13.</w:t>
      </w:r>
    </w:p>
    <w:p>
      <w:pPr>
        <w:pStyle w:val="ArticleBody"/>
        <w:jc w:val="left"/>
      </w:pPr>
      <w:r>
        <w:rPr>
          <w:rFonts w:ascii="Times New Roman" w:hAnsi="Times New Roman" w:eastAsia="Times New Roman" w:cs="Times New Roman"/>
        </w:rPr>
        <w:t>Галил бол эргэлтийн мөчийн бэлгэдэл мөн бөгөөд Есүс баптисм хүртэхээр ирсэн Иорданы тэр газрыг Бетабара гэж нэрлэдэг; энэ нь “гатлага гарц” гэсэн утгатай бөгөөд эртний Израиль Амлагдсан нутагт гатлан орсон газрыг тэмдэглэдэг. Есүс баптисм хүртэхэд Тэрээр дараа нь Есүс Христ болсон. Галил, Иордан, Бетабара, мөн Есүс Христ болсон явдал нь бүгд эрин үеийн өөрчлөлтийг онцлон харуулж байгаа бөгөөд энэ нь мөн хаалганы төлөөлдөг зүйл юм, ялангуяа нээлттэй бөгөөд хаагддаг хаалганы түлхүүрийг хүлээн авсан Филадельфичүүдийн хувьд.</w:t>
      </w:r>
    </w:p>
    <w:p>
      <w:pPr>
        <w:pStyle w:val="ArticleScripture"/>
        <w:jc w:val="left"/>
      </w:pPr>
      <w:r>
        <w:rPr>
          <w:rFonts w:ascii="Times New Roman" w:hAnsi="Times New Roman" w:eastAsia="Times New Roman" w:cs="Times New Roman"/>
        </w:rPr>
        <w:t>Филаделфи дахь чуулганы тэнгэрэлчид бичигтүн: Ариун Нэгэн, Үнэн Нэгэн, Давидын түлхүүрийг эзэмшигч, нээвэл хэн ч хааж үл чадах, хаавал хэн ч нээж үл чадах Нэгэн ийнхүү айлдаж байна: Би чиний үйлсийг мэднэ. Үзэгтүн, Би чиний өмнө нээлттэй хаалга тавьсан бөгөөд түүнийг хэн ч хааж чадахгүй. Учир нь чи багахан хүчтэй атлаа Миний үгийг сахиж, Миний нэрийг үгүйсгээгүй. Илчлэлт 3:7, 8.</w:t>
      </w:r>
    </w:p>
    <w:p>
      <w:pPr>
        <w:pStyle w:val="ArticleBody"/>
        <w:jc w:val="left"/>
      </w:pPr>
      <w:r>
        <w:rPr>
          <w:rFonts w:ascii="Times New Roman" w:hAnsi="Times New Roman" w:eastAsia="Times New Roman" w:cs="Times New Roman"/>
        </w:rPr>
        <w:t>Христ «хаалгыг» «нээн», «өрөөнд орсон» үед тэр өрөө нь «Түүний өрөө» байсан. Учир нь Тэр «Өөрийн талбайг» бүрэн цэвэрлэдэг. Хэрэв тэр нь Түүний талбай мөн бол, тэр нь Түүний өрөө мөн.</w:t>
      </w:r>
    </w:p>
    <w:p>
      <w:pPr>
        <w:pStyle w:val="ArticleScripture"/>
        <w:jc w:val="left"/>
      </w:pPr>
      <w:r>
        <w:rPr>
          <w:rFonts w:ascii="Times New Roman" w:hAnsi="Times New Roman" w:eastAsia="Times New Roman" w:cs="Times New Roman"/>
        </w:rPr>
        <w:t>“Капернаумд Есүс нааш цааш аялсан замналынхаа завсрын үед оршин сууж байсан бөгөөд энэ нь ‘Түүний өөрийн хот’ хэмээн алдаршжээ. Энэ нь Галилын тэнгисийн эрэг дээр, Гэннесаретын үзэсгэлэнт талын хилийн ойролцоо, хэрэв яг түүн дээр биш байсан ч, оршиж байв.” Хүсэл Тэмүүллийн Эрин, 252.</w:t>
      </w:r>
    </w:p>
    <w:p>
      <w:pPr>
        <w:pStyle w:val="ArticleBody"/>
        <w:jc w:val="left"/>
      </w:pPr>
      <w:r>
        <w:rPr>
          <w:rFonts w:ascii="Times New Roman" w:hAnsi="Times New Roman" w:eastAsia="Times New Roman" w:cs="Times New Roman"/>
        </w:rPr>
        <w:t>Тэр Өөрийн буудайг хураан авч, хогийн ургамлыг цуглуулан шатаахаар Өөрийн өрөөнд ордог. Галилаар, Иорданаар, Бетабарагаар, баптисмаар, Иоханаас Есүс рүү шилжсэнээр дүрслэгдсэн эрин үеийн өөрчлөлт нь Лаодикийн тэмцэгч сүмээс Филадельфийн ялагч сүм рүү шилжихтэй нийцдэг. Тэр 2023 оны долоодугаар сард Өөрийн өрөөнд орсон. Миллер 2020 оны долоодугаар сарын 18-ны үймээн бужигнааны дунд нүдээ анисан бөгөөд нүдээ нээхэд өрөө хүнгүй хоосон байв; үнэн нь алдааны дор булшлагдсан байсан бөгөөд дараа нь шороо шүүрдэгч хүн цонхнуудыг нээн, хог новшийг гадагш шүүрдэж эхлэв.</w:t>
      </w:r>
    </w:p>
    <w:p>
      <w:pPr>
        <w:pStyle w:val="ArticleScripture"/>
        <w:jc w:val="left"/>
      </w:pPr>
      <w:r>
        <w:rPr>
          <w:rFonts w:ascii="Times New Roman" w:hAnsi="Times New Roman" w:eastAsia="Times New Roman" w:cs="Times New Roman"/>
        </w:rPr>
        <w:t>“‘Түүний шүүр гартаа байна, Тэр Өөрийн талбайг бүрмөсөн цэвэрлэж, буудайгаа амбаарт хураан авна.’ Матай 3:12. Энэ нь цэвэршүүлэлтийн цаг үеүүдийн нэг байсан юм. Үнэний үгсээр дамжин хивэг буудайнаас салгагдаж байв. Зэмлэлийг хүлээн авахад дэндүү хоосон бардам, өөрийгөө зөвтгөгч, даруу байдлын амьдралыг хүлээн зөвшөөрөхөд дэндүү ертөнцийг хайрлагч байсан учраас олон хүн Есүсээс нүүр буруулсан. Олон хүн өнөөдөр ч мөн адил үйлдсээр байна. Капернаумын синагогт байсан тэдгээр шавь нар хэрхэн шалгагдсан шиг, өнөөдөр ч сүнснүүд тийнхүү шалгагдаж байна. Үнэн зүрх сэтгэлд нь тулган хүргэгдэх үед тэд өөрсдийн амьдрал Бурханы хүсэлтэй нийцэхгүй байгааг хардаг. Тэд өөрсдөдөө бүхэл бүтэн өөрчлөлт хэрэгтэйг хардаг; гэвч тэд өөрийгөө үгүйсгэсэн тэрхүү ажлыг үүрч авахыг хүсдэггүй. Тиймээс тэдний нүгэл илчлэгдэхэд тэд уурладаг. Тэд ‘Энэ бол хүнд үг; үүнийг хэн сонсож чадах вэ?’ хэмээн гомдоллон, шавь нар Есүсийг орхин явсанчлан, өөрсдөө ч гомдон явдаг.” The Desire of Ages, 392.</w:t>
      </w:r>
    </w:p>
    <w:p>
      <w:pPr>
        <w:pStyle w:val="ArticleBody"/>
        <w:jc w:val="left"/>
      </w:pPr>
      <w:r>
        <w:rPr>
          <w:rFonts w:ascii="Times New Roman" w:hAnsi="Times New Roman" w:eastAsia="Times New Roman" w:cs="Times New Roman"/>
        </w:rPr>
        <w:t>2023 оны сүүлчийн өдөр буюу 2024 оны эхний өдөртэй шүргэлцэх тэр цагт Иудагийн овгийн Арслан Өөрийнхөө талаарх илчлэлийг үе шаттайгаар лацдан нээж эхлэв. Даниел арван хоёрдугаар бүлэгт гардаг лац тайлагдах гурван шатат шалгалтын үйл явцын дагуу, дараа нь “цэвэршүүлэгдэж, цайрч, шалгагдах” хэмээн дүрслэгдсэн гурван шалгалт байх ёстой байв.</w:t>
      </w:r>
    </w:p>
    <w:p>
      <w:pPr>
        <w:pStyle w:val="ArticleScripture"/>
        <w:jc w:val="left"/>
      </w:pPr>
      <w:r>
        <w:rPr>
          <w:rFonts w:ascii="Times New Roman" w:hAnsi="Times New Roman" w:eastAsia="Times New Roman" w:cs="Times New Roman"/>
        </w:rPr>
        <w:t>Тэгээд тэрээр, “Даниел аа, явж замаа хөө; учир нь эдгээр үгс эцсийн цаг хүртэл хаалттай бөгөөд лацлагдсан байна. Олон хүн ариусгагдаж, цайрч, шалгагдах болно; харин хорон муу хүмүүс хорон муугаа үйлдэх болно. Хорон муу хүмүүсийн хэн нь ч ойлгохгүй; харин мэргэн ухаантнууд ойлгоно” гэж айлдав. Даниел 12:9, 10.</w:t>
      </w:r>
    </w:p>
    <w:p>
      <w:pPr>
        <w:pStyle w:val="ArticleBody"/>
        <w:jc w:val="left"/>
      </w:pPr>
      <w:r>
        <w:rPr>
          <w:rFonts w:ascii="Times New Roman" w:hAnsi="Times New Roman" w:eastAsia="Times New Roman" w:cs="Times New Roman"/>
        </w:rPr>
        <w:t>Эхний тэнгэрэлч нь ариусгалтыг төлөөлдөг. Учир нь ялд унасан нүгэлтэн хашаан доторх тахил дээр өөрийн нүглүүдийг тавьж, тэнд цусаар зөвтгөгддөг.</w:t>
      </w:r>
    </w:p>
    <w:p>
      <w:pPr>
        <w:pStyle w:val="ArticleBody"/>
        <w:jc w:val="left"/>
      </w:pPr>
      <w:r>
        <w:rPr>
          <w:rFonts w:ascii="Times New Roman" w:hAnsi="Times New Roman" w:eastAsia="Times New Roman" w:cs="Times New Roman"/>
        </w:rPr>
        <w:t>Дараа нь цусыг ариун газарт аваачдаг бөгөөд тэнд ариуслын үйл явц нь гаднах хашаанаас ирсэн цусаар угаагдан цагаарсны байдлаар дүрслэгддэг. Тэнд зөвт байдал нь цусаар болон өөрсдийн гэрчлэлийн үгээр ялдаг хүмүүсийн дотор илэрхийлэгддэг.</w:t>
      </w:r>
    </w:p>
    <w:p>
      <w:pPr>
        <w:pStyle w:val="ArticleBody"/>
        <w:jc w:val="left"/>
      </w:pPr>
      <w:r>
        <w:rPr>
          <w:rFonts w:ascii="Times New Roman" w:hAnsi="Times New Roman" w:eastAsia="Times New Roman" w:cs="Times New Roman"/>
        </w:rPr>
        <w:t>Дараа нь тэд шалгагдаж, эцсийн өдрүүдэд Вавилоны бусад бүх мэргэн хүмүүсээс арав дахин дээр гэж тогтоогдоно. Гурав дахь шалгалт нь тэд Хамгийн Ариун Газар дотор алдаршиж, өөрсдийгөө мэргэн хэмээн тунхаглагчдын нөгөө ангиас ялгагдах үе юм. Тэр гурав дахь шалгалт нь Ням гаргийн хууль бөгөөд, эхний шалгалт нь суурь үндсүүд рүү буцан очих анхны тэнгэрэлчийн дуудлага мөн. Учир нь дараагийн алхамд ариун сүм босгогдоно. Тэр дараагийн алхам нь хоёр дахь тэнгэрэлчийн тусгаарлах мэдээ бөгөөд, үүний дараа гурав дахь тэнгэрэлчийн лакмусын шалгалт залгана.</w:t>
      </w:r>
    </w:p>
    <w:p>
      <w:pPr>
        <w:pStyle w:val="ArticleBody"/>
        <w:jc w:val="left"/>
      </w:pPr>
      <w:r>
        <w:rPr>
          <w:rFonts w:ascii="Times New Roman" w:hAnsi="Times New Roman" w:eastAsia="Times New Roman" w:cs="Times New Roman"/>
        </w:rPr>
        <w:t>2023 онд эхний тэнгэрэлч 1840 оны 8-р сарын 11-нд, хоёр дахь гайгийн Исламын тухай мэдээтэйгээр бууж ирсэнтэй адил, мөн ирэв. Тэрээр 9/11 дээр бууж ирсэнтэй адил, гурав дахь гайгийн Исламын тухай мэдээ болон хуучин жимүүдэд буцан очих дуудлагатайгаар бууж ирэв. 1840 оны 8-р сарын 11-нд хоёр дахь гайгийн мэдээ биелэхэд Миллерит түүхийн суурь үндэс тавигдсан. Дараа нь Илчлэл номын аравдугаар бүлгийн тэнгэрэлч бууж ирсэн бөгөөд энэ нь Илчлэл номын арван наймдугаар бүлгийн тэнгэрэлчийн буултыг болон гурав дахь гайгийн ирэлтийг бэлгэдэн дүрсэлсэн юм.</w:t>
      </w:r>
    </w:p>
    <w:p>
      <w:pPr>
        <w:pStyle w:val="ArticleBody"/>
        <w:jc w:val="left"/>
      </w:pPr>
      <w:r>
        <w:rPr>
          <w:rFonts w:ascii="Times New Roman" w:hAnsi="Times New Roman" w:eastAsia="Times New Roman" w:cs="Times New Roman"/>
        </w:rPr>
        <w:t>Иосиа Лич бол 1840 оны 8 дугаар сарын 11-нд тавигдсан суурийн үндэстэй түүхэн хүн мөн. “Иосиа” гэдэг нэр нь “Бурханы суурь” гэсэн утгатай бөгөөд ариун түүх дэх Иосиа хаан нь Иосиагийн шинэчлэлийг төлөөлдөг. Тэр шинэчлэлд ариун сүмийн нуранги хог дотор булшлагдан байсан Мосегийн хараалыг олж нээсэн явдал багтсан бөгөөд энэ нь Миллерийн эрдэнэсүүд өрөөн дотор булшлагдан байсан явдалтай адил юм.</w:t>
      </w:r>
    </w:p>
    <w:p>
      <w:pPr>
        <w:pStyle w:val="ArticleBody"/>
        <w:jc w:val="left"/>
      </w:pPr>
      <w:r>
        <w:rPr>
          <w:rFonts w:ascii="Times New Roman" w:hAnsi="Times New Roman" w:eastAsia="Times New Roman" w:cs="Times New Roman"/>
        </w:rPr>
        <w:t>Иошиа хаан Илчлэлт номын арван зургаадугаар бүлгийн Армагеддон болох Мегиддод нас барсан. Иеробоам Бетел, Данд хоёр тахилын ширээ босгосон үед дуулгаваргүй эш үзүүлэгчийн тунхагласан зөгнөл Иошиагийн шинэчлэлээр биеллээ олсон юм. Тэр дуулгаваргүй эш үзүүлэгч илжиг ба арслангийн дунд нас барсан. Иошиа хааны тухай нэрээр нь урьдчилан зөгнөгдсөн байсан бөгөөд түүний шинэчлэл нь уг зөгнөлийн нэг хэсэг байсан; тэрхүү зөгнөлд ирээдүйн Иошиа хаан дуулгаваргүй эш үзүүлэгчийн хорон муу хаан Иеробоамтай нүүр тулсан яг тэр тахилын ширээг нураан унагаана гэж багтсан байв.</w:t>
      </w:r>
    </w:p>
    <w:p>
      <w:pPr>
        <w:pStyle w:val="ArticleBody"/>
        <w:jc w:val="left"/>
      </w:pPr>
      <w:r>
        <w:rPr>
          <w:rFonts w:ascii="Times New Roman" w:hAnsi="Times New Roman" w:eastAsia="Times New Roman" w:cs="Times New Roman"/>
        </w:rPr>
        <w:t>Иосиагийн нэр нь “Бурханы суурь” гэсэн утгатай бөгөөд Иосиа хаан өөрийн хаанчлалаас ойролцоогоор 340 жилийн өмнө өгөгдсөн эш үзүүллэгийг биелүүлсэн юм. Тэрээр сэргэн мандалт ба шинэчлэлийг манлайлан эхлүүлж, эцэст нь Иудагаас ирсэн эш үзүүлэгч Иеробоам хаантай нүүр тулсан тэр тахилын ширээнд хүрч очсон юм. Тэнд очоод Иосиа, эш үзүүллэгт өгүүлсний дагуу, тэр тахилын ширээг нураан сүйтгэсэн. Иеробоамын тэр хоёр тахилын ширээ нь Иерусалим дахь сүмийг зориуд дуурайлган хуурамчаар үйлдсэн зүйлс байсан бөгөөд Иеробоам хуурамч баярын өдрүүдийг хүртэл тогтоосон нь үүний гүнзгий илрэл байв. Ингэснээрээ тэрээр ердөө Аарон алтан тугалын хэрэгт юу хийснийг л давтан үйлдсэн юм. Аароны тэрслүү байдал нь эртний Израилийн ариун түүхийн суурин дээр байсан. Энэ нь Мосе Хуулийг хүлээн авч байх үед болсон бөгөөд тэр Хууль нь Бурханы засаглалын суурь мөн.</w:t>
      </w:r>
    </w:p>
    <w:p>
      <w:pPr>
        <w:pStyle w:val="ArticleBody"/>
        <w:jc w:val="left"/>
      </w:pPr>
      <w:r>
        <w:rPr>
          <w:rFonts w:ascii="Times New Roman" w:hAnsi="Times New Roman" w:eastAsia="Times New Roman" w:cs="Times New Roman"/>
        </w:rPr>
        <w:t>Аароны бослого нь суурь шинжтэй бослого байсан бөгөөд Иеробоам арван умард овгийг Израиль болгон байгуулсан үед энэ бослого дахин давтагдсан юм. Мосе Аароныг зэмлэсэн бөгөөд Христтэй омега байдлаар харьцуулахад Мосе нь альфа, өөрөөр хэлбэл суурь юм. Аарон ба Мосе нь суурь бослогод буй хоёр ангийг төлөөлдөг бөгөөд Мосегийн талд зогссон баатрууд болох левичүүд нь гурав дахь ангийг бүрдүүлдэг. Хаан Иеробоам болон Иудагаас ирсэн эш үзүүлэгч нь умард хаант улсын суурь бослогод буй хоёр анги бөгөөд дахин левичүүд баатрууд нь болж байна.</w:t>
      </w:r>
    </w:p>
    <w:p>
      <w:pPr>
        <w:pStyle w:val="ArticleBody"/>
        <w:jc w:val="left"/>
      </w:pPr>
      <w:r>
        <w:rPr>
          <w:rFonts w:ascii="Times New Roman" w:hAnsi="Times New Roman" w:eastAsia="Times New Roman" w:cs="Times New Roman"/>
        </w:rPr>
        <w:t>Иеробоамын суурь бослогын үед Иудагаас ирсэн эш үзүүлэгч түүнийг зэмлэн, “Бурханы суурь” хэмээн нэрлэгдэх нэгэн хааны талаар—Иосиагийн талаар—эш үзүүлдэг. Урьдчилан хэлэгдсэн шинэчлэлийн биелэлд, Иосиа сэргэлт ба шинэчлэлээ эхлүүлэх үед Мосегийн хараал илэрч, Мосегийн ариун үгсийг унших нь аль хэдийн эхэлсэн байсан сэргэлт ба шинэчлэлийг хүчирхэгжүүлсэн явдал багтсан байв. Иосиа, эш үзүүллэгийн тодорхой бэлгэдэл болохын хувьд, Мосегийн бичээсээс авсан нэгэн эш үзүүллэг илэрхий болох үед хүчирхэгждэг сэргэлт ба шинэчлэлийг төлөөлдөг.</w:t>
      </w:r>
    </w:p>
    <w:p>
      <w:pPr>
        <w:pStyle w:val="ArticleBody"/>
        <w:jc w:val="left"/>
      </w:pPr>
      <w:r>
        <w:rPr>
          <w:rFonts w:ascii="Times New Roman" w:hAnsi="Times New Roman" w:eastAsia="Times New Roman" w:cs="Times New Roman"/>
        </w:rPr>
        <w:t>Иеробоам хааны түүхэн дэх үндсэн бослого нь Израилийн хаанаар дүрслэгддэг бөгөөд мөн Иеробоамын үндсэн бослогын эсрэг тэнгэрлэг тунхаглал, түүнчлэн Иуда уруу буцахдаа аль замаас зайлсхийхийг эш үзүүлэгчид заасан тушаалтайгаар илгээгдсэн Иудагаас ирсэн эш үзүүлэгчээр ч дүрслэгддэг. Иудагаас ирсэн эш үзүүлэгч Иеробоамын үлдэхийг хүссэн хүсэлтийг няцаадаг боловч үүний дараа Бетелийн худалч эш үзүүлэгчийн урилгыг хүлээн авч, өөрийн хувь тавиланг баталгаажуулдаг. Дуулгаваргүй эш үзүүлэгч илжиг ба арслангийн хооронд үхэж, дараа нь худалч эш үзүүлэгчийн булшинд оршуулагдах байв.</w:t>
      </w:r>
    </w:p>
    <w:p>
      <w:pPr>
        <w:pStyle w:val="ArticleBody"/>
        <w:jc w:val="left"/>
      </w:pPr>
      <w:r>
        <w:rPr>
          <w:rFonts w:ascii="Times New Roman" w:hAnsi="Times New Roman" w:eastAsia="Times New Roman" w:cs="Times New Roman"/>
        </w:rPr>
        <w:t>1840 оны 8 дугаар сарын 11-нд хоёр дахь гайгийн тухай эш үзүүллэг биелж, Адвентизмийн үндэс тавигдав. Жосайя Литч 1838 онд энэхүү эш үзүүллэгийг танилцуулж, улмаар 1840 оны 8 дугаар сарын 11-нээс арван хоногийн өмнө өөрийн тооцооллыг улам нарийвчлан тохируулж, хоёр дахь гайгийн Исламын тухай эш үзүүллэгийн биелэл болгон Османы ноёрхол 1840 оны 8 дугаар сарын 11-нд эцэслэнэ хэмээн зөгнөн тунхагласан юм.</w:t>
      </w:r>
    </w:p>
    <w:p>
      <w:pPr>
        <w:pStyle w:val="ArticleBody"/>
        <w:jc w:val="left"/>
      </w:pPr>
      <w:r>
        <w:rPr>
          <w:rFonts w:ascii="Times New Roman" w:hAnsi="Times New Roman" w:eastAsia="Times New Roman" w:cs="Times New Roman"/>
        </w:rPr>
        <w:t>Иосиа хаан эцсийн сэргэлт ба шинэчлэлийг бэлгэддэг. Учир нь эш үзүүлэгч бүр өмнөх өдрүүдээс илүүтэйгээр эцсийн өдрүүдийн талаар илүү шууд өгүүлдэг. Иосиа хаан эцсийн сэргэлт ба шинэчлэлийг бэлгэддэг бөгөөд тэрхүү шинэчлэлийг Библид нэгэн эш үзүүллэгээр дүрслэн тавьсан байдаг. Иоелын ном нэг зуун дөчин дөрвөн мянгад хамаарах хүмүүсийн дунд явагдах эцсийн сэргэлт ба шинэчлэлийг тодорхойлдог. Иосиагийн үеийн сэргэлт хоёр үе шаттай байсан: эхэлсэн, дараа нь ажлыг улам эрчимжүүлсэн нэгэн эш үзүүллэгийн лац тайлагдсан. Тэр хоёр үе шат нь Иоелын номд өгүүлэгдсэн эрт ба хожуугийн бороо мөн бөгөөд Үйлсийн номд биелж, дараа нь Миллерит хөдөлгөөний түүхэнд дахин биелсэн юм.</w:t>
      </w:r>
    </w:p>
    <w:p>
      <w:pPr>
        <w:pStyle w:val="ArticleBody"/>
        <w:jc w:val="left"/>
      </w:pPr>
      <w:r>
        <w:rPr>
          <w:rFonts w:ascii="Times New Roman" w:hAnsi="Times New Roman" w:eastAsia="Times New Roman" w:cs="Times New Roman"/>
        </w:rPr>
        <w:t>Аарон, хаан Иеробоам, Иудагаас ирсэн эш үзүүлэгчээс эхлэн хаан Иосиаг хүртэл, цаашлаад Иосиах Лич хүртэлх суурь бослогуудын дунд тэрээр суурь шалгалтын тухай гэрчлэлийн нэгэн шугамыг тодорхойлдог. Суурь шалгалт нь анхны шалгалт бөгөөд үүний дараа оройн чулуу тавигдах үед сүмийн шалгалт дагалдана. Үүний дараа гурав дахь шалгалт болох ялган таних шалгалт ирдэг.</w:t>
      </w:r>
    </w:p>
    <w:p>
      <w:pPr>
        <w:pStyle w:val="ArticleBody"/>
        <w:jc w:val="left"/>
      </w:pPr>
      <w:r>
        <w:rPr>
          <w:rFonts w:ascii="Times New Roman" w:hAnsi="Times New Roman" w:eastAsia="Times New Roman" w:cs="Times New Roman"/>
        </w:rPr>
        <w:t>Алтан тугалын үеэс эхлэн, Бетел ба Данд байсан Иеробоамын тахилын ширээнүүдээр дамжин, Иоси хаан хүртэл, мөн Иосиа Лич хүртэл үргэлжлэх энэ нь 9/11-ийн суурь шалгалт руу хөтлөх эш үзүүллэгийн мөрүүдийн цувааг төлөөлдөг. 9/11-ийн үеэр Нью-Йоркийн агуу барилгууд нуран унахад, гурав дахь гайгийн тухай нэгэн эш үзүүллэг хуучин суурь замууд руу буцан очихыг уриалсан тэрхүү шалгалтыг илчилсэн; учир нь 1840 оны 8 дугаар сарын 11 ба 9/11-ийн хоорондох зэрэгцлийг харахаар сонгосон Лаодикийн Долоо дахь өдрийн Адвентист хэн боловч үүнийг харж чадах байсан. Ерөнхийдөө үнэн байдаг хуйвалдааны онолуудын энэ өдрүүдэд 9/11-д Аль-Каидагийн оролцоог олонтаа эргэлзээнд оруулдаг боловч, Аль-Каида гэдэг нь “суурь” гэсэн утгатай бөгөөд тэд цаг хугацааны төгсгөлийн өмнөх нэгэн жилийн өмнө, 1989 онд байгууллага болон эхэлсэн, үнэндээ 1988 оны 8 дугаар сарын 11-нд юм.</w:t>
      </w:r>
    </w:p>
    <w:p>
      <w:pPr>
        <w:pStyle w:val="ArticleBody"/>
        <w:jc w:val="left"/>
      </w:pPr>
      <w:r>
        <w:rPr>
          <w:rFonts w:ascii="Times New Roman" w:hAnsi="Times New Roman" w:eastAsia="Times New Roman" w:cs="Times New Roman"/>
        </w:rPr>
        <w:t>Суурийн эш үзүүллэгийн бэлгэдлийн талаарх эдгээр нарийн зүйлсийг анзаарахгүй өнгөрвөл маш их зүйл алдагдана. 9/11-д эхний алхамд сууриуд тавигдсан. Хоёр дахь алхамд оргил чулуу тавигдах үед ариун сүм дуусна. Гурав дахь алхам нь Ням гаргийн хуулийн хаалттай хаалга юм. 9/11-өөс Ням гаргийн хууль хүртэлх хугацаанд мэдээ нь голчлон Лаодикеагийн Долоо дахь өдрийн Адвентистуудад чиглэгддэг, учир нь шүүлт Бурханы өргөөнөөс эхэлдэг бөгөөд Ням гаргийн хуулиар Бурханы өргөөний хувьд төгсөнө. Тэнд, тэр үед Лаодикеагийн Долоо дахь өдрийн Адвентизм өнгөрөгдөнө; Миллерит түүхэн дэх протестантууд, Христийн түүхэн дэх иудейчүүд, мөн Мосегийн түүхэн дэх дөчөөс дээш жилийн хугацаанд үхсэн хүмүүс өнгөрөгдсөнтэй адил.</w:t>
      </w:r>
    </w:p>
    <w:p>
      <w:pPr>
        <w:pStyle w:val="ArticleBody"/>
        <w:jc w:val="left"/>
      </w:pPr>
      <w:r>
        <w:rPr>
          <w:rFonts w:ascii="Times New Roman" w:hAnsi="Times New Roman" w:eastAsia="Times New Roman" w:cs="Times New Roman"/>
        </w:rPr>
        <w:t>9/11-ийн гурав дахь гай нь 1840 оны 8-р сарын 11-ний хоёр дахь гайгаар дүрслэгдсэн бөгөөд тэр түвшинд энэ хоёр замын тэмдгийг Библийн зөгнөл дэх Исламын анхны бэлгэдэл болох илжиг төлөөлдөг. Ням гаргийн хууль нь араатны тамга бөгөөд тэрхүү араатныг ихэвчлэн Иуда овгийн Арсланг хуурамчаар дуурайлган арслангаар төлөөлүүлдэг. Ням гаргийн хууль бол арслан бөгөөд Иудагаас ирсэн дуулгаваргүй эш үзүүлэгч илжиг ба арслангийн хооронд нас барж, Бетелийн худалч эш үзүүлэгчтэй нэг булшинд оршуулагдсан. Тэрээр 9/11-ээс Ням гаргийн хууль хүртэлх зөгнөлийн хугацаанд нас барсан бөгөөд энэ нь илжигнээс арслан хүртэлх зөгнөлийн хугацаа юм. Тэр сорилтын хугацаа нь Бетелийн худалч эш үзүүлэгчийн булш мөн бөгөөд тэр эш үзүүлэгч Иудагаас ирсэн дуулгаваргүй эш үзүүлэгчийг яг өөрийнхөө булшинд оршуулсан юм.</w:t>
      </w:r>
    </w:p>
    <w:p>
      <w:pPr>
        <w:pStyle w:val="ArticleBody"/>
        <w:jc w:val="left"/>
      </w:pPr>
      <w:r>
        <w:rPr>
          <w:rFonts w:ascii="Times New Roman" w:hAnsi="Times New Roman" w:eastAsia="Times New Roman" w:cs="Times New Roman"/>
        </w:rPr>
        <w:t>Иерусалим болон сүм байрладаг Иудагийн хаант улсын хуурамч дуураймал хэмээн дүрслэгддэг Иеровоамын хаант улс нь Миллерийн хөдөлгөөний түүхэн дэх Бурханы ард түмэн байхаа больсон протестантуудыг төлөөлж байв. Тэд 1840 оны 8-р сарын 11-нээс 1844 оны 10-р сарын 22-ны хаалттай хаалганы хооронд гэрээнийхээ тэмдэглэлийг алдсан юм. Тэрхүү түүх нь 9/11-ээс Ням гаргийн хууль хүртэлх үетэй нийцдэг бөгөөд энэ шалтгааны улмаас Иудагийн дуулгаваргүй эш үзүүлэгч Бетелийн худалч эш үзүүлэгчээр төлөөлүүлсэн тэрслүү протестантуудын нэгэн адил нэг булшинд оршуулагдсан билээ.</w:t>
      </w:r>
    </w:p>
    <w:p>
      <w:pPr>
        <w:pStyle w:val="ArticleBody"/>
        <w:jc w:val="left"/>
      </w:pPr>
      <w:r>
        <w:rPr>
          <w:rFonts w:ascii="Times New Roman" w:hAnsi="Times New Roman" w:eastAsia="Times New Roman" w:cs="Times New Roman"/>
        </w:rPr>
        <w:t>Ерөнхийд нь авч үзвэл Иосиа хаан сайн хаан байсан боловч тэр Мегиддод нас барсан бөгөөд энэ нь Армагеддонтой хийх илэрхий бөгөөд шууд хэрэглээ мөн. Тэрээр Нехогийн анхааруулгын мэдээг хүлээн авахаас татгалзсанаар замаасаа хазайсан. Египетийн хаан Нехо, тиймээс өмнөдийн хаан, хойдийн хаан болох Вавилонтой тулалдахаар явж байсан. Иосиа нь Даниел 11:40–45 дахь өмнөдийн хаан ба хойдийн хааны тулааны тухай анхааруулгын мэдээг няцаасныхаа улмаас Армагеддонд үхэх иудейчүүдийг төлөөлдөг. Тэрхүү мэдээ 9/11-нд сууриа олсон.</w:t>
      </w:r>
    </w:p>
    <w:p>
      <w:pPr>
        <w:pStyle w:val="ArticleBody"/>
        <w:jc w:val="left"/>
      </w:pPr>
      <w:r>
        <w:rPr>
          <w:rFonts w:ascii="Times New Roman" w:hAnsi="Times New Roman" w:eastAsia="Times New Roman" w:cs="Times New Roman"/>
        </w:rPr>
        <w:t>Эхний шалгалт бол суурь үндэслэлүүдэд эргэн очихыг уриалсан эхний тэнгэрэлчийн дуудлага юм.</w:t>
      </w:r>
    </w:p>
    <w:p>
      <w:pPr>
        <w:pStyle w:val="ArticleBody"/>
        <w:jc w:val="left"/>
      </w:pPr>
      <w:r>
        <w:rPr>
          <w:rFonts w:ascii="Times New Roman" w:hAnsi="Times New Roman" w:eastAsia="Times New Roman" w:cs="Times New Roman"/>
        </w:rPr>
        <w:t>Хоёр дахь сорилт нь тусгаарлагдан, сүмийг дуусгах тухай хоёр дахь тэнгэрэлчийн дуудлага юм.</w:t>
      </w:r>
    </w:p>
    <w:p>
      <w:pPr>
        <w:pStyle w:val="ArticleBody"/>
        <w:jc w:val="left"/>
      </w:pPr>
      <w:r>
        <w:rPr>
          <w:rFonts w:ascii="Times New Roman" w:hAnsi="Times New Roman" w:eastAsia="Times New Roman" w:cs="Times New Roman"/>
        </w:rPr>
        <w:t>Гурав дахь сорилт бол тамга эсвэл тэмдгийн тухай гурав дахь тэнгэрэлчийн ялгах сорилт мөн.</w:t>
      </w:r>
    </w:p>
    <w:p>
      <w:pPr>
        <w:pStyle w:val="ArticleBody"/>
        <w:jc w:val="left"/>
      </w:pPr>
      <w:r>
        <w:rPr>
          <w:rFonts w:ascii="Times New Roman" w:hAnsi="Times New Roman" w:eastAsia="Times New Roman" w:cs="Times New Roman"/>
        </w:rPr>
        <w:t>Эхний шалгалт нь суурь үндсүүд дээрх шалгалт мөн бөгөөд 2024 онд Амралтын өдрийн Zoom уулзалтуудад оролцож байсан хүмүүсийн бараг тал хувь нь 1843 оны хүснэгтэд дүрслэгдсэн цорын ганц сургаалын маргааны улмаас салан явсан. Тэрхүү маргаан нь эцсийн өдрүүдэд Бурханы ард түмний үзэгдлийг тогтоодог бэлгэдлийн тухай байсан. Миллеритүүдийн маргаанд Протестантууд Антиох Епифан, эсвэл Ислам бол өөрийгөө өргөмжилж, улмаар унадаг хүч бөгөөд энэ нь Даниел 11-ийн арван дөрөвдүгээр эшлэл дэх үзэгдлийг тогтоодог хэмээн үзэж байв.</w:t>
      </w:r>
    </w:p>
    <w:p>
      <w:pPr>
        <w:pStyle w:val="ArticleScripture"/>
        <w:jc w:val="left"/>
      </w:pPr>
      <w:r>
        <w:rPr>
          <w:rFonts w:ascii="Times New Roman" w:hAnsi="Times New Roman" w:eastAsia="Times New Roman" w:cs="Times New Roman"/>
        </w:rPr>
        <w:t>Тэр цаг үед өмнөдийн хааны эсрэг олон хүн босно; мөн чиний ард түмний дундах дээрэмчид үзэгдлийг тогтоохын тулд өөрсдийгөө өргөмжлөнө; гэвч тэд унана. Даниел 11:14.</w:t>
      </w:r>
    </w:p>
    <w:p>
      <w:pPr>
        <w:pStyle w:val="ArticleBody"/>
        <w:jc w:val="left"/>
      </w:pPr>
      <w:r>
        <w:rPr>
          <w:rFonts w:ascii="Times New Roman" w:hAnsi="Times New Roman" w:eastAsia="Times New Roman" w:cs="Times New Roman"/>
        </w:rPr>
        <w:t>Ислам эсвэл Антиох Эпифан нь чиний ард түмний дээрэмчид байсан уу, эсвэл Миллерийн тодорхойлсноор Ром байсан уу? Миллер харь шашинт үзэл ба папын үзлийн хоосруулагч хүчнүүд нь өөрсдийгөө өргөмжилсөн, унасан, мөн Бурханы ард түмний дээрэмчид байсан тэрхүү хүч мөн гэдгийг ойлгосон байв. Энэхүү нотлол нь “Бурханы мутрын удирдлагаар хийгдсэн бөгөөд өөрчилж болохгүй” хэмээх хүснэгт дээр дүрслэгдсэн байдаг бөгөөд Хабаккукийн аль ч хүснэгт дээр эш үзүүллэгийн Үгэнд шууд заалтгүй байсан нэгэн үйл явдлыг тодорхойлон заасан цорын ганц дүрслэл юм. Хүснэгт дээрх тэрхүү заалт нь Бурханы эш үзүүллэгийн Үгийн тусгаарлагч хүчний бэлгэдэл болгон уг суурь нотлолыг онцлон тэмдэглэхийн тулд байв.</w:t>
      </w:r>
    </w:p>
    <w:p>
      <w:pPr>
        <w:pStyle w:val="ArticleBody"/>
        <w:jc w:val="left"/>
      </w:pPr>
      <w:r>
        <w:rPr>
          <w:rFonts w:ascii="Times New Roman" w:hAnsi="Times New Roman" w:eastAsia="Times New Roman" w:cs="Times New Roman"/>
        </w:rPr>
        <w:t>2024 онд Zoom бүлгийн ойролцоогоор тал хувь нь үзэгдлийг тогтоогч нь Ром бус, харин АНУ мөн гэсэн хуурамч ойлголтын улмаас салан гарсан бөгөөд Миллеритүүд үүнийг тун оновчтойгоор хамгаалсан билээ.</w:t>
      </w:r>
    </w:p>
    <w:p>
      <w:pPr>
        <w:pStyle w:val="ArticleBody"/>
        <w:jc w:val="left"/>
      </w:pPr>
      <w:r>
        <w:rPr>
          <w:rFonts w:ascii="Times New Roman" w:hAnsi="Times New Roman" w:eastAsia="Times New Roman" w:cs="Times New Roman"/>
        </w:rPr>
        <w:t>2023 онд эхэлсэн цэвэршүүлэлт нь Христ салхилуураа барин өрөөндөө орж ирэх үед эхэлсэн бөгөөд тэрхүү салхилуур нь Түүний үнэний үгс мөн. Тэр Өөрийн өрөөндөө орж ирэхэд тэнд хүмүүс үгүй, хоосон байсан тул Эзэний замыг бэлтгэхийн тулд цөлд хашхирах нэгэн дуу хоолойг босгов. Тэрхүү дуу хоолой нь Гэрээний Элч Өөрийн сүмд, өөрөөр хэлбэл нэг зуун дөчин дөрвөн мянгын Өөрийн сүмд, гэнэт ирэхэд замыг нь бэлтгэхийн тулд байв.</w:t>
      </w:r>
    </w:p>
    <w:p>
      <w:pPr>
        <w:pStyle w:val="ArticleBody"/>
        <w:jc w:val="left"/>
      </w:pPr>
      <w:r>
        <w:rPr>
          <w:rFonts w:ascii="Times New Roman" w:hAnsi="Times New Roman" w:eastAsia="Times New Roman" w:cs="Times New Roman"/>
        </w:rPr>
        <w:t>Тэгээд 2024 онд анхны шалгалт, суурийн шалгалт, хэн үзэгдлийг тогтоодгийг шалгах шалгалт ирнэ—үлдэгдлийг лацддаг тэрхүү үзэгдэл. Үлдэгдлийг лацддаг дотоод үзэгдэл нь аравдугаар бүлэг дэх Христийн үзэгдэл бөгөөд гадаад үзэгдэл нь антихристээр тогтоогддог үзэгдэл юм, харин антихрист нь Ром мөн. Христийн дотоод үзэгдэл ба антихристийн гадаад үзэгдэл. Лацдуулалт гэдэг нь үнэнд, сүнслэгээр ч оюуны хувьд ч, баттай тогтох явдал мөн; аравдугаар бүлгийн дотоод үзэгдэл нь сүнслэг тал бөгөөд арван нэгдүгээр бүлгийн гадаад үзэгдэл нь оюуны тал юм. Хоёр үзэгдлийн аль алиныг ойлгож, түүнд нийцэх туршлагатай байх нь лацдуулах гэж буй хэн бүхэнд шаардагдах шалгуур мөн бөгөөд үүнийг Даниел аравдугаар бүлгийн эхний эшлэлд төлөөлөн үзүүлсэн билээ.</w:t>
      </w:r>
    </w:p>
    <w:p>
      <w:pPr>
        <w:pStyle w:val="ArticleScripture"/>
        <w:jc w:val="left"/>
      </w:pPr>
      <w:r>
        <w:rPr>
          <w:rFonts w:ascii="Times New Roman" w:hAnsi="Times New Roman" w:eastAsia="Times New Roman" w:cs="Times New Roman"/>
        </w:rPr>
        <w:t>Персийн хаан Кирийн гурав дахь жилд Белтешазар хэмээн нэрлэгддэг Даниелд нэгэн зүйл илчлэгдэв; тэрхүү зүйл нь үнэн байсан боловч тогтоогдсон хугацаа нь урт байлаа. Тэрээр уг зүйлийг ойлгож, үзэгдлийг ухааран мэдэв. Даниел 10:1.</w:t>
      </w:r>
    </w:p>
    <w:p>
      <w:pPr>
        <w:pStyle w:val="ArticleBody"/>
        <w:jc w:val="left"/>
      </w:pPr>
      <w:r>
        <w:rPr>
          <w:rFonts w:ascii="Times New Roman" w:hAnsi="Times New Roman" w:eastAsia="Times New Roman" w:cs="Times New Roman"/>
        </w:rPr>
        <w:t>Суурийн альфа шалгалт нь Даниел 11-ийн арван дөрөвдүгээр эшлэлийн талаар байсан бөгөөд энэ нь Миллерчүүдийн мөнхүү суурь шалгалттай зэрэгцсэн зүйл байсан. Тэрхүү шалгалт нь Хабаккукийн харуулд “бичиж, тодорхой болго” хэмээн тушаасан хүснэгт дээр дүрслэгдсэн Миллерчүүдийн түүхэн дэх цорын ганц маргаан байв. 2024 оны суурь шалгалт нь 1840 оны 8-р сарын 11, 1888 он, 9/11-өөр төлөөлүүлэн үзүүлэгдсэнчлэн, эхний тэнгэрэлчийн буулт байсан юм.</w:t>
      </w:r>
    </w:p>
    <w:p>
      <w:pPr>
        <w:pStyle w:val="ArticleBody"/>
        <w:jc w:val="left"/>
      </w:pPr>
      <w:r>
        <w:rPr>
          <w:rFonts w:ascii="Times New Roman" w:hAnsi="Times New Roman" w:eastAsia="Times New Roman" w:cs="Times New Roman"/>
        </w:rPr>
        <w:t>Тэр тэнгэрэлч мөн Михаил байдлаар бууж ирсэн; учир нь Михаил бол Мосег амилуулсан Нэгэн бөгөөд Мосе Елиагийн хамт 2023 оны сүүлчийн өдөр амилсан юм. Тэр амилуулалт нь Езекиелийн бичсэнээр дөрвөн салхины эш үзүүллэгээр гүйцэлдсэнээр дүрслэгддэг бөгөөд Эгч Уайт үүнийг ууртай, хязгаарлагдан баригдсан морь хэмээн нэрлэдэг; тэр нь 1840 оны 8-р сарын 11 болон 9/11-тэй холбогдох Ислам мөн. Альфа сорилт нь суурь шинжтэй, гаднах үзэгдлийн сорилт байсан. Омега сорилт нь дотоод, оргил чулуу болсон үзэгдэл байх байв.</w:t>
      </w:r>
    </w:p>
    <w:p>
      <w:pPr>
        <w:pStyle w:val="ArticleBody"/>
        <w:jc w:val="left"/>
      </w:pPr>
      <w:r>
        <w:rPr>
          <w:rFonts w:ascii="Times New Roman" w:hAnsi="Times New Roman" w:eastAsia="Times New Roman" w:cs="Times New Roman"/>
        </w:rPr>
        <w:t>Яагаад альфа ба омега байсаар атал тэдгээрийн дараа гурав дахь сорилт ирэх ёстой гэж? Миний тодорхойлон зааж буй асуудал чухам энэ юм. 2024 оны альфагийн гадаад шалгалтын үзэгдэл нь гурван сорилтын эхнийх нь мөн. Омегагийн оргил чулууны сорилтод оролцохын тулд тэр суурь сорилтыг заавал давсан байх ёстой. Эдгээр хоёр сорилт нь гурав дахь сорилтоос эш үзүүллэгийн шинж чанарын хувьд өөр юм. Гурав дахь сорилт нь нэр дэвшигч өмнөх хоёр шатыг үнэхээр давсан эсэхийг илтгэн харуулдаг лакмусын сорилт мөн.</w:t>
      </w:r>
    </w:p>
    <w:p>
      <w:pPr>
        <w:pStyle w:val="ArticleBody"/>
        <w:jc w:val="left"/>
      </w:pPr>
      <w:r>
        <w:rPr>
          <w:rFonts w:ascii="Times New Roman" w:hAnsi="Times New Roman" w:eastAsia="Times New Roman" w:cs="Times New Roman"/>
        </w:rPr>
        <w:t>Эхний сорил нь суурь бөгөөд, хоёр дахь сорил нь сүмийг гүйцэд барьж дуусгасан байдал юм. Сүмийн суурь нь Вавилоноос гарч ирэх тухай анхны зарлигийн түүхэн үед тавигдсан. Хоёр дахь зарлигийн түүхэн үед сүм гүйцэд дууссан. Гурав дахь зарлиг нь өөр байсан. Учир нь тэрхүү зарлигаар Иудагийн үндэсний бүрэн эрх сэргээгдэж, иргэний болон шашны гэмт хэргийг мөрдөн шийтгэх эрх мэдэл тэдэнд олгогдсон юм. Шүүлт гурав дахь зарлигаар сэргээгддэг. 2024 онд суурь болсон альфа сорил нь шороон сойзтой хүний бараг хоосон виртуал өрөөн дотор байсан хүмүүсийг тусгаарласан.</w:t>
      </w:r>
    </w:p>
    <w:p>
      <w:pPr>
        <w:pStyle w:val="ArticleBody"/>
        <w:jc w:val="left"/>
      </w:pPr>
      <w:r>
        <w:rPr>
          <w:rFonts w:ascii="Times New Roman" w:hAnsi="Times New Roman" w:eastAsia="Times New Roman" w:cs="Times New Roman"/>
        </w:rPr>
        <w:t>Омега шалгалт бол оройн чулууг тавьснаар дүрслэгдэн, сүм дуусгавар болдог үе юм. Сүмийн гүйцэлдэлт нь хогийн ургамлыг зайлуулсны дараа тогтоогддог ялгуусан чуулган мөн. Миллерийн зүүдэнд сүмийн гүйцэлдэлт нь эрдэнийн чулуунуудыг “тэдгээрийг хийж байсан хүний ямар ч илэрхий зүдүүргүйгээр” дахин илүү том авдарт хийж буцаан хийх үед болсон юм. Миллер шороон сойзтой хүнийг эрдэнийн чулуунуудыг илүү том авдарт хийж байгааг таньж тодорхойлсныхоо дараа, тэрээр өөрийн гэрчлэлийг “Би баяр хөөрөөсөө чангаар хашхирсан бөгөөд тэр хашхираан намайг сэрээв” гэсэн үгээр төгсгөдөг.</w:t>
      </w:r>
    </w:p>
    <w:p>
      <w:pPr>
        <w:pStyle w:val="ArticleBody"/>
        <w:jc w:val="left"/>
      </w:pPr>
      <w:r>
        <w:rPr>
          <w:rFonts w:ascii="Times New Roman" w:hAnsi="Times New Roman" w:eastAsia="Times New Roman" w:cs="Times New Roman"/>
        </w:rPr>
        <w:t>Миллерийн сэрээдэг чанга хашхирал “баяр хөөр”-өөр хүчирхэгжсэн байсныг анхааран үзэгтүн. Баяр хөөр нь Иоелын номд “шинэ дарс”-тай хүмүүсийн бэлгэдэл бөгөөд “ичгүүр” нь шинэ дарсаас таслагдсан дарс уудаг бусад хүмүүс дээр ирдэг. Миллерийг сэрээдэг Шөнө дундын Хашхирал нь шороон сойзтой хүн эрдэнэсүүдийг илүү том авсанд хийсний дараа ирдэг. Тэр том авс нь хогноос ялгагдан салгагдаж, авсанд хаягдсан эрдэнэсүүдээр дүүрэн байдаг бөгөөд тэр нь нэгэн зэрэг нэг зуун дөчин дөрвөн мянгын сүм, мөн Шөнө дундын Хашхиралын мэдээ юм. Сүм нь хоёр дахь зарлигаар, эсвэл хоёр дахь тэнгэрэлчээр, эсвэл хоёр дахь ба омега сорилоор дуусгагддаг. Миллерийн зүүдэнд омега сорил нь тэнгэрийн цонхнууд нээгдэх үед дүрслэгдсэн байдаг.</w:t>
      </w:r>
    </w:p>
    <w:p>
      <w:pPr>
        <w:pStyle w:val="ArticleScripture"/>
        <w:jc w:val="left"/>
      </w:pPr>
      <w:r>
        <w:rPr>
          <w:rFonts w:ascii="Times New Roman" w:hAnsi="Times New Roman" w:eastAsia="Times New Roman" w:cs="Times New Roman"/>
        </w:rPr>
        <w:t>Тэгээд би агуу их үй олны дуу мэт, мөн их уснуудын дуу мэт, мөн хүчирхэг аянгын нижигнэх дуу мэт нэгэн дууг сонсов. Тэд: Халлелуя; учир нь Төгс Хүчит Эзэн Бурхан хаанчилж байна. Бид баярлан хөөрч, баясан цэнгэж, Түүнд алдар өргөцгөөе. Учир нь Хурганы гэрлэлтийн цаг ирж, Түүний сүйт бүсгүй өөрийгөө бэлтгэсэн ажээ. Түүнд нарийн маалинган, цэвэр бөгөөд цагаан хувцсаар гоёхыг зөвшөөрсөн нь, тэрхүү нарийн маалинган нь ариун хүмүүсийн зөвт байдал мөн. Тэр надад: Бичигтүн, Хурганы хуримын зоогт уригдагсад ерөөлтэй еэ, гэв. Мөн тэр надад: Эдгээр нь Бурханы үнэн үгс мөн, гэв. Илчлэл 19:6–9.</w:t>
      </w:r>
    </w:p>
    <w:p>
      <w:pPr>
        <w:pStyle w:val="ArticleBody"/>
        <w:jc w:val="left"/>
      </w:pPr>
      <w:r>
        <w:rPr>
          <w:rFonts w:ascii="Times New Roman" w:hAnsi="Times New Roman" w:eastAsia="Times New Roman" w:cs="Times New Roman"/>
        </w:rPr>
        <w:t>1844 оны 10-р сарын 22-нд “Христийн дөрвөн ирэлт” биелсэн бөгөөд тэдгээр дөрвөн ирэлт тус бүр ойртон ирж буй Ням гаргийн хуулийн үед улам төгсөөр биелнэ. Тэрээр Малахи гуравдугаар бүлэгт буй левичүүдийг цэвэрлэж, ариусгах тухай эш үзүүллэгийн биелэл болгон Гэрээний Элчийн хувьд ирсэн. Тэрээр Даниел 7:13-ын биелэл болгон хаанчлалыг хүлээн авахаар ирсэн. Тэрээр Даниел 8:14-ийн биелэл болгон ариун газрыг цэвэрлэхээр ирсэн бөгөөд мөн хуримд ирсэн. Сүйт бүсгүй өөрийгөө бэлдсэн үед хурим болдог.</w:t>
      </w:r>
    </w:p>
    <w:p>
      <w:pPr>
        <w:pStyle w:val="ArticleScripture"/>
        <w:jc w:val="left"/>
      </w:pPr>
      <w:r>
        <w:rPr>
          <w:rFonts w:ascii="Times New Roman" w:hAnsi="Times New Roman" w:eastAsia="Times New Roman" w:cs="Times New Roman"/>
        </w:rPr>
        <w:t>“‘Үр жимс боловсрон гармагц, ургацын цаг ирсэн тул тэр даруй хадуураа тавина.’ Христ Өөрийгөө Өөрийн сүмд илрэн харагдахыг халуун хүслээр хүлээж байна. Христийн зан чанар Түүний ард түмэнд төгсөөр дахин илэрхийлэгдэх үед, тэгвэл Тэр тэднийг Өөрийнхөө болгон авахын тулд ирнэ.” Христийн сургамжит сургаалууд, 69.</w:t>
      </w:r>
    </w:p>
    <w:p>
      <w:pPr>
        <w:pStyle w:val="ArticleBody"/>
        <w:jc w:val="left"/>
      </w:pPr>
      <w:r>
        <w:rPr>
          <w:rFonts w:ascii="Times New Roman" w:hAnsi="Times New Roman" w:eastAsia="Times New Roman" w:cs="Times New Roman"/>
        </w:rPr>
        <w:t>Урам зоригийн эшлэлийн дагуу, Ням гаргийн хуулийн хямралын үед Бурханы тамгыг авсан “эрэгтэйчүүд ба эмэгтэйчүүдийг” харснаар л “ертөнцөд анхааруулга өгч болно.”</w:t>
      </w:r>
    </w:p>
    <w:p>
      <w:pPr>
        <w:pStyle w:val="ArticleScripture"/>
        <w:jc w:val="left"/>
      </w:pPr>
      <w:r>
        <w:rPr>
          <w:rFonts w:ascii="Times New Roman" w:hAnsi="Times New Roman" w:eastAsia="Times New Roman" w:cs="Times New Roman"/>
        </w:rPr>
        <w:t>“Ариун Сүнсний ажил нь ертөнцийг нүглийн тухай, зөвт байдлын тухай, мөн шүүлтийн тухай ятган үнэмшүүлэхэд оршино. Ертөнцөд зөвхөн үнэнийг итгэгчид үнэнээр ариусгагдсан байдалтайгаар, өндөр бөгөөд ариун зарчмуудын дагуу үйлдэн, Бурханы тушаалуудыг сахигчид болон тэдгээрийг хөл дороо гишгэгчдийн хоорондох зааг ялгааг эрхэм дээд, өргөмжлөгдсөн утгаар харуулж байгааг харах замаар л анхааруулга өгч чадна. Сүнсээр ариусгагдах явдал нь Бурханы тамгатай хүмүүс болон хуурамч амралтын өдрийг сахигчдын хоорондын ялгааг тодотгон харуулдаг. Сорилт ирэх үед араатны тэмдэг юу болох нь тодорхойгоор илчлэгдэнэ. Тэр нь Ням гаргийг сахих явдал мөн. Үнэнийг сонссоныхоо дараа ч энэ өдрийг ариун хэмээн үргэлжлүүлэн үздэг хүмүүс нь цаг хугацаа ба хуулийг өөрчлөхөөр санаархсан нүглийн хүний тэмдгийг тээдэг.” Bible Training School, December 1, 1903.</w:t>
      </w:r>
    </w:p>
    <w:p>
      <w:pPr>
        <w:pStyle w:val="ArticleBody"/>
        <w:jc w:val="left"/>
      </w:pPr>
      <w:r>
        <w:rPr>
          <w:rFonts w:ascii="Times New Roman" w:hAnsi="Times New Roman" w:eastAsia="Times New Roman" w:cs="Times New Roman"/>
        </w:rPr>
        <w:t>Сүйт бүсгүй өөрийгөө бэлтгэх үед ургац хураалт ирсэн байдаг. Ургац хураалт нь даллан өргөх туг тэмдэг болгон өргөгддөг анхны үр жимсний буудайн өргөл цуглуулагдахаас эхэлдэг. Эхлээд Илчлэл ном дахь нэг зуун дөчин дөрвөн мянга болох анхны үр жимс цуглуулагдана; дараа нь агуу олон түмэн болох бусад сүрэг цуглуулагдана. Тэрхүү туг тэмдэг нь Түүний хүчит арми мөн, харин Түүний хүчит арми цав цагаан нарийн маалинган хувцсаар гоёсон байдаг. Гэрлэлт дээр нэг зуун дөчин дөрвийн сүм Ням гаргийн хуулийн шүүлтээс өмнө урьдчилан дууссан байдаг бөгөөд тэрхүү сүм нь зөвхөн Миллерийн илүү том авс төдий бус, мөн эш үзүүллийн сүнсийг оролцуулан бүх бэлгүүдийг эзэмшдэг ялгуусан сүм юм.</w:t>
      </w:r>
    </w:p>
    <w:p>
      <w:pPr>
        <w:pStyle w:val="ArticleScripture"/>
        <w:jc w:val="left"/>
      </w:pPr>
      <w:r>
        <w:rPr>
          <w:rFonts w:ascii="Times New Roman" w:hAnsi="Times New Roman" w:eastAsia="Times New Roman" w:cs="Times New Roman"/>
        </w:rPr>
        <w:t>Тэгээд би түүнд мөргөхөөр хөлд нь унав. Харин тэр надад — Үүнийг бүү хий; би бол чиний хамтран зүтгэгч, мөн Есүсийн гэрчлэлийг эзэмшдэг ах дүү нарын чинь нэгэн. Бурханд мөргө. Учир нь Есүсийн гэрчлэл бол эш үзүүллэгийн сүнс мөн, — гэв. Илчлэл 19:10.</w:t>
      </w:r>
    </w:p>
    <w:p>
      <w:pPr>
        <w:pStyle w:val="ArticleBody"/>
        <w:jc w:val="left"/>
      </w:pPr>
      <w:r>
        <w:rPr>
          <w:rFonts w:ascii="Times New Roman" w:hAnsi="Times New Roman" w:eastAsia="Times New Roman" w:cs="Times New Roman"/>
        </w:rPr>
        <w:t>Нэг зуун дөчин дөрвөн мянгат бол Есүсийн гэрчлэлийг эзэмшигчид мөн бөгөөд Есүсийн гэрчлэл нь Библи болон Зөгнөлийн Сүнсэнд хоёуланд нь “мөр дээр мөр” хэмээн тавигдан илэрхийлэгддэг. Нэг зуун дөчин дөрвөн мянгатын Лаодикийн хөдөлгөөн Нэг зуун дөчин дөрвөн мянгатын Филаделфийн хөдөлгөөн болон хувирах үед, тэд бүгд гэрчлэлээ толилуулахдаа “мөр дээр мөр” аргачлалыг хэрэглэх болно. Тэрхүү гэрчлэл нь Тэнгэрлэг цус ба хүний гэрчийн нэгдэл юм.</w:t>
      </w:r>
    </w:p>
    <w:p>
      <w:pPr>
        <w:pStyle w:val="ArticleScripture"/>
        <w:jc w:val="left"/>
      </w:pPr>
      <w:r>
        <w:rPr>
          <w:rFonts w:ascii="Times New Roman" w:hAnsi="Times New Roman" w:eastAsia="Times New Roman" w:cs="Times New Roman"/>
        </w:rPr>
        <w:t>Тэд Хурганы цусаар, мөн өөрсдийн гэрчлэлийн үгээр түүнийг дийлсэн бөгөөд үхэлтэй тулсан ч амиа хайрлаагүй. Илчлэл 12:11.</w:t>
      </w:r>
    </w:p>
    <w:p>
      <w:pPr>
        <w:pStyle w:val="ArticleBody"/>
        <w:jc w:val="left"/>
      </w:pPr>
      <w:r>
        <w:rPr>
          <w:rFonts w:ascii="Times New Roman" w:hAnsi="Times New Roman" w:eastAsia="Times New Roman" w:cs="Times New Roman"/>
        </w:rPr>
        <w:t>Хүмүүн чанарын гэрчлэл Бурханлаг чанарын цустай нэгдсэн нь Мосе ба Хурганы гэрчлэл мөн. Мосе нь хүн чанар байсан бөгөөд омега Хурганы Бурханлаг чанарын цусанд харьцах альфа нь байв. Сүйт бүсгүй өөрийгөө бэлтгэмэгц бүх бэлгүүд сэргээгдэж, цагаан маалинган хувцсаар хувцасласан хүчирхэг цэргийн адил тэрээр Эзэний урагшлан давшиж буй цэргийн тугийн дор өөрийн байр суурийг эзэлдэг. Тэрхүү байлдааны жагсаал сүйт бүсгүй бэлтгэгдэж, цагаанаар хувцаслагдсан үед эхэлдэг бөгөөд энэ нь тэнгэрийн цонхнууд нээгддэг цаг мөн, яг л Миллерийн зүүдэнд байсанчлан.</w:t>
      </w:r>
    </w:p>
    <w:p>
      <w:pPr>
        <w:pStyle w:val="ArticleScripture"/>
        <w:jc w:val="left"/>
      </w:pPr>
      <w:r>
        <w:rPr>
          <w:rFonts w:ascii="Times New Roman" w:hAnsi="Times New Roman" w:eastAsia="Times New Roman" w:cs="Times New Roman"/>
        </w:rPr>
        <w:t>Тэгээд би тэнгэр нээгдсэнийг харав. Харагтун, цагаан морь байлаа; түүн дээр мордогчийг Итгэмжит бөгөөд Үнэн гэж нэрлэдэг бөгөөд Тэр зөвтөөр шүүн, дайн хийдэг ажээ. Түүний нүд нь галын дөл мэт, толгой дээр нь олон титэм байв; мөн Өөрөөс нь өөр хэн ч мэддэггүй, бичигдсэн нэгэн нэр Түүнд байлаа. Тэрээр цусаар будагдсан өмсгөлөөр хувцасласан байсан бөгөөд Түүний нэрийг Бурханы Үг гэж нэрлэдэг. Тэнгэрт байсан цэргүүд цагаан, цэвэр нарийн маалинган хувцсаар хувцаслан, цагаан морьд унан Түүнийг дагалдав. Түүний амнаас хурц илд гардаг нь түүнээрээ үндэстнүүдийг цохихын тулд бөгөөд Тэр тэднийг төмөр таягаар захирна; мөн Төгс Хүчит Бурханы хилэнгийн догшин уурын дарсны шахуургыг Тэр гишгэлдэг. Тэр Өөрийн өмсгөл болон гуян дээрээ ХААДЫН ХААН, ЭЗДИЙН ЭЗЭН хэмээх бичигдсэн нэртэй байв. Илчлэлт 19:11–16.</w:t>
      </w:r>
    </w:p>
    <w:p>
      <w:pPr>
        <w:pStyle w:val="ArticleBody"/>
        <w:jc w:val="left"/>
      </w:pPr>
      <w:r>
        <w:rPr>
          <w:rFonts w:ascii="Times New Roman" w:hAnsi="Times New Roman" w:eastAsia="Times New Roman" w:cs="Times New Roman"/>
        </w:rPr>
        <w:t>Шороо цэвэрлэгч эр хоосон өрөөнд орж, цонхнуудыг нээхэд, тэр эрдэнэсүүдийг хаман цуглуулж, тэднийг илүү том омега авсанд хийв. Жеймс Уайт тэдгээр эрдэнэсийг Бурханы ард түмэн гэж тодорхойлох байсан, харин Уильям Миллер тэмдэг бэлгэдэл нь нэгээс илүү утгатай байдгийг танд хэлэх байсан бөгөөд тэдгээр эрдэнэс нь зөвхөн тархан бутарсан суурь үнэнүүдийг төдийгүй, мөн дээш өргөгдсөн титэм дээрх, Христийн алдрын хаанчлалыг төлөөлөн буй тархан бутарсан эрдэнэсүүдийг ч илэрхийлнэ.</w:t>
      </w:r>
    </w:p>
    <w:p>
      <w:pPr>
        <w:pStyle w:val="ArticleScripture"/>
        <w:jc w:val="left"/>
      </w:pPr>
      <w:r>
        <w:rPr>
          <w:rFonts w:ascii="Times New Roman" w:hAnsi="Times New Roman" w:eastAsia="Times New Roman" w:cs="Times New Roman"/>
        </w:rPr>
        <w:t>Тэр өдөр тэдний Бурхан ЭЗЭН тэднийг Өөрийн ард түмний сүрэг мэт аварна. Учир нь тэд Түүний газрын дээр туг мэт өргөгдсөн титмийн эрдэнийн чулуунууд адил байх болно. Зехариа 9:16.</w:t>
      </w:r>
    </w:p>
    <w:p>
      <w:pPr>
        <w:pStyle w:val="ArticleBody"/>
        <w:jc w:val="left"/>
      </w:pPr>
      <w:r>
        <w:rPr>
          <w:rFonts w:ascii="Times New Roman" w:hAnsi="Times New Roman" w:eastAsia="Times New Roman" w:cs="Times New Roman"/>
        </w:rPr>
        <w:t>Үзэгдлийг тогтоосон Ромын суурь альфа сорилтын дараах омега бөгөөд хоёр дахь сорилт нь оргил чулуу болох омега сорилт юм. Энэ нь шүүлтийн гурав дахь лакмусын сорилтоос өмнө орших, сүмийг дуусгах сорилт мөн. Энэхүү сорилт нь мөргөгчдийн хоёр ангийг бие биеэс нь цэвэрлэн салгаж, тосон дээр үндэслэн мэргэн ба мунхагийг ялгана; тэрхүү тос нь мэдээ юм, эсвэл Уайт эгч Капернаумын синагогийн тухай тайлбартаа тодорхойлсноор—“үнэний үгс” юм.</w:t>
      </w:r>
    </w:p>
    <w:p>
      <w:pPr>
        <w:pStyle w:val="ArticleBody"/>
        <w:jc w:val="left"/>
      </w:pPr>
      <w:r>
        <w:rPr>
          <w:rFonts w:ascii="Times New Roman" w:hAnsi="Times New Roman" w:eastAsia="Times New Roman" w:cs="Times New Roman"/>
        </w:rPr>
        <w:t>Капернаум бол Иохан 6:66-д өгүүлснээр, Есүс нэгэн зэрэг хамгийн олон дагалдагчаа алдсан газар бөгөөд тэдгээр дагалдагчид хэзээ ч эргэн ирээгүй юм. Христийн цаг үед шавь байхын хамгийн том шалгалт байсан тул Капернаум нь Христийн цаг үе дэх шавь байхын омега шалгалтын бэлгэдэл мөн бөгөөд энэ нь эргээд 2023 онд эхэлсэн гурван үе шаттай шалгалтын үйл явц дахь шавь байхын омега шалгалтын хэв шинж болдог. Капернаумд уг шалгалт Тэнгэрийн Талхаар илэрхийлэгдсэн бөгөөд Есүс байгалийн зүйлсийн тухай ярихдаа үүнийг сүнслэг хэрэглээнд ойлгох ёстойг хүлээн зөвшөөрөхөөс татгалзсаны улмаас эш үзүүллэгийг ойлгох чадваргүй байсан иудейчүүдийн бүтэлгүйтлийг энэ нь илчилсэн юм.</w:t>
      </w:r>
    </w:p>
    <w:p>
      <w:pPr>
        <w:pStyle w:val="ArticleBody"/>
        <w:jc w:val="left"/>
      </w:pPr>
      <w:r>
        <w:rPr>
          <w:rFonts w:ascii="Times New Roman" w:hAnsi="Times New Roman" w:eastAsia="Times New Roman" w:cs="Times New Roman"/>
        </w:rPr>
        <w:t>Бид эдгээр зүйлсийг дараагийн өгүүлэлд үргэлжлүүлэн авч үзэх болно.</w:t>
      </w:r>
    </w:p>
    <w:p>
      <w:pPr>
        <w:pStyle w:val="ArticleScripture"/>
        <w:jc w:val="left"/>
      </w:pPr>
      <w:r>
        <w:rPr>
          <w:rFonts w:ascii="Times New Roman" w:hAnsi="Times New Roman" w:eastAsia="Times New Roman" w:cs="Times New Roman"/>
        </w:rPr>
        <w:t>“Амийн талхны тухай синагогт Христийн хэлсэн айлдвар нь Иудасын түүхэн дэх эргэлтийн цэг байв. Тэрээр: ‘Хэрэв та нар Хүний Хүүгийн махыг идэж, Түүний цусыг уухгүй бол, та нарт амь байхгүй’ гэсэн үгийг сонсов. Иохан 6:53. Тэрээр Христ ертөнцийн бус, харин сүнслэг сайн сайхныг санал болгож байгааг олж харлаа. Тэр өөрийгөө алсыг хардаг хэмээн үзэж, Есүс хүндэтгэл олохгүй, мөн Өөрийн дагалдагчдад өндөр байр суурь хайрлаж чадахгүйг харж байна гэж бодов. Тэрээр Христээс холдон явж чадахаар тийм хэмжээнд Өөртэй нь хэт ойр нэгдэхгүй байхаар шийдвэрлэв. Тэр ажиглах болно. Тэгээд тэр ажигласан.”</w:t>
      </w:r>
    </w:p>
    <w:p>
      <w:pPr>
        <w:pStyle w:val="ArticleScripture"/>
        <w:jc w:val="left"/>
      </w:pPr>
      <w:r>
        <w:rPr>
          <w:rFonts w:ascii="Times New Roman" w:hAnsi="Times New Roman" w:eastAsia="Times New Roman" w:cs="Times New Roman"/>
        </w:rPr>
        <w:t>“Тэр цагаас эхлэн Тэрээр шавь нарыг төөрөгдүүлсэн эргэлзээг илэрхийлж байв. …” The Desire of Ages, 719.</w:t>
      </w:r>
    </w:p>
    <w:p>
      <w:pPr>
        <w:pStyle w:val="ArticleHeading"/>
        <w:jc w:val="left"/>
      </w:pPr>
      <w:r>
        <w:rPr>
          <w:rFonts w:ascii="Arial" w:hAnsi="Arial" w:eastAsia="Arial" w:cs="Arial"/>
        </w:rPr>
        <w:t>Эхний сорил</w:t>
      </w:r>
    </w:p>
    <w:p>
      <w:pPr>
        <w:pStyle w:val="ArticleScripture"/>
        <w:jc w:val="left"/>
      </w:pPr>
      <w:r>
        <w:rPr>
          <w:rFonts w:ascii="Times New Roman" w:hAnsi="Times New Roman" w:eastAsia="Times New Roman" w:cs="Times New Roman"/>
        </w:rPr>
        <w:t>Есүсийн хувиа хичээсэн Иудас руу хаясан харц нь Эзэн түүний хоёр нүүрт байдлыг нэвт мэдэж, өөдгүй, жигшүүрт зан чанарыг нь уншсан болохыг түүнд итгүүлэв. Энэ нь Иудасын өмнө нь хүлээн авч байсан зэмлэлээс илүү шууд зэмлэл байлаа. Тэр үүнд хорсож, улмаар Сатан орж түүний бодлыг захирах үүд нээгдэв. Гэмшихийн оронд тэр өшөө авахаар төлөвлөсөн. Өөрийн нүглийг мэдүүлэгдсэндээ хатгуулж, гэм буруу нь илчлэгдсэний улмаас галзууралд өдөөгдөн, тэр ширээнээс босож, тэргүүн тахилчийн ордон руу явж, тэнд зөвлөл хуралдсан байгааг олж харав. Тэр Сатаны сүнсээр дүүрч, ухаан мэдрэлгүй болсон нэгэн мэт үйлдэв. Эзнээсээ урвахын төлөө амлагдсан шагнал нь гучин мөнгөн зоос байсан; тэр тосны хайрцгийн үнээс хавьгүй бага үнээр Аврагчийг худалдсан юм.</w:t>
      </w:r>
    </w:p>
    <w:p>
      <w:pPr>
        <w:pStyle w:val="ArticleScripture"/>
        <w:jc w:val="left"/>
      </w:pPr>
      <w:r>
        <w:rPr>
          <w:rFonts w:ascii="Times New Roman" w:hAnsi="Times New Roman" w:eastAsia="Times New Roman" w:cs="Times New Roman"/>
        </w:rPr>
        <w:t>Сүнс ба амьдралын хэрэгжилтээрээ олон хүн Иудастай адилхан байдаг. Тэдний зан чанарын халдварласан толбоны талаар дуугүй байх цагт ил тод дайсагнал харагддаггүй; харин тэднийг зэмлэн буруушаахад, гашуун хорсол тэдний зүрхийг дүүргэдэг.” Youth Instructor, 1900 оны 7 дугаар сарын 12.</w:t>
      </w:r>
    </w:p>
    <w:p>
      <w:pPr>
        <w:pStyle w:val="ArticleHeading"/>
        <w:jc w:val="left"/>
      </w:pPr>
      <w:r>
        <w:rPr>
          <w:rFonts w:ascii="Arial" w:hAnsi="Arial" w:eastAsia="Arial" w:cs="Arial"/>
        </w:rPr>
        <w:t>Хоёр дахь шалгалт</w:t>
      </w:r>
    </w:p>
    <w:p>
      <w:pPr>
        <w:pStyle w:val="ArticleScripture"/>
        <w:jc w:val="left"/>
      </w:pPr>
      <w:r>
        <w:rPr>
          <w:rFonts w:ascii="Times New Roman" w:hAnsi="Times New Roman" w:eastAsia="Times New Roman" w:cs="Times New Roman"/>
        </w:rPr>
        <w:t>“Дээгүүр өнгөрөх баярын өмнө Иуда тахилчид болон хуулийн багш нартай хоёр дахь удаагаа уулзаж, Есүсийг тэдний гарт тушаан өгөх гэрээгээ эцэслэн байгуулсан байв.... Иуда одоо Христ Өөрийн шавь нарын хөлийг угаасан энэ үйлдэлд гомдон дургүйцэв. Хэрэв Есүс Өөрийгөө ингэж хүртэл дорд болгож чаддаг юм бол, гэж тэр бодсон, Тэр Израилийн хаан байж үл чадна. Түр зуурын хаанчлал дахь дэлхийн хүндэтгэлийн талаарх бүхий л найдвар нь сүйрчээ. Иуда Христийг дагаснаар олж авах зүйл огт үгүй гэж сэтгэл хангалуун болов. Түүний бодлоор Тэр Өөрийгөө ийнхүү дордлуулсныг үзээд, тэр Түүнийг үгүйсгэж, өөрийгөө мэхлэгдсэн гэдгээ хүлээн зөвшөөрөх зорилгодоо бүр ч батажив. Тэр чөтгөрт эзэмдүүлсэн бөгөөд Эзнээ урвах талаар өөрийн зөвшөөрсөн ажлыг гүйцээхээр шийдэв.” The Desire of Ages, 645.</w:t>
      </w:r>
    </w:p>
    <w:p>
      <w:pPr>
        <w:pStyle w:val="ArticleHeading"/>
        <w:jc w:val="left"/>
      </w:pPr>
      <w:r>
        <w:rPr>
          <w:rFonts w:ascii="Arial" w:hAnsi="Arial" w:eastAsia="Arial" w:cs="Arial"/>
        </w:rPr>
        <w:t>Эцсийн шийдвэр</w:t>
      </w:r>
    </w:p>
    <w:p>
      <w:pPr>
        <w:pStyle w:val="ArticleScripture"/>
        <w:jc w:val="left"/>
      </w:pPr>
      <w:r>
        <w:rPr>
          <w:rFonts w:ascii="Times New Roman" w:hAnsi="Times New Roman" w:eastAsia="Times New Roman" w:cs="Times New Roman"/>
        </w:rPr>
        <w:t>Түүний санаархал илчлэгдсэнд гайхаж, будилан сандарсан Иудас өрөөнөөс гарахаар яаран босов. “Есүс түүнд, Чиний хийх гэж буйг түргэн хий гэж айлдав.... Тэгээд тэр зүсэм талхыг хүлээн аваад тэр дороо гарч одов; мөн шөнө болсон байлаа.” Христээс нүүр буруулан гаднах харанхуй руу эргэхэд урвагчийн хувьд үнэхээр шөнө байсан юм.</w:t>
      </w:r>
    </w:p>
    <w:p>
      <w:pPr>
        <w:pStyle w:val="ArticleScripture"/>
        <w:jc w:val="left"/>
      </w:pPr>
      <w:r>
        <w:rPr>
          <w:rFonts w:ascii="Times New Roman" w:hAnsi="Times New Roman" w:eastAsia="Times New Roman" w:cs="Times New Roman"/>
        </w:rPr>
        <w:t>“Энэ алхам хийгдэх хүртэл Иуда гэмшлийн боломжийн хил хязгаарыг давж гараагүй байсан. Харин тэрээр Эзэнийхээ болон хамт шавь нарынхаа дэргэдээс явмагц эцсийн шийдвэр нэгэнт гарсан байв. Тэр хил заагийг даван өнгөрсөн байлаа.</w:t>
      </w:r>
    </w:p>
    <w:p>
      <w:pPr>
        <w:pStyle w:val="ArticleScripture"/>
        <w:jc w:val="left"/>
      </w:pPr>
      <w:r>
        <w:rPr>
          <w:rFonts w:ascii="Times New Roman" w:hAnsi="Times New Roman" w:eastAsia="Times New Roman" w:cs="Times New Roman"/>
        </w:rPr>
        <w:t>Есүс энэхүү соригдсон сүнстэй харьцахдаа гайхамшигтай тэвчээр, удаан хүлцлийг үзүүлсэн билээ. Иудасыг аврахын тулд хийж болох юу ч хийгдээгүй орхигдсонгүй. Эзнээ урвахаар тэр хоёр удаа гэрээ байгуулсны дараа ч Есүс түүнд гэмших боломжийг үргэлжлүүлэн олгосоор байв. Урвагчийн зүрхний нууц санааг илчлэн уншсанаараа Христ Иудаст Өөрийн бурханлаг чанарын эцсийн, маргашгүй нотолгоог өгсөн юм. Энэ нь тэр хуурамч шавийн хувьд гэмшилд дуудах сүүлчийн дуудлага байлаа. Христийн бурханлаг-хүний зүрхнээс гарч болох ямар ч гуйлт өршөөгдөөгүй үлдээгүй. Зөрүүд бардамналд няцаагдсан өршөөлийн давалгаа захируулах хайрын улам хүчтэй түрлэг болон эргэн ирсэн билээ. Гэвч өөрийн гэмийн илчлэгдсэнд гайхаж, түгшсэн боловч Иудас улам л хатуу шийдэмгий болжээ. Тэр ариун ёслолын зоогоос гарч, урвалтын ажлыг гүйцээхээр одов.</w:t>
      </w:r>
    </w:p>
    <w:p>
      <w:pPr>
        <w:pStyle w:val="ArticleScripture"/>
        <w:jc w:val="left"/>
      </w:pPr>
      <w:r>
        <w:rPr>
          <w:rFonts w:ascii="Times New Roman" w:hAnsi="Times New Roman" w:eastAsia="Times New Roman" w:cs="Times New Roman"/>
        </w:rPr>
        <w:t>“Иудасын дээрх гасланг тунхаглахдаа, Христ мөн Өөрийн шавь нарт нигүүлслийн зорилгыг агуулж байв. Ийнхүү Тэр тэдэнд Өөрийн Мессиа мөн чанарын хамгийн дээд нотолгоог өгсөн юм. ‘Би та нарт энэ нь болохоос өмнө хэлж байна,’ гэж Тэр айлдсан, ‘ингэснээр, энэ нь биелэх үед та нар БИ МӨН гэдэгт итгэх болтугай.’ Хэрэв Есүс Өөрт нь тохиолдох гэж буй зүйлийн талаар мэдэхгүй мэт чимээгүй үлдсэнсэн бол, шавь нар нь Эзэн нь тэнгэрлэг урьдаас харах мэдлэггүй байсан бөгөөд алуурчин үймээний гарт гэнэдэн баригдаж, урвуулан тушаагдсан гэж бодож болох байв. Нэг жилийн өмнө Есүс шавь нартаа Өөрийн арван хоёрыг сонгосноо, тэдний нэг нь чөтгөр мөн гэж хэлсэн билээ. Харин одоо Иудаст хандсан Түүний үгс—түүний урвалт Эзэнд нь бүрэн мэдэгдэж байсан гэдгийг харуулсан тэр үгс—Христийн доромжлогдлын үеэр Түүний жинхэнэ дагалдагчдын итгэлийг бэхжүүлэх байв. Мөн Иудас аймшигт төгсгөлдөө хүрэхэд, тэд Есүс урвагчийн дээр тунхагласан гасланг санах байлаа.” Хүсэл Тэмүүллийн Эрин,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Гучин долоо дахь дугаар</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