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наймдугаар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Гучин Наймдугаар Дугаар</w:t>
      </w:r>
    </w:p>
    <w:p>
      <w:pPr>
        <w:pStyle w:val="ArticleBody"/>
        <w:jc w:val="left"/>
      </w:pPr>
      <w:r>
        <w:rPr>
          <w:rFonts w:ascii="Times New Roman" w:hAnsi="Times New Roman" w:eastAsia="Times New Roman" w:cs="Times New Roman"/>
        </w:rPr>
        <w:t>Тэнгэрийн Талхны шалгалт нь Есүсийн өдрүүдэд шавь байдлын омега шалгалт байсан бөгөөд эртний Израилийн гэрээний түүхийн альфад дүрслэгдсэн маннагийн шалгалттай холбоотойгоор мөн омега нь байв. Эхлэл нь манна байсан; төгсгөл нь Тэнгэрийн Талх байв. Омега нь үргэлж хамгийн агуу нь байдаг тул шавь нарын хамгийн ихээр нүүр буруулсан явдал Капернаумыг Христийн түүх болон шавь байдлын шалгалтын омега хэмээн тэмдэглэдэг.</w:t>
      </w:r>
    </w:p>
    <w:p>
      <w:pPr>
        <w:pStyle w:val="ArticleScripture"/>
        <w:jc w:val="left"/>
      </w:pPr>
      <w:r>
        <w:rPr>
          <w:rFonts w:ascii="Times New Roman" w:hAnsi="Times New Roman" w:eastAsia="Times New Roman" w:cs="Times New Roman"/>
        </w:rPr>
        <w:t>Тэгээд Есүс шавь нартаа айлдсан нь: Хэрэв хэн нэгэн Миний араас явахыг хүсвэл, өөрийгөө үгүйсгэж, загалмайгаа үүрэн, Намайг дагаг. Учир нь амиа аваръя гэсэн хэн боловч түүнийгээ алдана; харин Миний төлөө амиа алдах хэн боловч түүнийгээ олно. Хүн бүх дэлхийг олж аваад, өөрийн сүнсээ алдвал түүнд ямар ашиг байх вэ? Эсвэл хүн сүнснийхээ оронд юуг өгч чадах вэ? Учир нь Хүний Хүү Эцгийнхээ алдарт тэнгэрэлч нарынхаа хамт ирэх бөгөөд тэр цагт хүн бүрд үйлсийнх нь дагуу хариуг нь өгнө. Үнэнээр Би та нарт хэлье, энд зогсож буй хүмүүсээс үхлийг амсахгүй зарим нь Хүний Хүүг Өөрийн хаанчлал дотор ирэхийг үзтэл амьд байх болно. Матай 16:24–28.</w:t>
      </w:r>
    </w:p>
    <w:p>
      <w:pPr>
        <w:pStyle w:val="ArticleBody"/>
        <w:jc w:val="left"/>
      </w:pPr>
      <w:r>
        <w:rPr>
          <w:rFonts w:ascii="Times New Roman" w:hAnsi="Times New Roman" w:eastAsia="Times New Roman" w:cs="Times New Roman"/>
        </w:rPr>
        <w:t>Капернаум бол омега шалгалт мөн. Капернаум дахь шалгалт нь арван онгон бүсгүйн тухай сургаалт зүйрлэл дэх тосны шалгалт бөгөөд энэ нь шөнө дунд гарсан хашхираанаас эхэлж, ухаангүй онгон бүсгүйчүүд өөрсдөд нь тос байхгүйг ухаарах үеийг багтаасан хугацааг эхлүүлдэг. Дараа нь тэд Ням гаргийн хуулийн хаагдаж буй хаалганд ойртох тусам сандралд орж эхэлдэг нь Иохан 6:66 дахь Капернаумын хямралаар төлөөлөгдөнө. Эш үзүүллэгийн утгаар тэд “ичгүүрт ордог.”</w:t>
      </w:r>
    </w:p>
    <w:p>
      <w:pPr>
        <w:pStyle w:val="ArticleScripture"/>
        <w:jc w:val="left"/>
      </w:pPr>
      <w:r>
        <w:rPr>
          <w:rFonts w:ascii="Times New Roman" w:hAnsi="Times New Roman" w:eastAsia="Times New Roman" w:cs="Times New Roman"/>
        </w:rPr>
        <w:t>“Харагтун, өдрүүд ирж байна” хэмээн Эзэн Бурхан айлдаж байна, “Би энэ нутагт өлсгөлөн илгээнэ. Тэр нь талхны өлсгөлөн ч биш, усны цангаа ч биш, харин ЭЗЭНий үгсийг сонсохын өлсгөлөн болно. Тэд тэнгисээс тэнгис хүртэл, хойноос зүүн тийш хэрэн тэнэнэ; ЭЗЭНий үгийг эрэн нааш цааш гүйнэ, гэвч түүнийг олохгүй. Тэр өдөр үзэсгэлэнт онгон охид болон залуу эрчүүд цангаагаар сульдан унана. Самарийн нүглээр тангараглагчид, ‘Ай Дан, чиний бурхан амьд!’ мөн ‘Беершебагийн ёс амьд!’ гэж хэлэгчид хүртэл унаж, дахин хэзээ ч босохгүй.” Амос 8:11–14.</w:t>
      </w:r>
    </w:p>
    <w:p>
      <w:pPr>
        <w:pStyle w:val="ArticleBody"/>
        <w:jc w:val="left"/>
      </w:pPr>
      <w:r>
        <w:rPr>
          <w:rFonts w:ascii="Times New Roman" w:hAnsi="Times New Roman" w:eastAsia="Times New Roman" w:cs="Times New Roman"/>
        </w:rPr>
        <w:t>Капернаум дахь омега шалгалт нь 2024 оны суурь шалгалтын дараа ирэх омега шалгалтын хэв шинж болдог. Омега шалгалт бол Сүндрийн хуулиас өмнө сүйт бүсгүй тамгалагдах үе мөн. Тэнд салалт үүрд эцэслэн тогтоогдоно, учир нь тэр цэвэршсэний дараа Иерусалимаар дахин хэзээ ч харь хүмүүс (үндэстнүүд) өнгөрөн явахгүй.</w:t>
      </w:r>
    </w:p>
    <w:p>
      <w:pPr>
        <w:pStyle w:val="ArticleScripture"/>
        <w:jc w:val="left"/>
      </w:pPr>
      <w:r>
        <w:rPr>
          <w:rFonts w:ascii="Times New Roman" w:hAnsi="Times New Roman" w:eastAsia="Times New Roman" w:cs="Times New Roman"/>
        </w:rPr>
        <w:t>ЭЗЭН мөн Сионоос архирч, Иерусалимаас Өөрийн дууг гаргана; тэнгэрс ба газар донслоно. Харин ЭЗЭН Өөрийн ард түмний найдвар, Израилийн хөвгүүдийн хүч чадал байх болно. Тэгээд та нар Намайг Сионд, Миний ариун ууланд оршин суугч та нарын Бурхан ЭЗЭН мөн гэдгийг мэдэх болно. Тэгвэл Иерусалим ариун байх бөгөөд харийн хүн цаашид түүгээр дахин өнгөрөхгүй.</w:t>
      </w:r>
    </w:p>
    <w:p>
      <w:pPr>
        <w:pStyle w:val="ArticleScripture"/>
        <w:jc w:val="left"/>
      </w:pPr>
      <w:r>
        <w:rPr>
          <w:rFonts w:ascii="Times New Roman" w:hAnsi="Times New Roman" w:eastAsia="Times New Roman" w:cs="Times New Roman"/>
        </w:rPr>
        <w:t>Тэр өдөр тохиолдох нь: уулс шинэ дарс дуслуулж, толгод сүүгээр урсаж, Иудагийн бүх гол мөрөн усаар бялхан урсах бөгөөд ЭЗЭНий өргөөнөөс нэгэн булаг ундарч, Шиттимийн хөндийг усална.</w:t>
      </w:r>
    </w:p>
    <w:p>
      <w:pPr>
        <w:pStyle w:val="ArticleScripture"/>
        <w:jc w:val="left"/>
      </w:pPr>
      <w:r>
        <w:rPr>
          <w:rFonts w:ascii="Times New Roman" w:hAnsi="Times New Roman" w:eastAsia="Times New Roman" w:cs="Times New Roman"/>
        </w:rPr>
        <w:t>Египет нь эзгүйрэл болж, Едом нь хоосон цөл болох болно. Учир нь тэд Иудагийн хөвгүүдийн эсрэг хүчирхийлэл үйлдэж, тэдний нутагт гэмгүй цус урсгасан билээ. Харин Иуда үүрд оршин сууж, Иерусалим үеэс үед байх болно. Учир нь Би тэдний цусыг, урьд нь ариусгаагүй байсныг ариусгана. Учир нь ЭЗЭН Сионд оршдог. Иоел 3:16–21.</w:t>
      </w:r>
    </w:p>
    <w:p>
      <w:pPr>
        <w:pStyle w:val="ArticleBody"/>
        <w:jc w:val="left"/>
      </w:pPr>
      <w:r>
        <w:rPr>
          <w:rFonts w:ascii="Times New Roman" w:hAnsi="Times New Roman" w:eastAsia="Times New Roman" w:cs="Times New Roman"/>
        </w:rPr>
        <w:t>Иерусалим нь мөрдөн шалгах шүүлтийн эцсийн үйл явдлуудын үед нүглээс цэвэршүүлэгддэг бөгөөд Зехариа номын гуравдугаар бүлэгт Иошуад бузар Лаодикийн хувцсыг нь сольж цагаан маалинган Филаделфийн хувцас өмсгөдөг нь энэ юм. “Тэгээд Иерусалим ариун байх болно, мөн түүгээр цаашид харийн хүн нэг ч өнгөрөхгүй,” учир нь буудай нь зэрлэг өвснөөс тусгаарлагдан анхны үр жимсний өргөл болгон хураагдсан билээ. Энэ нь омега сорилтын үед болдог бөгөөд тэнгэрийн цонхнууд нээгдэж, Есүс эрдэнэсүүдийг авсанд хийж, ертөнцөд хандан, “ирээд үз” хэмээн айлдах үед болдог. “Ирээд үз” Миний хаанчлалын тугийг, Миний сүйт бүсгүйг, эртний өдрүүдийн адил Миний левичүүдийн өргөлийг. “Ирээд үз” Миний сүмийг, эрдэнэсээр дүүрэн Миний авсыг—алдар сууны хаанчлалын титмийн нэгэн хэсэг байхаар тус бүр бэлтгэгдсэн юм.</w:t>
      </w:r>
    </w:p>
    <w:p>
      <w:pPr>
        <w:pStyle w:val="ArticleBody"/>
        <w:jc w:val="left"/>
      </w:pPr>
      <w:r>
        <w:rPr>
          <w:rFonts w:ascii="Times New Roman" w:hAnsi="Times New Roman" w:eastAsia="Times New Roman" w:cs="Times New Roman"/>
        </w:rPr>
        <w:t>2024 оны суурь альфа сорил нь сүмийн омега сорилд хүргэдэг. Омега сорил нь тэнгэрийн цонхнууд нээгдэх үед тохиолддог бөгөөд энэ нь сүйт бүсгүй өөрийгөө бэлэн болгох үе мөн. Ухаангүй охид болон тэдний хуурамч амар тайван ба аюулгүй байдлын хожуугийн борооны мэдээ нээлттэй цонхнуудаар салхинд хийсгэгдэн зайлуулагдана. Учир нь энэ түүхийн мэдээ бол дорнын салхины мэдээ юм. Энэхүү мэдээ нь дорнын салхины өдөр тогтоогддог Исаиагийн ширүүн салхи мөн; энэ нь нэг зуун дөчин дөрвөн мянгыг тамгалах цагт хязгаарлагдан баригддаг Иоханы дөрвөн салхи мөн.</w:t>
      </w:r>
    </w:p>
    <w:p>
      <w:pPr>
        <w:pStyle w:val="ArticleScripture"/>
        <w:jc w:val="left"/>
      </w:pPr>
      <w:r>
        <w:rPr>
          <w:rFonts w:ascii="Times New Roman" w:hAnsi="Times New Roman" w:eastAsia="Times New Roman" w:cs="Times New Roman"/>
        </w:rPr>
        <w:t>“Тэнгэрэлчүүд дөрвөн салхийг барьж байгаа бөгөөд тэр нь хүлээсээ таслан мултарч, бүх дэлхийн гадаргуу дээгүүр давхин өнгөрөхийг завдан, зам мөрдөө сүйрэл ба үхлийг авчрахыг эрмэлзсэн ууртай морь байдлаар дүрслэгдсэн байна.</w:t>
      </w:r>
    </w:p>
    <w:p>
      <w:pPr>
        <w:pStyle w:val="ArticleScripture"/>
        <w:jc w:val="left"/>
      </w:pPr>
      <w:r>
        <w:rPr>
          <w:rFonts w:ascii="Times New Roman" w:hAnsi="Times New Roman" w:eastAsia="Times New Roman" w:cs="Times New Roman"/>
        </w:rPr>
        <w:t>“Мөнхийн ертөнцийн яг ирмэг дээр бид унтсаар байх уу? Бид хөшүүн, хүйтэн, үхмэл байх уу? Өө, Бурхан Өөрийн ард түмэнд Өөрийн Сүнс ба амийг үлээж, тэднийг хөл дээр нь босгон амьдруулахын тулд энэ нь манай чуулгануудад байгаасай.” Manuscript Releases, volume 20, 217.</w:t>
      </w:r>
    </w:p>
    <w:p>
      <w:pPr>
        <w:pStyle w:val="ArticleBody"/>
        <w:jc w:val="left"/>
      </w:pPr>
      <w:r>
        <w:rPr>
          <w:rFonts w:ascii="Times New Roman" w:hAnsi="Times New Roman" w:eastAsia="Times New Roman" w:cs="Times New Roman"/>
        </w:rPr>
        <w:t>Исламын зүүн салхины тухай тэр мэдээг няцаагчид салхинд—тэдний тэрслүү байдлынх нь жинхэнэ бэлгэдэл болсон тэрхүү салхинд—цонхоор үлээгдэн гарна. Тосгүй мунхаг ангид хамаарах хүмүүсийн хувьд төөрөгдлийн хог новш үүрд наалдсан байдаг. Ефраим дахин шүтээнүүдтэйгээ нийлжээ. Тэд лацдан тэмдэглэх цагийн мэдлэгийн өсөлт болон түүний гурав дахь гайгийн Исламтай холбоотой байдлыг няцаасан. Бурхан тэдний хуурамч хожмын борооны мэдээний алдрыг “ичгүүр” болгон хувиргана.</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няцаасан учраас Би ч бас чамайг няцаана, тэгснээр чи Миний өмнө тахилч байхаа болино. Чи өөрийн Бурханы хуулийг мартсан тул Би ч бас чиний хүүхдүүдийг мартана.</w:t>
      </w:r>
    </w:p>
    <w:p>
      <w:pPr>
        <w:pStyle w:val="ArticleScripture"/>
        <w:jc w:val="left"/>
      </w:pPr>
      <w:r>
        <w:rPr>
          <w:rFonts w:ascii="Times New Roman" w:hAnsi="Times New Roman" w:eastAsia="Times New Roman" w:cs="Times New Roman"/>
        </w:rPr>
        <w:t>Тэд олширох тусам Миний эсрэг нүгэл үйлдэв; тиймийн тул Би тэдний алдрыг ичгүүр болгон өөрчилнө. Тэд Миний ард түмний нүглийг идэж, тэдний гэм бурууд зүрх сэтгэлээ тавьдаг. Тэгээд ард түмэн ямар байна, тахилч нь ч тийм байна; Би тэдний зам мөрийнх нь төлөө тэднийг шийтгэж, үйлсийнх нь дагуу хариуг нь өгнө. Учир нь тэд идэвч ханахгүй; садарлан завхайрч үйлдэвч өсөж үржихгүй; учир нь тэд ЭЗЭНийг анхааран сахихаа орхисон юм. Садар самуун, дарс, шинэ дарс нь зүрх сэтгэлийг булаан авдаг. Миний ард түмэн модон шүтээнээсээ зөвлөгөө эрж, таяг нь тэдэнд тунхагладаг; учир нь садар самууны сүнс тэднийг төөрүүлсэн бөгөөд тэд Өөрсдийн Бурханаасаа салж, садарлан завхайрсан. Тэд уулсын оргил дээр тахил өргөж, толгод дээр, царс, улиас, хайлаасны дор уугиулан утлага өргөдөг, учир нь тэдгээрийн сүүдэр сайн; тиймийн тул охид чинь садарлан завхайрч, бэрүүд чинь завхайрна. Охид чинь садарлан завхайрахад, бэрүүд чинь завхайрахад Би тэднийг шийтгэхгүй; учир нь эрчүүд өөрсдөө янхнуудтай салж одон, биеэ үнэлэгч эмэгтэйчүүдтэй хамт тахил өргөдөг; тиймийн тул ухаардаггүй ард түмэн сүйрэн унана.</w:t>
      </w:r>
    </w:p>
    <w:p>
      <w:pPr>
        <w:pStyle w:val="ArticleScripture"/>
        <w:jc w:val="left"/>
      </w:pPr>
      <w:r>
        <w:rPr>
          <w:rFonts w:ascii="Times New Roman" w:hAnsi="Times New Roman" w:eastAsia="Times New Roman" w:cs="Times New Roman"/>
        </w:rPr>
        <w:t>Израиль аа, чи янхан мэт завхайрсан ч, Иуда бүү гэм үйлдэг; Гилгал уруу бүү оч, Бет-авен уруу ч бүү гар; мөн “ЭЗЭН амьд” хэмээн бүү тангарагла. Учир нь Израиль зөрүүд үнээ мэт ухран няцсан; одоо ЭЗЭН тэднийг уудам газарт байгаа хурга мэт бэлчээх болно.</w:t>
      </w:r>
    </w:p>
    <w:p>
      <w:pPr>
        <w:pStyle w:val="ArticleScripture"/>
        <w:jc w:val="left"/>
      </w:pPr>
      <w:r>
        <w:rPr>
          <w:rFonts w:ascii="Times New Roman" w:hAnsi="Times New Roman" w:eastAsia="Times New Roman" w:cs="Times New Roman"/>
        </w:rPr>
        <w:t>Ефраим шүтээнүүдтэй нэгджээ; түүнийг орхи.</w:t>
      </w:r>
    </w:p>
    <w:p>
      <w:pPr>
        <w:pStyle w:val="ArticleScripture"/>
        <w:jc w:val="left"/>
      </w:pPr>
      <w:r>
        <w:rPr>
          <w:rFonts w:ascii="Times New Roman" w:hAnsi="Times New Roman" w:eastAsia="Times New Roman" w:cs="Times New Roman"/>
        </w:rPr>
        <w:t>Тэдний ундаа гашуун болжээ; тэд үргэлж садарлан завхайрчээ; түүний захирагчид ичгүүртэйгээр “Өгөгтүн” хэмээхийг хайрладаг. Салхи түүнийг жигүүртээ боон авч одсон бөгөөд тэд тахилуудынхаа улмаас ичгүүрт автагдах болно. Хосеа 4:6–19.</w:t>
      </w:r>
    </w:p>
    <w:p>
      <w:pPr>
        <w:pStyle w:val="ArticleBody"/>
        <w:jc w:val="left"/>
      </w:pPr>
      <w:r>
        <w:rPr>
          <w:rFonts w:ascii="Times New Roman" w:hAnsi="Times New Roman" w:eastAsia="Times New Roman" w:cs="Times New Roman"/>
        </w:rPr>
        <w:t>Зайлуулагдаж буй хог нь тэнэг онгон охид өөрсдөө төдийгүй, тэдний нэгдэн холбогдсон эндүүрэлтэй сургаалууд мөн юм. Бид юу иднэ, тэр нь бид болдог; харин тэд зүүн салхины мэдээг няцааж, оронд нь араасаа хүчтэй төөрөгдөл дагуулдаг худлыг сонгосноор, өөрсдийн хуурамч амар тайван ба аюулгүй байдлын хожуугийн борооны мэдээнд нэгдэн холбогджээ. Иоелын шинэ дарс тэдний амнаас таслагдсан бөгөөд яг тэр газарт Иеремиа Бурханы ам болдог.</w:t>
      </w:r>
    </w:p>
    <w:p>
      <w:pPr>
        <w:pStyle w:val="ArticleScripture"/>
        <w:jc w:val="left"/>
      </w:pPr>
      <w:r>
        <w:rPr>
          <w:rFonts w:ascii="Times New Roman" w:hAnsi="Times New Roman" w:eastAsia="Times New Roman" w:cs="Times New Roman"/>
        </w:rPr>
        <w:t>“Үнэнийг няцаахдаа хүмүүс түүний Эх сурвалжийг няцаадаг. Бурханы хуулийг уландаа гишгэхдээ тэд Хууль тогтоогчийн эрх мэдлийг үгүйсгэдэг. Худал сургаал, онолуудаас шүтээн бүтээх нь мод, чулуугаар шүтээн урлахтай адил амархан. Бурханы шинж чанаруудыг гуйвуулан дүрслэх замаар Сатан хүмүүсийг Түүнийг хуурамч төрхөөр ойлгоход хүргэдэг. Олон хүний хувьд гүн ухааны шүтээн нь Еховагийн оронд сэнтийд заларсан байдаг; харин амьд Бурхан нь—Өөрийн үгэнд, Христэд, мөн бүтээлийн үйлсэд илэрхийлэгдсэнээрээ—цөөнхөн хүний л мөргөлийн объект болдог. Мянга мянган хүн байгалийг бурханчилж, байгалийн Бурханыг үгүйсгэдэг. Хэдийгээр өөр хэлбэртэй боловч шүтээн шүтлэг нь өнөөдөр Христийн ертөнцөд эртний Израильд Елиагийн өдрүүдэд байсан шигээ үнэхээр оршсоор байна. Өөрсдийгөө мэргэн гэж нэрлэгч олон хүний бурхан, гүн ухаантнуудын, яруу найрагчдын, улс төрчдийн, сэтгүүлчдийн бурхан—өнгөлөг дэгжин хүрээллийнхний, олон коллеж, их сургуулийн, тэр ч байтугай зарим теологийн сургуулиудын бурхан—Финикийн нарны бурхан Баалаас төдий л дээр биш юм.” Агуу тэмцэл, 583.</w:t>
      </w:r>
    </w:p>
    <w:p>
      <w:pPr>
        <w:pStyle w:val="ArticleBody"/>
        <w:jc w:val="left"/>
      </w:pPr>
      <w:r>
        <w:rPr>
          <w:rFonts w:ascii="Times New Roman" w:hAnsi="Times New Roman" w:eastAsia="Times New Roman" w:cs="Times New Roman"/>
        </w:rPr>
        <w:t>Миллерийн зүүдэнд жинхэнэ ба хуурамчийн ялгарал явагдах үед салхи хуурамч онгон охидыг зайлуулан одоход, нээлттэй цонхны омега дотоод сорилтын үеэр Эзэн Өөрийн сүйт бүсгүйг тамгалдаг.</w:t>
      </w:r>
    </w:p>
    <w:p>
      <w:pPr>
        <w:pStyle w:val="ArticleScripture"/>
        <w:jc w:val="left"/>
      </w:pPr>
      <w:r>
        <w:rPr>
          <w:rFonts w:ascii="Times New Roman" w:hAnsi="Times New Roman" w:eastAsia="Times New Roman" w:cs="Times New Roman"/>
        </w:rPr>
        <w:t>Харагтун, Би Өөрийн элчийг илгээх бөгөөд тэр Миний өмнө замыг бэлтгэнэ; та нарын эрэн хайж буй Эзэн Өөрийн сүмд гэнэт ирнэ, та нарын таашаан баясдаг гэрээний элч ч мөн адил; харагтун, тэр ирнэ гэж түмэн цэргийн ЭЗЭН айлдаж байна. Харин Түүний ирэх өдрийг хэн тэсвэрлэн өнгөрөөж чадах вэ? Тэр үзэгдэхэд хэн бат зогсож чадах вэ? Учир нь Тэр хайлуулагчийн гал мэт, бөс угаагчийн шүлт мэт билээ. Тэр мөнгө хайлуулагч, цэвэршүүлэгч мэт сууж, Левийн хөвгүүдийг цэвэршүүлэн, тэднийг алт, мөнгө мэт шүүн ариусгана; ингэснээр тэд ЭЗЭНд зөвт байдлын өргөлийг өргөх болно. Тэгээд Иуда ба Иерусалимын өргөл нь эртний өдрүүдийнх адил, урьдын он жилүүдийн адил ЭЗЭНд тааламжит болно. Малахи 3:1–4.</w:t>
      </w:r>
    </w:p>
    <w:p>
      <w:pPr>
        <w:pStyle w:val="ArticleBody"/>
        <w:jc w:val="left"/>
      </w:pPr>
      <w:r>
        <w:rPr>
          <w:rFonts w:ascii="Times New Roman" w:hAnsi="Times New Roman" w:eastAsia="Times New Roman" w:cs="Times New Roman"/>
        </w:rPr>
        <w:t>Левийн хөвгүүд гэдэг нь Аароны араатны дүрсний шалгалтад үнэнч байсан тэр левичүүдийн хөвгүүд бөгөөд, дараа нь Иеробоамын араатны дүрсний шалгалтад мөн адил үнэнч байсан хүмүүсийн үр удам юм. Тэд бол араатны дүрсний шалгалтыг давдаг хүмүүс мөн бөгөөд, энэ нь тэдний мөнхийн хувь заяа шийдвэрлэгддэг шалгалт, мөн бид лацдуулагдахаас өмнө тэдний давах ёстой шалгалт юм.</w:t>
      </w:r>
    </w:p>
    <w:p>
      <w:pPr>
        <w:pStyle w:val="ArticleScripture"/>
        <w:jc w:val="left"/>
      </w:pPr>
      <w:r>
        <w:rPr>
          <w:rFonts w:ascii="Times New Roman" w:hAnsi="Times New Roman" w:eastAsia="Times New Roman" w:cs="Times New Roman"/>
        </w:rPr>
        <w:t>“Эзэн надад араатны дүр төрх хаагдах ивээлт хугацаанаас өмнө бий болно гэдгийг тодорхой харуулсан; учир нь энэ нь Бурханы ард түмний хувьд агуу шалгалт байх бөгөөд түүгээр тэдний мөнхийн хувь тавилан шийдэгдэх юм.</w:t>
      </w:r>
    </w:p>
    <w:p>
      <w:pPr>
        <w:pStyle w:val="ArticleScripture"/>
        <w:jc w:val="left"/>
      </w:pPr>
      <w:r>
        <w:rPr>
          <w:rFonts w:ascii="Times New Roman" w:hAnsi="Times New Roman" w:eastAsia="Times New Roman" w:cs="Times New Roman"/>
        </w:rPr>
        <w:t>“Энэ бол Бурханы ард түмэн лацдуулагдахаасаа өмнө заавал туулах ёстой сорилт мөн. Түүний хуулийг сахиж, хуурамч амралтын өдрийг хүлээн авахаас татгалзсанаараа Бурханд үнэнч гэдгээ баталсан бүх хүн Эзэн Бурхан Еховагийн тугийн дор жагсаж, амьд Бурханы лацыг хүлээн авах болно. Харин тэнгэрлэг гаралтай үнэнийг орхиж, ням гарагийн амралтын өдрийг хүлээн авдаг хүмүүс араатны тэмдгийг хүлээн авах болно” The Seventh-day Adventist Bible Commentary, volume 7, 976.</w:t>
      </w:r>
    </w:p>
    <w:p>
      <w:pPr>
        <w:pStyle w:val="ArticleBody"/>
        <w:jc w:val="left"/>
      </w:pPr>
      <w:r>
        <w:rPr>
          <w:rFonts w:ascii="Times New Roman" w:hAnsi="Times New Roman" w:eastAsia="Times New Roman" w:cs="Times New Roman"/>
        </w:rPr>
        <w:t>Араатны дүрийн сорилт нь Ням гаргийн хуулийн үеийн араатны тэмдгийн сорилтоос өмнөх сорилт бөгөөд хаалга хаагдахаас өмнө түүнийг даван туулах ёстой.</w:t>
      </w:r>
    </w:p>
    <w:p>
      <w:pPr>
        <w:pStyle w:val="ArticleBody"/>
        <w:jc w:val="left"/>
      </w:pPr>
      <w:r>
        <w:rPr>
          <w:rFonts w:ascii="Times New Roman" w:hAnsi="Times New Roman" w:eastAsia="Times New Roman" w:cs="Times New Roman"/>
        </w:rPr>
        <w:t>Энэ бол зөв шударга хүмүүсийг ариусган цэвэршүүлж, мөн зөв шударга хүмүүсийг зөв бус хүмүүсээс тусгаарладаг шалгалт мөн. Энэ бол Даниел, Шадрах, Мешах, Абеднего нар Вавилоны хоол хүнсийг идсэн хүмүүсээс үзэмжээр илүү царайлаг, илүү тарган болох нь илэрдэг тэр шалгалт мөн. Нэг бүлэг нь Тэнгэрийн талхыг, нөгөө нь Вавилоны талхыг идсэн байв. Энэ бол Капернаумын синагог дахь талхны шалгалт мөн.</w:t>
      </w:r>
    </w:p>
    <w:p>
      <w:pPr>
        <w:pStyle w:val="ArticleBody"/>
        <w:jc w:val="left"/>
      </w:pPr>
      <w:r>
        <w:rPr>
          <w:rFonts w:ascii="Times New Roman" w:hAnsi="Times New Roman" w:eastAsia="Times New Roman" w:cs="Times New Roman"/>
        </w:rPr>
        <w:t>Гадна талаасаа бидний одоо байгаа сорилтын үе нь араатны дүрийн сорилт бөгөөд энэ нь Америкийн Нэгдсэн Улсын доторх сүм ба төрийн нэгдэл юм. Үүнтэй зэрэгцэх дотоод сорилтын үе нь хүн чанарын дүрийг илэрхийлдэг нэгэн төрлийн онгон охидын ангийг, мөн хүн чанартай нэгдсэн Тэнгэрлэг чанарын дүрийг илэрхийлдэг өөр нэгэн төрлийн онгон охидын ангийг тодруулан харуулдаг. Малахи левичүүдийн ариусгал ба цэвэршүүлэлтийг тодорхойлсны дараа, Бурхан нэгэн сорилтыг дэвшүүлдэг.</w:t>
      </w:r>
    </w:p>
    <w:p>
      <w:pPr>
        <w:pStyle w:val="ArticleScripture"/>
        <w:jc w:val="left"/>
      </w:pPr>
      <w:r>
        <w:rPr>
          <w:rFonts w:ascii="Times New Roman" w:hAnsi="Times New Roman" w:eastAsia="Times New Roman" w:cs="Times New Roman"/>
        </w:rPr>
        <w:t>Би шүүлт хийхээр та нарт ойртон ирнэ; илбэчдийн эсрэг, завхайрагчдын эсрэг, худал тангараглагчдын эсрэг, мөн хөлсний ажилчны хөлсийг дарлагчдын, бэлэвсэн эмэгтэйг, өнчнийг дарлагчдын, харь хүнийг эрхээс нь зайлуулдагчдын, Намайг үл эмээгчдийн эсрэг Би түргэн гэрч болно гэж түмэн цэргийн ЭЗЭН айлдаж байна.</w:t>
      </w:r>
    </w:p>
    <w:p>
      <w:pPr>
        <w:pStyle w:val="ArticleScripture"/>
        <w:jc w:val="left"/>
      </w:pPr>
      <w:r>
        <w:rPr>
          <w:rFonts w:ascii="Times New Roman" w:hAnsi="Times New Roman" w:eastAsia="Times New Roman" w:cs="Times New Roman"/>
        </w:rPr>
        <w:t>Учир нь Би бол ЭЗЭН, Би өөрчлөгддөггүй; тиймээс Иаковын хөвгүүд та нар устгагдсангүй. Малахи 3:5, 6.</w:t>
      </w:r>
    </w:p>
    <w:p>
      <w:pPr>
        <w:pStyle w:val="ArticleBody"/>
        <w:jc w:val="left"/>
      </w:pPr>
      <w:r>
        <w:rPr>
          <w:rFonts w:ascii="Times New Roman" w:hAnsi="Times New Roman" w:eastAsia="Times New Roman" w:cs="Times New Roman"/>
        </w:rPr>
        <w:t>Эхний сорилт бол Бурханаас эмээх явдал бөгөөд Гэрээний Элчийн шалгалтад бүдэрсэн тэр ангид дараа нь таван яллалт хандан өгүүлэгддэг; тэнэг онгон тавын нэг бүрт тохирохоор хөөрхийлөлтэй, золгүй, ядуу, сохор, нүцгэн гэсэн таван зэмлэл байдаг. Эдгээр нь “надаас эмээдэггүй” гэсэн хэллэгийн дор нэгтгэн дүгнэсэн, тэнэг онгон тавд хамаарах эш үзүүллэгийн таван шинж мөн. Эд бол суурь болсон эхний альфа сорилтод бүдэрсэн хүмүүс юм. Тэд Бурхан хэзээ ч өөрчлөгддөггүйг ойлгоогүй учраас бүдэрсэн. Эд бол 2024 оны суурь гадаад альфа сорилтод бүдэрсэн хүмүүс мөн.</w:t>
      </w:r>
    </w:p>
    <w:p>
      <w:pPr>
        <w:pStyle w:val="ArticleScripture"/>
        <w:jc w:val="left"/>
      </w:pPr>
      <w:r>
        <w:rPr>
          <w:rFonts w:ascii="Times New Roman" w:hAnsi="Times New Roman" w:eastAsia="Times New Roman" w:cs="Times New Roman"/>
        </w:rPr>
        <w:t>“Өнгөрсөн үеийн түүхээс суралцах ёстой сургамжууд байдаг; хүн бүр Бурхан урьдын адил одоо ч мөн адил зарчмаар ажилладгийг ойлгохын тулд эдгээрт анхаарлыг хандуулж байна. Түүний гар Өөрийн ажилд болон үндэстнүүдийн дунд одоо ч харагддаг бөгөөд энэ нь Еденд Адамд сайн мэдээ анх тунхаглагдсан цагаас хойш үргэлж тийм байсаар ирсэнтэй яг адил юм.</w:t>
      </w:r>
    </w:p>
    <w:p>
      <w:pPr>
        <w:pStyle w:val="ArticleScripture"/>
        <w:jc w:val="left"/>
      </w:pPr>
      <w:r>
        <w:rPr>
          <w:rFonts w:ascii="Times New Roman" w:hAnsi="Times New Roman" w:eastAsia="Times New Roman" w:cs="Times New Roman"/>
        </w:rPr>
        <w:t>“Үндэстнүүдийн болон чуулганы түүхэнд эргэлтийн цэг болдог үеүүд байдаг. Ийм ялгаатай хямралууд тохиолдох үед Бурханы ивээлт удирдлагаар тухайн цаг үед зориулсан гэрэл өгөгддөг. Хэрэв тэр нь хүлээн авагдвал, сүнслэг өсөлт дэвшил гардаг; харин эсэргүүцэн няцаагдвал, сүнслэг доройтол болон сүйрэл дагалддаг. Эзэн Өөрийн Үгээр сайн мэдээний урагшлан довтлох ажлыг, өнгөрсөнд хэрхэн хэрэгжиж ирснийг, мөн ирээдүйд ч хэрхэн хэрэгжихийг, тэр ч байтугай Сатаны хүчнүүд өөрсдийн эцсийн гайхамшигт хөдөлгөөнийг хийх төгсгөлийн тэмцэл хүртэл, нээн харуулсан билээ.” Bible Echo, 1895 оны 8 дугаар сарын 26.</w:t>
      </w:r>
    </w:p>
    <w:p>
      <w:pPr>
        <w:pStyle w:val="ArticleBody"/>
        <w:jc w:val="left"/>
      </w:pPr>
      <w:r>
        <w:rPr>
          <w:rFonts w:ascii="Times New Roman" w:hAnsi="Times New Roman" w:eastAsia="Times New Roman" w:cs="Times New Roman"/>
        </w:rPr>
        <w:t>Лаодикийнхан Бурханы хүмүүстэй харьцах арга барил үргэлж нэгэн адил байдгийг олж хардаггүй. Хэрэв гэрэл, эсвэл тосыг хүлээн авбал ерөөл байдаг, харин үгүй бол сүйрэл байдаг.</w:t>
      </w:r>
    </w:p>
    <w:p>
      <w:pPr>
        <w:pStyle w:val="ArticleScripture"/>
        <w:jc w:val="left"/>
      </w:pPr>
      <w:r>
        <w:rPr>
          <w:rFonts w:ascii="Times New Roman" w:hAnsi="Times New Roman" w:eastAsia="Times New Roman" w:cs="Times New Roman"/>
        </w:rPr>
        <w:t>“Өнгөрсөн эрин үеүүдэд тэнгэрийн Эзэн Бурхан Өөрийн нууцуудыг эш үзүүлэгчдэдээ илчилсэн. Одоо цаг ба ирээдүй Түүнд адилхан тодорхой байдаг. Бурханы дуу хоолой эрин үеүүдийн турш цуурайтаж, юу болох гэж буйг хүнд хэлсээр байдаг. Хаад ба ноёд өөрсдөд нь тогтоогдсон цагт байр сууриа эзэлдэг. Тэд өөрсдийн зорилгыг хэрэгжүүлж байна гэж боддог ч бодит байдал дээр Бурханы айлдсан үгийг гүйцэлдүүлж байдаг.</w:t>
      </w:r>
    </w:p>
    <w:p>
      <w:pPr>
        <w:pStyle w:val="ArticleScripture"/>
        <w:jc w:val="left"/>
      </w:pPr>
      <w:r>
        <w:rPr>
          <w:rFonts w:ascii="Times New Roman" w:hAnsi="Times New Roman" w:eastAsia="Times New Roman" w:cs="Times New Roman"/>
        </w:rPr>
        <w:t>“Паул Бурханы хүн төрөлхтөнтэй урьд цагт харьцсан үйлсийн тэмдэглэлүүд ‘ертөнцийн төгсгөлийн үе ирсэн бидэнд сургамж болгохоор бичигдсэн’ хэмээн тунхагладаг. Даниелын түүх бидэнд сургамж болгон өгөгдсөн. ‘ЭЗЭНий нууц нь Түүнээс эмээгсэдтэй хамт байдаг.’ Даниелын Бурхан одоо ч амьд бөгөөд хаанчилсаар байна. Тэр Өөрийн ард түмнээс тэнгэрийг хаагаагүй. Иудейн үед байсанчлан, энэ үед ч мөн Бурхан Өөрийн нууцуудыг Өөрийн зарц эш үзүүлэгчдэд илчилдэг.”</w:t>
      </w:r>
    </w:p>
    <w:p>
      <w:pPr>
        <w:pStyle w:val="ArticleScripture"/>
        <w:jc w:val="left"/>
      </w:pPr>
      <w:r>
        <w:rPr>
          <w:rFonts w:ascii="Times New Roman" w:hAnsi="Times New Roman" w:eastAsia="Times New Roman" w:cs="Times New Roman"/>
        </w:rPr>
        <w:t>Элч Петр ийнхүү хэлжээ: «Бидэнд эш үзүүллэгийн бүр ч баттай үг бий; өглөөний гэгээ мандаж, үүрийн од та нарын зүрхэнд мандах хүртэл, харанхуй газарт гэрэлтэх дэнлүү мэт түүнд анхааран хандах нь та нарын зөв хэрэг мөн. Юуны түрүүнд үүнийг мэдэгтүн: Судрын аль ч эш үзүүллэг нь хэн нэгний хувийн тайлбараас үүдэлтэй бус. Учир нь эш үзүүллэг урьд цагт хүний хүслээр ирээгүй, харин Бурханы ариун хүмүүс Ариун Сүнсээр хөдөлгөгдөн ярьсан юм.»</w:t>
      </w:r>
    </w:p>
    <w:p>
      <w:pPr>
        <w:pStyle w:val="ArticleScripture"/>
        <w:jc w:val="left"/>
      </w:pPr>
      <w:r>
        <w:rPr>
          <w:rFonts w:ascii="Times New Roman" w:hAnsi="Times New Roman" w:eastAsia="Times New Roman" w:cs="Times New Roman"/>
        </w:rPr>
        <w:t>“Үл итгэгчид ба бурхангүйчүүд эш үзүүллэгийн үгээр урьдчилан хэлэгдсэн цаг үеийн тэмдгүүдийн ач холбогдлыг ялган таньдаггүй. Мэдлэггүйдээ тэд сүнслэгээр онгодлогдсон тэмдэглэлийг хүлээн авахаас татгалзаж болох юм. Харин өөрсдийгөө Христэд итгэгч хэмээн нэрлэгчид Агуу БИ БОЛОГЧ ӨӨРӨӨ Өөрийн зорилгуудыг мэдүүлэхийн тулд хэрэглэдэг зам, арга хэрэгслийн талаар ёжлон яривал, тэд өөрсдийгөө Судруудыг ч, Бурханы хүчийг ч үл мэдэгч болохоо харуулдаг. Бүтээгч хүн төрөлхтний мөн чанарт Өөрийнх нь тулгарах ёстой яг ямар шинж чанарууд байгааг мэддэг. Тэр хүссэн үр дүнд хүрэхийн тулд ямар арга хэрэгслийг хэрэглэх ёстойгоо мэддэг.”</w:t>
      </w:r>
    </w:p>
    <w:p>
      <w:pPr>
        <w:pStyle w:val="ArticleScripture"/>
        <w:jc w:val="left"/>
      </w:pPr>
      <w:r>
        <w:rPr>
          <w:rFonts w:ascii="Times New Roman" w:hAnsi="Times New Roman" w:eastAsia="Times New Roman" w:cs="Times New Roman"/>
        </w:rPr>
        <w:t>“Хүний үг мөхдөг. Хүмүүсийн баталгаа мэдэгдлийг түшиг тулгуур болгодог хүн чичирч эмээх нь зүйтэй; учир нь тэр нэгэн өдөр сүйрсэн усан онгоц мэт болох болно. Харин Бурханы үг алдаа мадаггүй бөгөөд үүрд мөнхөд оршдог. Христ, ‘Үнэнээр Би та нарт хэлье, тэнгэр газар өнгөртөл хуулиас нэг ч иота, нэг ч зураас огтхон ч өнгөрөхгүй, бүх юм биелэгдэх хүртэл’ хэмээн тунхагладаг. Бурханы үг мөнхийн тасралтгүй үеүүдийн туршид оршин тогтносоор байх болно.” Youth Instructor, December 1, 1903.</w:t>
      </w:r>
    </w:p>
    <w:p>
      <w:pPr>
        <w:pStyle w:val="ArticleBody"/>
        <w:jc w:val="left"/>
      </w:pPr>
      <w:r>
        <w:rPr>
          <w:rFonts w:ascii="Times New Roman" w:hAnsi="Times New Roman" w:eastAsia="Times New Roman" w:cs="Times New Roman"/>
        </w:rPr>
        <w:t>Бурхан хэзээ ч өөрчлөгддөггүй бөгөөд Тэр үргэлж үйлдэж ирсэн тэр л зарчмаар үйлчилдэг.</w:t>
      </w:r>
    </w:p>
    <w:p>
      <w:pPr>
        <w:pStyle w:val="ArticleScripture"/>
        <w:jc w:val="left"/>
      </w:pPr>
      <w:r>
        <w:rPr>
          <w:rFonts w:ascii="Times New Roman" w:hAnsi="Times New Roman" w:eastAsia="Times New Roman" w:cs="Times New Roman"/>
        </w:rPr>
        <w:t>“Газар дэлхий дээрх Бурханы ажил нь эрин үеэс эрин үед, аливаа агуу шинэчлэл буюу шашны хөдөлгөөн бүрд, гайхамшигтай адил төстэй байдлыг харуулдаг. Хүмүүстэй харьцах Бурханы зарчмууд үргэлж адилхан байдаг. Өнөөгийн чухал хөдөлгөөнүүд нь өнгөрсөн үеийн хөдөлгөөнүүдтэйгээ дүйцэх зүйлтэй бөгөөд өмнөх эринүүд дэх чуулганы туршлага нь бидний цаг үед асар их үнэ цэнтэй сургамжуудыг агуулдаг.” The Great Controversy, 343.</w:t>
      </w:r>
    </w:p>
    <w:p>
      <w:pPr>
        <w:pStyle w:val="ArticleBody"/>
        <w:jc w:val="left"/>
      </w:pPr>
      <w:r>
        <w:rPr>
          <w:rFonts w:ascii="Times New Roman" w:hAnsi="Times New Roman" w:eastAsia="Times New Roman" w:cs="Times New Roman"/>
        </w:rPr>
        <w:t>Малахи номын гуравдугаар бүлгийн эхний дөрвөн эшлэл нь Гэрээний Элчид замыг бэлтгэдэг элч, мөн левичүүдийн цэвэрлэлт ба ариусгалыг тодорхойлдог. Дараа нь Эзэн Лаодикиад шүүлт тунхаглаж, тэд Бурханаас эмээдэггүйг илчилдэг бөгөөд энэ нь тэд гурав дахь тэнгэрэлчийн суурь альфа шалгалтад бүдэрснийг илтгэнэ. Тэдний эмээхүйн дутагдал нь мэдлэгийг санаатайгаар няцаасны илэрхийлэл бөгөөд тэдний няцааж буй тэрхүү мэдлэгийн агуулга нь замыг бэлтгэдэг элчийн түүх, түүнийг дагалдан ирдэг Тэнгэрлэг Элчийн түүхийг хүлээн зөвшөөрөх явдал мөн. Бүх эш үзүүлэгчид эцсийн өдрүүдийг тодорхойлдог бөгөөд хэрэв жинхэнэ шинэчлэлийн хөдөлгөөн байгаагүйсэн бол хуурамч шинэчлэлийн хөдөлгөөнийг тодорхойлох ямар ч шалтгаан байхгүй байх байсан.</w:t>
      </w:r>
    </w:p>
    <w:p>
      <w:pPr>
        <w:pStyle w:val="ArticleScripture"/>
        <w:jc w:val="left"/>
      </w:pPr>
      <w:r>
        <w:rPr>
          <w:rFonts w:ascii="Times New Roman" w:hAnsi="Times New Roman" w:eastAsia="Times New Roman" w:cs="Times New Roman"/>
        </w:rPr>
        <w:t>“Гэвч Сатан зүгээр суусангүй. Тэрээр шинэчлэлийн бусад бүх хөдөлгөөнд оролдож ирсэнтэйгээ адил, жинхэнэ ажлын оронд хуурамчийг тэдэнд тулган, ард түмнийг мэхлэн сүйрүүлэхийг одоо оролдсон юм. Христийн сүмийн нэгдүгээр зуунд хуурамч Христүүд гарч ирсэнчлэн, арван зургадугаар зуунд мөн хуурамч эш үзүүлэгчид гарч ирэв.” Их тэмцэл, 186.</w:t>
      </w:r>
    </w:p>
    <w:p>
      <w:pPr>
        <w:pStyle w:val="ArticleBody"/>
        <w:jc w:val="left"/>
      </w:pPr>
      <w:r>
        <w:rPr>
          <w:rFonts w:ascii="Times New Roman" w:hAnsi="Times New Roman" w:eastAsia="Times New Roman" w:cs="Times New Roman"/>
        </w:rPr>
        <w:t>Малахи 3-ын эхний зургаан эшлэлийн утга агуулга нь нэг зуун дөчин дөрвөн мянгатын шинэчлэлийн хөдөлгөөний левичүүдийг цэвэрлэж, ариусгах явдал юм. Америкийн ирээдүй нь эсвэл яг тэрхүү хөдөлгөөн, эс бөгөөс олон хуурамчуудын нэг байх болно. Дараа нь Малахи ийн өгүүлдэг:</w:t>
      </w:r>
    </w:p>
    <w:p>
      <w:pPr>
        <w:pStyle w:val="ArticleScripture"/>
        <w:jc w:val="left"/>
      </w:pPr>
      <w:r>
        <w:rPr>
          <w:rFonts w:ascii="Times New Roman" w:hAnsi="Times New Roman" w:eastAsia="Times New Roman" w:cs="Times New Roman"/>
        </w:rPr>
        <w:t>Та нар өвөг дээдсийнхээ өдрүүдээс эхлэн Миний тогтоолуудаас няцаж, тэдгээрийг сахиагүй. Над уруу эргэн ирэгтүн, тэгвэл Би та нар уруу эргэн ирнэ гэж түмэн цэргийн ЭЗЭН айлдаж байна. Малахи 3:7.</w:t>
      </w:r>
    </w:p>
    <w:p>
      <w:pPr>
        <w:pStyle w:val="ArticleBody"/>
        <w:jc w:val="left"/>
      </w:pPr>
      <w:r>
        <w:rPr>
          <w:rFonts w:ascii="Times New Roman" w:hAnsi="Times New Roman" w:eastAsia="Times New Roman" w:cs="Times New Roman"/>
        </w:rPr>
        <w:t>Дөрвөн үеийн туршид аажмаар гүнзгийрсэн тэрслэл нь Иоелын номын оршил ба нөхцөл байдлыг бүрдүүлдэг бөгөөд Малахиа энд мөнөөх аажим тэлсэн тэрслэлийг, “та нар эцгүүдийнхээ өдрүүдээс хойш замаасаа гарсан” хэмээн өгүүлэхдээ, мөн адил тодорхойлж байна. 1863 оноос, тэрслэлийн эхний үеийн эцгүүдийн өдрүүдээс хойш, тэд Бурханаас улам бүр холдон, улам цаашлан одсоор иржээ. Тэдний тасралтгүй нүглийн эсрэг тунхаглал нь, хэрэв тэд зөвхөн буцан эргэвэл Бурхан тэдэнд эргэн ирнэ хэмээн гунигт өнгөөр амласан Лаодикийн дуудлагаар зөөлрүүлэгддэг.</w:t>
      </w:r>
    </w:p>
    <w:p>
      <w:pPr>
        <w:pStyle w:val="ArticleScripture"/>
        <w:jc w:val="left"/>
      </w:pPr>
      <w:r>
        <w:rPr>
          <w:rFonts w:ascii="Times New Roman" w:hAnsi="Times New Roman" w:eastAsia="Times New Roman" w:cs="Times New Roman"/>
        </w:rPr>
        <w:t>Гэвч та нар, “Бид юугаар буцаж очих вэ?” гэцгээв. Хүн Бурханыг дээрэмдэх үү? Гэтэл та нар Намайг дээрэмджээ. Харин та нар, “Бид Таныг юугаар дээрэмдсэн бэ?” гэцгээв. Аравны нэгүүд болон өргөлүүдээр. Та нар хараалаар хараагдсан билээ. Учир нь энэ бүхэл үндэстэн хүртэл та нар Намайг дээрэмджээ.</w:t>
      </w:r>
    </w:p>
    <w:p>
      <w:pPr>
        <w:pStyle w:val="ArticleScripture"/>
        <w:jc w:val="left"/>
      </w:pPr>
      <w:r>
        <w:rPr>
          <w:rFonts w:ascii="Times New Roman" w:hAnsi="Times New Roman" w:eastAsia="Times New Roman" w:cs="Times New Roman"/>
        </w:rPr>
        <w:t>Бүх аравны нэгээ агуулах санд авчир; тэгвэл Миний өргөөнд хүнс байх болно. Үүгээр Намайг одоо сорь гэж түмэн цэргийн ЭЗЭН айлдаж байна: Би та нарын төлөө тэнгэрийн цонхнуудыг нээж, багтаан хүлээн авч үл хүрэлцэхүйц ерөөлийг та нар дээр асгахгүй гэж үү.</w:t>
      </w:r>
    </w:p>
    <w:p>
      <w:pPr>
        <w:pStyle w:val="ArticleScripture"/>
        <w:jc w:val="left"/>
      </w:pPr>
      <w:r>
        <w:rPr>
          <w:rFonts w:ascii="Times New Roman" w:hAnsi="Times New Roman" w:eastAsia="Times New Roman" w:cs="Times New Roman"/>
        </w:rPr>
        <w:t>“Би та нарын төлөө залгигчийг зэмлэн хориглох болно, тэгэхэд тэр та нарын газрын ургацыг сүйтгэхгүй; мөн талбай дахь усан үзэмт мод чинь цаг нь болохоос өмнө жимсээ унагахгүй” гэж түмэн цэргийн ЭЗЭН айлдаж байна. “Бүх үндэстэн та нарыг ерөөлтэй хэмээн нэрлэх болно. Учир нь та нар бахдал төрүүлэх нутаг байх болно” гэж түмэн цэргийн ЭЗЭН айлдаж байна. Малахи 3:5–12.</w:t>
      </w:r>
    </w:p>
    <w:p>
      <w:pPr>
        <w:pStyle w:val="ArticleBody"/>
        <w:jc w:val="left"/>
      </w:pPr>
      <w:r>
        <w:rPr>
          <w:rFonts w:ascii="Times New Roman" w:hAnsi="Times New Roman" w:eastAsia="Times New Roman" w:cs="Times New Roman"/>
        </w:rPr>
        <w:t>2024 оны альфа суурьтай гадаад шалгалтын дараа 2026 оны оргил дотоод шалгалт ирдэг. Тэрхүү оргил шалгалт нь тэнгэрийн цонхнууд нээгдэх үед тохиолддог бөгөөд ялгуусан сүмийн хүрээнд тэр нээлттэй цонхнуудыг тодорхойлсон гурван газар нь Малахи гурав, Миллерийн зүүд, Илчлэлт арван ес юм. Малахи нь альфа, Миллерийн зүүд нь дунд үе, Илчлэлт нь омега мөн. Энэ шалгалтыг Христ шороон сойз барьсан хүн мэт эрдэнийн чулуунуудыг авс руу шидэж буйгаар дүрслэн үзүүлдэг. Тэр эрдэнийн чулуунууд нь өөр өөрсдийн дараалалдаа төгс байрлуулсан үнэнүүд ч мөн, үлдэгдэл ч мөн юм. Агуулах бол хоол хүнс цуглуулж, түгээн тараадаг газар мөн. Маннагийн шалгалт, Капернаумын шалгалт, мөн Тэнгэрийн Талхны адил—“хоол” бол сэдэв мөн.</w:t>
      </w:r>
    </w:p>
    <w:p>
      <w:pPr>
        <w:pStyle w:val="ArticleBody"/>
        <w:jc w:val="left"/>
      </w:pPr>
      <w:r>
        <w:rPr>
          <w:rFonts w:ascii="Times New Roman" w:hAnsi="Times New Roman" w:eastAsia="Times New Roman" w:cs="Times New Roman"/>
        </w:rPr>
        <w:t>Арван охидын сургаалт зүйрлэл дэх “мах” нь тос бөгөөд энэ нь зан чанар, Ариун Сүнс, мөн Христийн зан чанарыг төлөвшүүлдэг хүмүүсийн зүрх сэтгэл ба оюун ухаанд Ариун Сүнсийг авчирдаг эш үзүүллэгийн мэдээг төлөөлдөг. “Мах” нь Ефраимын согтуу хүмүүсээс таслагдсан Иоелын “шинэ дарс” мөн. Хоёр дахь тэнгэрэлчийн дотоод тулгын чулуу бүхий сүмийн сорилтыг давахын тулд чи эхлээд гадаад, анхны альфа суурийн сорилтыг давсан байх ёстой. Хэрэв чи тэр суурийг хүлээн аваагүй бол уг суурин дээр босгогдсон сүмийн нэг хэсэг байж үл чадна; харин хэрэв чи тэр суурийн сорилтыг давсан хүмүүсийн тоонд багтахгүй бол өөрийн сүнслэг хуурамч байшинг элсэн дээр барих болно. Иохан тэр хуурамч сүнслэг байшинг “Сатаны синагог” гэж нэрлэдэг бөгөөд Иеремиа үүнийг “дооглогчдын чуулган” гэж нэрлэдэг.</w:t>
      </w:r>
    </w:p>
    <w:p>
      <w:pPr>
        <w:pStyle w:val="ArticleBody"/>
        <w:jc w:val="left"/>
      </w:pPr>
      <w:r>
        <w:rPr>
          <w:rFonts w:ascii="Times New Roman" w:hAnsi="Times New Roman" w:eastAsia="Times New Roman" w:cs="Times New Roman"/>
        </w:rPr>
        <w:t>“Бүх аравны нэгүүд ба өргөлүүдийг агуулахад авчир” гэдэг нь тамга дарагддаг дотоод шалгалт юм. Шороо сойзлогч хүн Бурханы үлдэгдэл ардыг томруулсан авсанд хийсэн бөгөөд үүгээрээ бүх аравны нэгүүдийг агуулахад авчрах ажлыг дүрслэн үзүүлсэн юм. Тэр тэнгэрийн цонхнуудаас ерөөлийг асган буулгах үед левичүүд нь өргөгдөн өргөгдөх өргөл мөн. Шороо сойзлогч хүний эрдэнэс нь Түүний үлдэгдэл ард бөгөөд Исаиа номын зургаадугаар бүлэгт тэрхүү үлдэгдэл ард нь аравны нэг хэмээн тодорхойлогдсон байдаг.</w:t>
      </w:r>
    </w:p>
    <w:p>
      <w:pPr>
        <w:pStyle w:val="ArticleScripture"/>
        <w:jc w:val="left"/>
      </w:pPr>
      <w:r>
        <w:rPr>
          <w:rFonts w:ascii="Times New Roman" w:hAnsi="Times New Roman" w:eastAsia="Times New Roman" w:cs="Times New Roman"/>
        </w:rPr>
        <w:t>Тэгэхэд би: Эзэн минь, хэдий хүртэл вэ? гэж асуув. Тэр хариуд нь: Хотууд оршин суугчгүй болж эзгүйрэх хүртэл, байшингууд хүнгүй болох хүртэл, нутаг газар бүрмөсөн хоосрох хүртэл, мөн ЭЗЭН хүмүүсийг хол зайдуулж, газрын дунд агуу их эзрэлт орших хүртэл гэв. Гэвч түүнд аравны нэг нь үлдэх бөгөөд тэр нь дахин эргэж ирээд идэгдэх болно. Навчаа гөвсөн тэревинт мод болон царс модны адил, тэдгээрийн язгуур чанар нь дотор нь байдаг шиг, тийнхүү ариун үр нь түүний язгуур чанар байх болно. Исаиа 6:11–13.</w:t>
      </w:r>
    </w:p>
    <w:p>
      <w:pPr>
        <w:pStyle w:val="ArticleBody"/>
        <w:jc w:val="left"/>
      </w:pPr>
      <w:r>
        <w:rPr>
          <w:rFonts w:ascii="Times New Roman" w:hAnsi="Times New Roman" w:eastAsia="Times New Roman" w:cs="Times New Roman"/>
        </w:rPr>
        <w:t>Эзэн “хэр удаан” гэсэн асуултыг олон гэрч дээр Ням гаргийн хуулийг зааж байна хэмээн тодорхойлдог бөгөөд Исаиа 6-гийн 3-р зүйлд тэнгэрэлчүүд “Ариун, ариун, ариун, түмэн цэргийн ЭЗЭН; бүх дэлхий Түүний алдраар дүүрэн байна” хэмээн тунхагладаг. Уайт эгч үүнийг Илчлэлт арван наймын хүчирхэг тэнгэрэлчтэй холбон үзүүлдэг.</w:t>
      </w:r>
    </w:p>
    <w:p>
      <w:pPr>
        <w:pStyle w:val="ArticleScripture"/>
        <w:jc w:val="left"/>
      </w:pPr>
      <w:r>
        <w:rPr>
          <w:rFonts w:ascii="Times New Roman" w:hAnsi="Times New Roman" w:eastAsia="Times New Roman" w:cs="Times New Roman"/>
        </w:rPr>
        <w:t>“Тэд [тэнгэрэлчүүд] бүх дэлхий Түүний алдраар дүүрэх ирээдүйг харахдаа ялгуусан магтаалын дууг уянгат аялгуугаар бие биеэсээ уламжлан цуурайтуулж, ‘Ариун, ариун, ариун, Түмэн цэргийн ЭЗЭН’ хэмээн дуулдаг. Тэд Бурханыг алдаршуулахдаа бүрэн хангалуун байдаг; бөгөөд Түүний тааллын инээмсэглэлийн дор, Түүний оршихуйд, тэдэнд өөр юу ч хүсэх зүйл үгүй. Түүний дүрийг тээн, Түүний үйлчлэлийг үйлдэж, Түүнд мөргөн шүтэхэд тэдний хамгийн дээд хүсэл тэмүүлэл бүрэн биелдэг.” Review and Herald, December 22, 1896.</w:t>
      </w:r>
    </w:p>
    <w:p>
      <w:pPr>
        <w:pStyle w:val="ArticleBody"/>
        <w:jc w:val="left"/>
      </w:pPr>
      <w:r>
        <w:rPr>
          <w:rFonts w:ascii="Times New Roman" w:hAnsi="Times New Roman" w:eastAsia="Times New Roman" w:cs="Times New Roman"/>
        </w:rPr>
        <w:t>Исаиа зургаадугаар бүлэг Илчлэлт арван наймын хоёр дуу хоолойн эхний дуу хоолойн алдраар дэлхий гэрэлтсэн 9/11-ийг тодорхойлон заадаг. Исаиа “Хэр удаан бэ?” гэж асуухад, уг бүлгийн түүх нь хоёр дахь дуу хоолой ирэх Ням гаргийн хуулиас өмнөх 9/11-ээс эхлэх хугацаа болох нь тодорхойлогддог. Исаиа Ням гаргийн хуулийн үед аравны нэг болох үлдэгдэл байх болно гэдгийг бидэнд мэдэгддэг. Тэрхүү үлдэгдэл дотроо мөн чанартай байдаг—савнууддаа тостой байдаг.</w:t>
      </w:r>
    </w:p>
    <w:p>
      <w:pPr>
        <w:pStyle w:val="ArticleScripture"/>
        <w:jc w:val="left"/>
      </w:pPr>
      <w:r>
        <w:rPr>
          <w:rFonts w:ascii="Times New Roman" w:hAnsi="Times New Roman" w:eastAsia="Times New Roman" w:cs="Times New Roman"/>
        </w:rPr>
        <w:t>Харин түүнд аравны нэг [өргөл] нь үлдэх бөгөөд, тэр нь дахин эргэж, идэгдэнэ; навчсаа гөвөх үедээ доторх мөн чанараа хадгалдаг теребинт мод болон царс адил, ариун үр нь түүний мөн чанар нь байх болно. Исаиа 6:13.</w:t>
      </w:r>
    </w:p>
    <w:p>
      <w:pPr>
        <w:pStyle w:val="ArticleBody"/>
        <w:jc w:val="left"/>
      </w:pPr>
      <w:r>
        <w:rPr>
          <w:rFonts w:ascii="Times New Roman" w:hAnsi="Times New Roman" w:eastAsia="Times New Roman" w:cs="Times New Roman"/>
        </w:rPr>
        <w:t>“Аравны нэг” нь Малахи болон мөн Иеремиагийн буцан ирэх дуудлагад хариу өгч “эргэн ирсэн” хүмүүс юм. Тэд бол Хүн чанар Бурхан чанартай нэгдсэн (ариун үр) хүн төрөлхтний модод юм. Тэд идэгдэнэ. Учир нь тэд зөвхөн элч нар төдийгүй, Пентекостын далласан талхнуудын туг тэмдэг мөн билээ; тэд бол харь үндэстнүүдийн идэх мэдээ юм.</w:t>
      </w:r>
    </w:p>
    <w:p>
      <w:pPr>
        <w:pStyle w:val="ArticleScripture"/>
        <w:jc w:val="left"/>
      </w:pPr>
      <w:r>
        <w:rPr>
          <w:rFonts w:ascii="Times New Roman" w:hAnsi="Times New Roman" w:eastAsia="Times New Roman" w:cs="Times New Roman"/>
        </w:rPr>
        <w:t>Тиймээс ЭЗЭН ийнхүү айлдаж байна: Хэрэв чи эргэн ирвэл, Би чамайг дахин авчирч, чи Миний өмнө зогсох болно. Хэрэв чи үнэ цэнэтэйг өөдгүйгээс ялган гаргавал, чи Миний ам мэт байх болно. Тэд чам уруу эргэн ирэг; харин чи тэдэн уруу бүү эргэн оч. Иеремиа 15:19.</w:t>
      </w:r>
    </w:p>
    <w:p>
      <w:pPr>
        <w:pStyle w:val="ArticleBody"/>
        <w:jc w:val="left"/>
      </w:pPr>
      <w:r>
        <w:rPr>
          <w:rFonts w:ascii="Times New Roman" w:hAnsi="Times New Roman" w:eastAsia="Times New Roman" w:cs="Times New Roman"/>
        </w:rPr>
        <w:t>Иеремиа нь тэнгэрэлчийн гарт байсан мэдээг идсэн хүмүүсийг төлөөлдөг бөгөөд энэ нь 1840 оны 8 дугаар сарын 11, 1888 он, мөн 9/11-ээр төлөөлөгдсөн альфа бөгөөд суурь шалгалт байсан юм. Учир нь тэрээр үгсийг олж, тэдгээрийг идсэн гэж хэлдэг.</w:t>
      </w:r>
    </w:p>
    <w:p>
      <w:pPr>
        <w:pStyle w:val="ArticleScripture"/>
        <w:jc w:val="left"/>
      </w:pPr>
      <w:r>
        <w:rPr>
          <w:rFonts w:ascii="Times New Roman" w:hAnsi="Times New Roman" w:eastAsia="Times New Roman" w:cs="Times New Roman"/>
        </w:rPr>
        <w:t>Таны үгс олдсон тул би тэдгээрийг идэж шингээв; Таны үг миний зүрхний баяр хөөр, цэнгэл болсон юм. Учир нь, цэргийн ЭЗЭН Бурхан аа, би Таны нэрээр нэрлэгддэг билээ. Иеремиа 15:16.</w:t>
      </w:r>
    </w:p>
    <w:p>
      <w:pPr>
        <w:pStyle w:val="ArticleBody"/>
        <w:jc w:val="left"/>
      </w:pPr>
      <w:r>
        <w:rPr>
          <w:rFonts w:ascii="Times New Roman" w:hAnsi="Times New Roman" w:eastAsia="Times New Roman" w:cs="Times New Roman"/>
        </w:rPr>
        <w:t>Иеремиа тэнгэрэлчийн гарт байсан бяцхан номыг идэх үедээ Бурханы нэрээр дуудагдсан бөгөөд тэрхүү мэдээ нь ичгүүрийн эсрэгээр баяр хөөр, баяслын шалтгаан болсон юм. Бурханы нэр Иеремиад өгөгдөхөд тэрээр Филаделфийнх болох нэг зуун дөчин дөрвөн мянгыг төлөөлж байна.</w:t>
      </w:r>
    </w:p>
    <w:p>
      <w:pPr>
        <w:pStyle w:val="ArticleScripture"/>
        <w:jc w:val="left"/>
      </w:pPr>
      <w:r>
        <w:rPr>
          <w:rFonts w:ascii="Times New Roman" w:hAnsi="Times New Roman" w:eastAsia="Times New Roman" w:cs="Times New Roman"/>
        </w:rPr>
        <w:t>Ялагчийг Би Өөрийн Бурханы сүмд багана болгоно; тэрээр цаашид огтхон ч гарч явахгүй. Мөн Би түүн дээр Өөрийн Бурханы нэрийг, Өөрийн Бурханы хотын нэрийг—тэнгэрээс, Өөрийн Бурханаас бууж ирдэг шинэ Иерусалимын нэрийг—мөн Өөрийн шинэ нэрийг бичнэ. Илчлэл 3:12.</w:t>
      </w:r>
    </w:p>
    <w:p>
      <w:pPr>
        <w:pStyle w:val="ArticleBody"/>
        <w:jc w:val="left"/>
      </w:pPr>
      <w:r>
        <w:rPr>
          <w:rFonts w:ascii="Times New Roman" w:hAnsi="Times New Roman" w:eastAsia="Times New Roman" w:cs="Times New Roman"/>
        </w:rPr>
        <w:t>Иеремиа 9/11-ий мэдээг шингээн авч, 2020 оны 7-р сарын 18-ны урам хугаралтыг амссан.</w:t>
      </w:r>
    </w:p>
    <w:p>
      <w:pPr>
        <w:pStyle w:val="ArticleScripture"/>
        <w:jc w:val="left"/>
      </w:pPr>
      <w:r>
        <w:rPr>
          <w:rFonts w:ascii="Times New Roman" w:hAnsi="Times New Roman" w:eastAsia="Times New Roman" w:cs="Times New Roman"/>
        </w:rPr>
        <w:t>Би дооглогчдын цуглаанд суугаагүй, мөн баяссангүй; Таны мутрын учир би ганцаараа суув, учир нь Та намайг уур хилэнгээр дүүргэсэн билээ. Яагаад миний өвдөлт үргэлжлэх бөгөөд, эдгэхээс татгалздаг миний шарх эдгэшгүй байна вэ? Та миний хувьд бүхэлдээ худалч мэт, ширгэдэг ус мэт байх гэж үү? Иеремиа 15:17, 18.</w:t>
      </w:r>
    </w:p>
    <w:p>
      <w:pPr>
        <w:pStyle w:val="ArticleBody"/>
        <w:jc w:val="left"/>
      </w:pPr>
      <w:r>
        <w:rPr>
          <w:rFonts w:ascii="Times New Roman" w:hAnsi="Times New Roman" w:eastAsia="Times New Roman" w:cs="Times New Roman"/>
        </w:rPr>
        <w:t>Иеремиагийн “дооглогчдын чуулган” нь өөрсдийгөө иудейчүүд гэж хэлдэг боловч үнэндээ тийм биш Филаделфи ба Смирнагийн “Сатаны синагог” юм. Иеремиа өөрийн тунхагласан мэдээ худал мэдээ байсан бөгөөд баяр хөөр бус, зөвхөн ичгүүрийг л төрүүлсэн учраас баярлаагүй. Иеремиагийн “эдгэхээс татгалзсан мөнхийн шарх” нь үхсэн хуурай ясны хөндийгөөр дайран өнгөрдөг гудамжинд Иеремиа, Мосе, Елиа нар үхсэн хэвтэж байх үед дооглогчдын чуулган баярласан гурав хагас өдөр байв. Эргэлзээ ба тодорхойгүй байдлын тэр цаг үеийн дунд Эзэн Иеремиад буцаж ирэхийг тушаав.</w:t>
      </w:r>
    </w:p>
    <w:p>
      <w:pPr>
        <w:pStyle w:val="ArticleScripture"/>
        <w:jc w:val="left"/>
      </w:pPr>
      <w:r>
        <w:rPr>
          <w:rFonts w:ascii="Times New Roman" w:hAnsi="Times New Roman" w:eastAsia="Times New Roman" w:cs="Times New Roman"/>
        </w:rPr>
        <w:t>Тиймээс ЭЗЭН ийнхүү айлдаж байна: Хэрэв чи эргэн ирвэл, Би чамайг дахин авчирч, чи Миний өмнө зогсох болно. Хэрэв чи үнэтэйг өөдгүйгээс ялган гаргавал, чи Миний ам мэт байх болно. Тэд чам уруу эргэн ирэг; харин чи тэд уруу бүү эргэж оч. Би чамайг энэ ард түмний хувьд бэхлэгдсэн хүрэл хэрэм болгоно. Тэд чиний эсрэг тэмцэх боловч чамайг дийлэхгүй. Учир нь Би чамайг аврахын тулд, чамайг чөлөөлөхийн тулд чамтай хамт байна гэж ЭЗЭН айлдаж байна. Би чамайг хорон муу хүмүүсийн гараас аварч, аймшигт хүмүүсийн гараас золин чөлөөлнө. Иеремиа 15:19–21.</w:t>
      </w:r>
    </w:p>
    <w:p>
      <w:pPr>
        <w:pStyle w:val="ArticleBody"/>
        <w:jc w:val="left"/>
      </w:pPr>
      <w:r>
        <w:rPr>
          <w:rFonts w:ascii="Times New Roman" w:hAnsi="Times New Roman" w:eastAsia="Times New Roman" w:cs="Times New Roman"/>
        </w:rPr>
        <w:t>Хэрэв Иеремиа эргэн ирвэл, Бурхан түүнийг “хорон” ба “аймшигт” хүмүүсийн аль аль нь довтлон тэмцэх боловч дийлэхгүй хүрэл ханаар дүрслэгдсэн нэгэн цэрэг болгоно. Энэ нь цагаан маалинган хувцсаар гоёсон морьтонтой цагаан морьдын цэрэг мөн. Тэр цэрэг, өөрөөр хэлбэл тэр хүрэл хана нь Иеремиа эргэн ирэхэд босгогдоно; хэрэв, мөн хэзээ тэр үнэт зүйлийг өөдгүйгээс салгавал. Езекиел гучин долоодугаар бүлэгт, Систер Уайтын хэлснээр Бурханы үлдэгдэл ард түмэн болох тэр цэрэг тэд эргэн ирэхэд босон зогсоно. Үлдэгдэл нь эргэн ирж, дараа нь үнэт зүйлийг өөдгүйгээс салгаж, улмаар Бурханы ам болсноор хүчирхэг цэрэг болон босон зогсоно. Тэд өөрсдийн эцгийнхээ баримталсан тэрхүү дүрмийг хэрэглэж байгаа тул үнэний үгийг зөв хуваан, буудайг сүрлээс салгахын адил үнэт зүйлийг өөдгүйгээс салгах ёстой; учир нь тэдний эцэг бол хамгийн сайн талх бэлтгэхэд мэргэшсэн тээрэмчин байсан. Хэрэв тэд үнэт зүйлийг өөдгүйгээс, үнэнийг алдаанаас салгавал, Бурхан хорон мууг ухаантнуудаас салгах үед тэд Бурханы манаач болно.</w:t>
      </w:r>
    </w:p>
    <w:p>
      <w:pPr>
        <w:pStyle w:val="ArticleBody"/>
        <w:jc w:val="left"/>
      </w:pPr>
      <w:r>
        <w:rPr>
          <w:rFonts w:ascii="Times New Roman" w:hAnsi="Times New Roman" w:eastAsia="Times New Roman" w:cs="Times New Roman"/>
        </w:rPr>
        <w:t>Иеремиа 2023 онд буцан ирэх дуудлагад хариулсан бөгөөд дараа нь 2024 онд, Ром үзэгдлийг тогтоох суурь шалгалтан дээр томоохон бүлэг салан тусгаарласанд тэрээр урам хугарсан юм. Иеремиа үнэт зүйлийг бузар муугаас, үнэнийг алдаанаас зөвөөр ялган салгаж, тэнгэрийн цонхнууд нээгдэх үеийн омега дотоод шалгалт хүртэл ажлаа үргэлжлүүлсэн. Тэнгэрс нээгдэхэд ялгуусан сүм өөрийгөө бэлэн болгосон байдаг. Тэрээр суурь гадаад альфа шалгалтыг давсан, дараа нь тэнгэрийн цонхнуудын омега дотоод шалгалтыг давсан. Тэр бол эсвэл давж, Бурханы цэргийн нэг хэсэг болдог, эсвэл салхинд туугдан цонхнуудаас гарч хөөгддөг. Тэрээр Исаиа хорин хоёрдугаар бүлэгт гардаг Шебнагийн адил уудам тал руу шидэгддэг, эсвэл авсанд хаягддаг. Тэр бол эсвэл авсанд хаягддаг, эсвэл Нехемиа Тобиаг хөөж гаргасанчлан, эсвэл Христ мөнгө солигчдыг хөөж гаргасанчлан сүмээс хөөгдөнө. Шороон сойзтой хүн эрдэнэсүүдийг авсанд хийхэд, тэр авс нь эсвэл үнэний шинэ хүрээн дэх Бурханы Үг байдаг, эсвэл авс нь Бурханы сүм байдаг бөгөөд энэ хоёул Христийн бэлгэдэл мөн, харин Христ хуваагдах ёсгүй.</w:t>
      </w:r>
    </w:p>
    <w:p>
      <w:pPr>
        <w:pStyle w:val="ArticleScripture"/>
        <w:jc w:val="left"/>
      </w:pPr>
      <w:r>
        <w:rPr>
          <w:rFonts w:ascii="Times New Roman" w:hAnsi="Times New Roman" w:eastAsia="Times New Roman" w:cs="Times New Roman"/>
        </w:rPr>
        <w:t>Христ хуваагдсан гэж үү? Эсвэл Паул та нарын төлөө цовдлогдсон гэж үү? Эсвэл та нар Паулын нэрээр баптисм хүртсэн гэж үү? 1 Коринт 1:13.</w:t>
      </w:r>
    </w:p>
    <w:p>
      <w:pPr>
        <w:pStyle w:val="ArticleBody"/>
        <w:jc w:val="left"/>
      </w:pPr>
      <w:r>
        <w:rPr>
          <w:rFonts w:ascii="Times New Roman" w:hAnsi="Times New Roman" w:eastAsia="Times New Roman" w:cs="Times New Roman"/>
        </w:rPr>
        <w:t>Христ Паулоос тусгаарлагдаагүй. Тэнгэрлэг чанар ч Паулын хүн чанараас тусгаарлагдаагүй. Хүн Паул тэнгэрлэг чанарын нэрээр баптисм хүртээхэд ямар ч хуваагдал байгаагүй, учир нь хүний элч нь Тэнгэрлэг мэдээтэй нэгдсэн байдаг. Паул Тэнгэрлэг чанартай нэгдсэн нь Ефраим өөрийн шүтээнүүдтэй нэгдсэнтэй адил гарцаагүй байв.</w:t>
      </w:r>
    </w:p>
    <w:p>
      <w:pPr>
        <w:pStyle w:val="ArticleBody"/>
        <w:jc w:val="left"/>
      </w:pPr>
      <w:r>
        <w:rPr>
          <w:rFonts w:ascii="Times New Roman" w:hAnsi="Times New Roman" w:eastAsia="Times New Roman" w:cs="Times New Roman"/>
        </w:rPr>
        <w:t>Миллерийн зүүдэнд ариун сүм (авс)-д хаягдаж буй хүмүүс нь махыг хадгалж, түгээдэг агуулахад авчрагдах ёстой Малахи гуравдугаар бүлгийн аравны нэгүүд юм. Тэр агуулах нь нэг зуун дөчин дөрвөн мянгын ариун сүм, өөрөөр хэлбэл Петрийн хэлснээр, “сүнслэг байшин, ариун санваартан” мөн. Авс нь сүнслэг байшин бөгөөд эрдэнэсүүд нь санваартан мөн. Ийм учраас Миллерийн зүүд “81” дүгээр хуудсанд тэмдэглэгдсэн байдаг бөгөөд энэ нь Тэнгэрлэг Тэргүүн Тахилчийг хүний наян тахилчтай нэгтгэсэн бэлгэдэл юм.</w:t>
      </w:r>
    </w:p>
    <w:p>
      <w:pPr>
        <w:pStyle w:val="ArticleBody"/>
        <w:jc w:val="left"/>
      </w:pPr>
      <w:r>
        <w:rPr>
          <w:rFonts w:ascii="Times New Roman" w:hAnsi="Times New Roman" w:eastAsia="Times New Roman" w:cs="Times New Roman"/>
        </w:rPr>
        <w:t>Миллерийн зүүдэнд шороон сойз барьсан хүн нь үнэт чулуунуудыг авчрахыг дүрслэн харуулдаг; эдгээр нь Исаиагийн аравны өргөлүүд болон Малахийн өргөлүүд юм. Тэрээр үнэт чулуунуудыг сүмд, өөрөөр хэлбэл агуулахад, өөрөөр хэлбэл авсанд хийх үед энэ нь тэрхүү үйл явдлыг илэрхийлдэг. Хоёр дахь тэнгэрэлчтэй холбоотойгоор ихэвчлэн хоёр асуулт гарч ирдэг бөгөөд омега сорилт нь альфа сорилт болон гурав дахь лакмусын сорилттой холбоотой хоёр дахь тэнгэрэлч мөн. Дуудлага нь эргэн буцахад чиглэсэн бөгөөд тэрхүү эргэн буцах нь “Миний гэрт хоол байхын тулд” бүх аравны өргөлүүд ба өргөлүүдийг агуулахад авчран өгснөөр илэрхийлэгддэг. Энд буй хоёр асуулт нь “хоол” гэж юу вэ? мөн “агуулах” гэж юу вэ?</w:t>
      </w:r>
    </w:p>
    <w:p>
      <w:pPr>
        <w:pStyle w:val="ArticleBody"/>
        <w:jc w:val="left"/>
      </w:pPr>
      <w:r>
        <w:rPr>
          <w:rFonts w:ascii="Times New Roman" w:hAnsi="Times New Roman" w:eastAsia="Times New Roman" w:cs="Times New Roman"/>
        </w:rPr>
        <w:t>Хэрэв эрдэнэсүүд нь элч нар мөн бол, эсвэл эрдэнэсүүд нь мэдээ мөн бол, энэ хоёр асуултад хэрхэн хариулахыг тэр нь шийднэ. Хэрэв тэдгээр нь элч нар мөн бол, тэгвэл тэд хоёр дахь алхамд үргэлж босгогддог сүмийг бүрдүүлдэг аравны нэг юм. Хэрэв тэр нь мэдээ мөн бол, энэ нь сүмийн оройн чулуу болгон төгөлдөржүүлэгддэг Шөнийн Дундын Хашхирааны мэдээ бөгөөд мөн хоёр дахь тэнгэрэлчийн мэдээ хүчирхэгжих явдал юм.</w:t>
      </w:r>
    </w:p>
    <w:p>
      <w:pPr>
        <w:pStyle w:val="ArticleScripture"/>
        <w:jc w:val="left"/>
      </w:pPr>
      <w:r>
        <w:rPr>
          <w:rFonts w:ascii="Times New Roman" w:hAnsi="Times New Roman" w:eastAsia="Times New Roman" w:cs="Times New Roman"/>
        </w:rPr>
        <w:t>Тэгээд, Иймийн учир эр хүн эцэг эхээ орхиж, эхнэртэйгээ нийлнэ; тэгээд тэр хоёр нэг махбод болно гэж айлдаагүй гэж үү? Иймээс тэд цаашид хоёр биш, харин нэг махбод мөн. Тиймд Бурханы нийлүүлснийг хүн бүү салга. Матай 19:5, 6.</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 Христийн анхны ирэлтийн тунхаглал руу дахин анхааруулан хандуулагдсан. Иохан Есүсийн замыг бэлтгэхийн тулд Елиагийн сүнс ба хүч дотор илгээгдсэн билээ. Иоханы гэрчлэлийг няцаасан хүмүүс Есүсийн сургаалиас ашиг хүртээгүй. Түүний ирэлтийг зөгнөн тунхагласан мэдээнд тэдний эсэргүүцэл нь Түүнийг Мессиа мөн гэдгийн хамгийн хүчтэй нотолгоог тэд амархан хүлээн авч чадахгүй байхаар тэднийг хүргэсэн юм. Сатан Иоханы мэдээг няцаасан хүмүүсийг улам цааш нь хөтөлж, Христийг ч мөн няцаан цовдлох хүртэл нь хүргэсэн. Үүнийг үйлдсэнээрээ тэд Пентекостын өдөр ирэх ерөөлийг хүлээн авч чадахгүй байхаар өөрсдийгөө тавьсан бөгөөд тэр ерөөл нь тэдэнд тэнгэрийн ариун сүм рүү хүрэх замыг заах байсан юм. Сүмийн хөшиг урагдсан нь Иудейн тахилууд ба ёслолууд цаашид хүлээн авагдахгүй болохыг харуулсан. Агуу Тахил өргөгдөж, хүлээн авагдсан байсан бөгөөд Пентекостын өдөр бууж ирсэн Ариун Сүнс шавь нарын оюун санааг газрын ариун сүмээс тэнгэрийн ариун сүм рүү чиглүүлсэн; тэнд Есүс Өөрийн цусаар орсон бөгөөд Өөрийн цагаатгалын үр ашгийг шавь нар дээрээ асгахаар орсон билээ. Харин Иудейчүүд бүрэн харанхуйд үлдсэн. Тэд авралын төлөвлөгөөний тухай авч болох байсан бүх гэрлийг алдсан мөртлөө өөрсдийн ашиггүй тахил, өргөлүүддээ итгэсээр байв. Тэнгэрийн ариун сүм газрын ариун сүмийн байрыг эзэлсэн атал тэд энэ өөрчлөлтийн талаар ямар ч мэдлэггүй байлаа. Тиймээс тэд ариун газарт дахь Христийн зуучлалаас ашиг хүртэж чадсангүй.”</w:t>
      </w:r>
    </w:p>
    <w:p>
      <w:pPr>
        <w:pStyle w:val="ArticleScripture"/>
        <w:jc w:val="left"/>
      </w:pPr>
      <w:r>
        <w:rPr>
          <w:rFonts w:ascii="Times New Roman" w:hAnsi="Times New Roman" w:eastAsia="Times New Roman" w:cs="Times New Roman"/>
        </w:rPr>
        <w:t>“Олон хүн Христийг үгүйсгэн цовдолсон иудейчүүдийн замналыг жигшин айдастайгаар хардаг; Түүний гутамшигт доромжлолын түүхийг уншихдаа өөрсдийгөө Түүнийг хайрладаг, мөн Петрийн адил Түүнээс няцаахгүй, эсвэл иудейчүүдийн адил Түүнийг цовдлохгүй байсан гэж боддог. Гэвч бүхний зүрх сэтгэлийг уншдаг Бурхан, тэдний Есүст хандуулсан хэмээн тунхагласан тэр хайрыг сорилтод оруулсан. Эхний тэнгэрэлчийн мэдээ хэрхэн хүлээн авагдахыг тэнгэр бүхэлдээ хамгийн гүн сонирхлоор ажигласан. Харин Есүсийг хайрладаг хэмээн тунхаглагчдын олон нь, мөн загалмайн түүхийг уншихдаа нулимс унагасан хүмүүс Түүний ирэлтийн сайн мэдээг дооглон тохуурхсан. Тэд уг мэдээг баяр хөөртэйгээр хүлээн авахын оронд төөрөгдөл хэмээн зарласан. Тэд Түүний үзэгдэн ирэхийг хайрласан хүмүүсийг үзэн ядаж, сүмүүдээс хөөн гаргасан. Эхний мэдээг няцаасан хүмүүс хоёр дахь мэдээнээс ашиг хүртэж чадаагүй; мөн тэнгэрийн ариун газрын хамгийн ариунаар Есүстэй итгэлээр хамт ороход тэднийг бэлтгэх ёстой байсан шөнө дундын хашхираанаас ч тэд ашиг хүртээгүй. Өмнөх тэр хоёр мэдээг няцааснаараа тэд өөрсдийн ойлголтыг тийнхүү харанхуйруулсан тул хамгийн ариун газар орох замыг харуулдаг гурав дахь тэнгэрэлчийн мэдээн дэх ямар ч гэрлийг харж чадахгүй болсон. Иудейчүүд Есүсийг цовдолсны адил, нэр төдий сүмүүд эдгээр мэдээнүүдийг цовдолсон тул хамгийн ариун газарт хүрэх замын талаар тэдэнд ямар ч мэдлэг байхгүй бөгөөд тэндэх Есүсийн зуучлалаас тэд ашиг хүртэж чаддаггүйг би харсан. Ашиггүй тахилаа өргөдөг байсан иудейчүүдийн адил, тэд Есүсийн орхисон тасалгаанд ашиггүй залбирлуудаа өргөдөг; бөгөөд энэ мэхлэлд баяссан Сатан шашинлаг дүр төрхийг авч, өөрсдийгөө Христэд итгэгч хэмээн тунхаглагч эдгээр хүмүүсийн оюун бодлыг өөр лүүгээ хөтлөн, өөрийн хүч, тэмдгүүд, худал гайхамшгуудаар үйлдэн, тэднийг өөрийн урхинд бат бөх бэхэлдэг.”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наймдугаар хэсэг</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