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Лаодикейн Долоо дахь өдрийн Адвентист Сүм - Дөчин Хоёрдугаар Хэсэг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Дөчин хоёрдугаар тоо</w:t>
      </w:r>
    </w:p>
    <w:p>
      <w:pPr>
        <w:pStyle w:val="ArticleBody"/>
        <w:jc w:val="left"/>
      </w:pPr>
      <w:r>
        <w:rPr>
          <w:rFonts w:ascii="Times New Roman" w:hAnsi="Times New Roman" w:eastAsia="Times New Roman" w:cs="Times New Roman"/>
        </w:rPr>
        <w:t>Левит номын хорин гуравдугаар бүлгийг, хаврын баярууд өөрсдийн биеллээ Христийн шугам дээр олсон тэр шугамтай уялдуулан, хорин хоёр эшлэл бүхий хоёр тэнцүү мөр болгон хуваавал, Баасан гарагийн оройн Дээгүүр өнгөрөх баярын гурван алхам, Амралтын өдрийн исгээгүй талхны баяр, мөн долоо хоногийн эхний өдрийн анхны үр жимсээс эхэлдэг нэгэн шугамыг бид харуулж чадна. Энэ нь Христийн баптисмаар төлөөлөгдсөн нэг замын тэмдэг боловч, тэрхүү нэг замын тэмдэг нь гурван алхамтай юм.</w:t>
      </w:r>
    </w:p>
    <w:p>
      <w:pPr>
        <w:pStyle w:val="ArticleBody"/>
        <w:jc w:val="left"/>
      </w:pPr>
      <w:r>
        <w:rPr>
          <w:rFonts w:ascii="Times New Roman" w:hAnsi="Times New Roman" w:eastAsia="Times New Roman" w:cs="Times New Roman"/>
        </w:rPr>
        <w:t>Бид амилалтаас эхлэн ирээдүй тийш дөчин хоног урагшлахад нэгэн эргэлтийн цэгт хүрдэг. Учир нь яг тэр үед Христ нүүр тулан сургахаа зогсоож, үүлэн дунд хөөрөн одсон билээ. Зуун дөчин дөрвөн мянга мөн адил үүлэн дунд хөөрөн оддог.</w:t>
      </w:r>
    </w:p>
    <w:p>
      <w:pPr>
        <w:pStyle w:val="ArticleScripture"/>
        <w:jc w:val="left"/>
      </w:pPr>
      <w:r>
        <w:rPr>
          <w:rFonts w:ascii="Times New Roman" w:hAnsi="Times New Roman" w:eastAsia="Times New Roman" w:cs="Times New Roman"/>
        </w:rPr>
        <w:t>Тэгээд тэдэнд тэнгэрээс хандан: «Нааш ирэгтүн» хэмээн хэлэх агуу дууг тэд сонсов. Тэгээд тэд үүлэн дотор тэнгэр өөд өгсөв; дайснууд нь тэднийг харлаа. Мөн яг тэр цагт агуу газар хөдлөлт болж, хотын аравны нэг нь нуран унаж, газар хөдлөлтөд долоон мянган хүн алагдав. Үлдсэн хүмүүс айдаст автсан бөгөөд тэнгэрийн Бурханд алдрыг өргөв. Хоёр дахь гай өнгөрөв; харин, болгоогтун, гурав дахь гай түргэн ирнэ. Тэгээд долоо дахь тэнгэрэлч бүрээ үлээв; мөн тэнгэрт агуу дуу хоолойнууд гарч, ийн өгүүлэв: «Энэ дэлхийн хаанчлалууд манай Эзэний болон Түүний Христийн хаанчлалууд болов; Тэрээр үүрд мөнхөд хаанчлах болно». Илчлэлт 11:12–15.</w:t>
      </w:r>
    </w:p>
    <w:p>
      <w:pPr>
        <w:pStyle w:val="ArticleBody"/>
        <w:jc w:val="left"/>
      </w:pPr>
      <w:r>
        <w:rPr>
          <w:rFonts w:ascii="Times New Roman" w:hAnsi="Times New Roman" w:eastAsia="Times New Roman" w:cs="Times New Roman"/>
        </w:rPr>
        <w:t>Хоёр дахь ба гурав дахь гай нь Ислам бөгөөд, долоо дахь тэнгэрэлч нь гурав дахь гай, өөрөөр хэлбэл дахин Ислам мөн. Гурав дахь гай газар хөдлөлтийн үеэр түргэн ирдэг. Газар хөдлөлт нь Америкийн Нэгдсэн Улс дахь Ням гаргийн хууль юм; Америкийн Нэгдсэн Улс бол Илчлэл номын арван гуравдугаар бүлгийн газрын араатан бөгөөд, Ням гаргийн хууль нь донсолгоо, өөрөөр хэлбэл чичиргээ юм. Газрын араатан нь арван хаадын тэргүүлэх хаан бөгөөд, Америкийн Нэгдсэн Улс Ням гаргийн хуулиар түлхэн унагаагдах үед хотын аравны нэг хэсэг унасан байх болно. Ням гаргийн хуулийн яг тэр цагт, Елиа ба Мосегоор төлөөлөгдсөн хоёр гэрч, Петр, Иаков, Иохан нартай хамт Христийн өмнө хувирсан байдалтай үзэгдсэн мөнөөх хоёр гэрч, үүлэн дотор тэнгэр өөд өргөгдөнө, мөн тэдний дайснууд тэднийг харсан тул хүн бүр үзнэ.</w:t>
      </w:r>
    </w:p>
    <w:p>
      <w:pPr>
        <w:pStyle w:val="ArticleBody"/>
        <w:jc w:val="left"/>
      </w:pPr>
      <w:r>
        <w:rPr>
          <w:rFonts w:ascii="Times New Roman" w:hAnsi="Times New Roman" w:eastAsia="Times New Roman" w:cs="Times New Roman"/>
        </w:rPr>
        <w:t>Амилалтын дараах дөчин хоногийн дараа Есүс үүлсийн дунд “дээш өргөгдөн одсон” бөгөөд дээд өрөөн дэх арван хоног эхэлсэн. Дээш өргөгдөхүй нь гурван тэнгэрэлчийн хоёр дахь ньтэй адил харааны шалгалт мөн. Түүнийг дээш өргөгдөх үед тэнгэрэлч нар, Тэр үүлсийн хамт дээш өргөгдөн одсон шигээ үүлсийн хамт буцан ирнэ хэмээн айлдсан.</w:t>
      </w:r>
    </w:p>
    <w:p>
      <w:pPr>
        <w:pStyle w:val="ArticleScripture"/>
        <w:jc w:val="left"/>
      </w:pPr>
      <w:r>
        <w:rPr>
          <w:rFonts w:ascii="Times New Roman" w:hAnsi="Times New Roman" w:eastAsia="Times New Roman" w:cs="Times New Roman"/>
        </w:rPr>
        <w:t>Тэр эдгээрийг айлдсаны дараа, тэд харж байхад, Тэр дээш өргөгдөн одов; мөн үүл Түүнийг тэдний нүднээс халхлан авч одлоо. Түүнийг дээш одох үед тэд тэнгэр өөд ширтэн байтал, харагтун, цагаан хувцастай хоёр хүн тэдний дэргэд зогсож байв; тэд мөн ийнхүү хэлэв: Галилын эрчүүд ээ, та нар юунд тэнгэр өөд ширтэн зогсоно вэ? Та нараас тэнгэр өөд авагдан одсон энэ л Есүс, Түүнийг тэнгэр өөд одохыг та нар хэрхэн харсан тэрчлэн мөн тийм байдлаар эргэн ирнэ. Үйлс 1:9–11.</w:t>
      </w:r>
    </w:p>
    <w:p>
      <w:pPr>
        <w:pStyle w:val="ArticleBody"/>
        <w:jc w:val="left"/>
      </w:pPr>
      <w:r>
        <w:rPr>
          <w:rFonts w:ascii="Times New Roman" w:hAnsi="Times New Roman" w:eastAsia="Times New Roman" w:cs="Times New Roman"/>
        </w:rPr>
        <w:t>Түүний Хоёр дахь ирэлтээрээ дахин ирэх нь Түүний хаанчлалын “алдар”-д байна.</w:t>
      </w:r>
    </w:p>
    <w:p>
      <w:pPr>
        <w:pStyle w:val="ArticleScripture"/>
        <w:jc w:val="left"/>
      </w:pPr>
      <w:r>
        <w:rPr>
          <w:rFonts w:ascii="Times New Roman" w:hAnsi="Times New Roman" w:eastAsia="Times New Roman" w:cs="Times New Roman"/>
        </w:rPr>
        <w:t>Иймээс энэ завхай, нүгэлт үеийнхний дунд Надаас болон Миний үгсээс ичих хэн боловч, Хүний Хүү ч мөн Өөрийн Эцгийн алдарт ариун тэнгэрэлчүүдийн хамт ирэхдээ түүнээс ичих болно. Марк 8:38.</w:t>
      </w:r>
    </w:p>
    <w:p>
      <w:pPr>
        <w:pStyle w:val="ArticleBody"/>
        <w:jc w:val="left"/>
      </w:pPr>
      <w:r>
        <w:rPr>
          <w:rFonts w:ascii="Times New Roman" w:hAnsi="Times New Roman" w:eastAsia="Times New Roman" w:cs="Times New Roman"/>
        </w:rPr>
        <w:t>Энэхүү адилхан “алдар” нь Петр, Иаков, Иохан нарын Өөрчлөлтийн Уулан дээр харсан тэр зүйл мөн. Өөрчлөлтийн Уул ч мөн адил хоёр дахь алхам байсан бөгөөд үүний өмнө Кесари Филипп, дараа нь Кесари Маритима тус тус байрлаж байв. Хоёр дахь шалгалт мөн араатны дүрсний шалгалт бөгөөд энэ нь араатны дүрс бүрэлдэн тогтож буйг эш үзүүллэгийн ёсоор танин мэдэхийг шаарддаг шалгалт юм. Хоёр дахь шалгалт нь мөн Мелзар Даниел болон түүний нөхдийн царай төрхийг буурцагт хүнс идээгүй хүмүүсийнхтэй харьцуулан шалгаж буй явдал мөн. Энэ бол харааны шалгалт юм. Абрамын гэрээний түүхэн дэх гэрээний гурван алхмын хоёр дахь алхам нь хөвч хөндөлтийн “тэмдэг” байв. Хоёр дахь алхам нь Бурханы ард түмэн туг тэмдэг болгон өргөгдөхийн хамт тамгалагдаж буйг төлөөлдөг. Хоёр дахь алхам нь “алдар” илэрдэг газар мөн, учир нь эхний тэнгэрэлчийн гурван алхам нь айдас, “алдар”, шүүлт юм. Пентекостын улирлын дөч дэх өдөр нь Өөрчлөлтийн Уултай давхцан нийцдэг. Гутлаа тайл, учир нь чи ариун газар дээр байна.</w:t>
      </w:r>
    </w:p>
    <w:p>
      <w:pPr>
        <w:pStyle w:val="ArticleBody"/>
        <w:jc w:val="left"/>
      </w:pPr>
      <w:r>
        <w:rPr>
          <w:rFonts w:ascii="Times New Roman" w:hAnsi="Times New Roman" w:eastAsia="Times New Roman" w:cs="Times New Roman"/>
        </w:rPr>
        <w:t>Тэнгэрт өргөгдөхүй нь харааны шалгалт мөн бөгөөд баяруудын дараалалд дөч хоногийн мөчлөг дэх тэнгэрт өргөгдөхүйгээс өмнө Бүрээн дууны баярын таван өдөр оршдог. Бүрээн дууны баяр нь долоо дахь бүрээний анхааруулгыг, өөрөөр хэлбэл Исламын анхааруулгыг, заадаг.</w:t>
      </w:r>
    </w:p>
    <w:p>
      <w:pPr>
        <w:pStyle w:val="ArticleBody"/>
        <w:jc w:val="left"/>
      </w:pPr>
      <w:r>
        <w:rPr>
          <w:rFonts w:ascii="Times New Roman" w:hAnsi="Times New Roman" w:eastAsia="Times New Roman" w:cs="Times New Roman"/>
        </w:rPr>
        <w:t>Тэнгэрт хөөрөл нь бүрээнүүдийн дараа тав хоногийн хойно тохиодог бөгөөд, дараа нь тэнгэрт хөөрлөөс хойш тав хоногийн дараа Эвлэрүүллийн өдөр шүүлтийг тэмдэглэдэг. Бүрээ нь эртний жимүүд мөн, энэ нь Лаодикийн мэдээ мөн, энэ нь Ислам мөн бөгөөд энэ нь эхний тэнгэрэлчийн үндэслэлийн мэдээ юм. Тав хоногийн дараа, “нүүр тулсан” заавар төгсөхөд, хоёр дахь тэнгэрэлчийн харагдахуйц хоёр дахь шалгалт тэнгэрт хөөрлөөр тэмдэглэгддэг. Үүнээс хойш тав хоногийн дараа, шүүлт нь гурав дахь тэнгэрэлчийг тэмдэглэдэг.</w:t>
      </w:r>
    </w:p>
    <w:p>
      <w:pPr>
        <w:pStyle w:val="ArticleBody"/>
        <w:jc w:val="left"/>
      </w:pPr>
      <w:r>
        <w:rPr>
          <w:rFonts w:ascii="Times New Roman" w:hAnsi="Times New Roman" w:eastAsia="Times New Roman" w:cs="Times New Roman"/>
        </w:rPr>
        <w:t>Бурханы гэр дээрх шүүлт дууссанаас хойш тав хоногийн дараа, Пентекостын өдрөөр тэмдэглэгдсэний дагуу, шүүлт Нэгдсэн Улсад ирдэг.</w:t>
      </w:r>
    </w:p>
    <w:p>
      <w:pPr>
        <w:pStyle w:val="ArticleScripture"/>
        <w:jc w:val="left"/>
      </w:pPr>
      <w:r>
        <w:rPr>
          <w:rFonts w:ascii="Times New Roman" w:hAnsi="Times New Roman" w:eastAsia="Times New Roman" w:cs="Times New Roman"/>
        </w:rPr>
        <w:t>Тэрээр Абрамд айлдан, «Чиний үр удам өөрсдийнх нь бус нутагт харийн хүн болж, тэдэнд боолчлон үйлчлэх бөгөөд тэд тэднийг дөрвөн зуун жилийн турш дарлан зовоохыг чи лавтай мэдэгтүн. Мөн тэдний үйлчлэх тэр үндэстнийг Би шүүх болно; үүний дараа тэд үлэмж их хөрөнгөтэйгээр гарч ирнэ» гэв. Эхлэл 15:13, 14.</w:t>
      </w:r>
    </w:p>
    <w:p>
      <w:pPr>
        <w:pStyle w:val="ArticleBody"/>
        <w:jc w:val="left"/>
      </w:pPr>
      <w:r>
        <w:rPr>
          <w:rFonts w:ascii="Times New Roman" w:hAnsi="Times New Roman" w:eastAsia="Times New Roman" w:cs="Times New Roman"/>
        </w:rPr>
        <w:t>Ням гарагийн хуулийн үед, Америкийн Нэгдсэн Улсын “үндэстэн” шүүгдэх тэр цагт, нэг зуун дөчин дөрвөн мянгад байх “агуу баялаг” нь Исаиагийн зургаадугаар бүлгийн баялаг бөгөөд Бурханлаг чанарыг төлөөлдөг. Абрахамын гэрээний эш үзүүллэгт “мөн тэр үндэстэн” гэж хэлдэг бөгөөд ингэснээр Бурханы ард түмэн Ням гарагийн хуулиас өмнө тамгалагддаг нь тогтоогддог. Дараа нь Ням гарагийн хуулийн үед, Майхан баярын долоон өдрөөр төлөөлөгдсөн нэгэн хугацаанд, Бурханы гэрийн гаднах агуу олны дээр шүүлт биелж байх зуур хожмын бороо хэмжээгүйгээр асгардаг.</w:t>
      </w:r>
    </w:p>
    <w:p>
      <w:pPr>
        <w:pStyle w:val="ArticleBody"/>
        <w:jc w:val="left"/>
      </w:pPr>
      <w:r>
        <w:rPr>
          <w:rFonts w:ascii="Times New Roman" w:hAnsi="Times New Roman" w:eastAsia="Times New Roman" w:cs="Times New Roman"/>
        </w:rPr>
        <w:t>2020 оны 7 дугаар сарын 18-нд хоёр гэрч Содом ба Египетийн гудамжинд алагдав. Хоёр гэрч нь Мосе ба Елиа байсан бөгөөд Уильям Миллер өөрийн түүхэн дэх Елиа нь байв. Зүүдэндээ тэрээр агшин зуур нүдээ анисан бөгөөд 2020 оны 7 дугаар сарын 18-нд тэрээр эш үзүүллэгийн утгаар үхэлд нүдээ анив. Нүдээ нээхэд өрөө хоосон, нэг хаалга болон цонхнууд нээлттэй байв. Дараа нь Миллер шороо цэвэрлэгч хүний хийж буй ажлыг хараад, түүнээс болгоомжтой байхыг гуйсан бөгөөд шороо цэвэрлэгч хүн түүнд бүх зүйл сайн болно гэдгийг батлан хэлэв.</w:t>
      </w:r>
    </w:p>
    <w:p>
      <w:pPr>
        <w:pStyle w:val="ArticleBody"/>
        <w:jc w:val="left"/>
      </w:pPr>
      <w:r>
        <w:rPr>
          <w:rFonts w:ascii="Times New Roman" w:hAnsi="Times New Roman" w:eastAsia="Times New Roman" w:cs="Times New Roman"/>
        </w:rPr>
        <w:t>Миллер 2023 оны долоодугаар сард цөлд сэрэх үед, 2023 оны 12 дугаар сарын 31-ний амилалтаас яг өмнөхөн исгээгүй талхны баяр хүрч ирэв. Тэр үед—урьд өмнө тайлагдсан байсан бусад бүх эш үзүүллэгийн мэдээний бэлгэдэл болж байсан жинхэнэ Шөнө дундын Хашхирааны эш үзүүллэгийн мэдээ, тэрхүү “хашхираан” тайлагдаж эхэлсэн; учир нь гурван өдөр хагасын төгсгөл нь “эцсийн цаг”-ийг тодорхойлдог бөгөөд “эцсийн цаг”-т эш үзүүллэгийн тайлалт үргэлж байдаг. Энэ нь үргэлж тийнхүү байдаг, учир нь Христ өчигдөр, өнөөдөр, үүрд мөн адил. Түүний хүмүүстэй харьцах байдал үргэлж нэгэн адил байдаг, учир нь Тэр урьд хэрхэн ажиллаж байсан шигээ одоо ч мөн адил “шугам”-аар ажилладаг. Гурван өдөр хагасын төгсгөлд Есүс Христийн Илчлэл тайлагдсан юм.</w:t>
      </w:r>
    </w:p>
    <w:p>
      <w:pPr>
        <w:pStyle w:val="ArticleBody"/>
        <w:jc w:val="left"/>
      </w:pPr>
      <w:r>
        <w:rPr>
          <w:rFonts w:ascii="Times New Roman" w:hAnsi="Times New Roman" w:eastAsia="Times New Roman" w:cs="Times New Roman"/>
        </w:rPr>
        <w:t>амийн амьсгалаар үлээлгэснээр урьдчилан дүрслэгдсэн билээ. Езекиел 37 дахь үхсэн хуурай яснууд ч мөн адил эхлээд нэг эш үзүүллэгээр хэлбэржин тогтож, үүний дараа хоёр дахь эш үзүүллэгээр амилуулагдсан бөгөөд тэр эш үзүүллэг нь дөрвөн салхины тухай мэдээгээр амьгүй биед амийн амьсгалыг авчирсан юм; энэ нь лацдах мэдээ мөн. Хоёр жишээнд хоёуланд нь лац нь тайлагдсан эш үзүүллэг хоёр хэсэгтэй бөгөөд тэдгээр нь олон янзаар үзүүлэгддэг. Тэдгээр нь дотоод ба гадаад; тэдгээр нь Улай болон Хиддекел голуудын үзэгдэл; тэдгээр нь chazon ба mareh үзэгдлүүд; тэдгээр нь хоёр гэрч, хоёр алтан хоолой бөгөөд энэ мэт цааш үргэлжилнэ.</w:t>
      </w:r>
    </w:p>
    <w:p>
      <w:pPr>
        <w:pStyle w:val="ArticleBody"/>
        <w:jc w:val="left"/>
      </w:pPr>
      <w:r>
        <w:rPr>
          <w:rFonts w:ascii="Times New Roman" w:hAnsi="Times New Roman" w:eastAsia="Times New Roman" w:cs="Times New Roman"/>
        </w:rPr>
        <w:t>Миллерийн хөдөлгөөний түүхэнд Шөнө дундын Хашхираан нь хоёр дахь тэнгэрэлчийн эш үзүүллэгтэй нэгдсэн эш үзүүллэг байв. Хоёр үе шаттай эш үзүүллэг. 2023 онд хатсан үхмэл яснууд амилуулагдах үед, эш үзүүллэгийн зайлшгүй шаардлагаар тэд шалгагдах ёстой байсан; учир нь эш үзүүллэгийн лац тайлагдах бүрд гурван үе шаттай шалгалтын үйл явц үргэлж эхэлдэг. Эхний хоёр шалгалт нь суурийн шалгалт, дараа нь сүмийн шалгалт байх байв.</w:t>
      </w:r>
    </w:p>
    <w:p>
      <w:pPr>
        <w:pStyle w:val="ArticleBody"/>
        <w:jc w:val="left"/>
      </w:pPr>
      <w:r>
        <w:rPr>
          <w:rFonts w:ascii="Times New Roman" w:hAnsi="Times New Roman" w:eastAsia="Times New Roman" w:cs="Times New Roman"/>
        </w:rPr>
        <w:t>Амилалтын дараах тав дахь өдөрт—исгээгүй талхны хугацаагаар төлөөлөгдсөн цөл дэх дуу хоолой төгсөнө. Учир нь Миллер болон Баптист Иохан нараар төлөөлөгдсөн Елиа нь хоёулаа гутлыг нь авч явах ч зохисгүй Нэгэний замыг бэлтгэсэн юм. Амилалтын үед Есүс дөчин өдрийн турш “нүүр тулан” заах үеэ эхлүүлдэг. Тэрхүү “нүүр тулан” заалт нь Даниелын аравдугаар бүлэгт Даниелын хувьд хорин хоёр дахь өдөрт эхэлсэн. Тэнд энэ нь гурван алхам, гурван хүрэлт, мөн хүчтэй байх явдлын давхардалтай хамт дүрслэгдсэн байдаг.</w:t>
      </w:r>
    </w:p>
    <w:p>
      <w:pPr>
        <w:pStyle w:val="ArticleBody"/>
        <w:jc w:val="left"/>
      </w:pPr>
      <w:r>
        <w:rPr>
          <w:rFonts w:ascii="Times New Roman" w:hAnsi="Times New Roman" w:eastAsia="Times New Roman" w:cs="Times New Roman"/>
        </w:rPr>
        <w:t>Дөчин хоног өндөрлөхөөс тав хоногийн өмнө Исламын бүрээний сэрэмжлүүлэг дуугарна. Исламын сэрэмжлүүлгийг Христ Иерусалимд сүр жавхлантайгаар орохдоо унасан илжгээр төлөөлүүлсэн юм. Тэрээр Чидун уулын энгэрээр уруудан Иерусалимд орохын өмнө эхлээд шавь нартаа очиж, илжгийг тайлан авчрахыг тушаасан.</w:t>
      </w:r>
    </w:p>
    <w:p>
      <w:pPr>
        <w:pStyle w:val="ArticleScripture"/>
        <w:jc w:val="left"/>
      </w:pPr>
      <w:r>
        <w:rPr>
          <w:rFonts w:ascii="Times New Roman" w:hAnsi="Times New Roman" w:eastAsia="Times New Roman" w:cs="Times New Roman"/>
        </w:rPr>
        <w:t>“Энэхүү үзэгдэл нь 1847 онд, Амралтын өдрийг сахидаг Адвентист ах дүүс маш цөөн байсан үед өгөгдсөн бөгөөд тэдний дотроос ч түүнийг сахих явдал нь Бурханы ард түмэн ба үл итгэгчдийн хооронд зааг татахуйц хангалттай чухал гэж үздэг нь цөөн байв. Одоо тэрхүү үзэгдлийн биелэл үзэгдэж эхэлж байна. Энд дурдсан ‘зовлонгийн тэр цагийн эхлэл’ нь гай гамшгууд асгарч эхлэх цагийг заахгүй, харин тэдгээр асгарахын яг өмнөх богино хугацааг, Христ ариун сүмд байх тэр үеийг зааж байна. Тэр үед, авралын ажил дуусгавар болж байх зуур, дэлхий дээр зовлон ирж байх бөгөөд үндэстнүүд хилэгнэх боловч гурав дахь тэнгэрэлчийн ажлыг саатуулахгүйн тулд хазаарлагдан баригдсан байх болно. Тэр үед ‘сүүлчийн бороо’, өөрөөр хэлбэл Эзэний оршихуйгаас ирэх сэргээн тэнхрүүлэлт ирж, гурав дахь тэнгэрэлчийн чанга дуу хоолойд хүч өгч, долоон сүүлчийн гай гамшиг асгарах үед ариун хүмүүсийг тогтон зогсоход бэлтгэх болно.” Early Writings, 85.</w:t>
      </w:r>
    </w:p>
    <w:p>
      <w:pPr>
        <w:pStyle w:val="ArticleBody"/>
        <w:jc w:val="left"/>
      </w:pPr>
      <w:r>
        <w:rPr>
          <w:rFonts w:ascii="Times New Roman" w:hAnsi="Times New Roman" w:eastAsia="Times New Roman" w:cs="Times New Roman"/>
        </w:rPr>
        <w:t>9/11-нд Тэр Өөрийн тэнгэрэлч нарт илжгийг суллахыг тушаасан бөгөөд дараа нь Бага Жорж Буш тэр илжгийг хазаарлан тогтоов. Кир нь анхны зарлигийг тунхагласан учраас эхний тэнгэрэлчийг төлөөлдөг. Иймээс тэрээр 1840 оны 8-р сарын 11-нийг ч, 9/11-ийг ч хоёуланг нь төлөөлдөг бөгөөд 9/11-нд “үндэстнүүдийн хилэгнэл”-ээр төлөөлөгдсөн Ислам суллагдаж, дараа нь хазаарлагдан тогтоогдсон. Тэр үед хожмын бороо орж эхэлсэн. Кир нь 1840 оны 8-р сарын 11-ний болон 9/11-ний Исламын аль алиных нь замын тэмдгийг төлөөлдөг.</w:t>
      </w:r>
    </w:p>
    <w:p>
      <w:pPr>
        <w:pStyle w:val="ArticleScripture"/>
        <w:jc w:val="left"/>
      </w:pPr>
      <w:r>
        <w:rPr>
          <w:rFonts w:ascii="Times New Roman" w:hAnsi="Times New Roman" w:eastAsia="Times New Roman" w:cs="Times New Roman"/>
        </w:rPr>
        <w:t>“Гурван долоо хоногийн турш Габриел харанхуйн хүчнүүдтэй тэмцэлдэж, Кирийн оюун санаанд үйлчилж байсан нөлөөллүүдийг саармагжуулахаар чармайсан; бөгөөд тэмцэл дуусахаас өмнө Христ Өөрөө Габриелд туслахаар ирсэн юм. ‘Персийн хаанчлалын тэргүүн надад хорин нэгэн өдөр эсэргүүцсэн’ хэмээн Габриел тунхаглаад, ‘харин, болгоогтун, тэргүүн ноёдын нэг Майкл надад туслахаар ирсэн; тэгээд би тэнд Персийн хаадын дэргэд үлдсэн’ гэв.” Даниел 10:13. Тэнгэр Бурханы ард түмний төлөө хийж чадах бүхнээ хийсэн юм. Эцэст нь ялалт олдсон; дайсны хүчнүүд Кирийн бүх өдрүүдэд, мөн ойролцоогоор долоон жил хагас хаанчилсан түүний хүү Камбизын бүх өдрүүдэд хазаарлагдан баригдсан байв.” Эш үзүүлэгчид ба Хаад, 571.</w:t>
      </w:r>
    </w:p>
    <w:p>
      <w:pPr>
        <w:pStyle w:val="ArticleBody"/>
        <w:jc w:val="left"/>
      </w:pPr>
      <w:r>
        <w:rPr>
          <w:rFonts w:ascii="Times New Roman" w:hAnsi="Times New Roman" w:eastAsia="Times New Roman" w:cs="Times New Roman"/>
        </w:rPr>
        <w:t>1840 оны 8 дугаар сарын 11-нд Османы ноёрхол төгсөхөд, анхдагчдын хэлснээр, хоёр дахь гайгийн Ислам хязгаарлагдсан юм. Энэхүү хазаарлалт нь Исламын гурван гайгийн хоёр дахь гайг төлөөлсөн зургаа дахь тэнгэрэлчээр суллагдсан, Исламын дөрвөн султаныг төлөөлөх дөрвөн тэнгэрэлчийн түүхэн эхлэлтэй гурван зуун ерэн нэгэн жил, арван таван өдрийн цагийн эш үзүүллэгийн төгсгөлийг тэмдэглэсэн юм. 9/11-нд Ислам цохилт өгч, дараа нь Кирийн түүх болон 1840 оны түүхэнд дүрслэгдсэн хязгаарлалтын адил хязгаарлагдсан. Эдгээр гурван гэрч бүгд Исламын хазаарлалт эсвэл суллагдлыг тодорхойлдог бөгөөд Христийн ялгуусан оролтын эхэнд илжиг суллагдсан билээ.</w:t>
      </w:r>
    </w:p>
    <w:p>
      <w:pPr>
        <w:pStyle w:val="ArticleBody"/>
        <w:jc w:val="left"/>
      </w:pPr>
      <w:r>
        <w:rPr>
          <w:rFonts w:ascii="Times New Roman" w:hAnsi="Times New Roman" w:eastAsia="Times New Roman" w:cs="Times New Roman"/>
        </w:rPr>
        <w:t>Түүний ялгуусан ёслолт оролтоос өмнө илжгийг уяснаас нь тайлсан явдал нь тэнгэрт өргөгдөхөөс тав хоногийн өмнө ирдэг бүрээний мэдээг тодорхойлж байна. Ислам дахин суллагдах тухай мэдээ—9/11-нд байсанчлан, мөн Пентекост болох Ням гаргийн хуулийн үед арван тав хоногийн дараа дахин суллагдах шиг—Шөнийн дунд хашхирааны эхлэлийг тэмдэглэдэг мэдээ мөн. Илжгийг сулласан явдал нь Шөнийн дунд хашхирааны мэдээг тунхаглахын эхлэл буюу альфа-г тэмдэглэдэг бөгөөд Шөнийн дунд хашхираан чанга хашхираан болон өөрчлөгддөг Ням гаргийн хуулийн үед Ислам газрын араатныг дахин цохино.</w:t>
      </w:r>
    </w:p>
    <w:p>
      <w:pPr>
        <w:pStyle w:val="ArticleBody"/>
        <w:jc w:val="left"/>
      </w:pPr>
      <w:r>
        <w:rPr>
          <w:rFonts w:ascii="Times New Roman" w:hAnsi="Times New Roman" w:eastAsia="Times New Roman" w:cs="Times New Roman"/>
        </w:rPr>
        <w:t>“Шөнийн Дуудлага”-ын үе нь Исламын альфа цохилтоор эхэлж, Исламын омега цохилтоор төгсөнө. Исламын АНУ-д өгсөн цохилтууд нь Балаам ба түүний илжгийн тухай гэрчлэлд дүрслэгдсэн бөгөөд энэ нь мэдээж Тооллого номын хорин хоёрдугаар бүлэгт өгүүлэгддэг. Дэлхийн араатны протестант эвэр болох Лаодикийн Долоо дахь өдрийн Адвентист сүмийн хувь тавилан нь Исаиа 22:22-т (дотоод) дүрслэгдсэн бөгөөд Бүгд Найрамдах намын эвэрний хувь тавилан нь Тооллого 22:22-т (гадаад) болон түүнээс хойш өгүүлэгддэг.</w:t>
      </w:r>
    </w:p>
    <w:p>
      <w:pPr>
        <w:pStyle w:val="ArticleScripture"/>
        <w:jc w:val="left"/>
      </w:pPr>
      <w:r>
        <w:rPr>
          <w:rFonts w:ascii="Times New Roman" w:hAnsi="Times New Roman" w:eastAsia="Times New Roman" w:cs="Times New Roman"/>
        </w:rPr>
        <w:t>Тэр явсан тул Бурханы уур хилэн дүрэлзэн асав; мөн ЭЗЭНий тэнгэрэлч түүнд эсэргүүцэгч болон замд нь зогсов. Тэрээр илжиг унан явж байсан бөгөөд хоёр зарц нь түүнтэй хамт байв.</w:t>
      </w:r>
    </w:p>
    <w:p>
      <w:pPr>
        <w:pStyle w:val="ArticleScripture"/>
        <w:jc w:val="left"/>
      </w:pPr>
      <w:r>
        <w:rPr>
          <w:rFonts w:ascii="Times New Roman" w:hAnsi="Times New Roman" w:eastAsia="Times New Roman" w:cs="Times New Roman"/>
        </w:rPr>
        <w:t>Тэгтэл эшиг илжиг ЭЗЭНий тэнгэрэлчийг зам дээр зогсон, гартаа илд сугалан барьсныг үзэв. Иймээс илжиг замаас хазайж, талбай руу орсонд Балаам түүнийг зам руу буцаан оруулахын тулд цохив. Тооллого 22:22, 23.</w:t>
      </w:r>
    </w:p>
    <w:p>
      <w:pPr>
        <w:pStyle w:val="ArticleBody"/>
        <w:jc w:val="left"/>
      </w:pPr>
      <w:r>
        <w:rPr>
          <w:rFonts w:ascii="Times New Roman" w:hAnsi="Times New Roman" w:eastAsia="Times New Roman" w:cs="Times New Roman"/>
        </w:rPr>
        <w:t>9/11-ийн үед АНУ болон дүү Жорж Бушийг төлөөлж буй хуурамч эш үзүүлэгч Балаам нь, эцэг Жорж Буш ахмадын эхлүүлсэн ажлыг гүйцээж дуусгахыг эрэлхийлж байсан бөгөөд энэ нь глобалистуудын АНУ-ыг түлхэн унагаах оролдлого, мөн түүний “шинэ дэлхийн дэг журам” хэмээн нэрлэсэн зүйлийг хэрэгжүүлэх явдал байв. Глобалистуудын библийн сэдэл нь Бурханы үлдэгдэл ардыг алах явдал бөгөөд дүү Жорж Буш нь эцгийнхээ “шинэ дэлхийн дэг журам” хэмээн нэрлэсэн зүйлийг авчран нэвтрүүлэх эш үзүүллэгийн өвийн төгсгөлийг төлөөлдөг. Бушийн “шинэ дэлхийн дэг журам” нь Ням гаргийн хуулийн үед луу, араатан, хуурамч эш үзүүлэгчийн гурвалсан холбоонд хүрч ирдэг бөгөөд дүү Жорж Буш нь Ням гаргийн хуулиар оргилдоо хүрэх тэрхүү үеийн эхлэлийг тэмдэглэдэг; энэ нь тамгалагдах цаг, араатны дүрийн шалгалтын цаг, Илчлэл арван наймдугаар бүлгийн эхний дуу хоолойгоор төлөөлөгдөх үе бөгөөд үүгээр ч үл хязгаарлагдана. Балаамын илжиг нь нэг зуун дөчин дөрвөн мянга нь духан дээрээ тамгалагдах хүртэл глобалист хөтөлбөрийг хажуу тийш эргүүлэн зайлуулсан юм.</w:t>
      </w:r>
    </w:p>
    <w:p>
      <w:pPr>
        <w:pStyle w:val="ArticleScripture"/>
        <w:jc w:val="left"/>
      </w:pPr>
      <w:r>
        <w:rPr>
          <w:rFonts w:ascii="Times New Roman" w:hAnsi="Times New Roman" w:eastAsia="Times New Roman" w:cs="Times New Roman"/>
        </w:rPr>
        <w:t>Асафын дуу, буюу дуулал. Бурхан аа, бүү чимээгүй байгтун; бүү дуугүй байгтун, Бурхан аа, бүү нам гүм байгтун. Учир нь, болгоогтун, Таны дайснууд үймээн тарьж байна; Таныг үзэн ядагчид толгойгоо өргөв. Тэд Таны ард түмний эсрэг зальт зөвлөгөө зохион, Таны нуугдагсдын эсрэг зөвлөлдөв. Тэд, “Ирэгтүн, тэднийг үндэстэн байхаас нь таслан устгая; Израилийн нэрийг цаашид дурсан санахгүй байг” гэж хэлэв. Учир нь тэд нэгэн санаагаар хамтдаа зөвлөлдөж, Таны эсрэг холбоо байгуулав. Дуулал 83:1–5.</w:t>
      </w:r>
    </w:p>
    <w:p>
      <w:pPr>
        <w:pStyle w:val="ArticleBody"/>
        <w:jc w:val="left"/>
      </w:pPr>
      <w:r>
        <w:rPr>
          <w:rFonts w:ascii="Times New Roman" w:hAnsi="Times New Roman" w:eastAsia="Times New Roman" w:cs="Times New Roman"/>
        </w:rPr>
        <w:t>Зургаа дахь эшлэлээс цааш “дайснууд”-ыг “арав” үндэстэн хэмээн тодорхойлдог бөгөөд тэд Илчлэл арван долдугаар бүлэгт арван хаадын дүрээр төлөөлөгджээ. Тэнд арван хаад нэг санаатай байдаг бол Асаф, “Тэд нэгэн санаагаар зөвлөлдөн, Таны эсрэг холбоо байгуулжээ” гэж хэлдэг. Эдгээр арван хаад нь эцсийн өдрүүдийн глобалист ёрын холбоотон хүч мөн бөгөөд тэд “Израиль”-ыг, өөрөөр хэлбэл “Таны нуугдмал хүмүүс”-ийг “үндэстэн байхаас нь” “таслан үгүй хийх”-ээр шийдсэн юм. Гурван талт нэгдлийн “тэргүүн” болгон папын эрх мэдлийг “өргөдөг” арван хаадын холбооны үйл хэрэг нь “Хамгийн Дээд Нэгэний нууц орон”-д нуугдсан сүнслэг “Израиль”-ыг устгах явдал юм.</w:t>
      </w:r>
    </w:p>
    <w:p>
      <w:pPr>
        <w:pStyle w:val="ArticleBody"/>
        <w:jc w:val="left"/>
      </w:pPr>
      <w:r>
        <w:rPr>
          <w:rFonts w:ascii="Times New Roman" w:hAnsi="Times New Roman" w:eastAsia="Times New Roman" w:cs="Times New Roman"/>
        </w:rPr>
        <w:t>9/11-ий үеэр Исламын илжиг луугийн хөтөлбөрийг замаас нь гаргасан бөгөөд учир нь Илчлэл 18-ын хүчирхэг тэнгэрэлч гартаа илд барин бууж ирсэн юм. Тэр үеийн дотоод сорилт нь хуучин жимүүд рүү буцан очих явдал байсан. Тэр мөчөөс эхлэн Илчлэл арван наймын эхний гурван эшлэлийн түүхэнд дүрслэгдсэнчлэн Миллеритийн түүхүүдийн давталт, өөрөөр хэлбэл эхний тэнгэрэлчийн болон хоёр дахь тэнгэрэлчийн аль алиных нь түүх дахин давтагдаж эхэлсэн. Эдгээр эхний гурван эшлэл нь Нью-Йорк хотын агуу барилгууд нураагдах үед биелнэ хэмээн Систер Уайт хэлсэн тэр эшлэлүүд юм.</w:t>
      </w:r>
    </w:p>
    <w:p>
      <w:pPr>
        <w:pStyle w:val="ArticleBody"/>
        <w:jc w:val="left"/>
      </w:pPr>
      <w:r>
        <w:rPr>
          <w:rFonts w:ascii="Times New Roman" w:hAnsi="Times New Roman" w:eastAsia="Times New Roman" w:cs="Times New Roman"/>
        </w:rPr>
        <w:t>9/11-нд Илчлэлт 18:1–3 биелсэн бөгөөд 1840 оны 8-р сарын 11-нд анхны тэнгэрэлч бууж, өөрийн алдраар дэлхийг гэрэлтүүлсэнтэй зэрэгцэх зүй тогтол тэр үед Вавилоны уналтыг тунхагласан хоёр дахь тэнгэрэлчээр нэгджээ. Балаам нь анхны тэнгэрэлчийн бэлгэдэл байсан бөгөөд Балаамыг дагалдсан хоёр зарц нь хоёр дахь тэнгэрэлчийг төлөөлж байв.</w:t>
      </w:r>
    </w:p>
    <w:p>
      <w:pPr>
        <w:pStyle w:val="ArticleBody"/>
        <w:jc w:val="left"/>
      </w:pPr>
      <w:r>
        <w:rPr>
          <w:rFonts w:ascii="Times New Roman" w:hAnsi="Times New Roman" w:eastAsia="Times New Roman" w:cs="Times New Roman"/>
        </w:rPr>
        <w:t>Хуурамч эш үзүүлэгчийн Бүгд Найрамдах эвэрийн тухай Балаамын дүрслэлд, Балаам Исламын илжигтэй дахин хоёр удаа тулгарах байв. Гурав дахь тулгаралтад илжиг “ярих” бөгөөд эш үзүүллэгийн тэр яриа нь Ням гаргийн хуулийг тэмдэглэдэг. 2023 оны 10 дугаар сарын 7-нд илжиг дахин цохисон боловч энэ нь сүнслэг, орчин үеийн алдар суут нутаг биш байв. Тэр нь үгчилсэн, эртний алдар суут нутгийг цохисон бөгөөд Балаам ба түүний илжиг одоо хоёр дахь тулгаралтадаа орсон байлаа.</w:t>
      </w:r>
    </w:p>
    <w:p>
      <w:pPr>
        <w:pStyle w:val="ArticleScripture"/>
        <w:jc w:val="left"/>
      </w:pPr>
      <w:r>
        <w:rPr>
          <w:rFonts w:ascii="Times New Roman" w:hAnsi="Times New Roman" w:eastAsia="Times New Roman" w:cs="Times New Roman"/>
        </w:rPr>
        <w:t>Харин ЭЗЭНий тэнгэрэлч усан үзмийн талбайнуудын хоорондох жим дээр, энэ талд нь хана, тэр талд нь ч хана байхад зогсов. Илжиг ЭЗЭНий тэнгэрэлчийг хараад ханаруу шахан очиж, Балаамын хөлийг хананд хавчив. Тэгэхэд тэр түүнийг дахин цохив. Тооллого 22:24, 25.</w:t>
      </w:r>
    </w:p>
    <w:p>
      <w:pPr>
        <w:pStyle w:val="ArticleBody"/>
        <w:jc w:val="left"/>
      </w:pPr>
      <w:r>
        <w:rPr>
          <w:rFonts w:ascii="Times New Roman" w:hAnsi="Times New Roman" w:eastAsia="Times New Roman" w:cs="Times New Roman"/>
        </w:rPr>
        <w:t>Эртний Израилийн усан үзмийн талбай нь Лаодикийн Долоо дахь өдрийн Адвентизмын усан үзмийн талбайг дүрслэн харуулдаг. Тэд хоёулаа Бурханы Хуулийн хадгалан сахигч байх үүрэг хүлээсэн гэрээний ард түмэн бөгөөд тэрхүү Хууль нь “хана” хэмээн бэлгэдэгддэг бөгөөд усан үзмийн талбайг бүрдүүлэгч бүрэлдэхүүнүүдийн нэг юм.</w:t>
      </w:r>
    </w:p>
    <w:p>
      <w:pPr>
        <w:pStyle w:val="ArticleScripture"/>
        <w:jc w:val="left"/>
      </w:pPr>
      <w:r>
        <w:rPr>
          <w:rFonts w:ascii="Times New Roman" w:hAnsi="Times New Roman" w:eastAsia="Times New Roman" w:cs="Times New Roman"/>
        </w:rPr>
        <w:t>Миний усан үзмийн талбайд Миний хийгээгүй, түүнд зориулан өөр юуг илүү хийж болох байсан бэ? Тэгтэл Би усан үзэм гаргана гэж найдахад, яагаад тэр зэрлэг усан үзэм гаргав? Одоо тэгвэл, Би усан үзмийн талбайдаа юу хийхээ та нарт хэлье: Би түүний хашааг авч хаяж, тэр нь идэгдэн сүйрнэ; Би түүний ханыг нурааж, тэр нь гишгэгдэн талхлагдана. Исаиа 5:4, 5.</w:t>
      </w:r>
    </w:p>
    <w:p>
      <w:pPr>
        <w:pStyle w:val="ArticleBody"/>
        <w:jc w:val="left"/>
      </w:pPr>
      <w:r>
        <w:rPr>
          <w:rFonts w:ascii="Times New Roman" w:hAnsi="Times New Roman" w:eastAsia="Times New Roman" w:cs="Times New Roman"/>
        </w:rPr>
        <w:t>Эртний бодит болон орчин үеийн сүнслэг Израиль хоёулаа тэрслэн босож, өөрсдөд нь даалгасан ариун хариуцлагуудыг няцаасан билээ. 9/11-ээс Ням гаргийн хууль хүртэлх хугацаанд эш үзүүллэгийн нэгэн асуудал “хана”-аар төлөөлөгдөн дүрслэгддэг. Тэрхүү эш үзүүллэгийн асуудал нь Америкийн Нэгдсэн Улсын Үндсэн хуулийн доторх сүм ба төрийг зааглан тусгаарласан “хана”-ын сүйрэл мөн. 9/11-ий үеэр Буш Патриот хуулийг хэрэгжүүлсэн нь Үндсэн хуулийг хүчингүй болгох үйл явцын томоохон алхам байсан; учир нь тэнд Үндсэн хуулийг чиглүүлж байсан философи орвонгоороо эргэсэн бөгөөд хүн гэм буруугүй нь нотлогдох хүртэл буруутайд тооцогдоно хэмээн үздэг Ромын эрх зүйн зарчмуудыг, хүн буруутай нь нотлогдох хүртэл гэм буруугүйд тооцогдоно хэмээн хамгаалдаг Английн эрх зүйн зарчмаас дээгүүр хүлээн зөвшөөрсөн юм.</w:t>
      </w:r>
    </w:p>
    <w:p>
      <w:pPr>
        <w:pStyle w:val="ArticleBody"/>
        <w:jc w:val="left"/>
      </w:pPr>
      <w:r>
        <w:rPr>
          <w:rFonts w:ascii="Times New Roman" w:hAnsi="Times New Roman" w:eastAsia="Times New Roman" w:cs="Times New Roman"/>
        </w:rPr>
        <w:t>9/11-ээс Ням гаргийн хуулийн үе хүртэлх хугацаа нь “хана”-ны тухай эш үзүүллэгийн эшлэлүүдийг агуулдаг. Балаамын илжиг мэт ханануудыг мөргөн унагаж буй Ислам нь Үндсэн хуулийн доторх зарчмуудыг няцаан өөрчлөхөд төөрөгдүүлсэн логикийг хангах асуудал нь Ислам өөрөө болохыг тодорхойлж өгдөг. Энэхүү эш үзүүллэгийн утгаар бол, библийн хуурамч эш үзүүлэгч болох Ислам нь араатны дүрийн шалгалтын цагт Америкийн Нэгдсэн Улсыг мэхэлдэгтэй адил, Америкийн Нэгдсэн Улсын хуурамч эш үзүүлэгч нь дэлхийн араатны дүрийн шалгалтын цагт бүх дэлхийг мэхэлдэг.</w:t>
      </w:r>
    </w:p>
    <w:p>
      <w:pPr>
        <w:pStyle w:val="ArticleBody"/>
        <w:jc w:val="left"/>
      </w:pPr>
      <w:r>
        <w:rPr>
          <w:rFonts w:ascii="Times New Roman" w:hAnsi="Times New Roman" w:eastAsia="Times New Roman" w:cs="Times New Roman"/>
        </w:rPr>
        <w:t>2023 оны 10-р сарын 7-нд Исламын илжиг эртний бодит алдарт газрыг довтолсон бөгөөд Шөнө дундын Хашхирааны тунхаглалаас өмнө илжиг суллагдах үед Ислам 9/11-ний үеийн адил орчин үеийн сүнслэг алдарт газар болох Америкийн Нэгдсэн Улсыг дахин цохих болно. Билаам илжгийг хоёр дахь удаа цохих үед энэ нь хоёр дахь тэнгэрэлч бөгөөд хоёр дахь тэнгэрэлч нь хоёр ханатай “усан үзмийн талбайн жим”-аар дүрслэгдсэнчлэн үргэлж давхардлыг бий болгодог.</w:t>
      </w:r>
    </w:p>
    <w:p>
      <w:pPr>
        <w:pStyle w:val="ArticleScripture"/>
        <w:jc w:val="left"/>
      </w:pPr>
      <w:r>
        <w:rPr>
          <w:rFonts w:ascii="Times New Roman" w:hAnsi="Times New Roman" w:eastAsia="Times New Roman" w:cs="Times New Roman"/>
        </w:rPr>
        <w:t>Тэгээд ЭЗЭНий тэнгэрэлч цааш явж, баруун тийш ч, зүүн тийш ч эргэх замгүй нэгэн нарийн газарт зогсов. Илжиг нь ЭЗЭНий тэнгэрэлчийг хараад Балаамын дор сөхрөн унав. Тэгэхэд Балаамын уур дүрэлзэж, тэр илжгийг таягаар цохив. ЭЗЭН илжгийн амыг нээхэд, тэр Балаамд, “Намайг энэ гурван удаа цохиход хүргэтэл би чамд юу хийсэн юм бэ?” гэж хэлэв. Тооллого 22:26–28.</w:t>
      </w:r>
    </w:p>
    <w:p>
      <w:pPr>
        <w:pStyle w:val="ArticleBody"/>
        <w:jc w:val="left"/>
      </w:pPr>
      <w:r>
        <w:rPr>
          <w:rFonts w:ascii="Times New Roman" w:hAnsi="Times New Roman" w:eastAsia="Times New Roman" w:cs="Times New Roman"/>
        </w:rPr>
        <w:t>Хорин хоёр болон хорин гуравдугаар эшлэлийг илүү анхааралтай авч үзвэл, илжиг анх удаа цохиулсан нь үнэндээ хорин гуравдугаар эшлэлд байгааг бид олж харна.</w:t>
      </w:r>
    </w:p>
    <w:p>
      <w:pPr>
        <w:pStyle w:val="ArticleScripture"/>
        <w:jc w:val="left"/>
      </w:pPr>
      <w:r>
        <w:rPr>
          <w:rFonts w:ascii="Times New Roman" w:hAnsi="Times New Roman" w:eastAsia="Times New Roman" w:cs="Times New Roman"/>
        </w:rPr>
        <w:t>Тэр явсан учир Бурханы уур хилэн дүрэлзэн бадарч, ЭЗЭНий тэнгэрэлч түүнд эсэргүүцэгч болон зам дээр нь зогсов. Тэр илжгэн дээрээ мордсон байсан бөгөөд түүний хоёр зарц хамт явж байлаа.</w:t>
      </w:r>
    </w:p>
    <w:p>
      <w:pPr>
        <w:pStyle w:val="ArticleScripture"/>
        <w:jc w:val="left"/>
      </w:pPr>
      <w:r>
        <w:rPr>
          <w:rFonts w:ascii="Times New Roman" w:hAnsi="Times New Roman" w:eastAsia="Times New Roman" w:cs="Times New Roman"/>
        </w:rPr>
        <w:t>Илжиг ЭЗЭНИЙ тэнгэрэлчийг зам дээр зогсон, гартаа илдээ сугалан барьсан байхыг хараад, замаас хазайн тал руу оржээ. Тэгэхэд Балаам түүнийг замд нь оруулахын тулд илжгийг цохив. Тооллого 22:22, 23.</w:t>
      </w:r>
    </w:p>
    <w:p>
      <w:pPr>
        <w:pStyle w:val="ArticleBody"/>
        <w:jc w:val="left"/>
      </w:pPr>
      <w:r>
        <w:rPr>
          <w:rFonts w:ascii="Times New Roman" w:hAnsi="Times New Roman" w:eastAsia="Times New Roman" w:cs="Times New Roman"/>
        </w:rPr>
        <w:t>Хуурамч эш үзүүлэгч болох хүсэлтийг хүлээн авсных нь төлөө Балаамд хандсан Бурханы уур хилэн нь Матай 22-ын сүүлчийн эшлэлд Христ маргаанч иудейчүүдтэй хийсэн яриагаа төгсгөсөнтэй зэрэгцэн тавигдсан нэгэн адилтгал байв. Тооллого 22-ын хорин гуравдугаар эшлэл нь Матай 23-р бүлэгтэй таарч, Тооллого 22-ын хорин дөрөв, хорин тавдугаар эшлэлүүд нь Матайн 24, 25-р бүлгүүдтэй таарна. Хорин зургаа, хорин долоо, хорин наймдугаар эшлэлүүд нь Матайн 26, 27, 28-р бүлгүүдтэй таарна.</w:t>
      </w:r>
    </w:p>
    <w:p>
      <w:pPr>
        <w:pStyle w:val="ArticleBody"/>
        <w:jc w:val="left"/>
      </w:pPr>
      <w:r>
        <w:rPr>
          <w:rFonts w:ascii="Times New Roman" w:hAnsi="Times New Roman" w:eastAsia="Times New Roman" w:cs="Times New Roman"/>
        </w:rPr>
        <w:t>Матай 23 нь эхний тэнгэрэлч мөн; 24 ба 25 нь хоёр дахь тэнгэрэлч, харин 26, 27, 28 нь гурав дахь тэнгэрэлч юм. Тооллого 22-т 23-р ишлэл нь эхний тэнгэрэлч, 24 ба 25-р ишлэлүүд нь хоёр дахь тэнгэрэлч, харин 26, 27, 28-р ишлэлүүд нь гурав дахь тэнгэрэлч юм. Матай нь хуучин ба шинэ гэрээний ард түмэнд хандан өгүүлж байна; Тооллого нь Ням гаргийн мөргөл АНУ-д эхлээд, түүнээс хойш дэлхий даяар тархах үед түүн дээр буулгах Бурханы шийтгэлийн зэмсэг болох Исламын үүргийг тодорхойлж байна. Гурав дахь цохилтын дараа, илжиг дуугарах үед, Балаам яг сая юу болсныг ухааран ойлгов.</w:t>
      </w:r>
    </w:p>
    <w:p>
      <w:pPr>
        <w:pStyle w:val="ArticleScripture"/>
        <w:jc w:val="left"/>
      </w:pPr>
      <w:r>
        <w:rPr>
          <w:rFonts w:ascii="Times New Roman" w:hAnsi="Times New Roman" w:eastAsia="Times New Roman" w:cs="Times New Roman"/>
        </w:rPr>
        <w:t>Тэгээд ЭЗЭН Балаамын нүдийг нээхэд тэр ЭЗЭНий тэнгэрэлчийг зам дээр зогсон, гартаа илдээ сугалан барьсан байхыг үзэв. Тэгээд тэр толгойгоо бөхийлгөн, нүүрээрээ газар унав. ЭЗЭНий тэнгэрэлч түүнд, “Чи яагаад илжгээ эдгээр гурван удаа цохив? Болгоогтун, чиний зам Миний өмнө гажууд тул би чамайг эсэргүүцэн гарав. Илжиг намайг хараад, эдгээр гурван удаа надаас зайлан эргэв. Хэрэв тэр надаас эргээгүйсэн бол өдийд би чамайг гарцаагүй алж, харин түүнийг амьд үлдээх байсан” гэв. Балаам ЭЗЭНий тэнгэрэлчид, “Би нүгэл үйлдлээ. Учир нь Та миний эсрэг зам дээр зогсож байгааг би мэдсэнгүй. Иймээс, хэрэв энэ нь Танд таалагдахгүй бол би буцан явъя” гэв. Тооллого 22:31–34.</w:t>
      </w:r>
    </w:p>
    <w:p>
      <w:pPr>
        <w:pStyle w:val="ArticleBody"/>
        <w:jc w:val="left"/>
      </w:pPr>
      <w:r>
        <w:rPr>
          <w:rFonts w:ascii="Times New Roman" w:hAnsi="Times New Roman" w:eastAsia="Times New Roman" w:cs="Times New Roman"/>
        </w:rPr>
        <w:t>Балаам нь хуурамч эш үзүүлэгчийг төлөөлдөг бөгөөд тэр нь Ням гаргийн хуулийн үед луу мэт ярьдаг Америкийн Нэгдсэн Улс юм. Ням гаргийн хуулийн үед, тэрээр гэрэлтүүлэгдэхдээ, одоо ч Вавилонд байгаа хүмүүсийг төлөөлдөг бөгөөд тэд Ням гаргийн хуулийн асуудалд сэрээгдэж, Вавилоноос дуудагдан гаргагддаг юм.</w:t>
      </w:r>
    </w:p>
    <w:p>
      <w:pPr>
        <w:pStyle w:val="ArticleBody"/>
        <w:jc w:val="left"/>
      </w:pPr>
      <w:r>
        <w:rPr>
          <w:rFonts w:ascii="Times New Roman" w:hAnsi="Times New Roman" w:eastAsia="Times New Roman" w:cs="Times New Roman"/>
        </w:rPr>
        <w:t>Миллэрээс эхэлсэн исгээгүй талхны тухай мэдээний таван өдрийн сургаал, дараа нь Христ Өөрийн тахилч нарт гучаар төлөөлүүлэн өгсөн гучин өдрийн сургаал нь илжгийг суллах бүрээний анхааруулгын мэдээнд хүргэдэг; тэрхүү мэдээ нь тугийг өргөхөөс тав хоногоор урьтаж, туг өргөгдөх нь арван охины ёгт үлгэр дэх хаалттай хаалганаас тав хоногоор урьтаж, хаалттай хаалга нь Пентекостын Ням гаргийн хуулиас тав хоногоор урьтаж, тэр хууль нь Асруудын баярын долоон өдрийн үеийг эхлүүлдэг бөгөөд энэ нь Ням гаргийн хуулийн хямралын үеэр хожмын борооны бүрэн асгаралт мөн, учир нь тэр үеийн сорил нь долоо дахь өдрийн талаар байдаг.</w:t>
      </w:r>
    </w:p>
    <w:p>
      <w:pPr>
        <w:pStyle w:val="ArticleBody"/>
        <w:jc w:val="left"/>
      </w:pPr>
      <w:r>
        <w:rPr>
          <w:rFonts w:ascii="Times New Roman" w:hAnsi="Times New Roman" w:eastAsia="Times New Roman" w:cs="Times New Roman"/>
        </w:rPr>
        <w:t>Таван тоо нь мэргэн ч бай, мунхаг ч бай, онгон охидын бэлгэдэл юм. Гучин тоо нь тахилч нарын бэлгэдэл бөгөөд Левит гэдэг нэр үүнийг илтгэнэ. Долоон тоо нь Амралтын өдөр мөн. Левит хорин гурав нь Амралтын өдрийн шалгалтын цаг үед Малахи гурав дахь левичүүд, мэргэн онгон охид, мөн нэг зуун дөчин дөрвөн мянгын түүхийг дүрслэн үзүүлдэг.</w:t>
      </w:r>
    </w:p>
    <w:p>
      <w:pPr>
        <w:pStyle w:val="ArticleBody"/>
        <w:jc w:val="left"/>
      </w:pPr>
      <w:r>
        <w:rPr>
          <w:rFonts w:ascii="Times New Roman" w:hAnsi="Times New Roman" w:eastAsia="Times New Roman" w:cs="Times New Roman"/>
        </w:rPr>
        <w:t>Бид эдгээр зүйлсийг дараагийн өгүүлэлд үргэлжлүүлэн авч үзэх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Лаодикейн Долоо дахь өдрийн Адвентист Сүм - Дөчин Хоёрдугаар Хэсэг</dc:title>
  <dc:subject/>
  <dc:creator>Jeff Pippenger</dc:creator>
  <cp:keywords/>
  <dc:description>Generated by ArticleDigger from joel\42_joel.json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