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Дөчин Гуравдугаар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Дөчин гуравдугаар бүлэг</w:t>
      </w:r>
    </w:p>
    <w:p>
      <w:pPr>
        <w:pStyle w:val="ArticleBody"/>
        <w:jc w:val="left"/>
      </w:pPr>
      <w:r>
        <w:rPr>
          <w:rFonts w:ascii="Times New Roman" w:hAnsi="Times New Roman" w:eastAsia="Times New Roman" w:cs="Times New Roman"/>
        </w:rPr>
        <w:t>Тэнгэрлэг Их Тэргүүн Тахилчтай нэгдсэн наян хүний тахилчийн бэлгэдэл нь “81” тоо бөгөөд, энэ тоон дээрээс бид Эртний Бичвэрүүд номд Миллерийн Зүүдийг олж хардаг. Илчлэлт “81”-д хамгийн эцсийн лац авч хаягдах үед тэнгэрт хагас цагийн турш нам гүм болдгийг бид хардаг. Хабаккук 2:20-д, Эзэн Өөрийн ариун сүмдээ байх үед бүх дэлхий чимээгүй байх ёстой гэж хэлдэг.</w:t>
      </w:r>
    </w:p>
    <w:p>
      <w:pPr>
        <w:pStyle w:val="ArticleScripture"/>
        <w:jc w:val="left"/>
      </w:pPr>
      <w:r>
        <w:rPr>
          <w:rFonts w:ascii="Times New Roman" w:hAnsi="Times New Roman" w:eastAsia="Times New Roman" w:cs="Times New Roman"/>
        </w:rPr>
        <w:t>Тэр долоо дахь тамгыг нээхэд, тэнгэрт хагас цаг хэртэй нам гүм байв. Илчлэлт 8:1.</w:t>
      </w:r>
    </w:p>
    <w:p>
      <w:pPr>
        <w:pStyle w:val="ArticleBody"/>
        <w:jc w:val="left"/>
      </w:pPr>
      <w:r>
        <w:rPr>
          <w:rFonts w:ascii="Times New Roman" w:hAnsi="Times New Roman" w:eastAsia="Times New Roman" w:cs="Times New Roman"/>
        </w:rPr>
        <w:t>Долоо дахь лацыг авч хаях үйл явц гуч хоногийн дотор явагдана, учир нь энэ нь эцсийн лац мөн. 2023 оны 12-р сарын 31-нд Езекиелийн яснууд амилалтын үйл явцад орж эхэлсэн. Дараа нь Христ дөчин хоногийн турш зааж эхэлсэн. Тэр өдөр нь 2020 оны 7-р сарын 18-ны урам хугарлын үеэс хойших 1,260 хоногийн төгсгөлийг тэмдэглэсэн бөгөөд Илчлэлт арван нэгдүгээр бүлэгт Иохан бидэнд сүмийг хэмжих боловч гаднах хашааг орхих ёстойг мэдэгддэг. Хашаа нь тараагдлын төгсгөлөөр дуусдаг, учир нь Иохан 1,260 нь хашаа болох харь үндэстнүүдэд өгөгдсөн гэж бидэнд мэдэгддэг. Хэмжих үед тэрхүү түүхийг орхих ёстой.</w:t>
      </w:r>
    </w:p>
    <w:p>
      <w:pPr>
        <w:pStyle w:val="ArticleBody"/>
        <w:jc w:val="left"/>
      </w:pPr>
      <w:r>
        <w:rPr>
          <w:rFonts w:ascii="Times New Roman" w:hAnsi="Times New Roman" w:eastAsia="Times New Roman" w:cs="Times New Roman"/>
        </w:rPr>
        <w:t>Миллер сэрж, шороон сойз барьсан хүнийг харах үед өрөө хоосон байсан бөгөөд, тэр дуу хоолойгоо өргөхөд Миллер одоо ч цөлд байсаар байна. Амилалтын түүхээс Ням гаргийн хуулиас яг өмнөх үе хүртэл Христ нэг зуун дөчин дөрвөн мянгын сүмийг өргөж байгаа бөгөөд, Тэрээр 1798 оноос 1844 он хүртэлх дөчин зургаан жилийн хугацаанд тийн үйлдсэнтэй адил юм.</w:t>
      </w:r>
    </w:p>
    <w:p>
      <w:pPr>
        <w:pStyle w:val="ArticleBody"/>
        <w:jc w:val="left"/>
      </w:pPr>
      <w:r>
        <w:rPr>
          <w:rFonts w:ascii="Times New Roman" w:hAnsi="Times New Roman" w:eastAsia="Times New Roman" w:cs="Times New Roman"/>
        </w:rPr>
        <w:t>Тэр сургаж эхлэхдээ, Өөрийн сүмдээ ажиллаж байдаг бөгөөд энэ нь ялангуяа гуч хоногийн турш юм. Тэгэхэд Тэр сургах зуур тэнгэрэлчүүд гучин минут дуугүй байж, Тэр гурван зуун Миллерит номлогч болох Өөрийн тахилч нараа, эсвэл Гидеоны гурван зуун цэрэг болох Өөрийн армийг сургах үед, эсвэл 1843 оны гурван зуун зургуудыг нийтлэх үед тийнхүү байдаг; мөн Тэр исгээгүй талхны төгсгөлөөс бүрээнүүдийн мэдээ хүртэлх тэрхүү гуч хоногийн турш энэ бүхнийг үйлддэг. Тэр Миллерийн өрөөний шалыг шүүрдэж байна, гэвч энэ нь Өөрийнх нь шал тул Миллерийн өрөө нь Өөрийнх нь сүм юм. Тэр нэг зуун дөчин дөрвөн мянгад багтах нэр дэвшигчдийн хувиар дуудагдсан хүмүүсийн нүглүүдийг эсвэл нэрсийг арилгах ажлыг дуусгаж байна.</w:t>
      </w:r>
    </w:p>
    <w:p>
      <w:pPr>
        <w:pStyle w:val="ArticleBody"/>
        <w:jc w:val="left"/>
      </w:pPr>
      <w:r>
        <w:rPr>
          <w:rFonts w:ascii="Times New Roman" w:hAnsi="Times New Roman" w:eastAsia="Times New Roman" w:cs="Times New Roman"/>
        </w:rPr>
        <w:t>Өргөгдөхийн таван өдрийн өмнө, мөн шүүлтийн арван өдрийн өмнө ирдэг бүрээний мэдээ нь шалгуур сорилт мөн. Тэнгэр дуугүй байдаг гучин минутын турш, эсвэл Христ тахилч нарт заадаг гучин өдрийн турш юу болдог нь, лац бүрээ, өргөгдөл, шүүлтийн гурван үе шатны турш даруулах үед, аль хэдийн хоёр ангийг бий болгосон байдаг. Үүнийг ойлгоход энгийн.</w:t>
      </w:r>
    </w:p>
    <w:p>
      <w:pPr>
        <w:pStyle w:val="ArticleBody"/>
        <w:jc w:val="left"/>
      </w:pPr>
      <w:r>
        <w:rPr>
          <w:rFonts w:ascii="Times New Roman" w:hAnsi="Times New Roman" w:eastAsia="Times New Roman" w:cs="Times New Roman"/>
        </w:rPr>
        <w:t>Хэрэв та бүрээний мэдээг тунхаглах ёстой тэр мөчид хүрээд, уг мэдээг тунхаглахаас татгалзвал—та алдана.</w:t>
      </w:r>
    </w:p>
    <w:p>
      <w:pPr>
        <w:pStyle w:val="ArticleBody"/>
        <w:jc w:val="left"/>
      </w:pPr>
      <w:r>
        <w:rPr>
          <w:rFonts w:ascii="Times New Roman" w:hAnsi="Times New Roman" w:eastAsia="Times New Roman" w:cs="Times New Roman"/>
        </w:rPr>
        <w:t>“бүрээ, тэнгэрт өргөгдөхүй, шүүлт” хэмээх гурван алхам нь нэгэн замын тэмдгийн гурван үе шат мөн бөгөөд, түүхийн эхэнд нэгэн замын тэмдэг “үхэл, оршуулалт, амилалтаар” дүрслэгдэж байсан шиг билээ. Эцсийн үеийн энэхүү гурван үе шаттай шалгалт нь Пентекостын Ням гаргийн хуулиас тав хоногийн өмнө тохиох лакмусын сорилт мөн.</w:t>
      </w:r>
    </w:p>
    <w:p>
      <w:pPr>
        <w:pStyle w:val="ArticleBody"/>
        <w:jc w:val="left"/>
      </w:pPr>
      <w:r>
        <w:rPr>
          <w:rFonts w:ascii="Times New Roman" w:hAnsi="Times New Roman" w:eastAsia="Times New Roman" w:cs="Times New Roman"/>
        </w:rPr>
        <w:t>Амилалтын дараах тав дахь өдөр исгээгүй талхны баярын төгсгөл хүрч, тэрхүү ариун чуулган нь 2024 оны анхны бөгөөд суурь шалгалтыг тэмдэглэдэг. Та Тэнгэрийн Талхыг идэх үү, эсвэл хүний эргэцүүллийн талхыг идэх үү? Тэр шалгалт 2024 онд ирсэн бөгөөд үүнийг Адам Ева хоёрын, Нимродын, Аароны, Иеровоамын, Корахын болон түүний босогчдын, Миллеритын түүхэн дэх протестантуудын, Жон Харви Келлоггийн альфа бослогын, 1888 оны бослогын, мөн мэдээж 9/11-ний бослогын суурь бослогоор урьдчилан дүрслэн үзүүлсэн байв. Каины суурь бослого нь ахынхаа эсрэг атаархлын асуудлыг дамжуулдаг бөгөөд энэ нь суурь бослогуудын бүх шугам даяар үргэлжилдэг.</w:t>
      </w:r>
    </w:p>
    <w:p>
      <w:pPr>
        <w:pStyle w:val="ArticleBody"/>
        <w:jc w:val="left"/>
      </w:pPr>
      <w:r>
        <w:rPr>
          <w:rFonts w:ascii="Times New Roman" w:hAnsi="Times New Roman" w:eastAsia="Times New Roman" w:cs="Times New Roman"/>
        </w:rPr>
        <w:t>Суурь бослогын бүх жишээ нь Бурханы эсрэгх бослого мөн боловч, 1888 оны босогчид болон Корахын босогчид зэрэг зарим тохиолдолд сонгогдсон элч тухайн сорилын нэг хэсэг болдгийг хамруулдаг. Даниел 11:14-т үзэгдлийг тогтоогч нь Ром мөн гэж Миллер тодорхойлсныг үгүйсгэх нь мэдээ болон элч хоёуланг нь үгүйсгэж буй хэрэг юм. Энэхүү сорил нь суурь чанартай; учир нь арван дөрөвдүгээр эшлэлийн дээрэмчдийг Ром гэж зөвхөн Эцэг Миллер тодорхойлоод зогсохгүй, Миллерийн хүү ч мөн адил тэгж тодорхойлсон юм.</w:t>
      </w:r>
    </w:p>
    <w:p>
      <w:pPr>
        <w:pStyle w:val="ArticleBody"/>
        <w:jc w:val="left"/>
      </w:pPr>
      <w:r>
        <w:rPr>
          <w:rFonts w:ascii="Times New Roman" w:hAnsi="Times New Roman" w:eastAsia="Times New Roman" w:cs="Times New Roman"/>
        </w:rPr>
        <w:t>2023 оны 12-р сарын 31-ний амилалтын дараах тав дахь өдөр, Миллерийн бэлтгэх сургаалын үйлчлэлийг Иоханы араас ирэгч Нэгэн өөртөө шилжүүлэн авсан. Гучин хоногийн турш сүм доторх мөргөгчдөд Христ “нүүр тулан” онцгой заавар өгнө. Тэрхүү бэлтгэл нь 80 хүний тахилчийн бүлгийг бэлтгэж, бүрээн баярын анхааруулах мэдээг тунхаглуулахын тулд байсан юм.</w:t>
      </w:r>
    </w:p>
    <w:p>
      <w:pPr>
        <w:pStyle w:val="ArticleBody"/>
        <w:jc w:val="left"/>
      </w:pPr>
      <w:r>
        <w:rPr>
          <w:rFonts w:ascii="Times New Roman" w:hAnsi="Times New Roman" w:eastAsia="Times New Roman" w:cs="Times New Roman"/>
        </w:rPr>
        <w:t>Тэрхүү гуч хоногийн бэлтгэл нь эхэндээ суурь болсон эхний сорилт, төгсгөлдөө сүмийн хоёр дахь сорилтоос бүрддэг. Сүмийн хоёр дахь сорилт нь бүрээнүүд үлээлгэгдэхээс өмнө дуусдаг бөгөөд иймээс энэ нарийн зүйл нь Христ эрдэнийн чулуунуудыг авдарт шидэн хийхэд Миллерийн зүүдэнд дүрслэгдсэн байдаг. Тэр үүнийг хийсний дараа л Миллерийг “ирж үз” хэмээн урьдаг. Бүрээний сануулгаас шүүлт рүү өргөгдөн одох хүртэл Ням гаргийн хуулиас өмнө тугийг өргөн мандуулдаг. Миллерийг “ирж үз” хэмээн дуудагдахаас өмнө эрдэнийн чулуунууд бүгд сүмд байдаг бөгөөд хоёр гэрч үүлэн дотор өргөгдөн гарах үед тэдний дайснууд тэднийг хардаг.</w:t>
      </w:r>
    </w:p>
    <w:p>
      <w:pPr>
        <w:pStyle w:val="ArticleBody"/>
        <w:jc w:val="left"/>
      </w:pPr>
      <w:r>
        <w:rPr>
          <w:rFonts w:ascii="Times New Roman" w:hAnsi="Times New Roman" w:eastAsia="Times New Roman" w:cs="Times New Roman"/>
        </w:rPr>
        <w:t>2020 онд биелээгүй Исламын зүгээс ирэх довтолгооны талаарх тэдний зөгнөл нь, Сноугийн жинхэнэ Дунд шөнийн хашхираан байсанчлан, залруулагдсаны дараа дахин давтагдах ёстой. Миллер өөрийн таньсан ойлголтыг Дунд шөнийн хашхираан хэмээн тодорхойлж байсан боловч Самуел Сноу Миллерийн Дунд шөнийн хашхирааны мэдээг залруулсан бөгөөд энэ шалтгааны улмаас Миллерит түүхэнд Сноугийн Дунд шөнийн хашхирааны мэдээг “жинхэнэ” Дунд шөнийн хашхирааны мэдээ гэж нэрлэдэг. Дунд шөнийн хашхирааны мэдээ нь залруулагдсан, мөн тэрхүү залруулгаар хүчирхэгжсэн мэдээ юм.</w:t>
      </w:r>
    </w:p>
    <w:p>
      <w:pPr>
        <w:pStyle w:val="ArticleScripture"/>
        <w:jc w:val="left"/>
      </w:pPr>
      <w:r>
        <w:rPr>
          <w:rFonts w:ascii="Times New Roman" w:hAnsi="Times New Roman" w:eastAsia="Times New Roman" w:cs="Times New Roman"/>
        </w:rPr>
        <w:t>“Урам нь хугарсан хүмүүс Судруудаас өөрсдийгөө саатлын цаг үед байгааг, мөн тэд үзэгдлийн биеллийг тэвчээртэйгээр хүлээх ёстойгоо олж харсан. Тэднийг 1843 онд Эзэнээ хүлээн харахад хүргэсэн мөнхүү нотолгоо, 1844 онд ч Түүнийг хүлээхэд хүргэсэн юм.” Early Writings, 247.</w:t>
      </w:r>
    </w:p>
    <w:p>
      <w:pPr>
        <w:pStyle w:val="ArticleBody"/>
        <w:jc w:val="left"/>
      </w:pPr>
      <w:r>
        <w:rPr>
          <w:rFonts w:ascii="Times New Roman" w:hAnsi="Times New Roman" w:eastAsia="Times New Roman" w:cs="Times New Roman"/>
        </w:rPr>
        <w:t>Энэ үзэгдэл 1840-өөс 1844 оны хоорондох хугацааны төгсгөлд тохиолдсон бөгөөд мөн эхэнд нь ч тохиолдсон юм. Жозая Литч 1840 онд Исламын талаархи нэгэн биелэлтийг урьдчилан зөгнөсөн. Тэрээр өөрийн зөгнөлийг 1838 онд олон нийтийн баримт бичигт оруулсан бөгөөд дараа нь 1840 оны 8-р сарын 11-нээс арван хоногийн өмнө түүнийг залруулсан. Залруулсан зөгнөлийн биелэлт нь эхний тэнгэрэлчийн мэдээг хүчирхэгжүүлсэн. Хоёр дахь мэдээ нь Шөнө дундын Хашхирааны залруулсан мэдээгээр хүчирхэгжсэн. Нэгэн түүхээс авсан, альфа гэрч ба омега гэрч болох хоёр гэрч. Эдгээр нь хамтдаа өмнөх нэгэн мэдээний залруулгад үндэслэсэн мэдээний хүчирхэгжилтийг тодорхойлдог.</w:t>
      </w:r>
    </w:p>
    <w:p>
      <w:pPr>
        <w:pStyle w:val="ArticleBody"/>
        <w:jc w:val="left"/>
      </w:pPr>
      <w:r>
        <w:rPr>
          <w:rFonts w:ascii="Times New Roman" w:hAnsi="Times New Roman" w:eastAsia="Times New Roman" w:cs="Times New Roman"/>
        </w:rPr>
        <w:t>Альфа нь Исламын тухай нэгэн эш үзүүллэгийг тодорхойлдог бөгөөд омега нь хаагдсан хаалганы тухай нэгэн эш үзүүллэгийг тодорхойлдог. Мөр мөрөөр нь үзвэл, 1840 онд Ислам, 1844 онд хаагдсан хаалга гарч, Ислам болон хаагдсан хаалгыг Шөнө дундын Хашхирааны мэдээ хэмээн тодорхойлдог. Мэдээний эхэнд Ислам суллагддаг бөгөөд энэ нь Христийн ялалтын оролтын адил юм. Тэр мөчид арван онгон бүсгүйн тухай сургаалт зүйрлэлд хаалга хаагддагчлан, Бурханы гэрийн шүүлт дээр хаалга мөн адил хаагддаг. Мэдээний төгсгөлд Ислам дахин цохилт өгдөг бөгөөд тэр үед хаалга Америкийн Нэгдсэн Улсын дээр хаагддаг.</w:t>
      </w:r>
    </w:p>
    <w:p>
      <w:pPr>
        <w:pStyle w:val="ArticleBody"/>
        <w:jc w:val="left"/>
      </w:pPr>
      <w:r>
        <w:rPr>
          <w:rFonts w:ascii="Times New Roman" w:hAnsi="Times New Roman" w:eastAsia="Times New Roman" w:cs="Times New Roman"/>
        </w:rPr>
        <w:t>Левит 23-аас гарч ирдэг шугам нь эхэндээ Дээгүүр өнгөрөх баярын гурван алхмыг, төгсгөлдөө тахилчдын гурван алхмыг тодорхойлдгийг харах нь чухал юм. Тахилчид Ням гаргийн хууль тогтоогдох үед өргөл болгон өргөгдөнө, харин тэр үйл явдлаас өмнө тэд ариусгагддаг. Тэд өргөгдөхдөө туг тэмдэг болдог бөгөөд шугамын эхэнд байсан тэрхүү гурван алхамд Христ өргөгдөхөд Тэр бүх дэлхийг Өөртөө татсан билээ. Нэг зуун дөчин дөрвөн мянгын өргөгдөх нь Христийн өргөгдлөөр эхэлсэн шугамын төгсгөл юм. Эхлэл болон төгсгөлийн аль алинд нь гурван алхмаас бүрдэх нэгэн тэмдэглэлт үе шат тодорхойлогдсон байдаг.</w:t>
      </w:r>
    </w:p>
    <w:p>
      <w:pPr>
        <w:pStyle w:val="ArticleBody"/>
        <w:jc w:val="left"/>
      </w:pPr>
      <w:r>
        <w:rPr>
          <w:rFonts w:ascii="Times New Roman" w:hAnsi="Times New Roman" w:eastAsia="Times New Roman" w:cs="Times New Roman"/>
        </w:rPr>
        <w:t>Эхэнд нь гурван алхам байж, түүнийг таван өдөр дагана; төгсгөлд нь мөн гурван алхам байж, түүнийг таван өдөр дагана. Тэр цагаас хойш өгүүлэмж агуу олон түмний тухай болдог, учир нь тахилчийн алба нэг зуун дөчин дөрвөн мянгын туг тэмдэг болон тогтоогдсон байна. Асруудын баярын долоон өдөр нь харь үндэстнүүдэд зориулсан үе юм. Хэрэв Ням гаргийн хууль дээр эхэлдэг харь үндэстнүүдийн цаг үеийг хасаж, мөн 2023 онд төгссөн гурван өдөр хагасыг хасвал, 2023 оны 12-р сарын 31-нээс удахгүй ирэх Ням гаргийн хууль хүртэлх Пентекостын улирлын тавин өдрийн дотор нэг зуун дөчин дөрвөн мянгын сүм төлөөлөгдөн харагдана.</w:t>
      </w:r>
    </w:p>
    <w:p>
      <w:pPr>
        <w:pStyle w:val="ArticleBody"/>
        <w:jc w:val="left"/>
      </w:pPr>
      <w:r>
        <w:rPr>
          <w:rFonts w:ascii="Times New Roman" w:hAnsi="Times New Roman" w:eastAsia="Times New Roman" w:cs="Times New Roman"/>
        </w:rPr>
        <w:t>Амилалтын дараах таван өдөр нь онгон охидынх, үүний дараах гучин өдөр нь тахилч нарынх. Тэгээд онгон охидоос гарах бүрээн мэдээний таван өдөр үргэлжилж, дөчин өдөр дуусахад тэдний тэнгэрт өргөгдөхөөр төгсөнө; үүний дараа шүүлт хүртэлх таван өдөр, үүний дараа Ням гаргийн хууль хүртэлх таван өдөр байна. Онгон охидын бэлгэдэл болох “5” тоо нь онгон охид бөгөөд мөн тахилч нар болох нэг зуун дөчин дөрвөн мянгын мөрийг илэрхийлдэг.</w:t>
      </w:r>
    </w:p>
    <w:p>
      <w:pPr>
        <w:pStyle w:val="ArticleBody"/>
        <w:jc w:val="left"/>
      </w:pPr>
      <w:r>
        <w:rPr>
          <w:rFonts w:ascii="Times New Roman" w:hAnsi="Times New Roman" w:eastAsia="Times New Roman" w:cs="Times New Roman"/>
        </w:rPr>
        <w:t>Сургаалын гучин өдрийн турш эцсийн бөгөөд долоо дахь лац авч хаягддаг бөгөөд яг тэр хугацаанд Миллер эрдэнэсүүд сэргээгдэж байгааг хардаг. “Ирж үз” хэмээх үг нь эхний дөрвөн лацан дээр үндэслэсэн бэлгэдэл тул долоо дахь лац нээгдэхэд Миллерт “ирж үз” гэж хэлэгдсэн боловч тэнгэр дэх тэнгэрэлчүүд бүгд дуугүйхэн ажиглан зогсоно. Миллерийн зүүд нь нэг зуун дөчин дөрвөн мянга болох эрдэнэсүүдийн лацлалыг тодорхойлж байхын зэрэгцээ Үд дундын Хашхирааны мэдээ болох эрдэнэсүүдийг мөн тодорхойлж байна. Тэрхүү мэдээ нь лацлалыг гүйцэлдүүлдэг хүчийг онгон бүсгүйчүүдэд дамжуулдаг бөгөөд шороо сойздог хүн нь элч нар болон мэдээг хоёуланг нь захирдаг Нэгэнийг илтгэнэ.</w:t>
      </w:r>
    </w:p>
    <w:p>
      <w:pPr>
        <w:pStyle w:val="ArticleBody"/>
        <w:jc w:val="left"/>
      </w:pPr>
      <w:r>
        <w:rPr>
          <w:rFonts w:ascii="Times New Roman" w:hAnsi="Times New Roman" w:eastAsia="Times New Roman" w:cs="Times New Roman"/>
        </w:rPr>
        <w:t>2024 он нь суурийн шалгалтыг төлөөлсөн бөгөөд одоо 2026 онд сүмийн шалгалт ирээд байна. Одоо бид Христ сургаж буй гуч хоногийн хугацаанд байна; энэ бодит үнэнийг таньж мэдэхгүй байх нь үхэлд хүргэх аюултай.</w:t>
      </w:r>
    </w:p>
    <w:p>
      <w:pPr>
        <w:pStyle w:val="ArticleBody"/>
        <w:jc w:val="left"/>
      </w:pPr>
      <w:r>
        <w:rPr>
          <w:rFonts w:ascii="Times New Roman" w:hAnsi="Times New Roman" w:eastAsia="Times New Roman" w:cs="Times New Roman"/>
        </w:rPr>
        <w:t>Мэдээг болон элчийг танин мэдэх нь, Ром үзэгдлийг тогтоосноор төлөөлөгдсөн суурь шалгалтын нэг бүрэлдэхүүн байсан бөгөөд мөн Елиа ба Ахабын түүхийн нэг бүрэлдэхүүн мөн юм.</w:t>
      </w:r>
    </w:p>
    <w:p>
      <w:pPr>
        <w:pStyle w:val="ArticleScripture"/>
        <w:jc w:val="left"/>
      </w:pPr>
      <w:r>
        <w:rPr>
          <w:rFonts w:ascii="Times New Roman" w:hAnsi="Times New Roman" w:eastAsia="Times New Roman" w:cs="Times New Roman"/>
        </w:rPr>
        <w:t>Иудагийн хаан Асагийн гучин найм дахь жилд Омрийн хүү Ахаб Израилийг захирахаар хаан суужээ. Омрийн хүү Ахаб Самарид Израилийг хорин хоёр жил хаанчлав. Омрийн хүү Ахаб ЭЗЭНий мэлмийд өөрөөс нь өмнөх бүхнээс илүүгээр бузар мууг үйлджээ. Тэгээд Небатын хүү Иеробоамын нүглүүдээр явах нь түүнд хөнгөн хэрэг мэт байсан тул тэрээр сидончуудад хаан Этбаалын охин Иезебелийг эхнэрээ болгон авч, явж Баалд үйлчилж, түүнд мөргөв. Тэрээр Самарид өөрийн барьсан Баалын сүмд Баалд зориулан тахилын ширээ босгов. Ахаб мөн Ашерагийн шүтээнийг хийв; Ахаб өөрөөс нь өмнөх Израилийн бүх хаадаас илүүгээр Израилийн Бурхан ЭЗЭНийг уурлуулахыг үйлджээ. Түүний өдрүүдэд бетел хүн Хиел Иерихог дахин барив; тэр түүний суурийг ууган хүү Абирамынхаа үнээр тавьж, түүний хаалгуудыг отгон хүү Сегубынхаа үнээр босгосон нь Нуны хүү Иошуагаар дамжуулан ЭЗЭНий айлдсан үгийн дагуу байлаа. Гилеадын оршин суугчдын нэг болох тишби хүн Елиа Ахабт хандан, Миний зогсдог Израилийн Бурхан ЭЗЭН амьд буйгаар, миний үгээр биш аваас эдгээр жилүүдэд шүүдэр ч, бороо ч орохгүй гэв. Хаадын дээд 16:29–17:1.</w:t>
      </w:r>
    </w:p>
    <w:p>
      <w:pPr>
        <w:pStyle w:val="ArticleBody"/>
        <w:jc w:val="left"/>
      </w:pPr>
      <w:r>
        <w:rPr>
          <w:rFonts w:ascii="Times New Roman" w:hAnsi="Times New Roman" w:eastAsia="Times New Roman" w:cs="Times New Roman"/>
        </w:rPr>
        <w:t>Ахабтай холбогдох тоонууд энэ эшлэлийн агуулгыг улам тодруулдаг. “Гучин найм” нь “босож өндийх”-ийг илэрхийлдэг. Израильд гучин найм дахь жилдээ “босож өндийн” Амлагдсан нутагт орох тушаал өгөгдсөн.</w:t>
      </w:r>
    </w:p>
    <w:p>
      <w:pPr>
        <w:pStyle w:val="ArticleScripture"/>
        <w:jc w:val="left"/>
      </w:pPr>
      <w:r>
        <w:rPr>
          <w:rFonts w:ascii="Times New Roman" w:hAnsi="Times New Roman" w:eastAsia="Times New Roman" w:cs="Times New Roman"/>
        </w:rPr>
        <w:t>“Одоо босож, Зеред горхийг гатал” хэмээн Тэр надад айлдав. Тэгээд бид Зеред горхийг гатлав. Бид Кадеш-Барнеагаас гарснаас хойш Зеред горхийг гаталж өнгөртөл өнгөрсөн хугацаа нь гучин найман жил байсан бөгөөд, тэр хугацаанд ЭЗЭН тэдэнд тангарагласны дагуу байлдагч эрчүүдийн бүх үеийнхэн цэргийн хүрээн дундаас бүрмөсөн мөхсөн билээ. Дэд хууль 2:13, 14.</w:t>
      </w:r>
    </w:p>
    <w:p>
      <w:pPr>
        <w:pStyle w:val="ArticleBody"/>
        <w:jc w:val="left"/>
      </w:pPr>
      <w:r>
        <w:rPr>
          <w:rFonts w:ascii="Times New Roman" w:hAnsi="Times New Roman" w:eastAsia="Times New Roman" w:cs="Times New Roman"/>
        </w:rPr>
        <w:t>Есүс гучин найман настай доголон хүнийг «бос» хэмээн хэлэхдээ эдгээв.</w:t>
      </w:r>
    </w:p>
    <w:p>
      <w:pPr>
        <w:pStyle w:val="ArticleScripture"/>
        <w:jc w:val="left"/>
      </w:pPr>
      <w:r>
        <w:rPr>
          <w:rFonts w:ascii="Times New Roman" w:hAnsi="Times New Roman" w:eastAsia="Times New Roman" w:cs="Times New Roman"/>
        </w:rPr>
        <w:t>Тэнд гучин найман жилийн өвчтэй нэгэн хүн байв. Есүс түүнийг хэвтэж байхыг хараад, тийм байдалд удаан хугацаагаар байсныг мэдээд, түүнд — Чи эдгэрэхийг хүсэж байна уу? — гэж айлдав. Өвчтэй хүн Түүнд — Эзэн ээ, ус хөдлөхөд намайг санд оруулах хүн надад алга; харин намайг очиж байх зуур өөр нэгэн надаас урьтаж буудаг — гэж хариулав. Есүс түүнд — Бос, дэвсгэрээ аваад яв — гэж айлдав. Тэр даруйд өнөөх хүн эдгэрч, дэвсгэрээ аваад явжээ. Тэр өдөр нь амралтын өдөр байв. Иохан 5:5–9.</w:t>
      </w:r>
    </w:p>
    <w:p>
      <w:pPr>
        <w:pStyle w:val="ArticleBody"/>
        <w:jc w:val="left"/>
      </w:pPr>
      <w:r>
        <w:rPr>
          <w:rFonts w:ascii="Times New Roman" w:hAnsi="Times New Roman" w:eastAsia="Times New Roman" w:cs="Times New Roman"/>
        </w:rPr>
        <w:t>Жозиа Литч 1838 онд нэгэн эш үзүүллэг хийсэн бөгөөд түүнийг 1840 онд улам нарийвчлан тогтоосон юм. Дэд хуульд Мосегийн дурдсан гучин найм дахь жил нь мөн дөч дэх жил байсан. Жозиа Литчийн хоёр үе шаттай үйл явц нь түүний нэр нэгт Иосиагийн, хаан Иосиагийн, хоёр үе шаттай сэргэлттэй зэрэгцэн явсан. 38 ба 40 гэсэн тоонууд хоорондын хамааралдаа босгон өндийхийг илэрхийлдэг бөгөөд энэ нь хоёр гэрч үүлэн дотор өргөгдөх үед тэдэнд тохиолддог зүйл мөн.</w:t>
      </w:r>
    </w:p>
    <w:p>
      <w:pPr>
        <w:pStyle w:val="ArticleBody"/>
        <w:jc w:val="left"/>
      </w:pPr>
      <w:r>
        <w:rPr>
          <w:rFonts w:ascii="Times New Roman" w:hAnsi="Times New Roman" w:eastAsia="Times New Roman" w:cs="Times New Roman"/>
        </w:rPr>
        <w:t>Личийн үед өргөгдөн мандалт нь хоёр дахь гайгийн Исламын мэдээгээр биелсэн билээ. Христийн тэнгэрт хальснаар тэмдэглэгдсэн тэрхүү өргөгдөн мандалт нь Исламын бүрээний мэдээний дараа ирдэг. Бүрээ, тэнгэрт хальсалт, шүүлт гэсэн замын тэмдгийн тэрхүү эхний хоёр алхамыг Личь үлгэрлэн үзүүлсэн бөгөөд түүний хоёр алхмыг хаан Иосиагийн хоёр үе шаттай сэргэлт ба шинэчлэл үлгэрлэн үзүүлсэн юм. Дэд хуульд босож, Амлагдсан нутагт орох тушаал өгөгдсөн бөгөөд Ням гаргийн хуулийн үед тугийг өргөн мандуулах нь яг тэрхүү адил амлалт мөн.</w:t>
      </w:r>
    </w:p>
    <w:p>
      <w:pPr>
        <w:pStyle w:val="ArticleBody"/>
        <w:jc w:val="left"/>
      </w:pPr>
      <w:r>
        <w:rPr>
          <w:rFonts w:ascii="Times New Roman" w:hAnsi="Times New Roman" w:eastAsia="Times New Roman" w:cs="Times New Roman"/>
        </w:rPr>
        <w:t>Ахаб хорин хоёр жил хаанчлав. Иймээс тэрээр Бурханлаг чанар хүний чанартай нэгдэн нийлэх үеийн туршид хаанчилж байна; энэ нь бүрээний мэдээгийн өмнө орших гучин өдрийн үе юм. Ахаб бол маш ойрын ирээдүйд Иезебелтэй гэрлэх Трамп мөн. Трампын үед зөвхөн Елиа л борооны тухай мэдээтэй байдаг. Энэ баримт нь суурь шинжтэй. Учир нь зуун дөчин дөрвөн мянгын хөдөлгөөн нь мөр дээр мөр тавих аргачлалын хөдөлгөөн бөгөөд тэрхүү аргачлал нь зуун дөчин дөрвөн мянгын шинэчлэлийн хөдөлгөөн ариун түүхийн шинэчлэлийн хөдөлгөөн бүрээр хэв шинжлэгдсэн гэсэн суурь үнэнд үндэслэдэг. Тэдгээр хөдөлгөөн бүрд удирдагчид шалгалтын үйл явцын нэг хэсэг байв. Үргэлж тийм байсан.</w:t>
      </w:r>
    </w:p>
    <w:p>
      <w:pPr>
        <w:pStyle w:val="ArticleBody"/>
        <w:jc w:val="left"/>
      </w:pPr>
      <w:r>
        <w:rPr>
          <w:rFonts w:ascii="Times New Roman" w:hAnsi="Times New Roman" w:eastAsia="Times New Roman" w:cs="Times New Roman"/>
        </w:rPr>
        <w:t>Ахаб бол Иеробоамаас хойших долоо дахь хаан мөн бөгөөд Ахаб нь Ням гаргийн хуулийн хямралын үеийн төр улсыг төлөөлдөг болохыг бид дахин дахин харуулсан. Лаодикейн Долоо дахь өдрийн Адвентист сүм 1863 онд Иерихог дахин босгосон бөгөөд энэ нь Уайтынхны хамгийн ууган болон хамгийн бага хөвгүүдийн амийг үнэлүүлсэн төдийгүй Ням гаргийн хуулийн үеийн Иерихогийн хэв шинж болсон болохыг бид харуулсан. 1863 он Ням гаргийн хуулийг хэв шинжлэн төлөөлдөг.</w:t>
      </w:r>
    </w:p>
    <w:p>
      <w:pPr>
        <w:pStyle w:val="ArticleBody"/>
        <w:jc w:val="left"/>
      </w:pPr>
      <w:r>
        <w:rPr>
          <w:rFonts w:ascii="Times New Roman" w:hAnsi="Times New Roman" w:eastAsia="Times New Roman" w:cs="Times New Roman"/>
        </w:rPr>
        <w:t>Энэ эшлэл нь нэг зуун дөчин дөрвөн мянгыг лацдан тэмдэглэж буй үеийг илтгэх бэлгэдлээр дүүрэн бөгөөд тэр цаг үед Хабаккукийн 1843 оны хүснэгт дээр тавигдсан үнэний талаар Миллерийн ойлголтыг няцаах явдал нь үндсэн шинжтэй тэрслэлт мөн; үүнд Корахын босогчид болон 1888 оны босогчдын адил, “бүх чуулган ариун” хэмээн мэдэгдсэн тэр л шалтагаар Бурханы сонгосон элчийг үл хэрэгсэх явдал багтана.</w:t>
      </w:r>
    </w:p>
    <w:p>
      <w:pPr>
        <w:pStyle w:val="ArticleBody"/>
        <w:jc w:val="left"/>
      </w:pPr>
      <w:r>
        <w:rPr>
          <w:rFonts w:ascii="Times New Roman" w:hAnsi="Times New Roman" w:eastAsia="Times New Roman" w:cs="Times New Roman"/>
        </w:rPr>
        <w:t>Бид одоо тэнгэрийн цонхнууд нэгэн эрин үеийн хаалганы хамт нээгддэг сүмийн сорилтын үед байна. Тэрхүү эрин үеийн хаалга нь тахилч нарын хувьд Лаодикеагаас Филадельфийн тахилч нар уруу шилжих шилжилтийг тэмдэглэдэг. Энэ нь Миллерийн зүүдэнд гардаг хуурамч ба жинхэнэ эрдэнэсүүдийн салангид бололтыг тэмдэглэдэг. Цонхнууд нь хараал эсвэл ерөөлийг заадаг. Малахи гуравдугаар бүлэг сорилтыг эргэж ирэхтэй холбон урьдчилан тавьдаг. Миллерийн зүүд нь тахилчийн алба болон мэдээний аль алины сэргээн босголтыг онцолдог. Илчлэл арван есдүгээр бүлэг нь Исламын бүрээний мэдээний тухай зөгнөл биелэгдэх үед босгон байгуулагддаг Эзэний цэргийг тодорхойлдог.</w:t>
      </w:r>
    </w:p>
    <w:p>
      <w:pPr>
        <w:pStyle w:val="ArticleBody"/>
        <w:jc w:val="left"/>
      </w:pPr>
      <w:r>
        <w:rPr>
          <w:rFonts w:ascii="Times New Roman" w:hAnsi="Times New Roman" w:eastAsia="Times New Roman" w:cs="Times New Roman"/>
        </w:rPr>
        <w:t>Бүрээний мэдээний лакмусын сорилоос өмнө орших шалгалт нь хоёр дахь нь бөгөөд энэ нь сүмийн шалгалт юм. Миллерийн зүүд давхардлыг үүсгэдэг бөгөөд тэр нь үргэлж хоёр дахь шалгалттай холбоотой байдаг; учир нь Миллерийн зүүд үнэт чулуунуудыг мэдээнүүд болон элч нарын аль алиных нь бэлгэдэл болгон хэрэглэдэг. Сүмийн шалгалт нь хожмын борооны мөр дээр мөр тавих аргачлалыг хэрэгжүүлэхийг хамардаг. Энэ нь тахилч нараас мэдээнүүдийг уялдуулахын тулд эш үзүүллэгийн янз бүрийн шугамуудад сүмийг олж харахыг шаарддаг. Шороон сойзтой хүний илүү том авс нь нэг зуун дөчин дөрвөн мянгын сүм бөгөөд Малахи дахь агуулах ч мөн адил тэрхүү сүм мөн. Сүмийн тавилганы зүрх нь гэрээний авдар бөгөөд тийшээ халхлагч херубууд тасралтгүй ширтэн хардаг бөгөөд ийнхүү бүх ариун оршихуйн анхаарлын төвийг онцлон харуулдаг. Энэ түүхэн дэх ариун хүмүүс сүм өөд харан, авдрын дотор гүн ширтэх хэрэгтэй.</w:t>
      </w:r>
    </w:p>
    <w:p>
      <w:pPr>
        <w:pStyle w:val="ArticleBody"/>
        <w:jc w:val="left"/>
      </w:pPr>
      <w:r>
        <w:rPr>
          <w:rFonts w:ascii="Times New Roman" w:hAnsi="Times New Roman" w:eastAsia="Times New Roman" w:cs="Times New Roman"/>
        </w:rPr>
        <w:t>Нэг зуун дөчин дөрвөн мянгын сүм нь Левит хорин гуравдугаар бүлгийн сэдэв бөгөөд энэ нь Христийн үед Систер Уайтын “Пентекостын улирал” хэмээн нэрлэсэн зүйлээр биелсэн түүхэн шугамыг үзүүлдэг. Амилалтаас Пентекост хүртэл, эсвэл 2023 оны 12 дугаар сарын 31-нээс Ням гаргийн хууль хүртэл, Левит хорин гуравдугаар бүлгийн эш үзүүллэгийн шугам нь нэг зуун дөчин дөрвөн мянгын сүмийг төлөөлдөг. Тэрхүү түүх нь гурван алхам бүхий нэгэн тэмдэглэлээр эхэлж, түүний дараа таван өдөр үргэлжилдэг бөгөөд мөн гурван алхам бүхий нэгэн тэмдэглэлээр төгсөж, түүний дараа таван өдөр үргэлжилдэг. Альфа ба омега түүхүүдийн дунд тахилч нарыг лацдах гучин өдөр оршдог. Тэр бүхэл шугам долоо дахь өдрийн Саббатаар эхэлж, долоо дахь жилийн Саббатаар төгсөнө. Энэ түвшинд нэг зуун дөчин дөрвөн мянгын сүм нь шинэчлэгдсэн дэлхий рүү 8 сүнсийг авч явах авдар мөн бөгөөд, түүнчлэн хоёр тэнгэр элчээр халхлагдсан гэрээний авдар мөн юм. Яг л хоёр Саббат нь Пентекостын улирлаар төлөөлөгдсөн нэг зуун дөчин дөрвөн мянгын санваартны сүмийг халхалдаг шиг билээ.</w:t>
      </w:r>
    </w:p>
    <w:p>
      <w:pPr>
        <w:pStyle w:val="ArticleBody"/>
        <w:jc w:val="left"/>
      </w:pPr>
      <w:r>
        <w:rPr>
          <w:rFonts w:ascii="Times New Roman" w:hAnsi="Times New Roman" w:eastAsia="Times New Roman" w:cs="Times New Roman"/>
        </w:rPr>
        <w:t>Левит номын хорин гуравдугаар бүлэг нь Христийн амилалтаар эхэлж, түүнээс хойш тавин хоногийн дараах Пентекостын өдөр хүртэл үргэлжилсэн Пентекостын улирлын эцсийн илрэл дэх нэг зуун дөчин дөрвөн мянгын санваартны тухай өгүүлдэг. Левит номын хорин гуравдугаар бүлгийн эхний хорин хоёр эшлэлийг сүүлчийн хорин хоёр эшлэлтэй нь зэрэгцүүлэн уялдуулах үед Пентекостын улирал тогтоогддог. Уильям Миллерийн зүүдэнд Бурханы үгийн үнэт чулуунууд нь мэдээ ч мөн, элч нар ч мөн болохыг тодорхойлдог.</w:t>
      </w:r>
    </w:p>
    <w:p>
      <w:pPr>
        <w:pStyle w:val="ArticleScripture"/>
        <w:jc w:val="left"/>
      </w:pPr>
      <w:r>
        <w:rPr>
          <w:rFonts w:ascii="Times New Roman" w:hAnsi="Times New Roman" w:eastAsia="Times New Roman" w:cs="Times New Roman"/>
        </w:rPr>
        <w:t>“Би туршлага олж авах үнэт боломжуудтай байсан. Би нэгдүгээр, хоёрдугаар, гуравдугаар тэнгэрэлчийн мэдээнүүдэд туршлагатай болсон. Тэнгэрэлчүүд тэнгэрийн мандлын дунд нисэн, дэлхий дахинд анхааруулгын мэдээ тунхаглаж, мөн энэ дэлхийн түүхийн эцсийн өдрүүдэд амьдарч буй хүмүүст шууд хамааралтай байхаар дүрслэгдсэн байдаг. Эдгээр тэнгэрэлчүүдийн дуу хоолойг хэн ч сонсдоггүй, учир нь тэдгээр нь тэнгэрийн ертөнцтэй зохицон ажиллаж буй Бурханы ард түмнийг төлөөлөх бэлгэдэл юм. Бурханы Сүнсээр гэгээрүүлэгдэж, үнэний дамжуулан ариусгагдсан эрэгтэй, эмэгтэй хүмүүс эдгээр гурван мэдээг өөрсдийн дарааллаар тунхагладаг.” Life Sketches, 429.</w:t>
      </w:r>
    </w:p>
    <w:p>
      <w:pPr>
        <w:pStyle w:val="ArticleBody"/>
        <w:jc w:val="left"/>
      </w:pPr>
      <w:r>
        <w:rPr>
          <w:rFonts w:ascii="Times New Roman" w:hAnsi="Times New Roman" w:eastAsia="Times New Roman" w:cs="Times New Roman"/>
        </w:rPr>
        <w:t>Тэнгэрэлчүүд нь тэнгэрэлчээр дүрслэгдсэн мэдээг тунхагладаг Бурханы ард түмний бэлгэдэл юм.</w:t>
      </w:r>
    </w:p>
    <w:p>
      <w:pPr>
        <w:pStyle w:val="ArticleScripture"/>
        <w:jc w:val="left"/>
      </w:pPr>
      <w:r>
        <w:rPr>
          <w:rFonts w:ascii="Times New Roman" w:hAnsi="Times New Roman" w:eastAsia="Times New Roman" w:cs="Times New Roman"/>
        </w:rPr>
        <w:t>“Хугацаа богино байна. Эхний, хоёр дахь, гурав дахь тэнгэрэлчийн мэдээнүүд бол дэлхийд тунхаглагдах ёстой мэдээнүүд мөн. Бид гурван тэнгэрэлчийн дуу хоолойг үгчлэн сонсдоггүй, харин Илчлэл дэх эдгээр тэнгэрэлчүүд нь газар дэлхий дээр байж, эдгээр мэдээг тунхаглах нэгэн ардыг төлөөлдөг.”</w:t>
      </w:r>
    </w:p>
    <w:p>
      <w:pPr>
        <w:pStyle w:val="ArticleScripture"/>
        <w:jc w:val="left"/>
      </w:pPr>
      <w:r>
        <w:rPr>
          <w:rFonts w:ascii="Times New Roman" w:hAnsi="Times New Roman" w:eastAsia="Times New Roman" w:cs="Times New Roman"/>
        </w:rPr>
        <w:t>“Иохан ‘өөр нэгэн тэнгэрэлч тэнгэрээс бууж ирэхийг үзэв. Тэр агуу хүч чадалтай байсан бөгөөд бүх дэлхий түүний алдраар гэрэлтэв.’ Илчлэл 18:1. Тэр ажил нь Бурханы ард түмний дэлхийд анхааруулгын мэдээ тунхаглах дуу хоолой мөн.” The 1888 Materials, 926.</w:t>
      </w:r>
    </w:p>
    <w:p>
      <w:pPr>
        <w:pStyle w:val="ArticleBody"/>
        <w:jc w:val="left"/>
      </w:pPr>
      <w:r>
        <w:rPr>
          <w:rFonts w:ascii="Times New Roman" w:hAnsi="Times New Roman" w:eastAsia="Times New Roman" w:cs="Times New Roman"/>
        </w:rPr>
        <w:t>Тэнгэрэлчүүд нь тэнгэрэлчүүдээр төлөөлүүлэгдсэн мэдээнүүдийг хүргэдэг хүмүүсийг төлөөлдөг. Уильям Миллер эш үзүүллэгийн утгаар олон хэрэглээнд төлөөлүүлэгддэг. Тэдгээр хэрэглээний нэг нь Миллер өөрт нь тунхаглахаар удирдуулсан анхны бөгөөд сүүлчийн цаг хугацааны эш үзүүллэгүүдээр төлөөлүүлэгддэг явдал юм. 1798 онд төгссөн долоон үе, өөрөөр хэлбэл 2,520 жил нь Миллерийн альфа нээлт байсан бөгөөд 2,300 үдэш ба өглөөнүүдийн төгсгөлд, 1844 оны 10 дугаар сарын 22-нд ариун сүм цэвэршигдэх нь Миллерийн омега нээлт байсан. Миллерит түүх 1798 оноос 1844 он хүртэл төлөөлүүлэгддэг бөгөөд хэдийгээр энэ нь эхний болон хоёр дахь тэнгэрэлчийн түүх байсан боловч тухайн түүхийн элчийн нэрээр нэрлэгддэг. Миллерит түүх нь Миллер эхний болон хоёр дахь тэнгэрэлчийн мэдээг тунхаглаж байсан “дуу хоолой” байсныг тодорхойлдог бөгөөд эхний тэнгэрэлч 1844 оны 10 дугаар сарын 22-нд шүүлтийн эхлэлийг зарласан, мөн эхний тэнгэрэлч 1798 онд, төгсгөлийн цагт, Израилийн хаанчлалын “долоон үеийн” тараагдал дуусах үед ирсэн. Миллер нь 2,520 жилийн эш үзүүллэг болон 2,300 жилийн эш үзүүллэгийн аль алиных нь бэлгэдэл юм.</w:t>
      </w:r>
    </w:p>
    <w:p>
      <w:pPr>
        <w:pStyle w:val="ArticleBody"/>
        <w:jc w:val="left"/>
      </w:pPr>
      <w:r>
        <w:rPr>
          <w:rFonts w:ascii="Times New Roman" w:hAnsi="Times New Roman" w:eastAsia="Times New Roman" w:cs="Times New Roman"/>
        </w:rPr>
        <w:t>1798 оны эхний замын тэмдэг нь 1844 оны 10 дугаар сарын 22-нд 2,300 жил төгсөхөд шүүлт эхлэхийг тунхагласан. Дараа нь Эзэн долоо дахь өдрийн амралтын өдрийн гэрлийг нээсэн бөгөөд Түүний зорилго нь ажлыг дуусгах явдал байсан тул Тэрээр 1856 онд долоон цаг хугацааны талаар цаашдын гэрлийг нээхийг оролдсон; харин итгэлийн оронд тэрслэл илэрсэн. Долоон цаг хугацаа нь Миллерит түүхийн альфа, харин 2,300 нь омега юм.</w:t>
      </w:r>
    </w:p>
    <w:p>
      <w:pPr>
        <w:pStyle w:val="ArticleBody"/>
        <w:jc w:val="left"/>
      </w:pPr>
      <w:r>
        <w:rPr>
          <w:rFonts w:ascii="Times New Roman" w:hAnsi="Times New Roman" w:eastAsia="Times New Roman" w:cs="Times New Roman"/>
        </w:rPr>
        <w:t>Долоон цаг хугацаа нь долоо дахь жилийн Амралтын өдрөөр төлөөлөгдөж, 2,300 нь долоо дахь өдрийн Амралтын өдрөөр төлөөлөгдөнө. Миллерчүүдийн түүхийг 1798 болон 1844 он төлөөлдөг бөгөөд 1798 он нь долоон цаг хугацааг, 1844 он нь 2,300 жилийг төлөөлнө. Эдгээр хоёр Амралтын өдөр нь Левит хорин гуравдугаар бүлэгт төлөөлөгдсөн түүхийн эхлэл ба төгсгөлийн тулгуур болдог. Эдгээр хоёр Амралтын өдөр нь нэг мэдээг бүрдүүлдэг хоёр мэдээг төлөөлдөг. Эдгээр хоёр мэдээ нь Миллерчүүдийг төлөөлдөг. Учир нь эдгээр мэдээг тунхаглагч хүмүүс нь уг мэдээг бэлгэддэг тэнгэрэлч нарыг төлөөлдөг. 1798 онд эхний тэнгэрэлч ирсэн бөгөөд 1844 онд гурав дахь тэнгэрэлч ирсэн.</w:t>
      </w:r>
    </w:p>
    <w:p>
      <w:pPr>
        <w:pStyle w:val="ArticleBody"/>
        <w:jc w:val="left"/>
      </w:pPr>
      <w:r>
        <w:rPr>
          <w:rFonts w:ascii="Times New Roman" w:hAnsi="Times New Roman" w:eastAsia="Times New Roman" w:cs="Times New Roman"/>
        </w:rPr>
        <w:t>Левит бүлгийн хорин гуравдугаар бүлэгт долоон баяр болон долоон ариун цугларалт байдаг бөгөөд баяр бүр ариун цугларалт биш, мөн ариун цугларалт бүр ч баяр биш юм. Бүх баярууд эхний болон эцсийн ариун цугларалтын хооронд тохиодог бөгөөд тэдгээр нь эхэндээ долоо дахь өдрийн амралтын өдөр, төгсгөлдөө долоо дахь жилийн амралтын өдөр юм. Баяруудын түүх нь Уильям Миллер болон Миллерийн хөдөлгөөнийг төлөөлдөг тэрхүү хоёр амралтын өдрөөр эхлэл төгсгөлөө хүрээлүүлсэн байдаг.</w:t>
      </w:r>
    </w:p>
    <w:p>
      <w:pPr>
        <w:pStyle w:val="ArticleBody"/>
        <w:jc w:val="left"/>
      </w:pPr>
      <w:r>
        <w:rPr>
          <w:rFonts w:ascii="Times New Roman" w:hAnsi="Times New Roman" w:eastAsia="Times New Roman" w:cs="Times New Roman"/>
        </w:rPr>
        <w:t>Левит номын хорин гуравдугаар бүлгийн эхний хорин хоёр эшлэл ба сүүлчийн хорин хоёр эшлэлийг нэгтгэн үзэхэд Пентекостын улирал тодорхойлогдоно. Мөрүүдийг нийлүүлснээр тогтоогддог бүтэц нь туйлын тэнгэрлэг юм. Энэхүү бүтцийн Пентекостын улирал нь гурван тэнгэрэлчийн гурван алхмыг тодорхойгоор дүрслэн харуулдаг. Энэ нь “Үнэний” гарын үсгийг агуулдаг. Энэ нь Альфа ба Омегагийн гарын үсгийг агуулдаг. Энэ нь Палмонигийн гарын үсгийг агуулдаг. Энэ нь суралцагчийг Ариунаас Ариун газрын яг зүрхэнд хүргэдэг. Энэ нь нэг зуун дөчин дөрвөн мянгын сүмийг тодорхойлдог. Энэ нь шинэчлэгдсэн дэлхий хүртэл бүхэлдээ сунан хүрдэг.</w:t>
      </w:r>
    </w:p>
    <w:p>
      <w:pPr>
        <w:pStyle w:val="ArticleBody"/>
        <w:jc w:val="left"/>
      </w:pPr>
      <w:r>
        <w:rPr>
          <w:rFonts w:ascii="Times New Roman" w:hAnsi="Times New Roman" w:eastAsia="Times New Roman" w:cs="Times New Roman"/>
        </w:rPr>
        <w:t>Левит номын хорин гуравдугаар бүлгийн энэхүү үнэн нь лакмусын сорил болон гурав дахь сорилоос өмнө тохиох сүмийн сорилтой холбоотойгоор одоо тайлагдан нээгдэж байна. Гурав дахь тэнгэрэлч 1844 онд ирсэн бөгөөд дараа нь 9/11-д, мөн дараа нь 2023 онд дахин ирсэн. Гурав дахь тэнгэрэлч 1844 онд ирэхэд итгэмжит хүмүүс итгэлээр Христийг даган Хамгийн Ариун Газар уруу орох ёстой байв. Левит номын хорин гуравдугаар бүлэг нь Хамгийн Ариун Газар уруу хүрэх зам бөгөөд сүмийн сорилын нэгэн бүрэлдэхүүнийг төлөөлдөг. Иоханд сүмийг, мөн түүний дотор мөргөгчдийг хэмжихийг тушаасан.</w:t>
      </w:r>
    </w:p>
    <w:p>
      <w:pPr>
        <w:pStyle w:val="ArticleBody"/>
        <w:jc w:val="left"/>
      </w:pPr>
      <w:r>
        <w:rPr>
          <w:rFonts w:ascii="Times New Roman" w:hAnsi="Times New Roman" w:eastAsia="Times New Roman" w:cs="Times New Roman"/>
        </w:rPr>
        <w:t>Миллерийн авс нь сүм бөгөөд доторх эрдэнийн чулуунууд нь түүний доторх мөргөгчид юм. Малахийн агуулах нь сүм бөгөөд доторх аравны нэгүүд нь түүний доторх мөргөгчид юм. Левит хорин гуравдугаар бүлгийн “мөрөн дээр мөр” хэрэглээнд дүрслэгдсэн Пентекостын улирал нь нэг зуун дөчин дөрвөн мянгын сүмийг төлөөлдөг. Илүү шууд утгаар энэ нь гэрээний авдрыг, түүнчлэн Бүрхүүлтийн херубууд Арван Тушаал, нахиа гаргасан Аароны таяг, мөн маннын алтан савыг ширтэн харж буй байдлыг дүрслэн үзүүлдэг.</w:t>
      </w:r>
    </w:p>
    <w:p>
      <w:pPr>
        <w:pStyle w:val="ArticleBody"/>
        <w:jc w:val="left"/>
      </w:pPr>
      <w:r>
        <w:rPr>
          <w:rFonts w:ascii="Times New Roman" w:hAnsi="Times New Roman" w:eastAsia="Times New Roman" w:cs="Times New Roman"/>
        </w:rPr>
        <w:t>Халхлагч херубууд нь тэнгэрэлчүүд бөгөөд тэнгэрэлчүүд нь мэдээ болон мэдээг дамжуулагчийг төлөөлдөг. Левит бүлгийн хорин гуравдугаар бүлгийн альфа мэдээ болох мэдээ нь долоо дахь өдрийн Амралтын өдөр бөгөөд омега мэдээ нь долоо дахь жилийн Амралтын өдөр юм. Хоёулаа мэдээнүүд мөн бөгөөд түүнчлэн Уильям Миллер болон Миллерчүүдийн альфа ба омега мэдээнүүд мөн юм. “Долоон цаг”-ийн биелэл болох 1798 он нь долоо дахь жилийн Амралтын өдрийн бэлгэдэл бөгөөд 1844 онд Бурхан Өөрийн ард түмнийг Ариун Ариунаас дотоод газар руу удирдан оруулж, тэнд тэд долоо дахь өдрийн Амралтын өдрийг нээж олсон. Тэрхүү хоёр Амралтын өдөр нь Левит бүлгийн хорин гуравдугаар бүлгийн анхны ба сүүлчийн ариун чуулганууд бөгөөд Пентекостын улирал нь яг тэдгээрийн хооронд байрладаг, үүнчлэн авдар нь халхлагч хоёр херубын хооронд байрлаж байсантай адил юм.</w:t>
      </w:r>
    </w:p>
    <w:p>
      <w:pPr>
        <w:pStyle w:val="ArticleBody"/>
        <w:jc w:val="left"/>
      </w:pPr>
      <w:r>
        <w:rPr>
          <w:rFonts w:ascii="Times New Roman" w:hAnsi="Times New Roman" w:eastAsia="Times New Roman" w:cs="Times New Roman"/>
        </w:rPr>
        <w:t>Ариун сүмийг хэмжих ёстой бөгөөд үүнд харь үндэстнүүдэд өгөгдсөн гаднах хашааг орхих нь багтана. Ням гаргийн хуулийн үед Бурханы гэрийн шүүлт төгсөж, харь үндэстнүүдийн шүүлт эхэлдэг. Харь үндэстнүүдийн цаг хугацаа 1,260 жилийн төгсгөлд, 1798 онд дууссан бөгөөд гурван өдөр хагасын төгсгөлд (1,260-ыг бэлгэдсэн тэмдэг) Иохан гаднах хашааг орхих ёстой байсан.</w:t>
      </w:r>
    </w:p>
    <w:p>
      <w:pPr>
        <w:pStyle w:val="ArticleScripture"/>
        <w:jc w:val="left"/>
      </w:pPr>
      <w:r>
        <w:rPr>
          <w:rFonts w:ascii="Times New Roman" w:hAnsi="Times New Roman" w:eastAsia="Times New Roman" w:cs="Times New Roman"/>
        </w:rPr>
        <w:t>Надад саваа мэт зэгс өгөгдөв; тэгээд тэнгэрэлч зогсон, — Босож, Бурханы сүм, тахилын ширээ, мөн түүн дотор мөргөж буй хүмүүсийг хэмжигтүн. Харин сүмийн гаднах хашааг орхиж, түүнийг бүү хэмж; учир нь тэр нь харь үндэстнүүдэд өгөгдсөн бөгөөд тэд ариун хотыг дөчин хоёр сарын турш хөл дороо гишгэлэх болно, хэмээн айлдав. Илчлэлт 11:1, 2.</w:t>
      </w:r>
    </w:p>
    <w:p>
      <w:pPr>
        <w:pStyle w:val="ArticleBody"/>
        <w:jc w:val="left"/>
      </w:pPr>
      <w:r>
        <w:rPr>
          <w:rFonts w:ascii="Times New Roman" w:hAnsi="Times New Roman" w:eastAsia="Times New Roman" w:cs="Times New Roman"/>
        </w:rPr>
        <w:t>Харь үндэстнүүдэд өгөгдсөн тул тэд түүнийг гурав хагас өдөр, өөрөөр хэлбэл дөчин хоёр сарын турш хөл доороо гишгэлэн талхлах учир хашааг орхих ёстой байв.</w:t>
      </w:r>
    </w:p>
    <w:p>
      <w:pPr>
        <w:pStyle w:val="ArticleScripture"/>
        <w:jc w:val="left"/>
      </w:pPr>
      <w:r>
        <w:rPr>
          <w:rFonts w:ascii="Times New Roman" w:hAnsi="Times New Roman" w:eastAsia="Times New Roman" w:cs="Times New Roman"/>
        </w:rPr>
        <w:t>Тэд илдний ирмэгээр унаж, бүх үндэстнүүдийн дунд олзлогдон аваачигдах болно; мөн харь үндэстнүүдийн цаг хугацаа гүйцэтэл Иерусалим харь үндэстнүүдэд гишгэгдэн доромжлогдох болно. Лук 21:24.</w:t>
      </w:r>
    </w:p>
    <w:p>
      <w:pPr>
        <w:pStyle w:val="ArticleBody"/>
        <w:jc w:val="left"/>
      </w:pPr>
      <w:r>
        <w:rPr>
          <w:rFonts w:ascii="Times New Roman" w:hAnsi="Times New Roman" w:eastAsia="Times New Roman" w:cs="Times New Roman"/>
        </w:rPr>
        <w:t>Харь үндэстнүүдийн цаг хугацаа 1798 онд, Даниелын номын лац тайлагдах үед, биелсэн юм.</w:t>
      </w:r>
    </w:p>
    <w:p>
      <w:pPr>
        <w:pStyle w:val="ArticleScripture"/>
        <w:jc w:val="left"/>
      </w:pPr>
      <w:r>
        <w:rPr>
          <w:rFonts w:ascii="Times New Roman" w:hAnsi="Times New Roman" w:eastAsia="Times New Roman" w:cs="Times New Roman"/>
        </w:rPr>
        <w:t>“Иерусалим дахь сүмд намхан хана нь гаднах хашааг ариун байгууламжийн бусад бүх хэсгээс тусгаарлаж байв. Тэр ханан дээр, иудейчүүдээс өөр хэн ч энэ заагаас цааш нэвтрэхийг зөвшөөрөхгүй хэмээн мэдэгдсэн бичээсүүд янз бүрийн хэлээр байлаа. Хэрэв харь үндэстэн хүн доторх хүрээнд орохоор зүрхэлсэн бол, тэр сүмийг бузарлаж, амиараа төлөх ял хүлээх байсан. Харин сүм болон түүний үйлчлэлийн Эхийг тавигч Есүс, хүний энэрэнгүй холбоосоор харь үндэстнүүдийг Өөртөө татсан бөгөөд, Түүний тэнгэрлэг нигүүлсэл нь иудейчүүдийн няцаасан авралыг тэдэнд авчирсан юм.” Эрин үеийн хүсэл, 194.</w:t>
      </w:r>
    </w:p>
    <w:p>
      <w:pPr>
        <w:pStyle w:val="ArticleBody"/>
        <w:jc w:val="left"/>
      </w:pPr>
      <w:r>
        <w:rPr>
          <w:rFonts w:ascii="Times New Roman" w:hAnsi="Times New Roman" w:eastAsia="Times New Roman" w:cs="Times New Roman"/>
        </w:rPr>
        <w:t>2023 оны 12 дугаар сарын 31-нд 2020 оны 7 дугаар сарын 18-ны урам хугарлаас хойших эш үзүүллэгийн гурван жил хагас төгсөв. Тэрхүү гурван жил хагас нь эш үзүүллэгийн нэгэн мэдээ тэр үед лацнаасаа тайлагдахыг, мөн харь үндэстнүүдийн цаг гүйцэлдсэнийг, улмаар ариун сүм болон дотор нь мөргөгчдийг хэмжих явдлаас гарч байгааг тодорхойлдог. Ням гаргийн хууль дээр, Пентекостын улиралд Пентекостын өдөр байсан тэр үед, шүүлт харь үндэстнүүдэд шилжинэ. Нэг зуун дөчин дөрвөн мянгын ариун сүмийг хэмжихдээ бид харь үндэстнүүдийн цаг үеэс гарах үед, 2023 оны 12 дугаар сарын 31-нээс Ням гаргийн хууль хүртэлх хугацаа нь ариун сүм мөн болох нь харагдана.</w:t>
      </w:r>
    </w:p>
    <w:p>
      <w:pPr>
        <w:pStyle w:val="ArticleBody"/>
        <w:jc w:val="left"/>
      </w:pPr>
      <w:r>
        <w:rPr>
          <w:rFonts w:ascii="Times New Roman" w:hAnsi="Times New Roman" w:eastAsia="Times New Roman" w:cs="Times New Roman"/>
        </w:rPr>
        <w:t>Ариун сүмийн гэрчлэл нь түүнийг хоёр үе шаттайгаар босгодогт оршино: эхлээд суурийг нь тавьдаг; дараа нь гологдсон суурийн чулуу гайхамшигтайгаар булангийн толгой чулуу болоход тэр сүмийг гүйцсэн хэмээн танина. Эртний Израиль анхны зарлигийн түүхэнд Вавилоноос гарч ирэх үед суурь тавигдсан бөгөөд сүм нь хоёр дахь зарлигийн түүхэнд, харин гурав дахь зарлигаас өмнө гүйцсэн юм. Суурийн сорилт 2024 онд тохиосон бөгөөд бид одоо сүмийн сорилтын үед байна. Тэрхүү сүмийн сорилт гурав дахь, мөн лакмусын сорилтоор төгсөнө, мөн сүмийн сорилт нь Бурханы ард түмнээс сүмийг хэмжихийг шаарддаг.</w:t>
      </w:r>
    </w:p>
    <w:p>
      <w:pPr>
        <w:pStyle w:val="ArticleBody"/>
        <w:jc w:val="left"/>
      </w:pPr>
      <w:r>
        <w:rPr>
          <w:rFonts w:ascii="Times New Roman" w:hAnsi="Times New Roman" w:eastAsia="Times New Roman" w:cs="Times New Roman"/>
        </w:rPr>
        <w:t>Левит 23 дахь ариун сүм нь 2023 оны 12 дугаар сарын 31-нээс Ням гаргийн хуулийн үе хүртэл босгогддог бөгөөд тэрхүү эш үзүүллэгийн түүхийн дотор эш үзүүллэг нээгдэх бүрд үргэлж тохиолддог гурван шалгалт дүрслэгдсэн байдаг. Тэдгээр гурваас сүүлчийнх нь литмусын шалгалт бөгөөд энэ нь Эксетерийн кэмпийн цуглаанаар төлөөлөгдсөн юм. Тэр цуглаан дээр та Ахлагч Сноу жинхэнэ Шөнө дундын Хашхирааны мэдээг хоёр удаа танилцуулсан майхан дахь хуралд оролцсон, эсвэл Уотертауны майханд болсон сэтгэлийн хөөрөл давамгайлсан, тэнцвэргүй хуралд оролцсон байдаг. Хурлууд дуусахад жинхэнэ Шөнө дундын Хашхирааны мэдээ түрлэгт давалгаа мэт түгэн тархсан. Эксетер нь литмусын шалгалт байсан бөгөөд литмусын шалгалт нь лацдан тэмдэглэлтийг төлөөлдөг.</w:t>
      </w:r>
    </w:p>
    <w:p>
      <w:pPr>
        <w:pStyle w:val="ArticleBody"/>
        <w:jc w:val="left"/>
      </w:pPr>
      <w:r>
        <w:rPr>
          <w:rFonts w:ascii="Times New Roman" w:hAnsi="Times New Roman" w:eastAsia="Times New Roman" w:cs="Times New Roman"/>
        </w:rPr>
        <w:t>Эксетерийн хуарангийн цуглаан нь Христийн Иерусалимд ялгуусан оруулгаар бэлгэдэгдсэн бөгөөд Есүсийн унасан илжгийг Лазар хөтөлсөн байв. Лазарын үхэл нь 2020 оны 7-р сарын 18-ны урам хугаралт байсан боловч тэрээр мөн Христийн титэмлэх гайхамшиг бөгөөд Түүний бурханлаг чанарын “тамга” байсан юм.</w:t>
      </w:r>
    </w:p>
    <w:p>
      <w:pPr>
        <w:pStyle w:val="ArticleScripture"/>
        <w:jc w:val="left"/>
      </w:pPr>
      <w:r>
        <w:rPr>
          <w:rFonts w:ascii="Times New Roman" w:hAnsi="Times New Roman" w:eastAsia="Times New Roman" w:cs="Times New Roman"/>
        </w:rPr>
        <w:t>“Хэрэв Христ өвчтөний өрөөнд байсан бол Лазарь үхэхгүй байх байсан; учир нь Сатан түүн дээр ямар ч эрх мэдэл хэрэгжүүлж чадахгүй байх байв. Амь Өгөгчийн оршихуйд үхэл Лазарь руу сумаа чиглүүлж чадахгүй байлаа. Тиймээс Христ зайтай үлдсэн юм. Тэр дайсанд өөрийн хүчийг хэрэгжүүлэхийг зөвшөөрсөн нь, түүнийг ялагдсан дайсан болгон ухраахын тулд байв. Тэр Лазарыг үхлийн ноёрхолд орохыг зөвшөөрсөн; мөн шаналсан эгч нар нь ах дүүгээ булшинд тавигдахыг харсан. Ах дүүгийнхээ үхсэн царайг ширтэн байхдаа тэдний Аврагчид итгэх итгэл нь хатуу соригдохыг Христ мэдэж байсан. Гэвч Тэр тэдний одоо туулж буй тэмцлийн улмаас тэдний итгэл хавьгүй агуу хүчээр гэрэлтэн тодрохыг мэдэж байв. Тэр тэдний эдэлсэн уй гашуугийн шаналал бүрийг хамт эдэлсэн. Тэр саатсан учраас тэднийг өчүүхэн ч бага хайрлаагүй; харин тэдний төлөө, Лазарийн төлөө, Өөрийнхөө төлөө, мөн Өөрийн шавь нарын төлөө нэгэн ялалт олж авах ёстойг Тэр мэдэж байв.</w:t>
      </w:r>
    </w:p>
    <w:p>
      <w:pPr>
        <w:pStyle w:val="ArticleScripture"/>
        <w:jc w:val="left"/>
      </w:pPr>
      <w:r>
        <w:rPr>
          <w:rFonts w:ascii="Times New Roman" w:hAnsi="Times New Roman" w:eastAsia="Times New Roman" w:cs="Times New Roman"/>
        </w:rPr>
        <w:t>“‘Та нарын төлөө,’ ‘та нарыг итгүүлэхийн тулд.’ Бурханы удирдах мутрыг тэмтрэн хүрэхийг чармайж буй бүх хүнд хамгийн их мохох тэр мөч нь тэнгэрлэг тусламж хамгийн ойр байдаг цаг мөн. Тэд өөрсдийн замынхаа хамгийн харанхуй хэсгийг хожим нь талархан эргэн харах болно. ‘Эзэн сүсэгтнийг хэрхэн аварч чадахаа мэддэг,’ 2 Петр 2:9. Тэрээр аливаа уруу таталт, аливаа сорилт бүрээс тэднийг улам бат бэх итгэл болон улам баялаг туршлагатайгаар авч гаргана.”</w:t>
      </w:r>
    </w:p>
    <w:p>
      <w:pPr>
        <w:pStyle w:val="ArticleScripture"/>
        <w:jc w:val="left"/>
      </w:pPr>
      <w:r>
        <w:rPr>
          <w:rFonts w:ascii="Times New Roman" w:hAnsi="Times New Roman" w:eastAsia="Times New Roman" w:cs="Times New Roman"/>
        </w:rPr>
        <w:t>“Лазар уруу очихоо хойшлуулснаар Христ Өөрийг нь хүлээн аваагүй хүмүүст энэрлийн зорилго агуулж байв. Тэр саатсан нь Лазарыг үхлээс амилуулснаар Өөрийн зөрүүд, үл итгэгч ард түмэнд Өөрөө үнэхээр ‘амилалт ба амь’ мөн гэдгийн дахин нэг нотолгоог өгөхийн тулд байлаа. Тэр Израилийн гэрийн ядуу, тэнүүчлэгч хонь болсон энэ ард түмнээс найдвараа бүрмөсөн таслахыг хүсээгүй. Тэдний гэмшдэггүй байдлаас болж Түүний зүрх эмтэрч байв. Өөрийн энэрлээр Тэр Өөрөө Сэргээн тогтоогч, амь ба үхэшгүй байдлыг гэрэлд гаргаж чадах цорын ганц Нэгэн мөн гэдгийн дахин нэг нотолгоог тэдэнд өгөхөөр зорьсон юм. Энэ нь тахилч нар буруу тайлбарлаж үл чадах нотолгоо байх ёстой байв. Бетани уруу очихоо хойшлуулсны учир нь энэ байлаа. Энэхүү оргил гайхамшиг болох Лазарыг амилуулсан явдал нь Түүний үйл хэрэг болон Түүний бурханлаг чанарын тухай шаардлагад Бурханы тамгыг дарах ёстой байв.” Үе үеийн Хүсэл, 528, 529.</w:t>
      </w:r>
    </w:p>
    <w:p>
      <w:pPr>
        <w:pStyle w:val="ArticleBody"/>
        <w:jc w:val="left"/>
      </w:pPr>
      <w:r>
        <w:rPr>
          <w:rFonts w:ascii="Times New Roman" w:hAnsi="Times New Roman" w:eastAsia="Times New Roman" w:cs="Times New Roman"/>
        </w:rPr>
        <w:t>Ялалтын сүр жавхлант орох үйл явдал нь Христийн унах унаа болгохоор нэг илжгийг сулласнаар эхэлсэн юм.</w:t>
      </w:r>
    </w:p>
    <w:p>
      <w:pPr>
        <w:pStyle w:val="ArticleScripture"/>
        <w:jc w:val="left"/>
      </w:pPr>
      <w:r>
        <w:rPr>
          <w:rFonts w:ascii="Times New Roman" w:hAnsi="Times New Roman" w:eastAsia="Times New Roman" w:cs="Times New Roman"/>
        </w:rPr>
        <w:t>Тэд Иерусалимд ойртон ирж, Чидун уулын дэргэдэх Бетфагед хүрч ирэхэд Есүс хоёр шавиа илгээж, тэдэнд айлдан, Та нар өөдөөс чинь буй тосгон руу яв; тэгээд та нар даруй хүлээтэй илжиг, түүнтэй хамт нэг унагыг олно. Тэднийг тайлаад надад авчир. Хэрэв хэн нэгэн та нарт ямар нэг юм хэлбэл, “Эзэнд эд хэрэгтэй байна” гэж хэл; тэгвэл тэр даруй тэднийг явуулна, гэв. Энэ бүхэн эш үзүүлэгчээр айлдагдсан үг биелэгдэхийн тулд болсон юм. Тэрээр ийнхүү айлдсан байдаг: Сионы охинд хэлэгтүн, Харагтун, чиний Хаан чам уруу ирж байна, дөлгөөн агаад илжиг унасан, бүр илжигний унага болох унаган дээр суусан байна. Шавь нар явж, Есүсийн тэдэнд тушааснаар үйлдэв. Матай 21:1–6.</w:t>
      </w:r>
    </w:p>
    <w:p>
      <w:pPr>
        <w:pStyle w:val="ArticleBody"/>
        <w:jc w:val="left"/>
      </w:pPr>
      <w:r>
        <w:rPr>
          <w:rFonts w:ascii="Times New Roman" w:hAnsi="Times New Roman" w:eastAsia="Times New Roman" w:cs="Times New Roman"/>
        </w:rPr>
        <w:t>Шөнө дундын Хашхирааны мэдээ нь эхний урам хугарал дээр ирсэн хоёр дахь тэнгэрэлчийн мэдээтэй нэгдсэн юм. Христийн үед тэрхүү урам хугарал нь Лазарын үхэл байсан бөгөөд Миллерчүүдийн хувьд 1843 оны бүтэлгүй зөгнөл байсан ба тэр нь 1844 оны 4 дүгээр сарын 19-нд тохиосон юм. Эдгээр хоёр урам хугарал хоёулаа 2020 оны 7 дугаар сарын 18-ны өдрийг төлөөлдөг.</w:t>
      </w:r>
    </w:p>
    <w:p>
      <w:pPr>
        <w:pStyle w:val="ArticleBody"/>
        <w:jc w:val="left"/>
      </w:pPr>
      <w:r>
        <w:rPr>
          <w:rFonts w:ascii="Times New Roman" w:hAnsi="Times New Roman" w:eastAsia="Times New Roman" w:cs="Times New Roman"/>
        </w:rPr>
        <w:t>Левит 23-т дүрслэгдсэн Пентекостын үе дэх лакмусын шалгуур нь Бүрээн баяр, Христийн өргөгдөн гарсан нь, мөн Эвлэрлийн өдөр гэсэн гурвалсан замын тэмдгээр төлөөлөгддөг. Эдгээр гурван алхам нь суурь болон сүмийн эхний хоёр шалгалттай холбогдох лакмусын шалгуурыг илэрхийлдэг. Эдгээр гурван алхам нь Пентекостын Ням гарагийн хуулиас тав хоногийн өмнө тохиож, нэг зуун дөчин дөрвөн мянгыг туг тэмдэг болгон өргөгдөхийг илэрхийлдэг. Хэрэв тэд лакмусын шалгуурыг давбал, тэд өргөгдөнө; харин давж чадахгүй бол, тэд Миллерийн зүүдний цонхдоор үлээгдэн гарна.</w:t>
      </w:r>
    </w:p>
    <w:p>
      <w:pPr>
        <w:pStyle w:val="ArticleBody"/>
        <w:jc w:val="left"/>
      </w:pPr>
      <w:r>
        <w:rPr>
          <w:rFonts w:ascii="Times New Roman" w:hAnsi="Times New Roman" w:eastAsia="Times New Roman" w:cs="Times New Roman"/>
        </w:rPr>
        <w:t>Тамгалалтын гурав дахь алхам нь Цагаатгалын өдөр бөгөөд энэ нь нүглийн арилгалтыг төлөөлдөг. Хоёр дахь алхам нь Малахийн Левичүүдийн өргөлийг өргөн гаргах явдал бөгөөд эхний алхам нь бүрээнүүдийн мэдээ юм. 1844 оноос хойш хүн төрөлхтөн долоо дахь бүрээ дуугарах түүхийн үед амьдарч ирсэн. Долоо дахь бүрээний гадаад мэдээ нь Исламын гурав дахь зовлонгийн мэдээ бөгөөд долоо дахь бүрээний дотоод мэдээ нь Христ Өөрийн Бурханы мөн чанарыг нэг зуун дөчин дөрвөн мянгын хүний мөн чанартай нэгтгэх ажил мөн.</w:t>
      </w:r>
    </w:p>
    <w:p>
      <w:pPr>
        <w:pStyle w:val="ArticleBody"/>
        <w:jc w:val="left"/>
      </w:pPr>
      <w:r>
        <w:rPr>
          <w:rFonts w:ascii="Times New Roman" w:hAnsi="Times New Roman" w:eastAsia="Times New Roman" w:cs="Times New Roman"/>
        </w:rPr>
        <w:t>Бид дараагийн өгүүлэлд үргэлжлүүлэн авч үзэх болно.</w:t>
      </w:r>
    </w:p>
    <w:p>
      <w:pPr>
        <w:pStyle w:val="ArticleScripture"/>
        <w:jc w:val="left"/>
      </w:pPr>
      <w:r>
        <w:rPr>
          <w:rFonts w:ascii="Times New Roman" w:hAnsi="Times New Roman" w:eastAsia="Times New Roman" w:cs="Times New Roman"/>
        </w:rPr>
        <w:t>“Эш үзүүлэгчдийн бичээсүүдэд эртний өнгөөр хучигдсан боловч шинэ илчлэлүүдийн шинэлэг байдал, хүч чадлаар бидэнд үзэгдэх дүр зургууд дүрслэгдсэн байдаг. Итгэлээр дамжин бид өнгөрсөн үеүүдэд Бурхан Өөрийн ард түмэнтэй хэрхэн харьцсан тухай эдгээр тэмдэглэлүүд өнөөгийн туршлагаар дамжуулан Бурхан бидэнд заахыг хүсдэг сургамжуудыг ухааран танихын тулд хадгалагдан үлдсэн гэдгийг ойлгодог.”</w:t>
      </w:r>
    </w:p>
    <w:p>
      <w:pPr>
        <w:pStyle w:val="ArticleScripture"/>
        <w:jc w:val="left"/>
      </w:pPr>
      <w:r>
        <w:rPr>
          <w:rFonts w:ascii="Times New Roman" w:hAnsi="Times New Roman" w:eastAsia="Times New Roman" w:cs="Times New Roman"/>
        </w:rPr>
        <w:t>Бид Христийн хоёр дахь ирэлтээс яг өмнөхөөс дутахааргүй чухал цаг үед амьдарч байгаа тул Христийн анхны ирэлтийн үед амьдарч байсан иудейчүүдийн гаргасан алдаатай төстэй алдаа гаргахаас онцгойлон болгоомжлох хэрэгтэй.</w:t>
      </w:r>
    </w:p>
    <w:p>
      <w:pPr>
        <w:pStyle w:val="ArticleScripture"/>
        <w:jc w:val="left"/>
      </w:pPr>
      <w:r>
        <w:rPr>
          <w:rFonts w:ascii="Times New Roman" w:hAnsi="Times New Roman" w:eastAsia="Times New Roman" w:cs="Times New Roman"/>
        </w:rPr>
        <w:t>“Чухал биш зүйлсийн ач холбогдлыг үлэмжээр дөвийлгөн, аажмаар албан ёсны мөргөлийн тогтолцоог зохиосон Иудейн удирдагчдын адил, өнөө үед зарим хүмүүс энэ үеийнхэнд хамаарах чухал үнэнүүдийг нүднээсээ алдаж, шинэ, этгээд, сэтгэл булаам зүйлсийг эрэн хайх аюулд орж байна.”</w:t>
      </w:r>
    </w:p>
    <w:p>
      <w:pPr>
        <w:pStyle w:val="ArticleScripture"/>
        <w:jc w:val="left"/>
      </w:pPr>
      <w:r>
        <w:rPr>
          <w:rFonts w:ascii="Times New Roman" w:hAnsi="Times New Roman" w:eastAsia="Times New Roman" w:cs="Times New Roman"/>
        </w:rPr>
        <w:t>“Өндөр дээд зарчмуудыг нандигнан эрхэмлэх шаардлагатай. Хийсвэр санааг эрэлхийлж, түүнийг өмгөөлөн дэмжигчдэд бусдад заахаар оролдохоосоо өмнө үнэн гэж юу болохыг зааж сургах ёстой. Хүний зохиосон онолууд болон таамаглалуудыг үнэн хэмээн эрэлхийлж болохгүй.</w:t>
      </w:r>
    </w:p>
    <w:p>
      <w:pPr>
        <w:pStyle w:val="ArticleScripture"/>
        <w:jc w:val="left"/>
      </w:pPr>
      <w:r>
        <w:rPr>
          <w:rFonts w:ascii="Times New Roman" w:hAnsi="Times New Roman" w:eastAsia="Times New Roman" w:cs="Times New Roman"/>
        </w:rPr>
        <w:t>“Зарчмын хувьд ган мэт бат үнэнч олон хүн байдаг бөгөөд тэдэнд тусламж үзүүлж, ерөөх болно; учир нь тэд үүдний танхим ба тахилын ширээний хооронд уйлан, ‘ЭЗЭН, Өөрийн ард түмнээ өршөөгөөч, Өөрийн өвийг зэмлэлд бүү тушаагаач’ хэмээн хэлж байна. Бид гурав дахь тэнгэрэлчийн мэдээний суурь зарчмуудыг тод, ялгамжтайгаар илэрхийлэн хэвээр нь үлдээх ёстой. Бидний итгэлийн агуу баганууд дээр тавигдаж болох бүх ачааг тэд даан тогтоож чадна.”</w:t>
      </w:r>
    </w:p>
    <w:p>
      <w:pPr>
        <w:pStyle w:val="ArticleScripture"/>
        <w:jc w:val="left"/>
      </w:pPr>
      <w:r>
        <w:rPr>
          <w:rFonts w:ascii="Times New Roman" w:hAnsi="Times New Roman" w:eastAsia="Times New Roman" w:cs="Times New Roman"/>
        </w:rPr>
        <w:t>“Энэ төөрөгдлийн, хий мөрөөдөл ба мансууралд автсан эрин үед бид Христийн сургаалын анхны зарчмуудыг суралцах хэрэгтэй. Бид элчийн нэгэн адил, ‘Бид та нарт манай Эзэн Есүс Христийн хүч чадал ба ирэлтийг мэдүүлэхдээ овжин зохиосон үлгэр домгуудыг дагаагүй’ хэмээн хэлж чадахаар байхыг хичээцгээе. Эзэн биднийг өндөр бөгөөд эрхэмсэг зарчмуудыг дагахыг уриалж байна.”</w:t>
      </w:r>
    </w:p>
    <w:p>
      <w:pPr>
        <w:pStyle w:val="ArticleScripture"/>
        <w:jc w:val="left"/>
      </w:pPr>
      <w:r>
        <w:rPr>
          <w:rFonts w:ascii="Times New Roman" w:hAnsi="Times New Roman" w:eastAsia="Times New Roman" w:cs="Times New Roman"/>
        </w:rPr>
        <w:t>“Үнэн, өнөөгийн үнэн гэдэг нь Бурханы Үг түүнийг юу хэмээн илэрхийлдэг, тэр бүх мөн чанараараа мөн юм. Эзэн Өөрийн ард түмнийг бүх илүүдэл зүйлээс, мөн ид шидийн үзэл рүү хөтөлдөг аливаа бүхнээс өөрсдийгөө хол байлгахыг хүсдэг. Хийсвэр, төсөөллийн сургаалд автагдах сорилтод орогсод тэнгэрлэг үнэний чулуун уурхайд босоогоо гүн шигтгэн, хүлээн авагчид мөнх амийг авчрах эрдэнэсийг баттай олж авах болтугай. Үгэнд хамгийн эрхэм нандин үнэнүүд байдаг. Эдгээр нь чин сэтгэлээсээ судлагчдын өмнө илрэн олдоно; учир нь тэнгэрийн тэнгэрэлч нар эрэл хайгуулыг нь удирдан чиглүүлэх болно.”</w:t>
      </w:r>
    </w:p>
    <w:p>
      <w:pPr>
        <w:pStyle w:val="ArticleScripture"/>
        <w:jc w:val="left"/>
      </w:pPr>
      <w:r>
        <w:rPr>
          <w:rFonts w:ascii="Times New Roman" w:hAnsi="Times New Roman" w:eastAsia="Times New Roman" w:cs="Times New Roman"/>
        </w:rPr>
        <w:t>“Одоо газар дээр амьдарч буй хүмүүсийн тухайд Паул: ‘Хүмүүс эрүүл сургаалыг тэвчихгүй цаг ирнэ. Харин өөрсдийн хүслийн дагуу чихээ маажуулахын тулд өөрсдөдөө олон багш нарыг овоолон цуглуулж, үнэний үгийг сонсохоос чихээ буруулан, үлгэр домог уруу эргэнэ’ хэмээн тунхагласан.”</w:t>
      </w:r>
    </w:p>
    <w:p>
      <w:pPr>
        <w:pStyle w:val="ArticleScripture"/>
        <w:jc w:val="left"/>
      </w:pPr>
      <w:r>
        <w:rPr>
          <w:rFonts w:ascii="Times New Roman" w:hAnsi="Times New Roman" w:eastAsia="Times New Roman" w:cs="Times New Roman"/>
        </w:rPr>
        <w:t>“Эрүүл сургаалыг тэвчин хүлээн авахгүй хүмүүсийн тухай зөгнөн хэлэх үедээ Паулын өгсөн энэ захиас хичнээн чухал, хичнээн сэтгэл хөдөлгөм билээ: ‘Иймээс би чамд Бурхан болон Өөрийн илрэлт ба хаанчлалын үед амьд ба үхэгсдийг шүүх Эзэн Есүс Христийн өмнө хатуу захиж байна: үгийг тунхагла; цаг нь болсон ч, болоогүй ч бэлэн бай; зэмлэ, буруушаа, ятган урамшуул — энэ бүхнийг үлэмж тэвчээр ба сургаалын хамт үйлд.’”</w:t>
      </w:r>
    </w:p>
    <w:p>
      <w:pPr>
        <w:pStyle w:val="ArticleScripture"/>
        <w:jc w:val="left"/>
      </w:pPr>
      <w:r>
        <w:rPr>
          <w:rFonts w:ascii="Times New Roman" w:hAnsi="Times New Roman" w:eastAsia="Times New Roman" w:cs="Times New Roman"/>
        </w:rPr>
        <w:t>“Бурхантай нөхөрлөдөг хүмүүс Зөвт байдлын Нарны гэрэл дотор алхдаг. Тэд Бурханы өмнө өөрсдийн замыг завхруулснаар Аврагчаа гутаан доромжилдоггүй. Тэнгэрийн гэрэл тэдний дээр тусдаг. Энэ дэлхийн түүх төгсгөлдөө ойртох тусам Христийн тухай, мөн Түүнтэй холбоотой эш үзүүллэгүүдийн тухай тэдний мэдлэг асар ихээр өсөн нэмэгддэг. Тэд Бурханы мэлмийд хэмжээлшгүй үнэ цэнтэй; учир нь тэд Түүний Хүүтэй нэгэн нэгдэлд байдаг. Бурханы үг тэдний хувьд хэмжээлшгүй гоо үзэсгэлэн, сэтгэл татам байдлаар дүүрэн байдаг. Тэд түүний ач холбогдлыг хардаг. Үнэн тэдэнд нээгддэг. Бие махбодтой болсон тухай сургаал намуухан туяагаар гэрэлтсэн байдаг. Тэд Ариун Бичээс бол бүх нууцыг тайлж, бүх бэрхшээлийг шийдвэрлэдэг түлхүүр мөн гэдгийг хардаг. Гэрлийг хүлээн авч, гэрэл дотор алхахыг хүсээгүй хүмүүс бурханлаг ёсны нууцыг ойлгож чадахгүй байх болно; харин загалмайг үүрч, Есүсийг дагахаас эргэлзээгүй хүмүүс Бурханы гэрэлд гэрлийг үзэх болно.” The Southern Watchman, 1905 оны 4 дүгээр сарын 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Дөчин Гуравдугаар дугаар</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