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Долдугаар Өдрийн Адвентист Сүм — Дөчин Тавдугаар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Дөчин тавдугаар тоо</w:t>
      </w:r>
    </w:p>
    <w:p>
      <w:pPr>
        <w:pStyle w:val="ArticleHeading"/>
        <w:jc w:val="left"/>
      </w:pPr>
      <w:r>
        <w:rPr>
          <w:rFonts w:ascii="Arial" w:hAnsi="Arial" w:eastAsia="Arial" w:cs="Arial"/>
        </w:rPr>
        <w:t>Хянан үзэх</w:t>
      </w:r>
    </w:p>
    <w:p>
      <w:pPr>
        <w:pStyle w:val="ArticleBody"/>
        <w:jc w:val="left"/>
      </w:pPr>
      <w:r>
        <w:rPr>
          <w:rFonts w:ascii="Times New Roman" w:hAnsi="Times New Roman" w:eastAsia="Times New Roman" w:cs="Times New Roman"/>
        </w:rPr>
        <w:t>Левит номын хорин гуравдугаар бүлэгт зуун дөчин дөрвөн мянгын Пентекостын улирал доторх гурван шалгалтыг тодорхойлдог. Майхан баярын эхний өдрийг Пентекостын өдөртэй, мөн Христ тэнгэрт өргөгдөхөөсөө өмнө шавь нартаа нүүр тулан заасан дөчин өдрийг анхны үр жимсний өдөртэй тус тус дүйцүүлэн нийцүүлэхэд, гурван тэнгэрэлчийн мэдээг төлөөлөх ерөнхий бүтэц бүрэлддэг.</w:t>
      </w:r>
    </w:p>
    <w:p>
      <w:pPr>
        <w:pStyle w:val="ArticleBody"/>
        <w:jc w:val="left"/>
      </w:pPr>
      <w:r>
        <w:rPr>
          <w:rFonts w:ascii="Times New Roman" w:hAnsi="Times New Roman" w:eastAsia="Times New Roman" w:cs="Times New Roman"/>
        </w:rPr>
        <w:t>“үхэл, оршуулга ба амилалт”-ыг гурван үе шаттай нэгэн зөгнөлийн замын тэмдэг болгон хэрэглэвэл, энэ нь Христийн баптисмаар дүрслэгддэгийн адил, анхны үр жимсний өдөр болох амилалтаас хойш тав хоногийн дараа исгээгүй талхны долоон өдрийн баярын төгсгөл ариун цугларалт болон ирдгийг бид хардаг. Иймээс Христийн амилалт дээр, анхны үр жимсний өргөлтэй нийцдэг тэр үйл явдлын дараагаар, тав хоногийн хугацаа үргэлжилдэг.</w:t>
      </w:r>
    </w:p>
    <w:p>
      <w:pPr>
        <w:pStyle w:val="ArticleBody"/>
        <w:jc w:val="left"/>
      </w:pPr>
      <w:r>
        <w:rPr>
          <w:rFonts w:ascii="Times New Roman" w:hAnsi="Times New Roman" w:eastAsia="Times New Roman" w:cs="Times New Roman"/>
        </w:rPr>
        <w:t>Майхан баярын эхний өдрийг Пентекостын өдөртэй зэрэгцүүлэн байрлуулснаар бүрэлдэн тогтсон бүтцийн төгсгөлд, мөн гурван алхамтай өөр нэгэн тэмдэглэгээ байдаг бөгөөд түүний дараа Пентекост хүртэл хүрэх таван өдөр үргэлжилдэг.</w:t>
      </w:r>
    </w:p>
    <w:p>
      <w:pPr>
        <w:pStyle w:val="ArticleBody"/>
        <w:jc w:val="left"/>
      </w:pPr>
      <w:r>
        <w:rPr>
          <w:rFonts w:ascii="Times New Roman" w:hAnsi="Times New Roman" w:eastAsia="Times New Roman" w:cs="Times New Roman"/>
        </w:rPr>
        <w:t>«Гурван алхмын тэмдэгтийн араас тав хоног» гэсэн тэр хоёрын хооронд гуч хоногийн хугацаа байдаг. Майхан Баярын эхний өдрийг Пентекостын өдөртэй зэрэгцүүлэн авч үзэхэд, Майхан Баяраас тав хоногийн өмнө Эвлэрүүллийн өдөр байсныг бид ойлгодог. Эвлэрүүллийн өдрөөс арван хоногийн өмнө Бүрээний баяр байсан. Христ анхны үр жимсний өдөр амилсныхаа дараа нүүр тулан заасан дөчин өдөр нь Бүрээний баяраас хойш тав хоногийн дараа, мөн Эвлэрүүллийн өдрөөс тав хоногийн өмнөхтэй давхцан нийцдэг.</w:t>
      </w:r>
    </w:p>
    <w:p>
      <w:pPr>
        <w:pStyle w:val="ArticleBody"/>
        <w:jc w:val="left"/>
      </w:pPr>
      <w:r>
        <w:rPr>
          <w:rFonts w:ascii="Times New Roman" w:hAnsi="Times New Roman" w:eastAsia="Times New Roman" w:cs="Times New Roman"/>
        </w:rPr>
        <w:t>Түүний “үхэл, оршуулга, амилалт”-ын гурван шатат тэмдэглэгээ, дараа нь исгээгүй талхны баярын төгсгөл хүртэлх таван өдрөөр үргэлжилсэн энэ дараалал нь, гуч хоногийн дараа “бүрээнүүд, дээш өргөгдөлт, шүүлт” хэмээх гурван шатат тэмдэглэгээгээр дахин давтагддаг бөгөөд түүний араас Пентекост хүртэлх таван өдөр үргэлжилдэг. Эхний гурван шатат тэмдэглэгээ нь гурван үе шат бүхий нэг тэмдэглэгээ болох нь амархан тодорхойлогдоно. Учир нь энэ нь Христийн “үхэл, оршуулга, амилалт”-ыг бэлгэддэг Түүний баптисмаар ийм тэмдэглэгээ хэмээн шууд тодорхойлогдсон байдаг. Баптисм нь ариун 1,260 хоногийн үеийн альфа байсан бөгөөд уг 1,260 хоногийн омега нь Түүний “үхэл, оршуулга, амилалт”-д хүрч төгссөн юм.</w:t>
      </w:r>
    </w:p>
    <w:p>
      <w:pPr>
        <w:pStyle w:val="ArticleBody"/>
        <w:jc w:val="left"/>
      </w:pPr>
      <w:r>
        <w:rPr>
          <w:rFonts w:ascii="Times New Roman" w:hAnsi="Times New Roman" w:eastAsia="Times New Roman" w:cs="Times New Roman"/>
        </w:rPr>
        <w:t>Пентекостын улирлын төгсгөл дэх гурван шаттай тэмдэглэгээг эш үзүүллэгийн хэрэглээгээр танин мэдэх ёстой. Пентекостын улирлын тавин хоногийн дотор эхлэл болон төгсгөлд ижил бүтэц ажиглагддаг. Христ төгсгөлийг үргэлж эхлэлээр дүрслэн үзүүлдэг гэсэн зарчимд үндэслэн бид бүрээний баярыг, түүний дараа өргөгдөхийг, түүний дараа Эвлэрүүллийн өдрийг, улмаар таван өдрийг “гурван шаттай тэмдэглэгээний дараа таван өдөр” хэмээх нэгэн бүтэц болгон ялган тодорхойлж чадна.</w:t>
      </w:r>
    </w:p>
    <w:p>
      <w:pPr>
        <w:pStyle w:val="ArticleBody"/>
        <w:jc w:val="left"/>
      </w:pPr>
      <w:r>
        <w:rPr>
          <w:rFonts w:ascii="Times New Roman" w:hAnsi="Times New Roman" w:eastAsia="Times New Roman" w:cs="Times New Roman"/>
        </w:rPr>
        <w:t>Мөн бид санал болгож буй эдгээр гурван алхмыг, тус бүрийнх нь онцлог шинжийн тухай Библийн удирдамжаар шалган үздэг. Тэр гурван алхам Бурханы Үгэнд дахин дахин дүрслэгдсэн байдаг. Тэд бол гурван тэнгэрэлч; тэд бол гаднах хашаа, ариун газар, Хамгийн Ариун Газар; тэд бол нүгэл, зөвт байдал, шүүлтийн талаар яллан итгүүлэх Ариун Сүнсний ажил мөн. Бүрээнүүдийн баяр, тэнгэрт хальсан нь, мөн Эвлэрүүллийн өдрийг тэрхүү гурван алхам гэж тодорхойлох нь, алхам тус бүр тогтоогдсон Библийн гэрчлэлтэй нийцэж байхыг шаарддаг.</w:t>
      </w:r>
    </w:p>
    <w:p>
      <w:pPr>
        <w:pStyle w:val="ArticleBody"/>
        <w:jc w:val="left"/>
      </w:pPr>
      <w:r>
        <w:rPr>
          <w:rFonts w:ascii="Times New Roman" w:hAnsi="Times New Roman" w:eastAsia="Times New Roman" w:cs="Times New Roman"/>
        </w:rPr>
        <w:t>Бүрээнүүд нь анхааруулгын мэдээ бөгөөд энэ нь “Бурханаас эмээгтүн” хэмээн хашхирах эхний тэнгэрэлчтэй холбоотой. Христийн тэнгэр өөд өргөгдсөн нь Түүний Хоёр дахь ирэлтийн алдрын бэлгэдэл мөн. Учир нь эхний тэнгэрэлчийн хоёр дахь илэрхийлэл нь “Түүнд алдрыг өргөгтүн” юм. Эвлэрүүллийн өдөр нь шүүлтийн бэлгэдэл бөгөөд эхний тэнгэрэлчийн гурав дахь илэрхийлэл нь “Түүний шүүлтийн цаг иржээ” юм. Пентекостын улирлын төгсгөл дэх тэмдэглэгээний замын гурван алхмын эш үзүүллэгийн шинжүүд нь “цэвэршүүлэгдэж, цагаатгагдан, шалгагдах” олон хүний дунд мөнхийн сайн мэдээний гурван алхмыг төлөөлдгийг тогтоон таних хэд хэдэн арга байдаг.</w:t>
      </w:r>
    </w:p>
    <w:p>
      <w:pPr>
        <w:pStyle w:val="ArticleBody"/>
        <w:jc w:val="left"/>
      </w:pPr>
      <w:r>
        <w:rPr>
          <w:rFonts w:ascii="Times New Roman" w:hAnsi="Times New Roman" w:eastAsia="Times New Roman" w:cs="Times New Roman"/>
        </w:rPr>
        <w:t>Ийм учраас, гурван алхмын эхний замын тэмдэгт арвайн анхны үр жимсний өргөл өргөгдөж, харин гурван алхмын сүүлчийн замын тэмдэгт буудайн анхны үр жимсний өргөл өргөгддөгийг та нар харж болно. Тэгвэл Пентекостын улирлын альфа гурван алхам нь исгээгүй талхыг илтгэн тодорхойлдог, харин гурван алхмын омега замын тэмдэг нь исгэсэн талхыг илтгэн тодорхойлдгийг мөн та нар харж болох юм. Цаашлаад, эхэн дэх гурван алхмын замын тэмдэг дээр Христ бүх хүнийг Өөртөө татахын тулд өргөгдсөн бөгөөд төгсгөлийн гурван алхмын замын тэмдэг дээр нэг зуун дөчин дөрвөн мянгын туг харь үндэстнүүдийг татахын тулд өргөгддөгийг та нар бүр ч харж болох юм.</w:t>
      </w:r>
    </w:p>
    <w:p>
      <w:pPr>
        <w:pStyle w:val="ArticleBody"/>
        <w:jc w:val="left"/>
      </w:pPr>
      <w:r>
        <w:rPr>
          <w:rFonts w:ascii="Times New Roman" w:hAnsi="Times New Roman" w:eastAsia="Times New Roman" w:cs="Times New Roman"/>
        </w:rPr>
        <w:t>Эхний болон гурав дахь тэнгэрэлч нь эш үзүүллэгийн түвшинд нэг л тэнгэрэлч мөн, учир нь эхнийх нь эхлэл бөгөөд гурав дахь нь төгсгөл юм. Альфа болох эхний тэнгэрэлч шүүлтийн нээлтийг тунхагладаг, харин омега болох эцсийн тэнгэрэлч шүүлтийн хаалтыг тунхагладаг. Эхний тэнгэрэлчийн мэдээ 1840 оны 8 дугаар сарын 11-нд Исламын биеллээр хүчирхэгжсэн бөгөөд гурав дахь тэнгэрэлч 9/11-нд болсон Исламын биеллээр хүчирхэгжсэн юм. Уайт эгч бидэнд эхний болон гурав дахь тэнгэрэлчийн аль алиных нь даалгавар нь дэлхийг өөрийн алдараар гэрэлтүүлэх явдал байсан гэдгийг мэдүүлдэг. Бусад гэрчүүд ч элбэг бөгөөд тэд Христийн амилснаас Пентекост хүртэлх тавин хоног, Левит хорин гуравдугаар бүлгийн эхний хорин хоёр ишлэл болон Левит хорин гуравдугаар бүлгийн сүүлийн хорин хоёр ишлэлд тогтоогдсончлонтой адил Пентекостын улирлын бүтцийг тодорхойлоход хангалттай дэмжлэг үзүүлдэг. Гурван алхмаас бүрдэх нэг тэмдэгт үе, түүний дараах таван өдрөөс бүрдэх хоёр тэмдэгт үеийн хооронд хоёр дахь тэнгэрэлчийг төлөөлөх гучин хоногийн хугацаа оршдог.</w:t>
      </w:r>
    </w:p>
    <w:p>
      <w:pPr>
        <w:pStyle w:val="ArticleBody"/>
        <w:jc w:val="left"/>
      </w:pPr>
      <w:r>
        <w:rPr>
          <w:rFonts w:ascii="Times New Roman" w:hAnsi="Times New Roman" w:eastAsia="Times New Roman" w:cs="Times New Roman"/>
        </w:rPr>
        <w:t>“гурван алхмын дараа тав” өдрүүдийн эхний тэмдэг нь эхний тэнгэрэлч, гучин өдөр нь хоёр дахь тэнгэрэлч, харин “гурван алхмын дараа тав” өдрүүдийн хоёр дахь тэмдэг нь гурав дахь тэнгэрэлч мөн. Эдгээр гурван алхам нь Пентекост хүртэлх бүх Пентекостын улирлыг хамардаг бөгөөд тэр нь дараа нь Америкийн Нэгдсэн Улс дахь Ням гаргийн хуулиас эхэлж, Михаел босон зогсож, хүний сорилтын хугацаа хаагдах хүртэл үргэлжлэх Ням гаргийн хуулийн хямралын үе дэх хожмын борооны асгаралтыг төлөөлдөг Майхан баярын долоон өдрийн эхлэлийг тэмдэглэдэг. Энэхүү бүтэц нь тэнгэрлэг боловч, ноцтой хэд хэдэн авч үзэх зүйлсийг төрүүлдэг.</w:t>
      </w:r>
    </w:p>
    <w:p>
      <w:pPr>
        <w:pStyle w:val="ArticleHeading"/>
        <w:jc w:val="left"/>
      </w:pPr>
      <w:r>
        <w:rPr>
          <w:rFonts w:ascii="Arial" w:hAnsi="Arial" w:eastAsia="Arial" w:cs="Arial"/>
        </w:rPr>
        <w:t>Ноцтой тунгаан бодох зүйлс</w:t>
      </w:r>
    </w:p>
    <w:p>
      <w:pPr>
        <w:pStyle w:val="ArticleBody"/>
        <w:jc w:val="left"/>
      </w:pPr>
      <w:r>
        <w:rPr>
          <w:rFonts w:ascii="Times New Roman" w:hAnsi="Times New Roman" w:eastAsia="Times New Roman" w:cs="Times New Roman"/>
        </w:rPr>
        <w:t>“бүрээнүүд, өгсөлт ба шүүлт”-ээр илэрхийлэгдсэн замын тэмдэг нь лакмус бөгөөд гурав дахь сорилт мөн гэдэг нь илэрхий байна. Гурав дахь сорилт нь үргэлж лакмусын сорилт байдаг бөгөөд тэнд зан чанар илэрхийлэгддэг болохоос биш, хэзээ ч төлөвшүүлэгддэггүй.</w:t>
      </w:r>
    </w:p>
    <w:p>
      <w:pPr>
        <w:pStyle w:val="ArticleScripture"/>
        <w:jc w:val="left"/>
      </w:pPr>
      <w:r>
        <w:rPr>
          <w:rFonts w:ascii="Times New Roman" w:hAnsi="Times New Roman" w:eastAsia="Times New Roman" w:cs="Times New Roman"/>
        </w:rPr>
        <w:t>“Зан чанар хямралаар илчлэгддэг. Шөнө дунд чин үнэнч дуу хоолой: ‘Харагтун, хүргэн ирж байна; түүнийг угтан авахаар гарцгаа’ хэмээн тунхаглахад унтаж байсан онгон охид нойрноосоо сэрж, тэр үйл явдалд хэн нь бэлтгэл хангасныг харуулсан юм. Хоёр тал хоёулаа гэнэдэн баригдсан боловч нэг нь яаралтай нөхцөлд бэлэн байсан, нөгөө нь бэлтгэлгүй нь илэрсэн. Зан чанар нөхцөл байдлаар илчлэгддэг. Онцгой хүнд үе зан чанарын жинхэнэ чанарыг ил гаргадаг. Гэнэтийн бөгөөд санаанд оромгүй гай гамшиг, хагацал, эсвэл хямрал, санаандгүй өвчин, шаналал, сүнсийг үхэлтэй нүүр тулгаруулдаг ямар нэгэн зүйл нь зан чанарын дотоод жинхэнэ мөн чанарыг илчилнэ. Бурханы үгийн амлалтуудад жинхэнэ итгэл үнэхээр байгаа эсэх нь илэрхий болно. Сүнс нигүүлслээр түшиглэгдэж байгаа эсэх, дэнлүүний хамт саванд тос байгаа эсэх нь илэрхий болно.”</w:t>
      </w:r>
    </w:p>
    <w:p>
      <w:pPr>
        <w:pStyle w:val="ArticleScripture"/>
        <w:jc w:val="left"/>
      </w:pPr>
      <w:r>
        <w:rPr>
          <w:rFonts w:ascii="Times New Roman" w:hAnsi="Times New Roman" w:eastAsia="Times New Roman" w:cs="Times New Roman"/>
        </w:rPr>
        <w:t>“Сорилтын цаг үе хүн бүрт ирдэг. Бурханы шалгалт ба сорилтын дор бид өөрсдийгөө хэрхэн авч явдаг вэ? Бидний дэнлүүнүүд унтардаг уу? эсвэл бид тэдгээрийг үргэлжлүүлэн асаалттай байлгадаг уу? Нигүүлсэл ба үнэнээр дүүрэн Түүнтэй холбогдсоноороо бид аливаа онцгой нөхцөл байдалд бэлтгэгдсэн байдаг уу? Таван мэргэн онгон таван мунхаг онгонд өөрсдийн зан чанарыг дамжуулж чадсангүй. Зан чанар нь бидний хувьд хувь хүн бүрээр бүрэлдэн тогтоогдох ёстой.” Review and Herald, 1895 оны 10 дугаар сарын 17.</w:t>
      </w:r>
    </w:p>
    <w:p>
      <w:pPr>
        <w:pStyle w:val="ArticleBody"/>
        <w:jc w:val="left"/>
      </w:pPr>
      <w:r>
        <w:rPr>
          <w:rFonts w:ascii="Times New Roman" w:hAnsi="Times New Roman" w:eastAsia="Times New Roman" w:cs="Times New Roman"/>
        </w:rPr>
        <w:t>Бүрээнүүдийн баярын тэмдэгт үе ирэхэд таны зан чанар мөнхөд лацдан батлагдаж, та туг тэмдэг болгон өргөгдөж, таны нүглүүд үүрд арчигдана. Эдгээр гурван алхам нь лацдалтын гурван талыг төлөөлдөг. Шөнө дундын хашхирааны мэдээ ирэх нь тос бүхий хүмүүс болон нүгэл нь арилгуулагдахдаа туг тэмдэг болгон өргөгдсөн хүмүүсийг ил болгодог. Мэдээ, ажил болон тамга нь бүгд нэгэн л тэмдэгт үе мөн. Энэ нь “сэтгэлийг үхэлтэй нүүр тулган учруулдаг” тэмдэгт үе бөгөөд учир нь “санаанд оромгүй гай гамшиг” байдаг. Исламын бүрээ нь тэрхүү “санаанд оромгүй гай гамшиг”-ийг төлөөлдөг. Тэр үед “Харагтун, Сүйт залуу ирж байна” гэсэн мэдээ Ням гаргийн хуулиас таван өдрийн өмнө тунхаглагддаг бөгөөд тэнд энэ мэдээ гурав дахь тэнгэрэлчийн чанга хашхираан болж хувирдаг.</w:t>
      </w:r>
    </w:p>
    <w:p>
      <w:pPr>
        <w:pStyle w:val="ArticleBody"/>
        <w:jc w:val="left"/>
      </w:pPr>
      <w:r>
        <w:rPr>
          <w:rFonts w:ascii="Times New Roman" w:hAnsi="Times New Roman" w:eastAsia="Times New Roman" w:cs="Times New Roman"/>
        </w:rPr>
        <w:t>Тэмдэгт замын гурван алхам нь Ням гаргийн хуулиас яг өмнө нэг зуун дөчин дөрвөн мянгатын лацлагдахуй болон өргөгдөн дээдлэгдэхүйн бүрэлдэхүүн хэсгүүдийг тодорхойлж байна. “Бүрээнүүд, тэнгэрт өргөгдөхүй болон шүүлт” хэмээх шалгуур сорилыг Эксетерийн хуарангийн цуглаанаар төлөөлүүлсэн нь тодорхой байна. Эвлэрүүллийн өдрөөс Пентекост хүртэлх таван өдөр нь 1844 оны 8 дугаар сарын 17-нд Эксетерийн хуарангийн цуглаан өндөрлөснөөс эхлээд хаалга хаагдсан 1844 оны 10 дугаар сарын 22 хүртэлх жаран зургаан өдрийг төлөөлдөг. Миллеритүүдийн түүхэн дэх тэр жаран зургаан өдөр нь эцсийн өдрүүдийг дүрслэн үзүүлж байгаа бөгөөд энэ утгаараа тэд нэг зуун дөчин дөрвөн мянгатын тунхаглах Шөнө дундын Хашхирааны мэдээг дүрслэн үзүүлж байна.</w:t>
      </w:r>
    </w:p>
    <w:p>
      <w:pPr>
        <w:pStyle w:val="ArticleBody"/>
        <w:jc w:val="left"/>
      </w:pPr>
      <w:r>
        <w:rPr>
          <w:rFonts w:ascii="Times New Roman" w:hAnsi="Times New Roman" w:eastAsia="Times New Roman" w:cs="Times New Roman"/>
        </w:rPr>
        <w:t>Пентекост хүртэлх таван өдөр нь Шөнийн дундын хашхирааны мэдээг тунхагласан Миллерчүүдийн жаран зургаан өдөртэй нийцдэг бөгөөд энэ нь мөн Христийн Иерусалимд сүр жавхлантайгаар орох үйл явдлаар хэв шинжлэгдсэн билээ. Гурван алхмын эхнийх нь бүрээнүүдийн баяр бөгөөд энэ нь долоо дахь бүрээ, эсвэл гурав дахь гай, эсвэл эцсийн өдрүүд дэх Ислам мөн; харин Христийн сүр жавхлантайгаар орох үйл явдлын өмнө илжгийг сулласан юм.</w:t>
      </w:r>
    </w:p>
    <w:p>
      <w:pPr>
        <w:pStyle w:val="ArticleBody"/>
        <w:jc w:val="left"/>
      </w:pPr>
      <w:r>
        <w:rPr>
          <w:rFonts w:ascii="Times New Roman" w:hAnsi="Times New Roman" w:eastAsia="Times New Roman" w:cs="Times New Roman"/>
        </w:rPr>
        <w:t>Зөгнөлийн хувьд энэ нь илжгийг тайлах явдал ялалтын оролтын эхлэлийг тэмдэглэдгийг, өөрөөр хэлбэл энэ нь Шөнө дундын Хашхираан мөн гэдгийг тодорхойлж байна. Библийн зөгнөл нь эцсийн өдрүүдэд Библийн зөгнөлийн зургаа дахь хаанчлал болох газрын араатан—Америкийн Нэгдсэн Улсад хэрэглэгдэх ёстой. Ислам 9/11-нд үйлдсэнчлэн Америкийн Нэгдсэн Улсад цохилт өгөх бөгөөд, ийнхүү Исламын зүгээс Америкийн Нэгдсэн Улсад учруулах нэгэн томоохон цохилтоор Шөнө дундын Хашхирааны тунхаглалын эхлэлийг тэмдэглэж, мөн Исламын зүгээс Америкийн Нэгдсэн Улсад учруулах өөр нэгэн томоохон цохилтоор Шөнө дундын Хашхирааны тунхаглалын төгсгөлийг тэмдэглэх болно. Учир нь Есүс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Пэнтэкостын мэдээ бол чанга хашхирааны мэдээ бөгөөд чанга хашхираа нь ердөө Лоонгийн хашхирааны мэдээний эрчимжилт мөн. Миллерчүүдийн түүхэнд Лоонгийн хашхираа 1844 оны 10 дугаар сарын 22-нд хаалга хаагдахад төгссөн бөгөөд эцсийн өдрүүдэд Ням гаргийн хуулийн үед хаалга хаагдахад мөн төгсөнө. Пэнтэкостын үед Петр Иоелын мэдээг тунхагласан бөгөөд Пэнтэкост нь Лоонгийн хашхирааны омега төгсгөл учраас, Лоонгийн хашхирааны альфа эхлэл болох Петр эш үзүүллэгийн зайлшгүй шаардлагаар мөн Иоелын мэдээг танилцуулж байх ёстой. Лоонгийн хашхирааны үед Петр Үйлс номын хоёрдугаар бүлэгт, гурав дахь цагт дээд өрөөнд байдаг бөгөөд мөн тэр өдөр ес дэх цагт тэрээр сүмд байж Иоелын мэдээг тунхаглаж байна.</w:t>
      </w:r>
    </w:p>
    <w:p>
      <w:pPr>
        <w:pStyle w:val="ArticleBody"/>
        <w:jc w:val="left"/>
      </w:pPr>
      <w:r>
        <w:rPr>
          <w:rFonts w:ascii="Times New Roman" w:hAnsi="Times New Roman" w:eastAsia="Times New Roman" w:cs="Times New Roman"/>
        </w:rPr>
        <w:t>Петр бол Пентекостын үед буй нэг зуун дөчин дөрвөн мянгын бэлгэдэл бөгөөд энэ нь Шөнө дундын Хашхирааны төгсгөл мөн; мөн тэрээр Шөнө дундын Хашхирааны эхэнд буй нэг зуун дөчин дөрвөн мянгын бэлгэдэл юм. Нэг зуун дөчин дөрвөн мянгыг лацдан батлах ба босгон гаргах ажил нь Ислам цохилт өгөх үед илжгийг тайлж сулласнаар эхэлдэг. Миллеритүүд Эксетерийн кэмп цуглаанаас явахдаа мэдээг далайн түрлэгийн давалгаа адил авч явсан бөгөөд бэлгэдлийн хувьд тэд энэхүү туршлагыг давтан туулдаг нэг зуун дөчин дөрвөн мянгыг дүрслэн төлөөлсөн юм.</w:t>
      </w:r>
    </w:p>
    <w:p>
      <w:pPr>
        <w:pStyle w:val="ArticleBody"/>
        <w:jc w:val="left"/>
      </w:pPr>
      <w:r>
        <w:rPr>
          <w:rFonts w:ascii="Times New Roman" w:hAnsi="Times New Roman" w:eastAsia="Times New Roman" w:cs="Times New Roman"/>
        </w:rPr>
        <w:t>Энэхүү хэрэгжилт нь илүү ноцтой болж харагдана. Учир нь Петр нь Пентекостын улирлын лакмус болон гурав дахь шалгалтын үед Шөнө дундын Хашхирааны мэдээг тунхаглагчдыг төлөөлж байгааг та ойлгох үед энэ нь тодордог. Пентекостын үе дэх Петрийн гурав дахь цаг нь түүнийг дээд өрөөнд байрлуулдаг бөгөөд дээд өрөө нь мөн Пентекостын өмнөх арван өдрийг илэрхийлдэг. Пентекостын улирлын хоёр дахь шалгалт нь суурь шалгалтын дараа ирэх гучин өдрийн ариун сүмийн шалгалт юм. Ариун сүмийн хоёр дахь шалгалт нь итгэмжит хүмүүсээс итгэлээрээ Хамгийн Ариун Газарт орохыг шаарддаг бөгөөд тэнд тэдний нүгэл арчигдан, мөн тэнд тэд итгэлээр Христтэй хамт тэнгэрлэг газруудад суулгагддаг. Үйлс ном бидэнд Петр Иоелын номоос номлолоо гурав дахь цагт дээд өрөөнд эхлүүлж, дараа нь ес дэх цагт тэр ариун сүмд байсан тухай мэдээлдэг.</w:t>
      </w:r>
    </w:p>
    <w:p>
      <w:pPr>
        <w:pStyle w:val="ArticleScripture"/>
        <w:jc w:val="left"/>
      </w:pPr>
      <w:r>
        <w:rPr>
          <w:rFonts w:ascii="Times New Roman" w:hAnsi="Times New Roman" w:eastAsia="Times New Roman" w:cs="Times New Roman"/>
        </w:rPr>
        <w:t>Харин Петр арван нэгдүгээртэй хамт босож зогсоод, дуу хоолойгоо өргөж, тэдэнд ийн хэлэв: Иудейн эрчүүд ээ, Иерусалимд оршин суугч та нар бүгд ээ, үүнийг мэдэгтүн, мөн миний үгсэд анхаарагтун. Учир нь эдгээр хүмүүс та нарын бодож байгаачлан согтуу биш; өдөр дөнгөж гурав дахь цаг болж байна. Харин энэ бол эш үзүүлэгч Иоелын айлдсан зүйл мөн. … Петр ба Иохан залбирлын цагт, ес дэх цаг болоход, хамтдаа сүм уруу өгсөн одов. Үйлс 2:14–16; 3:1.</w:t>
      </w:r>
    </w:p>
    <w:p>
      <w:pPr>
        <w:pStyle w:val="ArticleBody"/>
        <w:jc w:val="left"/>
      </w:pPr>
      <w:r>
        <w:rPr>
          <w:rFonts w:ascii="Times New Roman" w:hAnsi="Times New Roman" w:eastAsia="Times New Roman" w:cs="Times New Roman"/>
        </w:rPr>
        <w:t>Христ гурав дахь цагт загалмайд хадагдаж, ес дэх цагт нас эцэслэв. Түүний үхэл, оршуулга, амилалт нь гурван алхам бүхий нэгэн тэмдэглэгээ мөн. Гурав дахь алхам болох анхны үр жимсний өдөр нь Пентекостод төгсдөг тавин өдрийг эхлүүлдэг. Пентекостын улирлын альфад гурав дахь ба ес дэх цаг нь тод ялгааг илэрхийлдэг, учир нь Христ гурав дахь цагт амьд байсан бол ес дэх цагт үхсэн байв. Петр гурав дахь цагт дээд өрөөнд байсан бөгөөд ес дэх цагт сүмд байв.</w:t>
      </w:r>
    </w:p>
    <w:p>
      <w:pPr>
        <w:pStyle w:val="ArticleBody"/>
        <w:jc w:val="left"/>
      </w:pPr>
      <w:r>
        <w:rPr>
          <w:rFonts w:ascii="Times New Roman" w:hAnsi="Times New Roman" w:eastAsia="Times New Roman" w:cs="Times New Roman"/>
        </w:rPr>
        <w:t>Христийн цаг үед тавин ариун өдрөөс бүрдэх Пентекостын улирал нь хорин гурван зуун жилийн зөгнөлтэй шууд холбогдсон ариун зөгнөлийн үе байв. Энэ нь ялангуяа Даниелын есдүгээр бүлэгт гардаг еврей үндэстэнд оноогдсон дөрвөн зуун ерэн жилийн эцсийн долоо хоногтой холбоотой байв. Христ гэрээг баталсан тэрхүү ариун долоо хоног нь 1,260 зөгнөлийн өдрөөс бүрдэх хоёр тэнцүү үед хуваагдсан байв. Тэр долоо хоногийн зүрх нь загалмай байсан. Загалмай гурав дахь болон ес дэх цагийг заадаг бөгөөд Петр ч мөн Пентекостын үед үүнийг адилхан заадаг. МЭ 34 онд, Кесариа Маритимагаас Корнели Петрийг дуудуулахаар хүн илгээсэн тэрхүү мөн ариун долоо хоногийн төгсгөлд, ес дэх цаг болж байв.</w:t>
      </w:r>
    </w:p>
    <w:p>
      <w:pPr>
        <w:pStyle w:val="ArticleScripture"/>
        <w:jc w:val="left"/>
      </w:pPr>
      <w:r>
        <w:rPr>
          <w:rFonts w:ascii="Times New Roman" w:hAnsi="Times New Roman" w:eastAsia="Times New Roman" w:cs="Times New Roman"/>
        </w:rPr>
        <w:t>Кесари хотод Корнели нэртэй нэгэн хүн байжээ. Тэрээр Италийн хороо хэмээн нэрлэгдэх цэргийн ангид харьяалагддаг зуутын дарга байв. Тэр бол сүсэг бишрэлтэй хүн бөгөөд бүх гэрийнхний хамт Бурханаас эмээдэг, ард түмэнд их өглөг өгдөг, мөн Бурханд үргэлж залбирдаг нэгэн байлаа. Тэрээр өдрийн есдүгээр цагийн орчимд Бурханы тэнгэрэлч өөр дээр нь ирж, “Корнели аа” хэмээн хэлж буйг үзэгдлээр тодорхой харжээ. Тэр түүн рүү ширтэн хараад айж, “Эзэн минь, юу болов?” гэв. Тэгэхэд тэр түүнд, “Чиний залбирал болон чиний өглөг Бурханы өмнө дурсгал болон өгсөж хүрсэн байна. Харин эдүгээ Иоппа уруу хүмүүс илгээж, Петр хэмээх хоёр дахь нэртэй Симоныг дуудан авчруул” гэж хэлэв. Үйлс 10:1–5.</w:t>
      </w:r>
    </w:p>
    <w:p>
      <w:pPr>
        <w:pStyle w:val="ArticleBody"/>
        <w:jc w:val="left"/>
      </w:pPr>
      <w:r>
        <w:rPr>
          <w:rFonts w:ascii="Times New Roman" w:hAnsi="Times New Roman" w:eastAsia="Times New Roman" w:cs="Times New Roman"/>
        </w:rPr>
        <w:t>Маргааш нь Петр зургаа дахь цагийн үед залбирахаар байшингийн дээвэр дээр гарав.</w:t>
      </w:r>
    </w:p>
    <w:p>
      <w:pPr>
        <w:pStyle w:val="ArticleScripture"/>
        <w:jc w:val="left"/>
      </w:pPr>
      <w:r>
        <w:rPr>
          <w:rFonts w:ascii="Times New Roman" w:hAnsi="Times New Roman" w:eastAsia="Times New Roman" w:cs="Times New Roman"/>
        </w:rPr>
        <w:t>Маргааш нь тэд аян замдаа явж, хотод ойртон ирэх үед Петр зургаа дахь цагийн орчимд залбирахаар дээвэр дээр гарав. Тэр маш их өлсөж, юм идэхийг хүсэв. Харин тэд хоол бэлтгэж байх зуур тэрээр үзэгдэлд автаж, тэнгэр нээгдсэнийг, мөн дөрвөн өнцгөөсөө уягдсан асар том даавуу мэт нэгэн сав өөр уруу бууж, газар хүртэл буулгагдаж байгааг харав. Түүн дотор газрын бүх төрлийн дөрвөн хөлт амьтад, зэрлэг араатнууд, мөлхөгчид, тэнгэрийн шувууд байлаа. Тэгээд түүнд, «Петр ээ, бос; нядалж, ид» гэсэн дуу гарав. Харин Петр, «Үгүй, Эзэн минь; учир нь би хэзээ ч жирийн буюу бузар юм идэж үзээгүй» гэв. Тэгэхэд дуу хоёр дахь удаагаа түүнд, «Бурханы ариусгасныг чи жирийн гэж бүү нэрлэ» хэмээн айлдав. Энэ нь гурвантаа болов. Тэгээд тэр сав дахин тэнгэр өөд татагдан авагдав. Үйлс 10:9–16.</w:t>
      </w:r>
    </w:p>
    <w:p>
      <w:pPr>
        <w:pStyle w:val="ArticleBody"/>
        <w:jc w:val="left"/>
      </w:pPr>
      <w:r>
        <w:rPr>
          <w:rFonts w:ascii="Times New Roman" w:hAnsi="Times New Roman" w:eastAsia="Times New Roman" w:cs="Times New Roman"/>
        </w:rPr>
        <w:t>Петрийг Кесари уруу ирэхийг дуудсан нь есдүгээр цагт, нэгэн тэнгэрэлч ирж Корнилиуст хандан ярих үед тохиож байна. Корнилиус нь Ням гаргийн хуулийн үед Вавилоноос дуудагдан гарч ирэх Бурханы бусад хүүхдүүдийг төлөөлдөг. Ням гаргийн хуулийн үед ирдэг тэрхүү тэнгэрэлч нь Илчлэл арван наймын хоёр дахь дуу хоолой бөгөөд Вавилонд хараахан байгаа хүмүүст зугтан гарахыг дууддаг. Петр бол нэг зуун дөчин дөрвөн мянга, харин Корнилиус бол арван нэгдүгээр цагийн ажилчид бөгөөд тэдгээр нь Петрт бузар амьтдаар төлөөлөгдөн үзүүлэгддэг. Петр ба Корнилиусын харилцаа нь Илчлэл долоогийн харилцаа бөгөөд тэнд нэг зуун дөчин дөрвөн мянга нь агуу олонтой холбоотойгоор тодорхойлогддог. Петрт босож, нядалж, ид гэж гурвантаа тушаасан. Нэг зуун дөчин дөрвөн мянгын хувьд Корнилиусаас ирэх дуудлага нь тугийг босохыг тушаадаг тэр газар мөн.</w:t>
      </w:r>
    </w:p>
    <w:p>
      <w:pPr>
        <w:pStyle w:val="ArticleBody"/>
        <w:jc w:val="left"/>
      </w:pPr>
      <w:r>
        <w:rPr>
          <w:rFonts w:ascii="Times New Roman" w:hAnsi="Times New Roman" w:eastAsia="Times New Roman" w:cs="Times New Roman"/>
        </w:rPr>
        <w:t>Корнелиус Кесареа Маритимад, заримдаа тэнгисийн дэргэдэх Кесареа хэмээн нэрлэгддэг газарт байна. Илчлэл арван долоодугаар бүлэгт “уснууд” нь “ард түмнүүд, үй олон, үндэстнүүд, хэлтнүүд” болохыг бидэнд мэдүүлдэг. Уснууд гэдэг нь Бурханы чуулганы гаднах хүмүүсийг хэлдэг бөгөөд Илчлэл номд, мөн Петрийн бузарт амьтдын тухай үзэгдэлд, дөрөв гэсэн тоо нь бүх ертөнцийг төлөөлдөг. Петрийн үзэгдэлд дөрвөн янзын амьтан гарч ирдэг бөгөөд тэдгээр нь дөрвөн өнцгөөс нь барьсан нэгэн даавуун дотор бууж ирдэг. Петрийн Корнелиустай холбоо нь мөн Ноа болон авдарт орсон араатнуудаар дүрслэгдсэн байдаг.</w:t>
      </w:r>
    </w:p>
    <w:p>
      <w:pPr>
        <w:pStyle w:val="ArticleBody"/>
        <w:jc w:val="left"/>
      </w:pPr>
      <w:r>
        <w:rPr>
          <w:rFonts w:ascii="Times New Roman" w:hAnsi="Times New Roman" w:eastAsia="Times New Roman" w:cs="Times New Roman"/>
        </w:rPr>
        <w:t>Петр Иоппад байсан бөгөөд энэ нь “гэрэлтсэн бөгөөд үзэсгэлэнтэй” гэсэн утгатай. Учир нь зуун дөчин дөрвөн мянгын бэлгэдэл болох Петр нь харь үндэстнүүдэд зориулсан гэрэлтсэн бөгөөд үзэсгэлэнтэй туг тэмдэг мөн. Есдүгээр цагт харь үндэстнүүд Сестра Уайт амралтын өдөр, Бурханы хууль, гурав дахь тэнгэрэлчийн мэдээ, мөн эцсийн өдрүүдийн мэдээг авч явдаг дэлхий даяарх номлогчид хэмээн тодорхойлдог тэрхүү туг тэмдэгт сэрэн босдог. Корнелиус тэнгисийн дэргэдэх Кесарт есдүгээр цагт тэнгэрэлч ирэхэд тэрхүү туг тэмдэгт сэрсэн юм. Тийнхүү Пентекостын Ням гаргийн хуулийн үеийн мэдээ дэлхий рүү—тэнгис рүү—очдог.</w:t>
      </w:r>
    </w:p>
    <w:p>
      <w:pPr>
        <w:pStyle w:val="ArticleBody"/>
        <w:jc w:val="left"/>
      </w:pPr>
      <w:r>
        <w:rPr>
          <w:rFonts w:ascii="Times New Roman" w:hAnsi="Times New Roman" w:eastAsia="Times New Roman" w:cs="Times New Roman"/>
        </w:rPr>
        <w:t>Тугийг өргөх явдлыг мөн Эзэний өргөө уулсаас дээгүүр өргөгдөнө хэмээн дүрслэн үзүүлдэг бөгөөд Петр ням гарагийн хуулийн есдүгээр цагийн өмнөхөн, зургаадугаар цагт, үзэсгэлэнт гэрэлт Иоппа хотын байшингийн дээвэр дээр залбирч байв. Нэг зуун дөчин дөрвөн мянган хүн тамгалагдах үед, дэлхий доторх хямралын нөхцөл байдал Бабилонд хараахан байгаа Бурханы бусад хүүхдүүдийг гэрлийг эрж хайхад хүргэнэ. Тэд Иоппад, байшингийн орой дээрх Петрыг олохоор удирдуулагдана.</w:t>
      </w:r>
    </w:p>
    <w:p>
      <w:pPr>
        <w:pStyle w:val="ArticleBody"/>
        <w:jc w:val="left"/>
      </w:pPr>
      <w:r>
        <w:rPr>
          <w:rFonts w:ascii="Times New Roman" w:hAnsi="Times New Roman" w:eastAsia="Times New Roman" w:cs="Times New Roman"/>
        </w:rPr>
        <w:t>Петр мөн Матай арван зургадугаар бүлэгт Кесари Филиппид байсан. Хермон уулын бэл дэх Кесари Филиппи нь тэнгисийн эргийн Кесаритай адил нэртэй байсан боловч, нэг хот нь хуурай газар дээр, нөгөө нь тэнгис дээр байсан тул тэдгээрийн хооронд тод ялгарах эсрэгцэл байв. Христийн цовдлол гурав дахь цагт болж, Түүний үхэл ес дэх цагт болсон нь амь ба үхлийн тодорхой эсрэгцлийг илтгэнэ. Петр Пентекостын гурав ба ес дэх цагт байсан нь дээд өрөөнөөс сүм хүртэлх тодорхой эсрэгцлийг илтгэнэ. Хуурай газрын Кесари эсвэл тэнгисийн Кесари нь гурав ба ес дэх цагийн зайлшгүй эш үзүүллэгийн эсрэгцлийг төлөөлдөг боловч, Петр Кесари Филиппид байх үед гурав дахь цагийн талаар шууд эшлэл байдаггүй. Хоёр буюу гурван гэрчлэлийн үндсэн дээр нэг зүйл тогтоогддог бөгөөд загалмайн гурав ба ес дэх цагт, мөн Пентекостын өдөр ч, хоёулангийнх нь дүрслэл нэг хүний дотор илэрхийлэгддэг, тэр нь Христ амьд байсан ч бай, эсвэл булшинд байсан ч бай, эсвэл Петр дээд өрөөнд байсан ч бай, эсвэл сүмд байсан ч бай.</w:t>
      </w:r>
    </w:p>
    <w:p>
      <w:pPr>
        <w:pStyle w:val="ArticleBody"/>
        <w:jc w:val="left"/>
      </w:pPr>
      <w:r>
        <w:rPr>
          <w:rFonts w:ascii="Times New Roman" w:hAnsi="Times New Roman" w:eastAsia="Times New Roman" w:cs="Times New Roman"/>
        </w:rPr>
        <w:t>Хоёр Кесарейн гуравдугаар ба есдүгээр цагийн гурав дахь гэрчлэл нь, Пентекостын улирлын эхэнд Христ байсан шиг мөн тэрхүү улирлын төгсгөлд Петр байсанчлан, аль алинд нь Петрийг үндсэн дүр болохыг тогтоон харуулдаг. Гуравдугаар цагийн альфа дүр нь есдүгээр цагийн омега дүртэй адил бөгөөд, үүгээр Кесари Филиппийг хоёр Кесарейн альфа мөн болохыг батлах нэгэн гэрч болгодог. Хоёр дахь гэрч нь, хоёр хотын нэр адил тул үндсэн дүрийн нэр ба хотын нэр хоёулаа адил байдагт оршино. Гурав дахь гэрч нь газар ба тэнгисийн эсрэгцэл юм. Петр Кесари Филиппид байх үед гуравдугаар цаг байсан. Эндээс энэ мэдээ улам бүр ноцтой болдог.</w:t>
      </w:r>
    </w:p>
    <w:p>
      <w:pPr>
        <w:pStyle w:val="ArticleBody"/>
        <w:jc w:val="left"/>
      </w:pPr>
      <w:r>
        <w:rPr>
          <w:rFonts w:ascii="Times New Roman" w:hAnsi="Times New Roman" w:eastAsia="Times New Roman" w:cs="Times New Roman"/>
        </w:rPr>
        <w:t>Ижил нэртэй хоёр хотыг хооронд нь уялдуулах нь зөв бөгөөд бид яг түүнийг хийж байна. Гэвч бид мөн Христийн загалмай дээрх гэрчлэл болон Петрийн Пентекостын үеийн гэрчлэлд үндэслэн гурав дахь болон ес дэх цагийг энэхүү хэрэглээнд багтааж байна. Эдгээр гурван шугамыг нэгтгэснээр—Христийн гурав дахь болон ес дэх цаг, Петрийн Пентекостын гурав дахь болон ес дэх цаг—бид Кесари Филиппид гурав дахь цагийг тогтоодог. Яг тэрхүү эш үзүүллэгийн логикийг Корнели дээр ес дэх цагт, Петр дээр зургаа дахь цагт, улмаар Кесари Филиппид буй Петр дээр гурав дахь цагт хэрэглэх ёстой.</w:t>
      </w:r>
    </w:p>
    <w:p>
      <w:pPr>
        <w:pStyle w:val="ArticleBody"/>
        <w:jc w:val="left"/>
      </w:pPr>
      <w:r>
        <w:rPr>
          <w:rFonts w:ascii="Times New Roman" w:hAnsi="Times New Roman" w:eastAsia="Times New Roman" w:cs="Times New Roman"/>
        </w:rPr>
        <w:t>Петр нь бүх гурван тэмдэглэгээний цэг дээр байна; Корнелиус нь зургаа, есдүгээр цагт Петртэй хамт боловч Кесари Филиппид гуравдугаар цагт байхгүй. Энэхүү шугам нь хоорондоо уялдан холбогдсон байдаг. Учир нь алхам бүр нь Кесари Филиппээс Иоппагаар дамжин Кесари Маритим хүртэлх дараалалд харгалзан гурав, зургаа, есдүгээр цаг юм. Хоёр Кесари хоёулаа өөрсдийн соёлын язгуур үндсээр Грек болон Ромтой холбогдож байсан боловч Кесари Филиппийн онцлог нь алслагдсан, нууцлаг харийн шүтлэгийн биежсэн дүр байсан явдал бөгөөд тэнгисийн хөвөөний Кесари нь Грекийн соёлыг Ромын засаглалтай хослуулсан худалдаа, захиргааны төв байв. Кесари Филиппи нь сүмийн улс төрийн бэлгэ тэмдэг, харин Кесари Маритима нь төрийн улс төрийн бэлгэ тэмдэг байв.</w:t>
      </w:r>
    </w:p>
    <w:p>
      <w:pPr>
        <w:pStyle w:val="ArticleBody"/>
        <w:jc w:val="left"/>
      </w:pPr>
      <w:r>
        <w:rPr>
          <w:rFonts w:ascii="Times New Roman" w:hAnsi="Times New Roman" w:eastAsia="Times New Roman" w:cs="Times New Roman"/>
        </w:rPr>
        <w:t>Кесареягаас Кесарея хүртэлх шугамд Иоппе нь гурван алхмын дундах алхам мөн. Эдгээр гурван алхмыг гурав, зургаа, есдүгээр цагууд төлөөлнө. Тэнгисийн эрэг дэх Кесарея дахь есдүгээр цаг нь сайн мэдээ харь үндэстнүүдэд очих үеийн Ням гаргийн хууль мөн. Үүнээс гурван цагийн өмнө, зургаадугаар цагт, Петр гэрэл гэгээтэй, туяаран гялалзах хот болох Иоппед байна. Түүнээс өмнөх гурван цагт Петр гуравдугаар цагт Бүрээн баяр дээр байна. Кесареягаас Кесарея хүртэлх хугацаа нь Шөнө дундын Хашхирааны үе мөн. Петр нь эхлэлээс төгсгөл хүртэл Шөнө дундын Хашхирааг тунхаглагчдыг төлөөлдөг, учир нь Есүс эхлэлийг төгсгөлтэй үргэлж нийцүүлдэг. Шөнө дундын Хашхираа нь Петр Иоелын мэдээг тунхаглаж буй Бүрээн баярын тэмдэгт цэг дээр илжиг суллагдахаас эхэлдэг.</w:t>
      </w:r>
    </w:p>
    <w:p>
      <w:pPr>
        <w:pStyle w:val="ArticleBody"/>
        <w:jc w:val="left"/>
      </w:pPr>
      <w:r>
        <w:rPr>
          <w:rFonts w:ascii="Times New Roman" w:hAnsi="Times New Roman" w:eastAsia="Times New Roman" w:cs="Times New Roman"/>
        </w:rPr>
        <w:t>Петр бүрээний баярын гурван алхамт тэмдэглэлийн эхний дээр, тэнгэрт хөөрөлтийн дараа шүүлт дагалдах тэр дараалалд байна. Матай арван зургаад буй тэр тэмдэглэл дээр Христ хэн байсан тухай асуудал хөндөгдөнө. Петрийн нэр өөрчлөгдөж, Христ Өөрийн сүмийг энэ Хад чулуун дээр байгуулах болно хэмээн айлддаг. Ариун сүмийн баригдсан Хад чулуу нь суурь мөн бөгөөд Кесари Филиппид буй Петр бол суурийн мэдээ болох эхний тэнгэрэлчийн мэдээ юм. Петр дараагийн алхамдаа, Иоппад хүрэхэд, нүүр тулсан заавар сургалтын дөчин хоногийн төгсгөлд Христийн хөөрсөнчлөн тэнгэр өөд хөөрнө. Тэнгэрт хөөрөлт нь мөн авралын түүхийн үндсэн туг тэмдэг болох загалмайтай зэрэгцэл юм; харин загалмай нь хоёр хулгайч, Хамгийн Ариун Газрын хөшиг урагдах явдал, мөн харанхуй ба цагуудаар хоёр хэсэгт хуваагдана.</w:t>
      </w:r>
    </w:p>
    <w:p>
      <w:pPr>
        <w:pStyle w:val="ArticleScripture"/>
        <w:jc w:val="left"/>
      </w:pPr>
      <w:r>
        <w:rPr>
          <w:rFonts w:ascii="Times New Roman" w:hAnsi="Times New Roman" w:eastAsia="Times New Roman" w:cs="Times New Roman"/>
        </w:rPr>
        <w:t>Зургаа дахь цагаас ес дэх цаг хүртэл бүх нутаг даяар харанхуй болов. Ес дэх цагийн орчимд Есүс чанга дуугаар хашхиран: Ели, Ели, лама сабахтани? хэмээн айлдав. Энэ нь: Бурхан минь, Бурхан минь, Та юунд Намайг орхив оо? гэсэн үг юм. Матай 27:45, 46.</w:t>
      </w:r>
    </w:p>
    <w:p>
      <w:pPr>
        <w:pStyle w:val="ArticleBody"/>
        <w:jc w:val="left"/>
      </w:pPr>
      <w:r>
        <w:rPr>
          <w:rFonts w:ascii="Times New Roman" w:hAnsi="Times New Roman" w:eastAsia="Times New Roman" w:cs="Times New Roman"/>
        </w:rPr>
        <w:t>Иоппад, зургаа дахь цагт Петр эш үзүүллэгийн нэгэн зааг дээр байна: алдагдагсдын ба аврагдагсдын хооронд, гэрэл ба харанхуйн хооронд, мөн Шөнө дундын Хашхирааны эхлэл ба төгсгөлийн хооронд. Тэрхүү завсар нь нэг зуун дөчин дөрвөн мянгын Лаодикийн хөдөлгөөнөөс нэг зуун дөчин дөрвөн мянгын Филаделфийн хөдөлгөөнд шилжих шилжилтийг онцлон тэмдэглэж байна. Энэ нь Лаодикийн Долоо дахь өдрийн Адвентист сүм бүрэн дүүрэн няцаагдсаныг тэмдэглэж байна. Эвлэрүүллийн өдрөөр төлөөлөгдсөн шүүлтийн тэрхүү хаалттай хаалга нь Пентекостын Ням гаргийн хуулиас таван өдрийн өмнө ирдэг. Тэрхүү шүүлтийн өмнө дээш өргөгдөхүй, түүнээс ч өмнө бүрээн мэдээ байдаг. Эдгээр гурван алхам нь Бурханы тамга дарагддаг замын тэмдэглэгээг төлөөлөх бөгөөд Шөнө дундын Хашхирааны мэдээ ялсан сүмээс Корнелиар төлөөлөгдсөн хүмүүст тунхаглагддаг.</w:t>
      </w:r>
    </w:p>
    <w:p>
      <w:pPr>
        <w:pStyle w:val="ArticleBody"/>
        <w:jc w:val="left"/>
      </w:pPr>
      <w:r>
        <w:rPr>
          <w:rFonts w:ascii="Times New Roman" w:hAnsi="Times New Roman" w:eastAsia="Times New Roman" w:cs="Times New Roman"/>
        </w:rPr>
        <w:t>Петр Пентекостын өдөр энэ мэдээг тунхагладаг бөгөөд Пентекост нь Шөнө дундын Хашхирааны мэдээний төгсгөлийг тэмдэглэдэг. Иймээс Петр мөн Шөнө дундын Хашхирааны үеийн эхэнд энэ мэдээг тунхаглах нь эш үзүүллэгийн зайлшгүй шаардлага мөн. Эхлэл нь төгсгөлийг үргэлж дүрслэн харуулдаг. Петрийн Шөнө дундын Хашхирааны мэдээ Исламын илжиг суллагдаж, Ням гаргийн хуулийн үед дахин үйлдэхийн адил Америкийн Нэгдсэн Улсад довтлох үед хүчирхэгждэг. Пентекостын гурав дахь болон ес дэх цагт Петр энэ мэдээг тунхаглаж байгаа нь Шөнө дундын Хашхирааны эхлэл ба төгсгөлийг тодорхойлж байна.</w:t>
      </w:r>
    </w:p>
    <w:p>
      <w:pPr>
        <w:pStyle w:val="ArticleBody"/>
        <w:jc w:val="left"/>
      </w:pPr>
      <w:r>
        <w:rPr>
          <w:rFonts w:ascii="Times New Roman" w:hAnsi="Times New Roman" w:eastAsia="Times New Roman" w:cs="Times New Roman"/>
        </w:rPr>
        <w:t>Бидний авч үзэж буй энэ шугамд, Христийн тэнгэр өөд өргөгдлөөр төгсдөг дөчин өдөр нь мөн дээд өрөөн дэх арван өдрийн эхлэлийг тавьдаг. Тэр арван өдрийн тав дахь өдөрт, Цагаатгалын өдөр нь Израилийн нүглүүд арчигдан үгүй болсон бөгөөд сүм өөрийгөө бэлэн болгосныг тодорхойлдог. Пентекостын үед Петр дээд өрөөнд гурав дахь цагт байсан юм. Ням гаргийн хуулийн ес дэх цагт, мэдээ нь шөнө дундаас хүчтэй хашхираан руу өөрчлөгдөнө.</w:t>
      </w:r>
    </w:p>
    <w:p>
      <w:pPr>
        <w:pStyle w:val="ArticleBody"/>
        <w:jc w:val="left"/>
      </w:pPr>
      <w:r>
        <w:rPr>
          <w:rFonts w:ascii="Times New Roman" w:hAnsi="Times New Roman" w:eastAsia="Times New Roman" w:cs="Times New Roman"/>
        </w:rPr>
        <w:t>Петрийн зүгээс Шөнийн Дунд Хашхирааны мэдээг тунхаглах явдал нь түүнийг гурав дахь цагт байх үед тохиолддог. Тэрхүү мэдээ нь илжиг суллагдах үеийн бүрээний баяр, мөн Кесари Филиппитэй тэмдэглэгддэг бөгөөд Кесари Филиппи нь мөн Паниум юм. Паниум нь Даниел арван нэгдүгээр бүлгийн арван гуравдугаар ишлэлээс арван тавдугаар ишлэлүүдэд дүрслэгдсэн байдаг. Петр, Шөнийн Дунд Хашхирааг тунхаглахын эхлэлд илжиг суллагдах үед Америкийн Нэгдсэн Улсын эсрэг хийх исламын цохилтыг тодорхойлоод зогсохгүй, үүнтэй зэрэгцэн Ням гаргийн хуулинд хүргэдэг Паниумын тулалдаанд мөн байна. Паниумын тулалдаан нь Америкийн Нэгдсэн Улсын эсрэг хийх исламын цохилттой зэрэгцэх үйл явдал мөн.</w:t>
      </w:r>
    </w:p>
    <w:p>
      <w:pPr>
        <w:pStyle w:val="ArticleBody"/>
        <w:jc w:val="left"/>
      </w:pPr>
      <w:r>
        <w:rPr>
          <w:rFonts w:ascii="Times New Roman" w:hAnsi="Times New Roman" w:eastAsia="Times New Roman" w:cs="Times New Roman"/>
        </w:rPr>
        <w:t>Бид эдгээрийг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Долдугаар Өдрийн Адвентист Сүм — Дөчин Тавдугаар Дугаар</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