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Дөчин зургаа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Дөчин зургаа дахь дугаар</w:t>
      </w:r>
    </w:p>
    <w:p>
      <w:pPr>
        <w:pStyle w:val="ArticleBody"/>
        <w:jc w:val="left"/>
      </w:pPr>
      <w:r>
        <w:rPr>
          <w:rFonts w:ascii="Times New Roman" w:hAnsi="Times New Roman" w:eastAsia="Times New Roman" w:cs="Times New Roman"/>
        </w:rPr>
        <w:t>Кесари Филиппээс Кесари Маритима хүртэлх үе нь гурав дахь цагаас ес дэх цаг хүртэлх хугацааг төлөөлдөг бөгөөд энэ нь зургаа дахь цаг дээр хуваагддаг. Кесариагаас Кесариа хүртэлх энэ хуваагдлын цэг нь Хувиралтын Уул байв. Хувиралтын Уул нь Пентекостын Ням гаргийн хуулиас тав хоногийн өмнө орших гурван алхмын замын тэмдэгтэй өөр хоёр шугамыг уялдуулдаг.</w:t>
      </w:r>
    </w:p>
    <w:p>
      <w:pPr>
        <w:pStyle w:val="ArticleBody"/>
        <w:jc w:val="left"/>
      </w:pPr>
      <w:r>
        <w:rPr>
          <w:rFonts w:ascii="Times New Roman" w:hAnsi="Times New Roman" w:eastAsia="Times New Roman" w:cs="Times New Roman"/>
        </w:rPr>
        <w:t>Уулан дээр Бурхан Эцэг хоёр дахь удаагаа айлдсан. Түүний анх айлдсан нь Христийн баптисмын үеэр байсан бөгөөд, сүүлчийн удаа нь загалмайн өмнөхөн болсон юм.</w:t>
      </w:r>
    </w:p>
    <w:p>
      <w:pPr>
        <w:pStyle w:val="ArticleScripture"/>
        <w:jc w:val="left"/>
      </w:pPr>
      <w:r>
        <w:rPr>
          <w:rFonts w:ascii="Times New Roman" w:hAnsi="Times New Roman" w:eastAsia="Times New Roman" w:cs="Times New Roman"/>
        </w:rPr>
        <w:t>Одоо Миний сэтгэл үймэрч байна; тэгээд Би юу гэж хэлэх вэ? Эцэг минь, Намайг энэ цагаас аварна уу: гэвч Би энэ цагт үүний тулд ирсэн билээ. Эцэг минь, Өөрийн нэрийг алдаршуул. Тэгэхэд тэнгэрээс нэгэн дуу гарч, “Би түүнийг алдаршуулсан, мөн дахин алдаршуулах болно” хэмээн айлдав. Тиймийн тулд тэнд зогсож байсан бөгөөд үүнийг сонссон хүмүүс “Аянга ниргэлээ” гэцгээв; харин бусад нь “Түүнтэй тэнгэрэлч ярив” гэв. Иохан 12:27–29.</w:t>
      </w:r>
    </w:p>
    <w:p>
      <w:pPr>
        <w:pStyle w:val="ArticleBody"/>
        <w:jc w:val="left"/>
      </w:pPr>
      <w:r>
        <w:rPr>
          <w:rFonts w:ascii="Times New Roman" w:hAnsi="Times New Roman" w:eastAsia="Times New Roman" w:cs="Times New Roman"/>
        </w:rPr>
        <w:t>Бурхан нэг зуун дөчин дөрвөн мянгыг лацдан, тэдний дээр Өөрийн нэрийг бичихдээ Өөрийн нэрийг алдаршуулдаг.</w:t>
      </w:r>
    </w:p>
    <w:p>
      <w:pPr>
        <w:pStyle w:val="ArticleScripture"/>
        <w:jc w:val="left"/>
      </w:pPr>
      <w:r>
        <w:rPr>
          <w:rFonts w:ascii="Times New Roman" w:hAnsi="Times New Roman" w:eastAsia="Times New Roman" w:cs="Times New Roman"/>
        </w:rPr>
        <w:t>Ялагчийг Би Өөрийн Бурханы сүмд багана болгоно, тэгээд тэр хэзээ ч дахин гарч явахгүй. Мөн Би түүн дээр Өөрийн Бурханы нэрийг, Өөрийн Бурханы хотоор, тэнгэрээс Миний Бурханаас бууж ирдэг шинэ Иерусалимын нэрийг бичнэ; бас Би түүн дээр Өөрийн шинэ нэрийг бичнэ. Чихтэй нь Сүнс чуулгануудад юу айлдаж байгааг сонсог. Илчлэл 3:12, 13.</w:t>
      </w:r>
    </w:p>
    <w:p>
      <w:pPr>
        <w:pStyle w:val="ArticleBody"/>
        <w:jc w:val="left"/>
      </w:pPr>
      <w:r>
        <w:rPr>
          <w:rFonts w:ascii="Times New Roman" w:hAnsi="Times New Roman" w:eastAsia="Times New Roman" w:cs="Times New Roman"/>
        </w:rPr>
        <w:t>Өөрчлөгдөн хувирсан уулан дээр Петр, Иаков, Иохан гурав л байсан бөгөөд тэд Иайрын охины амилалтын үед ч, мөн Гетсеманид дахин мөн адил Түүнтэй хамт байсан билээ. Иохан арван хоёрдугаар бүлэгт Эцэгийн айлдсан үг загалмайн өмнөхөн болсон шиг, Гетсемани ч мөн загалмайн яг өмнө ирсэн юм. “Гетсемани” гэдэг нь “тосны шахуурга” гэсэн утгатай бөгөөд энэ нь онгон охидын тосны шалгалтыг илтгэнэ. Гетсемани бол сүнсийг “үхэлтэй нүүр тулган” авчирдаг “хямрал” мөн бөгөөд мэргэн онгон охид энэ шалгалтыг давдаг. Учир нь хоёр дахь сүмийн шалгалтад тэд амьтай нүүр тулсан, Есүс гучин өдрийн турш “нүүр тулан” сургаж айлдсанчлан тийм юм.</w:t>
      </w:r>
    </w:p>
    <w:p>
      <w:pPr>
        <w:pStyle w:val="ArticleBody"/>
        <w:jc w:val="left"/>
      </w:pPr>
      <w:r>
        <w:rPr>
          <w:rFonts w:ascii="Times New Roman" w:hAnsi="Times New Roman" w:eastAsia="Times New Roman" w:cs="Times New Roman"/>
        </w:rPr>
        <w:t>Эцэг анх удаа айлдсан нь Христийн баптисмын үед байсан бөгөөд Тэр Петр, Иаков, Иохан нарыг онцгойлон анх удаа дагуулсан нь Иайрын арван хоёр настай охиныг амилуулах үед байв. Арван хоёр настай онгон охины амилалт нь амилалтын хүчийг бэлгэддэг Христийн баптисмтай нийцдэг. Иайрын охины амилалт нь Христийн баптисм болон Кесари Филиппитэй нийцдэг. Загалмайн өмнөхөн Эцэг айлдах үед Христийн Гетсеман дахь зүдгүүр нь Кесари Маритиматай нийцдэг.</w:t>
      </w:r>
    </w:p>
    <w:p>
      <w:pPr>
        <w:pStyle w:val="ArticleBody"/>
        <w:jc w:val="left"/>
      </w:pPr>
      <w:r>
        <w:rPr>
          <w:rFonts w:ascii="Times New Roman" w:hAnsi="Times New Roman" w:eastAsia="Times New Roman" w:cs="Times New Roman"/>
        </w:rPr>
        <w:t>Мөр мөрөөр авч үзвэл, Симон Баржонагийн нэр Петр болж өөрчлөгдөх үед, Кесари Филиппэд тамгалагддаг нэг зуун дөчин дөрвөн мянгыг Петр төлөөлдөг. Кесари Филиппи болох Паниумд нэгэнт тамгалагдсаны дараа, Петр Уулын зургаа дахь цагт очиж, Кесари Маритимад буй Корнелийн дуудлагад хариулахаар цааш явахдаа туг тэмдэг болон өргөгдөнө. Кесари Филиппэд Петр Бурханы тамга болон тунхаглах Шөнө дундын хашхирааны мэдээтэйгээр Экзетерийн хуарангийн цуглааныг орхидог. Бүрээнүүдийн баяраар төлөөлөгдсөн Исламын мэдээ Петрийг тэнгисийн дэргэдэх Кесари хүртэл авч явдаг. Исламын мэдээ Петрийг ертөнцийн хараанд өргөдөг, учир нь Петр бүрээнүүдийн баярын өмнө Исламын эш үзүүллэгийн ирэлтийг урьдчилан зөгнөсөн билээ.</w:t>
      </w:r>
    </w:p>
    <w:p>
      <w:pPr>
        <w:pStyle w:val="ArticleScripture"/>
        <w:jc w:val="left"/>
      </w:pPr>
      <w:r>
        <w:rPr>
          <w:rFonts w:ascii="Times New Roman" w:hAnsi="Times New Roman" w:eastAsia="Times New Roman" w:cs="Times New Roman"/>
        </w:rPr>
        <w:t>Харагтун, Эзэний агуу бөгөөд аймшигт өдөр ирэхээс өмнө эш үзүүлэгч Елиаг Би та нарт илгээнэ. Тэр эцгүүдийн зүрхийг хүүхдүүд рүү нь, хүүхдүүдийн зүрхийг эцгүүд рүү нь эргүүлнэ. Эс тэгвээс Би ирж, газрыг хараалаар цохих вий. Малахи 4:5, 6.</w:t>
      </w:r>
    </w:p>
    <w:p>
      <w:pPr>
        <w:pStyle w:val="ArticleBody"/>
        <w:jc w:val="left"/>
      </w:pPr>
      <w:r>
        <w:rPr>
          <w:rFonts w:ascii="Times New Roman" w:hAnsi="Times New Roman" w:eastAsia="Times New Roman" w:cs="Times New Roman"/>
        </w:rPr>
        <w:t>Мөр мөрөөр өгөгдсөн Елиагийн мэдээ нь эцгүүдийг хүүхдүүдтэй нь нийцүүлэхэд тулгуурласан мэдээ юм. Елиа нь өөрийн хүүхдүүдийг дүрслэн үзүүлдэг Эцэг Миллер байв. Нэг зуун дөчин дөрвөн мянга нь Уильям Миллерийн хүүхдүүд бөгөөд Миллерийн зүрх сэтгэлийг хүүхдүүд рүү нь эргүүлнэ гэдэг нь Миллерчүүдийн түүхийг Елиагийн түүхтэй, мөн Баптист Иоханыг нэг зуун дөчин дөрвөн мянгатай холбоотой элчтэй нийцүүлэх явдал юм. Эдгээр дөрвөн шугамын нийцлийн нэг бүрэлдэхүүн нь Елиа, Иохан, Миллерийн сорилтын түүх бүрд одоогийн үнэний цорын ганц мэдээ нь—элчээр дамжин ирсэн тэр мэдээ—байсан явдал юм.</w:t>
      </w:r>
    </w:p>
    <w:p>
      <w:pPr>
        <w:pStyle w:val="ArticleScripture"/>
        <w:jc w:val="left"/>
      </w:pPr>
      <w:r>
        <w:rPr>
          <w:rFonts w:ascii="Times New Roman" w:hAnsi="Times New Roman" w:eastAsia="Times New Roman" w:cs="Times New Roman"/>
        </w:rPr>
        <w:t>Гилеадын оршин суугчдын нэг байсан Тишбийн Елиа Ахабт хандан, “Миний зогсдог Израилийн Бурхан ЭЗЭН амьд буйгаар тангараглая, миний үгээр биш бол энэ он жилүүдэд шүүдэр ч, бороо ч орохгүй” гэжээ. Хаадын дээд 17:1.</w:t>
      </w:r>
    </w:p>
    <w:p>
      <w:pPr>
        <w:pStyle w:val="ArticleBody"/>
        <w:jc w:val="left"/>
      </w:pPr>
      <w:r>
        <w:rPr>
          <w:rFonts w:ascii="Times New Roman" w:hAnsi="Times New Roman" w:eastAsia="Times New Roman" w:cs="Times New Roman"/>
        </w:rPr>
        <w:t>Иоханыг Елиа мөн хэмээн Есүс тодорхойлсон бөгөөд Иоханы мэдээг хүлээн аваагүй хүмүүс Есүсийн сургаалаас ашиг тус хүртэхгүй болохыг, мөн эхний тэнгэрэлчийн мэдээгээр төлөөлөгдсөн Миллерийн мэдээг няцаасан хүмүүс хоёр дахь тэнгэрэлчийн мэдээнээс ч ашиг тус хүртэж чадахгүй болохыг Уайт эгч тодорхой өгүүлдэг. Бороо зөвхөн өөрийн тушаалаар ирнэ хэмээх Елиагийн тунхаглалтай хамт, Елиагийн мэдээ болон Баалын мэдээний аль нэгийг сонгох тушаалыг багтаасан эцсийн сорил дагалдсан. “Хэр удаан” хэмээх эш үзүүллэгийн бэлгэдэл нь Елиагийн Кармел уулыг ням гаргийн хуультай уялдуулан нийцүүлдэг.</w:t>
      </w:r>
    </w:p>
    <w:p>
      <w:pPr>
        <w:pStyle w:val="ArticleScripture"/>
        <w:jc w:val="left"/>
      </w:pPr>
      <w:r>
        <w:rPr>
          <w:rFonts w:ascii="Times New Roman" w:hAnsi="Times New Roman" w:eastAsia="Times New Roman" w:cs="Times New Roman"/>
        </w:rPr>
        <w:t>Тэгээд Ахаб Израилийн бүх хөвгүүд уруу хүн илгээж, эш үзүүлэгчдийг Кармел ууланд цуглуулав. Елиа бүх ард түмэнд ойртон ирээд, —Та нар хэзээ хүртэл хоёр бодлын хооронд ганхах вэ? Хэрэв ЭЗЭН Бурхан мөн бол Түүнийг дага; харин хэрэв Баал мөн бол түүнийг дага хэмээн хэлэв. Гэвч ард түмэн түүнд нэг ч үг хариулсангүй. Тэгэхэд Елиа ард түмэнд, —ЭЗЭНий эш үзүүлэгчдээс ганцаараа зөвхөн би л үлдсэн; харин Баалын эш үзүүлэгчид дөрвөн зуун тавин хүн байна. Иймээс бидэнд хоёр бух өгөг. Тэд өөрсдөдөө нэг бухыг сонгон авч, түүнийг хэсэглэн огтолж, модон дээр тавиг; гэхдээ доор нь гал бүү тавь. Харин би нөгөө бухыг төхөөрч, модон дээр тавина, мөн доор нь гал тавихгүй. Та нар өөрсдийн бурхдын нэрийг дууд, харин би ЭЗЭНий нэрийг дуудна. Галаар хариулах Бурхан, Тэр л Бурхан болог гэж хэлэв. Тэгэхэд бүх ард түмэн хариулан, —Энэ бол сайн хэлэгдсэн үг байна гэв. Хаадын дээд 18:20–24.</w:t>
      </w:r>
    </w:p>
    <w:p>
      <w:pPr>
        <w:pStyle w:val="ArticleBody"/>
        <w:jc w:val="left"/>
      </w:pPr>
      <w:r>
        <w:rPr>
          <w:rFonts w:ascii="Times New Roman" w:hAnsi="Times New Roman" w:eastAsia="Times New Roman" w:cs="Times New Roman"/>
        </w:rPr>
        <w:t>Кармелын сорилт нь хоёр мэдээний хооронд сонголт хийх явдал байсан. Энэ нь үнэн ба хуурамч эш үзүүллийн хоорондын сорилт, мөн элч Елиа ба Иезебелийн ширээнд суугч эш үзүүлэгчдийн хоорондын сорилт байв. Асуудал нь элч болон мэдээний тухай байсан. 1844 онд Эзэн Миллерийг жинхэнэ эш үзүүлэгч, харин Миллерийн мэдээг шүүдэр ба бороо болохыг илэрхийлсэн сорилтыг бий болгосноор Кармел дахин давтагдсан. Жинхэнэ эш үзүүлэгч ба жинхэнэ мэдээ нь хуурамч эш үзүүлэгч ба хуурамч мэдээтэй эсрэгцэн ялгагдах нь Эксетерийн кэмп цуглаанд Эксетерийн майхан болон Уотертаун бүлгийн майхнаар төлөөлөгдсөн. Үнэн ба хуурамчийг эсрэгцүүлэн төлөөлсөн хоёр асар. Кармел дээр хийгдсэн ялгалт болон 1844 оны түүх нь Петр тамгалагдаж, туг тэмдэг болгон Уул өөд өргөгдөх үед Кесари Филиппид тодорхойлогддог. Түүний мэдээ нь хожмын борооны цорын ганц үнэн мэдээ хэмээн тэрээр тунхагласан учраас тэр өргөгдсөн. Түүний зөгнөл биелэх үед тэр өргөгдсөн юм.</w:t>
      </w:r>
    </w:p>
    <w:p>
      <w:pPr>
        <w:pStyle w:val="ArticleBody"/>
        <w:jc w:val="left"/>
      </w:pPr>
      <w:r>
        <w:rPr>
          <w:rFonts w:ascii="Times New Roman" w:hAnsi="Times New Roman" w:eastAsia="Times New Roman" w:cs="Times New Roman"/>
        </w:rPr>
        <w:t>Бүрээнүүдийн баяр нь Пентекостын улирлын гурав дахь бөгөөд шийдвэрлэх шалгуур мөн; мөн тэрхүү шийдвэрлэх шалгуураас өмнө Петр, Шөнө дундхины хашхирааны тунхаглалын эхлэлийг тэмдэглэхийн тулд Ислам суллагдах ёстойг тодорхойлдог. Зөгнөлийн биелэлт нь Миллеритүүд ба алгасагдан өнгөрч буй хуучин гэрээний ардыг төлөөлдөг Протестантуудын хоорондын ялгааг тогтоосон зүйл мөн. Үнэн ба худлын ялгаа илэрхий болсон хойно Елиа хуурамч эш үзүүлэгчдийг өөрийн биеэр хөнөөсөн. Исламын тухай урьдчилан хэлсэн зүйл биелэхэд, бүрээнүүдийн баярын үед энэ ялгаа тогтоогддог.</w:t>
      </w:r>
    </w:p>
    <w:p>
      <w:pPr>
        <w:pStyle w:val="ArticleBody"/>
        <w:jc w:val="left"/>
      </w:pPr>
      <w:r>
        <w:rPr>
          <w:rFonts w:ascii="Times New Roman" w:hAnsi="Times New Roman" w:eastAsia="Times New Roman" w:cs="Times New Roman"/>
        </w:rPr>
        <w:t>Миллеритын түүхэн дэх Шөнийн дундын хашхираан нь засагдаж, улмаар биелсэн нэгэн эш үзүүлэг байв. Энэ нь 1844 оны 10 дугаар сарын 22-нд биелсэн бол, Шөнийн дундын хашхирааны тухай Миллерийн анхны ойлголт нь 1843 он байлаа. Самуел Сноу уг мэдээний засварыг төлөөлдөг бөгөөд түүний мэдээ нь “жинхэнэ” Шөнийн дундын хашхирааны мэдээ хэмээн танигдсан юм.</w:t>
      </w:r>
    </w:p>
    <w:p>
      <w:pPr>
        <w:pStyle w:val="ArticleBody"/>
        <w:jc w:val="left"/>
      </w:pPr>
      <w:r>
        <w:rPr>
          <w:rFonts w:ascii="Times New Roman" w:hAnsi="Times New Roman" w:eastAsia="Times New Roman" w:cs="Times New Roman"/>
        </w:rPr>
        <w:t>1844 он бол Миллерийн мэдээ болон протестантуудын мэдээний хоорондын ялгааг харуулсан нэгэн дүрслэл байсан. Шалгалтын явцад протестантууд Миллерээр хядуулж, улмаар тэд урвагч протестантизм, Ромын охид, Иезавелийн тахилч нар болсон. Энэ ялгаа нь эш үзүүллэгийн мэдээг хүлээн авсан эсвэл няцаасан байдлаар илэрхийлэгдсэн. Иохан болон Миллерийн үед эш үзүүллэгийн мэдээ нь өнгөрөн алгасагдаж байсан хуучин гэрээт ард түмний хуурамч мэдээг илчилсэн. Елиагийн мэдээ нь түүний үгээр л бороо орохгүй гэж тунхагласан бөгөөд гурван жил хагасын дараа тэрхүү мэдэгдлийн сорил илэрхий болох ёстой байв.</w:t>
      </w:r>
    </w:p>
    <w:p>
      <w:pPr>
        <w:pStyle w:val="ArticleScripture"/>
        <w:jc w:val="left"/>
      </w:pPr>
      <w:r>
        <w:rPr>
          <w:rFonts w:ascii="Times New Roman" w:hAnsi="Times New Roman" w:eastAsia="Times New Roman" w:cs="Times New Roman"/>
        </w:rPr>
        <w:t>Ахаб Елиаг хараад түүнд, “Израилийг үймүүлэгч нь чи мөн үү?” гэж хэлэв. Тэр хариуд нь, “Израилийг үймүүлсэн нь би биш; харин ЭЗЭНий тушаалуудыг орхиж, чи Баалуудыг дагасан тул чи өөрөө болон эцгийн чинь гэр бүл мөн. Тиймээс одоо хүн илгээж, бүх Израилийг Кармел ууланд над уруу цуглуул; мөн Иезебелийн ширээнээс хооллодог Баалын дөрвөн зуун тавин эш үзүүлэгч, төгөлүүдийн дөрвөн зуун эш үзүүлэгчийг ч бас цуглуул” гэв. Хаадын дээд 18:17–19.</w:t>
      </w:r>
    </w:p>
    <w:p>
      <w:pPr>
        <w:pStyle w:val="ArticleBody"/>
        <w:jc w:val="left"/>
      </w:pPr>
      <w:r>
        <w:rPr>
          <w:rFonts w:ascii="Times New Roman" w:hAnsi="Times New Roman" w:eastAsia="Times New Roman" w:cs="Times New Roman"/>
        </w:rPr>
        <w:t>Хуурамч ба үнэн хоёрын хоорондох ялгаа—энэ нь элчийн тухай ч бай, мэдээний тухай ч бай—мэдээ болон элчийн аль алиных нь эсрэг буруутгалуудыг багтаасан шалгалтын үйл явцын дунд ил болсон юм. Израилийг түйвээж байна хэмээн буруутгагдсан хүн нь Елиа байсан; учир нь түүний тунхагласан мэдээ бороог зогсоосон байв. Хэрэв Израильд бороо үргэлжлэн орсоор байсан бол Елиагийн талаар ямар ч асуудал хөндөгдөхгүй байх байсан. Асуудал нь Елиагийн урьдчилан хэлсэн зөгнөл болон түүний гурван жил хагасын туршид биелсэн явдалд үндэслэж байв.</w:t>
      </w:r>
    </w:p>
    <w:p>
      <w:pPr>
        <w:pStyle w:val="ArticleBody"/>
        <w:jc w:val="left"/>
      </w:pPr>
      <w:r>
        <w:rPr>
          <w:rFonts w:ascii="Times New Roman" w:hAnsi="Times New Roman" w:eastAsia="Times New Roman" w:cs="Times New Roman"/>
        </w:rPr>
        <w:t>Петр нь бүрээний баяр болох, мөн илжгийг сулладаг газар болох Кесари Филиппийн сорилтын мөчид байх үед Шөнө дундын Хашхирааны мэдээний эхлэл тэмдэглэгддэг. Елиатай адил Петр өөрийн зөгнөлийн баталгаажилтыг саяхан нүдээр үзсэн бөгөөд үнэн ба худлын хоорондох ялгаа хүн бүхэнд харагдахаар илэрхийлэгдсэн байна. Зөгнөлийн баталгаажилт нь сорилт болох бүрээний баяраар төлөөлөгдөнө. Тэрхүү зөгнөл нь 1840 болон 1844 онуудаар хоёулангаар нь хэв шинжлэгдсэн бөгөөд тэнд нэгэн зөгнөл засагдаж, түүнээс хойш биелсэн байдаг. Жозая Литчийн засагдсан зөгнөл 1840 оны 8 дугаар сарын 11-нд эхний тэнгэрэлчид хүч өгсөн бөгөөд 1843 оны жилийн тухай Миллерийн зөгнөлийг Сноу зассан юм.</w:t>
      </w:r>
    </w:p>
    <w:p>
      <w:pPr>
        <w:pStyle w:val="ArticleScripture"/>
        <w:jc w:val="left"/>
      </w:pPr>
      <w:r>
        <w:rPr>
          <w:rFonts w:ascii="Times New Roman" w:hAnsi="Times New Roman" w:eastAsia="Times New Roman" w:cs="Times New Roman"/>
        </w:rPr>
        <w:t>“1840 онд эш үзүүллэгийн бас нэгэн онцгой биелэл олон нийтийн өргөн сонирхлыг хөдөлгөв. Үүнээс хоёр жилийн өмнө, Хоёр дахь ирэлтийг тунхаглагч тэргүүлэх номлогчдын нэг Иосиа Лич Илчлэлт 9-ийн тайлбарыг нийтэлж, Османы эзэнт гүрэн нуран унахыг зөгнөн хэлсэн байв. Түүний тооцооллоор, энэ хүч 1840 оны 8-р сарын 11-нд түлхэн унагаагдах ёстой байлаа, тэр үед Константинополь дахь Османы эрх мэдэл эвдран бутрах болно хэмээн үзэж болох юм. Мөн энэ нь үнэхээр тийм байх болно гэдэг нь тогтоогдоно гэж би итгэж байна.”</w:t>
      </w:r>
    </w:p>
    <w:p>
      <w:pPr>
        <w:pStyle w:val="ArticleScripture"/>
        <w:jc w:val="left"/>
      </w:pPr>
      <w:r>
        <w:rPr>
          <w:rFonts w:ascii="Times New Roman" w:hAnsi="Times New Roman" w:eastAsia="Times New Roman" w:cs="Times New Roman"/>
        </w:rPr>
        <w:t>“Яг заасан тэр цагт Турк улс өөрийн элч нараараа дамжуулан Европын холбоот гүрнүүдийн хамгаалалтыг хүлээн авч, ийнхүү өөрийгөө Христийн шашинт үндэстнүүдийн хяналтад оруулсан юм. Энэ үйл явдал зөгнөлийг яг таг биелүүлсэн байв. Энэ нь мэдэгдмэгц олон түмэн Миллер болон түүний хамтрагчдын баримталсан эш үзүүллэгийг тайлбарлах зарчмуудын зөв болохыг үнэмшиж, адвентийн хөдөлгөөнд гайхамшигт түлхэц өгөгдсөн юм. Эрдэм мэдлэгтэй, нийгэмд байр суурьтай хүмүүс Миллертэй нэгдэн түүний үзлийг тунхаглаж, хэвлэн нийтэлж байсан бөгөөд 1840 оноос 1844 он хүртэл энэ ажил түргэн өргөжин тэлсэн юм.” The Great Controversy, 334, 335.</w:t>
      </w:r>
    </w:p>
    <w:p>
      <w:pPr>
        <w:pStyle w:val="ArticleBody"/>
        <w:jc w:val="left"/>
      </w:pPr>
      <w:r>
        <w:rPr>
          <w:rFonts w:ascii="Times New Roman" w:hAnsi="Times New Roman" w:eastAsia="Times New Roman" w:cs="Times New Roman"/>
        </w:rPr>
        <w:t>Личийн зөгнөл нь Исламын тухай байсан бөгөөд Сноугийн зөгнөл нь хаалттай хаалганы тухай байсан. Личийн зөгнөл биелэгдэхэд, тэрхүү мэдээг тогтоон байгуулсан арга зүй хүлээн зөвшөөрөгдөж, мэдээг хүлээн авсан хүмүүс элчтэй “нэгдсэн”. Зөгнөлийн биелэлт дотор мэдээ ч, элч ч хоёул танигдсан юм. Личийн зөгнөл нь Исламын тухай байсан бөгөөд Сноугийн зөгнөл нь хаалттай хаалганы тухай байсан.</w:t>
      </w:r>
    </w:p>
    <w:p>
      <w:pPr>
        <w:pStyle w:val="ArticleScripture"/>
        <w:jc w:val="left"/>
      </w:pPr>
      <w:r>
        <w:rPr>
          <w:rFonts w:ascii="Times New Roman" w:hAnsi="Times New Roman" w:eastAsia="Times New Roman" w:cs="Times New Roman"/>
        </w:rPr>
        <w:t>“Бурханы ард түмэн баярт найдвараар дүүрэн, Эзнээ хүсэн хүлээж байгааг би харсан. Харин Бурхан тэднийг сорихоор товлосон байв. Түүний мутар эш үзүүллэгийн хугацаануудын тооцоололд гарсан нэгэн алдааг халхалсан байлаа. Эзнээ хүсэн хүлээж байсан хүмүүс энэ алдааг олж мэдээгүй, мөн цаг хугацааны тухайд эсэргүүцэж байсан хамгийн эрдэмтэй хүмүүс ч үүнийг олж хараагүй. Бурхан Өөрийн ард түмнийг урам хугаралтай учруулахаар товлосон байв. Цаг хугацаа өнгөрч, Аврагчаа баярт найдвараар хүлээж байсан хүмүүс уйтгарлаж, зориг мохожээ. Харин Есүсийн илрэн ирэлтийг хайрлаагүй атлаа, айдсаас болж энэ мэдээг хүлээн авсан хүмүүс, Тэр хүлээлтийн цагт ирээгүйд баярласан. Тэдний итгэлийн тунхаглал зүрх сэтгэлд нь нөлөөлж, амьдралыг нь ариусгаагүй байв. Цаг хугацаа өнгөрсөн нь ийм зүрх сэтгэлийг илчлэхэд онцгой тохирсон байлаа. Тэд Аврагчийнхаа илрэн ирэлтийг үнэхээр хайрлаж байсан гунигт, урам хугарсан хүмүүсийг хамгийн түрүүнд орхин, дооглон шоолсон юм. Бурхан Өөрийн ард түмнийг сорьж, шалгалтын цагт хулжин ухрах хүмүүсийг илрүүлэхийн тулд тэдэнд нягтлан шалгах сорил өгсөнд орших Бурханы мэргэн ухааныг би харсан.”</w:t>
      </w:r>
    </w:p>
    <w:p>
      <w:pPr>
        <w:pStyle w:val="ArticleScripture"/>
        <w:jc w:val="left"/>
      </w:pPr>
      <w:r>
        <w:rPr>
          <w:rFonts w:ascii="Times New Roman" w:hAnsi="Times New Roman" w:eastAsia="Times New Roman" w:cs="Times New Roman"/>
        </w:rPr>
        <w:t>“Есүс болон тэнгэрийн бүх цэрэг тэдний сэтгэл хайрласан Түүнийг үзэхээр амтат найдвар тээж удаан хүсэн хүлээсэн хүмүүсийг энэрэл, хайраар харж байлаа. Сахиусан тэнгэрүүд тэдний эргэн тойронд нисэн, сорилтынх нь цагт тэднийг түшин дэмжихээр байв. Тэнгэрийн мэдээг хүлээн авахаас хайхрамжгүй хандсан хүмүүс харанхуйд орхигдсон бөгөөд Бурхан тэдэнд тэнгэрээс илгээсэн гэрлийг хүлээн авахыг хүсээгүй тул Түүний уур хилэн тэдний эсрэг дүрэлзэн асав. Эзэн нь яагаад ирээгүйг ойлгож чадахгүй байсан, үнэнч атлаа урам нь хугарсан тэр хүмүүс харанхуйд орхигдоогүй. Тэд дахин эш үзүүллэгийн хугацаануудыг шинжлэн судлахаар Библидээ хөтлөгдөн очив. Эзэний мутар тоон дүрслэлүүдээс зайлуулагдаж, алдаа нь тайлбарлагдав. Тэд эш үзүүллэгийн хугацаанууд 1844 он хүртэл хүрч байгааг харсан бөгөөд эш үзүүллэгийн хугацаанууд 1843 онд дуусна гэдгийг батлан харуулахын тулд тэдний гаргаж тавьсан тэрхүү адил нотолгоо, эдгээр нь 1844 онд төгсөхийг мөн баталж байгааг ухаарсан. Бурханы Үгийн гэрэл тэдний байр суурин дээр тусч, тэд саатлын хугацааг олж харсан—‘Хэдийгээр тэр [үзэгдэл] саатавч, түүнийг хүлээгтүн.’ Христ нэн даруй ирнэ гэсэн хайр дотороо тэд жинхэнэ хүлээгчдийг ил болгохоор тооцоологдсон үзэгдлийн саатлыг анзааралгүй өнгөрүүлжээ. Тэд дахин хугацааны нэгэн цэгтэй болов. Гэвч 1843 онд тэдний итгэлийг тэмдэглэж байсан тэрхүү хичээл зүтгэл, эрч хүчний хэмжээнд хүрэхийн тулд тэдний олонх нь хүнд гүн урам хугарлаа даван гарч чадсангүй гэж би харсан.”</w:t>
      </w:r>
    </w:p>
    <w:p>
      <w:pPr>
        <w:pStyle w:val="ArticleScripture"/>
        <w:jc w:val="left"/>
      </w:pPr>
      <w:r>
        <w:rPr>
          <w:rFonts w:ascii="Times New Roman" w:hAnsi="Times New Roman" w:eastAsia="Times New Roman" w:cs="Times New Roman"/>
        </w:rPr>
        <w:t>“Сатан болон түүний тэнгэрэлчүүд тэднийг дийлэн ялж, тэр мэдээг хүлээн авахгүй байсан хүмүүс өөрсдийгөө, өөрсдийнх нь нэрлэснээр төөрөгдлийг хүлээн аваагүйдээ, алсыг харсан зөв шүүлт ба мэргэн ухаантай хэмээн баяртайгаар сайшаан магтав. Тэд өөрсдийнхөө эсрэг Бурханы зөвлөгөөг няцааж байгаагаа ухаарсангүй; мөн тэнгэрээс ирсэн мэдээг амьдралдаа хэрэгжүүлэн амьдарч байсан Бурханы ардыг будилуулахын тулд Сатан болон түүний тэнгэрэлчүүдтэй нэгдэн ажиллаж байлаа.”</w:t>
      </w:r>
    </w:p>
    <w:p>
      <w:pPr>
        <w:pStyle w:val="ArticleScripture"/>
        <w:jc w:val="left"/>
      </w:pPr>
      <w:r>
        <w:rPr>
          <w:rFonts w:ascii="Times New Roman" w:hAnsi="Times New Roman" w:eastAsia="Times New Roman" w:cs="Times New Roman"/>
        </w:rPr>
        <w:t>“Энэ мэдээнд итгэсэн хүмүүс сүмүүд дотор хавчигдаж байв. Хэсэг хугацаанд, уг мэдээг хүлээн авахаас татгалзсан хүмүүс зүрх сэтгэлийнхээ бодлыг үйлдлээр илэрхийлэхээс айдсаар саатуулагдаж байсан; харин цаг хугацаа өнгөрөхөд тэдний жинхэнэ мэдрэмж ил болсон юм. Тэд бошиглолын хугацаанууд 1844 он хүртэл үргэлжилсэн гэж хүлээгчид зайлшгүй гэрчлэн тунхаглах ёстой гэж мэдэрч байсан тэр гэрчлэлийг дуугүй болгохыг хүсэв. Итгэгчид өөрсдийн алдааг тодорхойгоор тайлбарлаж, яагаад 1844 онд Эзэнээ хүлээж байсан шалтгаануудаа өгүүлэв. Тэдний эсэргүүцэгчид дэвшүүлсэн хүчтэй үндэслэлүүдийн эсрэг ямар ч нотолгоо гаргаж чадсангүй. Гэвч сүмүүдийн уур хилэн дүрэлзэн бадарсан; тэд нотолгоог сонсохгүй байхаар, мөн бусад нь сонсож чадахгүй байлгахын тулд тэр гэрчлэлийг сүмүүдээс хаахаар шийдсэн байв. Бурханаас өөрсдөд нь өгсөн гэрлийг бусдаас харамлан нууж зүрхлээгүй хүмүүс сүмүүдээс хөөгдөн гарсан; харин Есүс тэдэнтэй хамт байсан бөгөөд тэд Түүний мэлмийн гэрэлд баяр хөөрөөр дүүрэн байв. Тэд хоёр дахь тэнгэрэлчийн мэдээг хүлээн авахад бэлтгэгдсэн байлаа.” Early Writings, 235–237.</w:t>
      </w:r>
    </w:p>
    <w:p>
      <w:pPr>
        <w:pStyle w:val="ArticleBody"/>
        <w:jc w:val="left"/>
      </w:pPr>
      <w:r>
        <w:rPr>
          <w:rFonts w:ascii="Times New Roman" w:hAnsi="Times New Roman" w:eastAsia="Times New Roman" w:cs="Times New Roman"/>
        </w:rPr>
        <w:t>Петр нь Литчийн адил Исламын талаар болон нэгэн хаант улсын төгсгөлийн талаар засварлагдсан эш үзүүллийг тунхагладаг нэг зуун дөчин дөрвөн мянгыг төлөөлдөг; мөн Сноугийн адил Петр хаалттай хаалганы тухай засварлагдсан эш үзүүллийг бас тунхагладаг. Литчийн Исламын хоёр дахь гаслангийн тухай мэдээ нь гадаад эш үзүүлэл байсан бөгөөд, Сноугийн хаалттай хаалга нь дотоод эш үзүүлэл байв. Сноугийн хувьд Эзэн тоон дүрслэлүүдээс Өөрийн мутрыг татан авах үед ажил эхэлсэн бөгөөд, өмнө нь 1843 оныг баталж байна хэмээн үзэж байсан тэрхүү адил нотолгоо үнэндээ 1844 оны 10 дугаар сарын 22-ныг баталж байгааг тэр үед харсан юм. Литчийн хувьд энэ нь биелэгдэхдээ Илчлэлт арван бүлгийн тэнгэрэлчийг газар ба тэнгис дээр зогсохоор буулгаж ирүүлсэн тооцоолол байсан юм.</w:t>
      </w:r>
    </w:p>
    <w:p>
      <w:pPr>
        <w:pStyle w:val="ArticleBody"/>
        <w:jc w:val="left"/>
      </w:pPr>
      <w:r>
        <w:rPr>
          <w:rFonts w:ascii="Times New Roman" w:hAnsi="Times New Roman" w:eastAsia="Times New Roman" w:cs="Times New Roman"/>
        </w:rPr>
        <w:t>Литч өөрийн зөгнөлийг биелэхээс нь арав хоногийн өмнө дахин тооцоолсон явдал нь өмнөх зөгнөлийг засварлах ажлыг сорилт болохыг тодорхойлж байна. 1840 онд эхэлж 1844 онд төгсөх энэ явдал үнэн Шөнө дундын Хашхираа болохын тулд дахин тооцоологдсон зөгнөлийн эш үзүүллэгийн бэлгэдэл мөн гэж үү? Шөнө дундын Хашхирааны тунхаглалаар төгссөн Миллерчүүдийн түүхийн альфа ба омега нь үнэхээр нэг зуун дөчин дөрвөн мянгын үнэн Шөнө дундын Хашхирааны эш үзүүллэгийн шинж чанаруудыг хэв шинжлэн үзүүлдэг гэж үү?</w:t>
      </w:r>
    </w:p>
    <w:p>
      <w:pPr>
        <w:pStyle w:val="ArticleBody"/>
        <w:jc w:val="left"/>
      </w:pPr>
      <w:r>
        <w:rPr>
          <w:rFonts w:ascii="Times New Roman" w:hAnsi="Times New Roman" w:eastAsia="Times New Roman" w:cs="Times New Roman"/>
        </w:rPr>
        <w:t>Засварлагдсан эш үзүүлгийн тунхаглалын аль аль үед Миллерчүүдийн мэдээний эсрэг маргаан илэрсэн; учир нь тэр мэдээ ард олныг түгшээж байв. Петр Кесари Филиппид зогсох үед Кесари Филиппийн өмнө эхэлсэн мэдээний талаар маргаан өрнөдөг. Учир нь борооны мэдээ Петрийн үгээр л буух байсан гэдгийг батлан харуулдаг биелэл нь тэнд илэрдэг. Кесари Филиппи нь Христ хоёр шавиа илгээж, хоёр дахь тэнгэрэлчийг төлөөлүүлэн, Исламын илжгийг тайлуулахаар явуулсантай нийцэх Бүрээний баяр мөн. Исламын илжгийг тайлах явдал нь Экзетерийн хээрийн цуглаанд Шөнө дундын Хашхирааны мэдээний эхлэлийг тунхагладаг. Учир нь морин дээр нэг өдрөөр хоцрон, 8 дугаар сарын 13-нд ирсэн Самуэл Сноу—нээлтийн өдөр ирэхийн оронд саатсан тэрээр—саатлын хугацааны төгсгөлийг болон 17-нд цуглаан өндөрлөхөд түрлэг мэт түгэн аваачигдах байсан мэдээний эхлэлийг тэмдэглэдэг.</w:t>
      </w:r>
    </w:p>
    <w:p>
      <w:pPr>
        <w:pStyle w:val="ArticleBody"/>
        <w:jc w:val="left"/>
      </w:pPr>
      <w:r>
        <w:rPr>
          <w:rFonts w:ascii="Times New Roman" w:hAnsi="Times New Roman" w:eastAsia="Times New Roman" w:cs="Times New Roman"/>
        </w:rPr>
        <w:t>Миллеритын түүхийн маргаан, Ахаб хааны зэмлэлүүд, мөн Христ Иерусалимд орох үед үг булаалдан маргалдсан иудейчүүдийн эсэргүүцэл нь бүгд бүрээний баяраар, илжигийг суллах үед эцэслэлдээ хүрдэг нэгэн маргааныг илтгэнэ. Илжигийг суллах явдал нь Кесари Филиппид эхэндээ Адвентизм дээр хаагдсан хаалгыг, мөн хугацааны төгсгөлд Кесари Маритимад хаагдсан хаалгыг тодорхойлдог эш үзүүллэгийн баталгаа мөн. Илжиг нь Теннесси мужийн Нэшвиллийг оролцуулан Америкийн Нэгдсэн Улсыг цохидог гурав дахь гайгийн Исламын бэлгэдэл юм. 2020 оны 7 дугаар сарын 18-ны бүтэлгүй зөгнөл нь одоо Эзэн мутраа татан авч, Есүс Христийн илчлэлийг лацаас нь тайлахын хэрээр аажмаар залруулагдаж байна. Тэрхүү лац тайлагдал 2023 оны 7 дугаар сард цөлд эхэлсэн юм.</w:t>
      </w:r>
    </w:p>
    <w:p>
      <w:pPr>
        <w:pStyle w:val="ArticleHeading"/>
        <w:jc w:val="left"/>
      </w:pPr>
      <w:r>
        <w:rPr>
          <w:rFonts w:ascii="Arial" w:hAnsi="Arial" w:eastAsia="Arial" w:cs="Arial"/>
        </w:rPr>
        <w:t>Даниел арван нэгдүгээр бүлгийн үзэгдэл</w:t>
      </w:r>
    </w:p>
    <w:p>
      <w:pPr>
        <w:pStyle w:val="ArticleBody"/>
        <w:jc w:val="left"/>
      </w:pPr>
      <w:r>
        <w:rPr>
          <w:rFonts w:ascii="Times New Roman" w:hAnsi="Times New Roman" w:eastAsia="Times New Roman" w:cs="Times New Roman"/>
        </w:rPr>
        <w:t>Бүрээн баяр нь Ислам болох гурав дахь гай, өөрөөр хэлбэл долоо дахь бүрээг төлөөлдөг. Бүрээ гэдэг нь дайны тухай гаднах анхааруулгын мэдээ мөн боловч, мөн ариун цугларалтад дуудах дотоод дуудлага гэж ойлгогдож болно. Хоёр дахь сүмийн шалгалтын гучин өдөр төгсөх үед эхэлдэг лакмусын сорилтын хувьд, энэ нь гаднах ч, дотоод ч мэдээ мөн юм. Эхний суурь шалгалт нь 2024 оны хавар, Даниел 11:14-т дүрслэгдсэн антихристийн гаднах үзэгдлээр ирсэн.</w:t>
      </w:r>
    </w:p>
    <w:p>
      <w:pPr>
        <w:pStyle w:val="ArticleScripture"/>
        <w:jc w:val="left"/>
      </w:pPr>
      <w:r>
        <w:rPr>
          <w:rFonts w:ascii="Times New Roman" w:hAnsi="Times New Roman" w:eastAsia="Times New Roman" w:cs="Times New Roman"/>
        </w:rPr>
        <w:t>Тэр цаг үед өмнөдийн хааны эсрэг олон хүн босон тэмцэнэ. Чиний ард түмний дундах дээрэмчид ч мөн үзэгдлийг биелүүлэхийн тулд өөрсдийгөө өргөмжлөх боловч тэд унах болно. Даниел 11:14.</w:t>
      </w:r>
    </w:p>
    <w:p>
      <w:pPr>
        <w:pStyle w:val="ArticleBody"/>
        <w:jc w:val="left"/>
      </w:pPr>
      <w:r>
        <w:rPr>
          <w:rFonts w:ascii="Times New Roman" w:hAnsi="Times New Roman" w:eastAsia="Times New Roman" w:cs="Times New Roman"/>
        </w:rPr>
        <w:t>Өмнөх эшлэлд Паниумыг танилцуулсан бөгөөд Паниумын гэрчлэл арван тавдугаар эшлэл хүртэл үргэлжилнэ.</w:t>
      </w:r>
    </w:p>
    <w:p>
      <w:pPr>
        <w:pStyle w:val="ArticleScripture"/>
        <w:jc w:val="left"/>
      </w:pPr>
      <w:r>
        <w:rPr>
          <w:rFonts w:ascii="Times New Roman" w:hAnsi="Times New Roman" w:eastAsia="Times New Roman" w:cs="Times New Roman"/>
        </w:rPr>
        <w:t>Учир нь хойд зүгийн хаан эргэн ирж, өмнөхөөсөө илүү их цэрэг олныг хөдөлгөх бөгөөд хэдэн жилийн дараа тэрээр асар их цэрэг хүч, үлэмж их эд баялагтайгаар гарцаагүй ирнэ. Даниел 11:13.</w:t>
      </w:r>
    </w:p>
    <w:p>
      <w:pPr>
        <w:pStyle w:val="ArticleBody"/>
        <w:jc w:val="left"/>
      </w:pPr>
      <w:r>
        <w:rPr>
          <w:rFonts w:ascii="Times New Roman" w:hAnsi="Times New Roman" w:eastAsia="Times New Roman" w:cs="Times New Roman"/>
        </w:rPr>
        <w:t>Араваас арван тавдугаар эшлэлүүд дэх хойд зүгийн хаан нь папын эрх мэдлийн төлөөлөн гүйцэтгэгч хүч бөгөөд төмөр хөшигний хана зайлуулагдсан цагт, 1989 оны 11 дүгээр сарын 9-нд Берлиний хана нуран унаснаар дүрслэгдсэнээр, аравдугаар эшлэлд түүнийг Рональд Рейганаар төлөөлүүлэн үзүүлжээ. Арван зургаадугаар эшлэл нь Ням гаргийн хуулийн үед сүм ба төрийн тусгаарлалтын ханыг зайлуулахыг тэмдэглэдэг. Арван нэгдүгээр болон арван хоёрдугаар эшлэлүүд нь 2014 онд эхэлсэн Украины дайныг илэрхийлдэг бөгөөд арван гуравдугаар эшлэл нь 2024 оны сонгуулийг зааж байна. Тэр үед Рейганаас хойших найм дахь ерөнхийлөгч болох Трамп, мөн өмнөх долоон ерөнхийлөгчөөс гарсан найм дахь ерөнхийлөгчийн хувьд, илүү их хүчтэйгээр “буцаж ирдэг”; учир нь тэр буцаж ирэхдээ “өмнөхөөсөө илүү их цэргийг хөдөлгөн гаргаж, тодорхой хэдэн жилийн дараа гарцаагүй ирнэ.” Эндхүү “тодорхой хэдэн жил” нь Жо Байдены дөрвөн жил юм.</w:t>
      </w:r>
    </w:p>
    <w:p>
      <w:pPr>
        <w:pStyle w:val="ArticleBody"/>
        <w:jc w:val="left"/>
      </w:pPr>
      <w:r>
        <w:rPr>
          <w:rFonts w:ascii="Times New Roman" w:hAnsi="Times New Roman" w:eastAsia="Times New Roman" w:cs="Times New Roman"/>
        </w:rPr>
        <w:t>2024 оны дараа, арван гуравдугаар эшлэлтэй нийцүүлэн, Ром Панийн эш үзүүллэгийн түүхэнд өөрийгөө оруулан байрлуулна. 2025 оны 5 дугаар сарын 8-нд сүнслэг алдар суугийн газраас гарсан анхны пап сонгогдсон бөгөөд тэрээр Лео хэмээх нэрийг сонгосон нь эш үзүүллэгийн утгаар олон чухал шинжийг агуулж байна. Дараа нь арван тавдугаар эшлэлд тулалдаан эхэлнэ.</w:t>
      </w:r>
    </w:p>
    <w:p>
      <w:pPr>
        <w:pStyle w:val="ArticleScripture"/>
        <w:jc w:val="left"/>
      </w:pPr>
      <w:r>
        <w:rPr>
          <w:rFonts w:ascii="Times New Roman" w:hAnsi="Times New Roman" w:eastAsia="Times New Roman" w:cs="Times New Roman"/>
        </w:rPr>
        <w:t>Тэгээд хойд зүгийн хаан ирж, бүслэлтийн далан босгон, хамгийн бат бэх хэрэмтэй хотуудыг эзлэн авна. Өмнөдийн хүчнүүд ч, түүний шилэгдсэн ард ч эсэргүүцэн тогтож үл чадна; тогтож эсэргүүцэх ямар ч хүч байхгүй болно. Даниел 11:15.</w:t>
      </w:r>
    </w:p>
    <w:p>
      <w:pPr>
        <w:pStyle w:val="ArticleBody"/>
        <w:jc w:val="left"/>
      </w:pPr>
      <w:r>
        <w:rPr>
          <w:rFonts w:ascii="Times New Roman" w:hAnsi="Times New Roman" w:eastAsia="Times New Roman" w:cs="Times New Roman"/>
        </w:rPr>
        <w:t>Паниумын тулалдаан нь арван тавдугаар эшлэлд өрнөж, Дональд Трампээр төлөөлүүлэгдсэн газрын араатан өмнөдийн хаант улсыг ялан дийлнэ. Арван нэгдүгээр эшлэл дэх өмнөдийн хаан нь папын засаглалын төлөөлөгч хүч болох Украинтай, мөн арван дугаар эшлэл дэх папын засаглалын төлөөлөгч хүч болох АНУ-аас санхүүжүүлж, дэмжүүлсэн Украинтай дайныг эхлүүлсэн. Өмнөдийн хаан нь Рафиагийн тулалдаанд ялалт байгуулах боловч, тэрхүү ялалтын дараах үр дагаварт өмнөдийн луугийн хаант улсын мөхөлтэй үргэлж холбогддог дэвшилтэт задрал нь өмнөдийн хааныг туйлын эмзэг байдалд үлдээж, хойдийн хаан урьд урьдаас илүү хүчирхэгээр эргэн ирж, Паниумын тулалдаанд бэлтгэнэ. Орос ба Путин нь 2014 онд АНУ Украины дайныг өдөөж эхлүүлэх үед өмнөдийн хаан мөн. 2022 онд довтолгоо эхэлж, цус урсаж эхэлсэн. 2024 онд хойдийн хаан эргэн ирсэн.</w:t>
      </w:r>
    </w:p>
    <w:p>
      <w:pPr>
        <w:pStyle w:val="ArticleBody"/>
        <w:jc w:val="left"/>
      </w:pPr>
      <w:r>
        <w:rPr>
          <w:rFonts w:ascii="Times New Roman" w:hAnsi="Times New Roman" w:eastAsia="Times New Roman" w:cs="Times New Roman"/>
        </w:rPr>
        <w:t>Петр Кайсари Филиппид байна. Энэ нь Шөнийн дунд хашхирааны мэдээний тунхаглалын эхлэл мөн. Петр, Елиатай адил бөгөөд Лич ба Сноугаар төлөөлөгдөх Миллерчүүдийн нэгэн адил, үүнээс өмнө хаагдсан хаалга болон Исламын тухай эш үзүүлгийг дэвшүүлсэн билээ. Түүний биелэлт нь жинхэнэ ба хуурамч сүүлчийн борооны мэдээнүүдийн хоорондох ялгааг, мөн жинхэнэ ба хуурамч элч нарын ялгааг тодорхойлон харуулдаг. Петрийн мэдээ бол Нэшвилл болон Исламын тухай засагдсан мэдээ мөн бөгөөд, тэр Кайсари Филиппид зогсож байхдаа Паниумд, өөрөөр хэлбэл арван зургаадугаар эшлэлийн Ням гаргийн хуулинд хүргэдэг тулалдаанд зогсож байна. Петрийн эш үзүүлгийн биелэлт нь Ислам суллагдах үед эхэлдэг Шөнийн дунд хашхирааны тунхаглалын эхлэлийг тодорхойлдог бөгөөд энэ нь мөн мөрийн дээр мөрөөр, Паниумын тулалдаан хүрч ирэх үед тохиолддог юм.</w:t>
      </w:r>
    </w:p>
    <w:p>
      <w:pPr>
        <w:pStyle w:val="ArticleHeading"/>
        <w:jc w:val="left"/>
      </w:pPr>
      <w:r>
        <w:rPr>
          <w:rFonts w:ascii="Arial" w:hAnsi="Arial" w:eastAsia="Arial" w:cs="Arial"/>
        </w:rPr>
        <w:t>Даниел арванын үзэгдэл</w:t>
      </w:r>
    </w:p>
    <w:p>
      <w:pPr>
        <w:pStyle w:val="ArticleBody"/>
        <w:jc w:val="left"/>
      </w:pPr>
      <w:r>
        <w:rPr>
          <w:rFonts w:ascii="Times New Roman" w:hAnsi="Times New Roman" w:eastAsia="Times New Roman" w:cs="Times New Roman"/>
        </w:rPr>
        <w:t>Бүрээн баяр нь гурав дахь гай болох долоо дахь бүрээг төлөөлдөг бөгөөд тэр нь Ислам юм. Бүрээ гэдэг нь анхааруулгын мэдээ мөн, түүнчлэн ариун чуулганд дуудах дуудлага юм. Мөн энэ нь хоёр дахь сүмийн сорилтын гучин өдөр төгсөхөд эхэлдэг лакмусын сорил мөн. Суурь шинжтэй, гаднах сорилтын эсрэгхристийн эхний үзэгдэл 2024 оны хавар ирсэн бөгөөд Даниел 10-д дүрслэгдсэнчлэн Христийн хоёр дахь, дотоод сорилтын үзэгдэл 2026 онд ирсэн.</w:t>
      </w:r>
    </w:p>
    <w:p>
      <w:pPr>
        <w:pStyle w:val="ArticleScripture"/>
        <w:jc w:val="left"/>
      </w:pPr>
      <w:r>
        <w:rPr>
          <w:rFonts w:ascii="Times New Roman" w:hAnsi="Times New Roman" w:eastAsia="Times New Roman" w:cs="Times New Roman"/>
        </w:rPr>
        <w:t>Тэгээд би нүдээ өргөн харвал, болгоогтун, маалинган хувцас өмссөн нэгэн эр байлаа; түүний бүсэлхий нь Уфазын цэвэр алтаар бүслэгдсэн байв. Түүний бие биндэръяа чулуу мэт, нүүр царай нь аянгын төрх адил, нүд нь галын дэнлүү мэт, гар ба хөл нь өнгөлсөн хүрэл мэт өнгөтэй, үгсийнх нь дуу хоолой нь үй олон хүний дуу хоолой мэт байв.</w:t>
      </w:r>
    </w:p>
    <w:p>
      <w:pPr>
        <w:pStyle w:val="ArticleScripture"/>
        <w:jc w:val="left"/>
      </w:pPr>
      <w:r>
        <w:rPr>
          <w:rFonts w:ascii="Times New Roman" w:hAnsi="Times New Roman" w:eastAsia="Times New Roman" w:cs="Times New Roman"/>
        </w:rPr>
        <w:t>Харин үзэгдлийг ганцаараа би, Даниел, үзэв. Учир нь надтай хамт байсан хүмүүс үзэгдлийг үзээгүй боловч тэдний дээр агуу их чичрэлт нөмөрсөн тул тэд өөрсдийгөө нуухаар зугтан одов.</w:t>
      </w:r>
    </w:p>
    <w:p>
      <w:pPr>
        <w:pStyle w:val="ArticleScripture"/>
        <w:jc w:val="left"/>
      </w:pPr>
      <w:r>
        <w:rPr>
          <w:rFonts w:ascii="Times New Roman" w:hAnsi="Times New Roman" w:eastAsia="Times New Roman" w:cs="Times New Roman"/>
        </w:rPr>
        <w:t>Иймээс би ганцаараа үлдэж, энэ агуу үзэгдлийг үзэв; надад ямар ч хүч үлдсэнгүй. Учир нь миний өнгө зүс дотор минь хувирч, ялзрал болсон бөгөөд надад хүч чадал огтхон ч үлдсэнгүй.</w:t>
      </w:r>
    </w:p>
    <w:p>
      <w:pPr>
        <w:pStyle w:val="ArticleScripture"/>
        <w:jc w:val="left"/>
      </w:pPr>
      <w:r>
        <w:rPr>
          <w:rFonts w:ascii="Times New Roman" w:hAnsi="Times New Roman" w:eastAsia="Times New Roman" w:cs="Times New Roman"/>
        </w:rPr>
        <w:t>Гэвч би түүний үгсийн дууг сонсов; түүний үгсийн дууг сонсоход, би нүүрээрээ газар унан, гүн нойронд автсан байлаа.</w:t>
      </w:r>
    </w:p>
    <w:p>
      <w:pPr>
        <w:pStyle w:val="ArticleScripture"/>
        <w:jc w:val="left"/>
      </w:pPr>
      <w:r>
        <w:rPr>
          <w:rFonts w:ascii="Times New Roman" w:hAnsi="Times New Roman" w:eastAsia="Times New Roman" w:cs="Times New Roman"/>
        </w:rPr>
        <w:t>Тэгтэл, болгоогтун, нэгэн гар надад хүрч, намайг өвдөг дээр минь болон гарын алга дээр минь босгов. Тэр надад ийнхүү өгүүлэв: Ай Даниел, маш их хайрлагдсан хүн ээ, чамд өгүүлж буй үгсийг минь ойлго, мөн хөл дээрээ цэх зогс; учир нь би одоо чам уруу илгээгдээд байна. Тэр энэ үгийг надад айлдмагц би чичирсээр босон зогсов. Тэгээд тэр надад хэлэв: Бүү ай, Даниел аа; учир нь чи ойлгохын тулд зүрх сэтгэлээ тавьж, Бурханыхаа өмнө өөрийгөө даруусгахыг эхэлсэн тэр өдрөөс хойш чиний үгс сонсогдсон бөгөөд би чиний үгсийн улмаас ирсэн юм. Харин Персийн хаанчлалын ноён намайг хорин нэгэн өдөр эсэргүүцэн зогссон; гэвч, болгоогтун, тэргүүн ноёдын нэг Михаил надад туслахаар ирсэн бөгөөд би тэнд Персийн хаадын дунд үлдсэн. Эдүгээ би эцсийн өдрүүдэд чиний ард түмэнд юу тохиолдохыг чамд ойлгуулахаар ирсэн; учир нь энэ үзэгдэл олон өдрүүдийн төлөө ажээ. Тэр надад тийнхүү үгсийг айлдмагц би нүүрээ газар уруу хандуулж, хэлгүй болов.</w:t>
      </w:r>
    </w:p>
    <w:p>
      <w:pPr>
        <w:pStyle w:val="ArticleScripture"/>
        <w:jc w:val="left"/>
      </w:pPr>
      <w:r>
        <w:rPr>
          <w:rFonts w:ascii="Times New Roman" w:hAnsi="Times New Roman" w:eastAsia="Times New Roman" w:cs="Times New Roman"/>
        </w:rPr>
        <w:t>Тэгтэл, харагтун, хүний хөвгүүдийн дүрстэй адил нэгэн миний уруулд хүрэв. Тэгэхэд би амаа нээж, ярин, өмнө минь зогсож байсан түүнд: Ай, эзэнтэн минь, энэ үзэгдлээс болж миний шаналал над дээр эргэн ирж, би ямар ч хүч чадлыг хадгалж үлдсэнгүй. Учир нь энэ миний эзэнтний зарц энэ миний эзэнтэнтэй хэрхэн ярилцаж чадах билээ? Учир нь миний хувьд даруйхан надад ямар ч хүч үлдээгүй, мөн миний дотор амьсгаа ч үлдсэнгүй.</w:t>
      </w:r>
    </w:p>
    <w:p>
      <w:pPr>
        <w:pStyle w:val="ArticleScripture"/>
        <w:jc w:val="left"/>
      </w:pPr>
      <w:r>
        <w:rPr>
          <w:rFonts w:ascii="Times New Roman" w:hAnsi="Times New Roman" w:eastAsia="Times New Roman" w:cs="Times New Roman"/>
        </w:rPr>
        <w:t>Дараа нь хүний төрхтэй нэгэн дахин ирж, надад хүрч, намайг хүчирхэгжүүлэв. Тэрээр: Ай, ихэд хайрлагдсан хүн ээ, бүү ай; амар амгалан чамд байх болтугай; зоригтой бай, тийм ээ, зоригтой бай, хэмээн айлдав. Тэр надад ийн айлдсаны дараа би хүчирхэгжиж, Миний эзэн айлдагтун; учир нь Та намайг хүчирхэгжүүллээ, гэв. Даниел 10:5–19.</w:t>
      </w:r>
    </w:p>
    <w:p>
      <w:pPr>
        <w:pStyle w:val="ArticleBody"/>
        <w:jc w:val="left"/>
      </w:pPr>
      <w:r>
        <w:rPr>
          <w:rFonts w:ascii="Times New Roman" w:hAnsi="Times New Roman" w:eastAsia="Times New Roman" w:cs="Times New Roman"/>
        </w:rPr>
        <w:t>Даниел хорин хоёр дахь өдөр эцсийн өдрүүд дэх тэнгэрлэг Тэргүүн Тахилчийн үзэгдлийг хардаг. Ром уг үзэгдлийг тогтоон байгуулж буй үзэгдэл нь 2024 оны суурь бөгөөд альфа сорилт байсан бөгөөд Христийн үзэгдэл нь сүмийн сорилт юм. Энэ нь Даниелаас зугтан нуугдаг ангийнхныг тусгаарлахыг бий болгодог. Тэр анги худал хуурмаг ба хуурамчийн дор нуугддаг бөгөөд энэ шалтгааны улмаас тэд хүчтэй төөрөгдөл хүлээн авдаг.</w:t>
      </w:r>
    </w:p>
    <w:p>
      <w:pPr>
        <w:pStyle w:val="ArticleBody"/>
        <w:jc w:val="left"/>
      </w:pPr>
      <w:r>
        <w:rPr>
          <w:rFonts w:ascii="Times New Roman" w:hAnsi="Times New Roman" w:eastAsia="Times New Roman" w:cs="Times New Roman"/>
        </w:rPr>
        <w:t>Дараа нь Даниелд гурвантаа хүрдэг: эхлээд Габриел, дараа нь Христ, гурав дахь удаад дахин Габриел хүрдэг. Хамгийн Ариун Газар дотор Даниелд гурвантаа хүрэх нь бэхжүүлэлтийг дүрслэн үзүүлж байна. Учир нь тэр үзэгдлийг харахдаа хүч тэнхээгүй болсон байсан боловч гурав дахь хүрэлтээр эцэст нь бэхждэг. Тэрээр Бурханы ард түмэнд эцсийн өдрүүдэд тохиолдох зүйлийг ойлгохын тулд бэхждэг. Бурханы ард түмэнд эцсийн өдрүүдэд тохиолдох зүйлийн эш үзүүллэгийн мэдээ нь арван онгон бүсгүйн тухай сургаалт зүйрлэлд дүрслэгдсэн мэдээ мөн.</w:t>
      </w:r>
    </w:p>
    <w:p>
      <w:pPr>
        <w:pStyle w:val="ArticleBody"/>
        <w:jc w:val="left"/>
      </w:pPr>
      <w:r>
        <w:rPr>
          <w:rFonts w:ascii="Times New Roman" w:hAnsi="Times New Roman" w:eastAsia="Times New Roman" w:cs="Times New Roman"/>
        </w:rPr>
        <w:t>Даниел эхэндээ хүч чадалгүй байдаг. Учир нь Христийн толь мэт үзэгдэл түүнийг ямар ч хүчгүй болгосон байв. Харин гурван удаагийн хүрэлтийн төгсгөлд тэрээр хүчирхэгжиж, “хүчтэй бай, тийм ээ, хүчтэй бай” гэсэн тушаал нь давталт бөгөөд энэ нь хоёр дахь тэнгэрэлч эсвэл хоёр дахь шалгалтыг тэмдэглэдэг. Хоёр дахь шалгалт нь сүмийн шалгалт бөгөөд Эксетерийн хуарангийн цуглаан өндөрлөх үед Бурханы ард түмэн Шөнө дундын Хашхирааны мэдээг тунхаглахын тулд хүчирхэгждэг үе мөн. Тэр шалгалт нь сүмийн шалгалт бөгөөд суурь чулуу, булангийн чулуу байсан оройн чулуу нь сүмийн гайхамшигт оройн чулуу болж, ийнхүү түүний гүйцэлдсэнийг тэмдэглэдэг. Даниел итгэлээр Ариун Хамгийн Ариун газарт орохдоо хорин хоёр дахь өдөр хүчирхэгждэг. Тэр тэгэхэд Габриел түүнд хүрч, дараа нь Христ түүнд хүрч, дараа нь Габриел дахин түүнд хүрдэг. Иймээс Даниел Ариун Хамгийн Ариун газарт, хоёр тэнгэрэлчийн хооронд буй Христийг хардаг тэр газарт мэдээг тунхаглахын тулд хүчирхэгждэг. Ариун Хамгийн Ариун газрын дотор Христ дунд нь байдаг тэр газар нь нигүүлслийн ширээ бөгөөд тэнд бүрхэгч хоёр херуб нь Өөрийн сэнтий дээр заларсан Христийн Шехина алдрын гэрлээр гэрэлтүүлэгдсэн авдрыг ширтэн харж байдаг. Даниел 10-ын үзэгдэл нь эш үзүүллэгийн хувьд ийнхүү бүтэцжсэн байдаг: Даниел нигүүлслийн ширээний сэнтийн дээрх Шехина алдрын хувьд Христийн сүр жавхланг харж байхад, бүрхэгч хоёр херуб нь авдар луу ширтэн байдаг!</w:t>
      </w:r>
    </w:p>
    <w:p>
      <w:pPr>
        <w:pStyle w:val="ArticleBody"/>
        <w:jc w:val="left"/>
      </w:pPr>
      <w:r>
        <w:rPr>
          <w:rFonts w:ascii="Times New Roman" w:hAnsi="Times New Roman" w:eastAsia="Times New Roman" w:cs="Times New Roman"/>
        </w:rPr>
        <w:t>Бүрээний баяраас өмнө Елиа өөрийн борооны тухай мэдээг ЭЗЭНээс ирсэн цорын ганц борооны мэдээ хэмээн зарлаж, мөн хэн элч мөн, хэн элч биш вэ, юу нь мэдээ мөн, юу нь мэдээ биш вэ гэдгийг нотлон харуулах үзүүлэлтээр төгсгөлдөө хүрэх эш үзүүллэгийг дэвшүүлдэг. Кармелээс өмнөх гурван жил хагасын хугацаанд Ахаб хаан Елиаг эрж хайж байсан, учир нь Кармелээс өмнө маргаан тэмцлийн нэгэн үе байдаг. Кармел уул нь ердөө л зан чанар илэрхийлэгддэг шалгуурын чулуу юм. Миллеритүүдийн түүхэн дэх мөн тэр үе ижилхэн гэрчлэлийг агуулж байсан бөгөөд мэдээг үзэн ядагсад итгэмжит хүмүүсийг сүмүүдээс хөөн гаргасны дараа, итгэмжит хүмүүс орхигдон өнгөрч байсан унасан хуучин гэрээний ард түмнээс хүмүүсийг дуудан гаргах мэдээг өргөсөн юм.</w:t>
      </w:r>
    </w:p>
    <w:p>
      <w:pPr>
        <w:pStyle w:val="ArticleBody"/>
        <w:jc w:val="left"/>
      </w:pPr>
      <w:r>
        <w:rPr>
          <w:rFonts w:ascii="Times New Roman" w:hAnsi="Times New Roman" w:eastAsia="Times New Roman" w:cs="Times New Roman"/>
        </w:rPr>
        <w:t>Петр Пентекостын Ням гарагийн хуулийн үед Иоелын мэдээг тунхаглаж байгаа бөгөөд энэ нь Сноу болон Литчийн мэдээнүүдийн адил Петрийн зөгнөл засагдсан цагт эхэлсэн бөгөөд Эксетерийн хуарангийн цуглааны төгсгөлд Шөнө дундын Хашхирааны үе эхлэхэд Петр мөн тэрхүү ижил мэдээг тунхаглаж байна гэсэн үг юм. Зөгнөлийн биелэлтээс өмнө үргэлж маргаан гардаг. Иймээс маргаан нь зөгнөлийн биелэлтээс өмнө эхэлдэг.</w:t>
      </w:r>
    </w:p>
    <w:p>
      <w:pPr>
        <w:pStyle w:val="ArticleBody"/>
        <w:jc w:val="left"/>
      </w:pPr>
      <w:r>
        <w:rPr>
          <w:rFonts w:ascii="Times New Roman" w:hAnsi="Times New Roman" w:eastAsia="Times New Roman" w:cs="Times New Roman"/>
        </w:rPr>
        <w:t>Ахааб, Иезебел болон түүний эш үзүүлэгчдэд, мөн Христийн өдрүүдийн өө сэв эрэгч иудейчүүдэд, түүнчлэн Миллеритийн түүхэн дэх унасан протестантуудад түгшүүр төрүүлдэг тэрхүү мэдээг Петр Иоелын ном гэж тодорхойлдог. Илжгийг суллах явдлаар тэмдэглэгдсэн гурав дахь лакмусын сорилоос өмнө Петрийн мэдээнд Лаодикийн Адвентизм дайрч, Петр тэр эсэргүүцэлд хариулахдаа элч нар согтуу бус, харин Иоелын гурван бүлгийн биелэл төдий гэдгийг тодорхойлдог. Иоелын тэр гурван бүлэг Лаодикийн Адвентизмыг ширүүнээр яллан буруушааснаар эхэлдэг. Хүчтэй ундаанд согтогсдын чихэнд энэ мэдээ хүрэхэд тэд хариу үйлдэл үзүүлэх болно. Тэд Христийг Иерусалим уруу явах замдаа уулаас бууж ирэх үед нь сөрөн тулгарсан бөгөөд Иерусалимд дахин мөн түүнтэй сөрөн тулгарсан юм.</w:t>
      </w:r>
    </w:p>
    <w:p>
      <w:pPr>
        <w:pStyle w:val="ArticleBody"/>
        <w:jc w:val="left"/>
      </w:pPr>
      <w:r>
        <w:rPr>
          <w:rFonts w:ascii="Times New Roman" w:hAnsi="Times New Roman" w:eastAsia="Times New Roman" w:cs="Times New Roman"/>
        </w:rPr>
        <w:t>Илжиг суллагдаж, орохуй эхэлнэ; өө сэв эрэгч иудейчүүд мэдээг дуугүй болгохыг хүснэ. Есүс үргэлжлүүлэн явсаар, дараа нь зогсож, Адвентизмын шалгалтын хугацааны сүүлчийн өдрийн талаар уйлав. Дараа нь Иерусалимд, ард олныг өөрсдийн мэдээгээ зогсоохыг хүсдэг иудейчүүдтэй дахин нэг сөргөлдөөн болов. Тэр өдөр нар жаргахад, иудей үндэстний шалгалтын хугацаа дахин нэг шатанд хүрэв. Эсэргүүцлийн өрнөл загалмайн үхэл хүртэл үргэлжилсэн бөгөөд энэ нь Лазарын амиллаар, өөрөөр хэлбэл хоёр дахь тэнгэрэлчийн ирэлт болон саатлын хугацаа ирснийг тэмдэглэсэн тэр үйл явдлаар жинхэнэ утгаараа эхэлсэн юм.</w:t>
      </w:r>
    </w:p>
    <w:p>
      <w:pPr>
        <w:pStyle w:val="ArticleScripture"/>
        <w:jc w:val="left"/>
      </w:pPr>
      <w:r>
        <w:rPr>
          <w:rFonts w:ascii="Times New Roman" w:hAnsi="Times New Roman" w:eastAsia="Times New Roman" w:cs="Times New Roman"/>
        </w:rPr>
        <w:t>“Бетани Иерусалимд тун ойрхон байсан тул Лазарын амилсан тухай мэдээ удалгүй хотод хүрчээ. Гайхамшгийг нүдээрээ үзсэн тагнуулуудаар дамжин иудейн удирдагчид болсон явдлын бодит байдлыг даруй мэдэж авсан байна. Юу хийхийг шийдэхийн тулд Синедрионы хурлыг тэр даруйд нь зарлан хуралдуулжээ. Христ одоо үхэл болон булшинд ноёрхох Өөрийн эрх мэдлийг бүрэн илэрхийлэн харуулсан байв. Тэрхүү аугаа гайхамшиг нь Бурхан Өөрийн Хүүг хүмүүсийн авралын төлөө ертөнцөд илгээснийг тэдэнд үзүүлсэн хамгийн дээд нотолгоо байлаа. Энэ нь ухаан бодлын захиргаанд, мөн гэгээрсэн мөс чанарт захирагдсан хүн бүрийг үнэмшүүлэхэд хангалттай тэнгэрлэг хүчний илэрхийлэл байсан юм. Лазарын амиллыг үзсэн олон хүн Есүст итгэхэд хүрчээ. Харин тахилчдын Түүний эсрэг үзэн ядалт улам ширүүсэв. Тэд Түүний бурханлаг чанарын талаархи өмнөх бүх бага нотолгоог няцаасан бөгөөд энэ шинэ гайхамшиг тэднийг бүр ч ихээр хилэгнүүлсэн юм. Нас барсан хүн өдрийн гэгээнээр, олон гэрчийн өмнө амилуулагдсан байв. Ийм нотолгоог ямар ч заль мэх үгүйсгэн тайлбарлаж чадахгүй байлаа. Чухам энэ шалтгааны улмаас тахилчдын дайсагнал улам үхэл дагуулсан шинжтэй болов. Тэд Христийн үйл хэргийг зогсоохоор урьд урьдаас ч илүү хатуу шийдсэн байлаа.”</w:t>
      </w:r>
    </w:p>
    <w:p>
      <w:pPr>
        <w:pStyle w:val="ArticleScripture"/>
        <w:jc w:val="left"/>
      </w:pPr>
      <w:r>
        <w:rPr>
          <w:rFonts w:ascii="Times New Roman" w:hAnsi="Times New Roman" w:eastAsia="Times New Roman" w:cs="Times New Roman"/>
        </w:rPr>
        <w:t>“Саддукайчууд Христэд таатай ханддаггүй байсан хэдий ч, Түүнд хандах тэдний хорсол нь фарисайчуудынх шиг тийм их хорон санаагаар дүүрэн байгаагүй. Тэдний үзэн ядалт ч тийм гашуун байгаагүй. Харин одоо тэд бүрэн түгшиж сандарсан байв. Тэд үхэгсдийн амилалтад итгэдэггүй байлаа. Шинжлэх ухаан хэмээгдэгчийг баримт болгон, үхсэн биеийг дахин амилуулах нь боломжгүй хэмээн тэд эргэцүүлэн дүгнэсэн байв. Гэтэл Христийн цөөн хэдэн үгээр тэдний онол няцаагджээ. Тэд Судруудыг ч, Бурханы хүчийг ч мэдэхгүй болох нь илчлэгдсэн юм. Ард түмэнд тэр гайхамшгийн үлдээсэн сэтгэгдлийг арилгах ямар ч боломж тэдэнд харагдсангүй. Булшнаас үхэгсдийг булаан авсан Нэгнээс хүмүүсийг хэрхэн холдуулж чадах билээ? Худал мэдээ тараагдсан боловч, гайхамшгийг үгүйсгэх аргагүй байсан бөгөөд түүний нөлөөг хэрхэн саармагжуулахаа тэд мэдсэнгүй. Энэ хүртэл саддукайчууд Христийг алах төлөвлөгөөг дэмжээгүй байв. Харин Лазарын амилалтын дараа тэд Түүний үхлээр л тэдний эсрэг Түүний аймшиггүй зэмлэлийг зогсоож чадна гэж шийджээ.” The Desire of Ages, 537.</w:t>
      </w:r>
    </w:p>
    <w:p>
      <w:pPr>
        <w:pStyle w:val="ArticleBody"/>
        <w:jc w:val="left"/>
      </w:pPr>
      <w:r>
        <w:rPr>
          <w:rFonts w:ascii="Times New Roman" w:hAnsi="Times New Roman" w:eastAsia="Times New Roman" w:cs="Times New Roman"/>
        </w:rPr>
        <w:t>Лазарын үхэл нь Есүсийн саатсан дөрвөн өдрийн эхлэлийг тэмдэглэсэн. Түүний үхэл нь саатлын хугацааны эхлэлийг тэмдэглэдэг хоёр дахь тэнгэрэлчийн ирэлтийг төлөөлсөн. Түүний амилалт нь 9/11-ээс хойш хорин хоёр жилийн дараа, 2023 оны 12-р сарын 31-нд болсон хоёр гэрчийн амилалтыг тэмдэглэдэг. Түүний амилалт нь Езекиелийн үхмэл хуурай яснуудын амилалтыг тэмдэглэдэг. Түүний амилалт нь Адамын бүтээлээр хэв шинжлэгдсэн бөгөөд уг бүтээл нь шавраар төлөөлөгдсөн хүн төрөлхтөн амийн амьсгалаар төлөөлөгдсөн Тэнгэрлэгтэй нэгдсэнээс бүрдэж байв.</w:t>
      </w:r>
    </w:p>
    <w:p>
      <w:pPr>
        <w:pStyle w:val="ArticleScripture"/>
        <w:jc w:val="left"/>
      </w:pPr>
      <w:r>
        <w:rPr>
          <w:rFonts w:ascii="Times New Roman" w:hAnsi="Times New Roman" w:eastAsia="Times New Roman" w:cs="Times New Roman"/>
        </w:rPr>
        <w:t>“Иудейчүүдийн тахилч нар ба удирдагчид Есүсийг үзэн яддаг байв; харин үй олон хүн Түүний мэргэн үгсийг сонсож, Түүний хүчит үйлсийг үзэхээр шаван цугларч байлаа. Ард түмэн хамгийн гүн сонирхлоор хөдөлж, энэ гайхамшигт Багшийн сургамжийг сонсохоор Есүсийг түгшин дагаж байв. Удирдагчдын олон нь Түүнд итгэсэн боловч синагогоос хөөгдөх вий гэдгээс айж, итгэлээ ил тод хүлээн зөвшөөрч зүрхэлсэнгүй. Тахилч нар ба ахлагчид ард түмний анхаарлыг Есүсээс холдуулахын тулд ямар нэгэн зүйл хийх ёстой гэж шийджээ. Тэд хүн бүр Түүнд итгэх вий хэмээн эмээж байв. Өөрсдөдөө аюулгүй байдал огтхон ч олж харсангүй. Тэд байр сууриа алдах, эсвэл Есүсийг үхүүлэх ёстой байв. Түүнийг үхүүлсний дараа ч Түүний хүчний амьд хөшөө болон үлдэх хүмүүс байсаар байх байлаа. Есүс Лазарыг үхэгсдээс амилуулсан байсан бөгөөд хэрэв тэд Есүсийг албал, Лазар Түүний агуу хүчийг гэрчилнэ гэж тэд айж байв. Ард түмэн үхэгсдээс амилуулагдсан түүнийг харахаар бөөнөөрөө ирж байсан тул удирдагчид Лазарыг ч бас алахаар, мөн энэ хөөрлийг дарахаар шийдэв. Тэгээд тэд хүмүүсийг хүмүүсийн уламжлал ба сургаал руу, гааны ба руегийн аравны нэгийг өргөхөд дахин хандуулж, тэдний дээрх нөлөөгөө сэргээх байв. Тэд Есүсийг ганцаараа байх үед нь барихаар тохиролцов; учир нь хэрэв тэд Түүнийг олны дунд, хүмүүсийн бодол санаа бүхэлдээ Түүнд төвлөрсөн үед баривчлахыг оролдвол, чулуунд цохиулан алуулах байлаа.” Эртний бичвэрүүд, 165.</w:t>
      </w:r>
    </w:p>
    <w:p>
      <w:pPr>
        <w:pStyle w:val="ArticleBody"/>
        <w:jc w:val="left"/>
      </w:pPr>
      <w:r>
        <w:rPr>
          <w:rFonts w:ascii="Times New Roman" w:hAnsi="Times New Roman" w:eastAsia="Times New Roman" w:cs="Times New Roman"/>
        </w:rPr>
        <w:t>2020 оны 7 дугаар сарын 18-нд Илчлэлт номын хоёр гэрч алагдаж, хоёр дахь тэнгэрэлч болон саатлын хугацаа ирсэн. 2023 оны 12 дугаар сарын 31-нд хоёр үе шаттай амилалтын үйл явц эхэлсэн. Эхний үе шат нь суурь байсан; хоёр дахь үе шат нь тэрхүү суурин дээр сүмийг босгох явдал байв. Лаодикийн Долоо дахь өдрийн Адвентист сүм 1989 онд энэ мэдээ төрсөн цагаас нь эхлэн түүнийг үзэн ядсан бөгөөд одоо ч үзэн ядсаар байна. Одоо тэдний үхсэн гэж бодож байсан, үзэн яддаг байсан гэрчүүд дахин амилсан тул тэд энэ мэдээг бүр ч илүү үзэн ядах болно. Тэд 2020 оны 7 дугаар сарын 18-ны талаарх зөгнөлийг Лазарыг амилсанд иудейчүүдийн тээж явсан хортой өш хонзонтой адил уур хилэнгээр маргах болно. Сүмийн сорилтын түүхэнд Петр тэдний ташаа буруутгалд хариу болгон Иоелын номыг бүх худал хуурмагийнх нь хариу болгон заах болно.</w:t>
      </w:r>
    </w:p>
    <w:p>
      <w:pPr>
        <w:pStyle w:val="ArticleBody"/>
        <w:jc w:val="left"/>
      </w:pPr>
      <w:r>
        <w:rPr>
          <w:rFonts w:ascii="Times New Roman" w:hAnsi="Times New Roman" w:eastAsia="Times New Roman" w:cs="Times New Roman"/>
        </w:rPr>
        <w:t>Бид энэхүү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Дөчин зургаа</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