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Лаодики — Нэгдүгээр Номер</w:t>
      </w:r>
    </w:p>
    <w:p>
      <w:pPr>
        <w:pStyle w:val="ArticleSubtitle"/>
        <w:jc w:val="left"/>
      </w:pPr>
      <w:r>
        <w:rPr>
          <w:rFonts w:ascii="Arial" w:hAnsi="Arial" w:eastAsia="Arial" w:cs="Arial"/>
        </w:rPr>
        <w:t>Үзэгдлийн Хөндийд зориулсан Исаиагийн сүйрлийн эш үзүүллэг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2023-08-14</w:t>
      </w:r>
    </w:p>
    <w:p>
      <w:pPr>
        <w:pStyle w:val="ArticleScripture"/>
        <w:jc w:val="left"/>
      </w:pPr>
      <w:r>
        <w:rPr>
          <w:rFonts w:ascii="Times New Roman" w:hAnsi="Times New Roman" w:eastAsia="Times New Roman" w:cs="Times New Roman"/>
        </w:rPr>
        <w:t>Үзэгдлийн хөндийн тухай зөгнөлийн ачаа. Чамд одоо юу тохиолдов, чи бүхэлдээ дээвэр дээр гарч одов? Үймээнээр дүүрэн, шуугиант хот, баясгалант хот оо: чиний алагдагсад илдээр алагдаагүй, тулалдаанд үхээгүй. Чиний бүх ноёд хамтдаа зугтсан, тэд харвагчдаар хүлэгдсэн; чамаас олдсон бүхэн хамтдаа хүлэгдсэн, тэд алсаас зугтан ирсэн бөлгөө. Тиймээс би, Надаас харцаа буруул; би гашуунаар уйлна, ард түмний минь охины сүйрлийн учир намайг тайтгаруулах гэж бүү чармай, хэмээв. Учир нь Үзэгдлийн хөндийд түмэн цэргийн Эзэн БУРХАНААС зовлонгийн, няц даран гишгэлтийн, сандарч будилалтын өдөр ирсэн бөгөөд хэрмийг нурааж, уулс өөд хашхирах өдөр мөн. Исаиа 22:1–5.</w:t>
      </w:r>
    </w:p>
    <w:p>
      <w:pPr>
        <w:pStyle w:val="ArticleBody"/>
        <w:jc w:val="left"/>
      </w:pPr>
      <w:r>
        <w:rPr>
          <w:rFonts w:ascii="Times New Roman" w:hAnsi="Times New Roman" w:eastAsia="Times New Roman" w:cs="Times New Roman"/>
        </w:rPr>
        <w:t>Исаиа номд “ачаа” гэсэн үг арван найман удаа тохиолддог. Тэдгээр ишлэлийн арван нэг нь сүйрлийн зөгнөлийг шууд зааж байдаг бол, үлдсэн долоон ишлэлд “ачаа” нь мөрөн дээр үүрч явдаг зүйлийг хэлдэг. “Ачаа” гэж орчуулагдсан тэдгээр ишлэлийн дотор зөвхөн нэг нь мөрөн дээр үүрч явдаг зүйлийг илэрхийлэхийн зэрэгцээ мөн сүйрлийн зөгнөл байдаг. Би үүрч явдаг зүйлийг заасан еврей үг атлаа мөн сүйрлийн зөгнөл болох тэр нэг ишлэлийг авч үзэхээр зорьж байгаа тул, бид эдгээр баримтад хожим дахин эргэн очих боловч, эхнээс нь энэ ялгааг тодорхойлон тэмдэглэж байна.</w:t>
      </w:r>
    </w:p>
    <w:p>
      <w:pPr>
        <w:pStyle w:val="ArticleBody"/>
        <w:jc w:val="left"/>
      </w:pPr>
      <w:r>
        <w:rPr>
          <w:rFonts w:ascii="Times New Roman" w:hAnsi="Times New Roman" w:eastAsia="Times New Roman" w:cs="Times New Roman"/>
        </w:rPr>
        <w:t>Энэ бүлэг “үзэгдлийн хөндий”-ийн тодорхойлолтын талаар бүрхэг бус бөгөөд энэ нь “Давидын хот” мөн түүнчлэн “Иерусалим” хэмээн тодорхойлогддог. Үзэгдлийн хөндий гэдэг нь Даниел арван нэгэн бүлгийн сүүлийн зургаан эшлэлийн түүхэн үедх Лаодикийн Адвентизмд хамаарсан эшлэл юм. Исаиа, Ашдод хэмээх Египетийн нэгэн хотыг эзлүүлэхээр Тартан нэртэй цэргийн удирдагчийг илгээсэн Ассирийн хаан дэлхийг алхам алхмаар байлдан дагуулж буйг хорьдугаар бүлэгт дүрслэгдсэн түүхээр өгүүлэн, энэхүү сүйрлийн нөхцөл байдлыг тогтоосон юм.</w:t>
      </w:r>
    </w:p>
    <w:p>
      <w:pPr>
        <w:pStyle w:val="ArticleBody"/>
        <w:jc w:val="left"/>
      </w:pPr>
      <w:r>
        <w:rPr>
          <w:rFonts w:ascii="Times New Roman" w:hAnsi="Times New Roman" w:eastAsia="Times New Roman" w:cs="Times New Roman"/>
        </w:rPr>
        <w:t>Ням гаргийн хуулийг Даниел номын арван нэгдүгээр бүлгийн дөчин нэгдүгээр эшлэлд тодорхойлсон бөгөөд энэ нь Ням гаргийн хуулийн үед папын засгийн гараас “зугтан гарах” гурван бүлгийг ялган заадаг.</w:t>
      </w:r>
    </w:p>
    <w:p>
      <w:pPr>
        <w:pStyle w:val="ArticleScripture"/>
        <w:jc w:val="left"/>
      </w:pPr>
      <w:r>
        <w:rPr>
          <w:rFonts w:ascii="Times New Roman" w:hAnsi="Times New Roman" w:eastAsia="Times New Roman" w:cs="Times New Roman"/>
        </w:rPr>
        <w:t>Ассирийн хаан Саргон түүнийг илгээсэнд Тартан Ашдодод ирж, Ашдодын эсрэг байлдан тулалдаж түүнийг эзлэн авсан тэр жилд, тэр цагт ЭЗЭН Амозын хүү Исаиагаар дамжуулан айлдан, —Явж, бүсэлхийнээсээ таар хувцсаа тайлж, хөлөөсөө гутлаа ав,— гэв. Тэрээр тийн үйлдэж, нүцгэн хөл нүцгэн явжээ. ЭЗЭН айлдсан нь, —Миний зарц Исаиа Египет ба Этиопын эсрэг тэмдэг, гайхамшиг болгон гурван жилийн турш нүцгэн хөл нүцгэн явсанчлан, түүнчлэн Ассирийн хаан египетчүүдийг олзлогдогсод болгон, этиопчуудыг олзлогсод болгон, хөгшин залуугүй, нүцгэн хөл нүцгэн, өгзөг нь ил гарсан байдалтайгаар, Египетийн ичгүүр болгон авч одно. Тэд өөрсдийн найдвар болсон Этиопоос, өөрсдийн алдар болсон Египетээс болж айн ичих болно. Тэр өдөр энэ эргийн оршин суугч: “Харагтун, Ассирийн хаанаас аврагдахын тулд тусламж эрэн бидний зугтан очдог байсан бидний найдвар ийм ажээ. Тэгвэл бид яаж мултрах билээ?” хэмээн хэлнэ. Исаиа 20:1–6.</w:t>
      </w:r>
    </w:p>
    <w:p>
      <w:pPr>
        <w:pStyle w:val="ArticleBody"/>
        <w:jc w:val="left"/>
      </w:pPr>
      <w:r>
        <w:rPr>
          <w:rFonts w:ascii="Times New Roman" w:hAnsi="Times New Roman" w:eastAsia="Times New Roman" w:cs="Times New Roman"/>
        </w:rPr>
        <w:t>Аралын оршин суугчдын тавьж буй асуулт нь тэд Ассирийн хаанаас, мөн Даниел арван нэгдүгээр бүлэгт хойд зүгийн хаан хэмээн дүрслэгддэг тэр хаанаас, хэрхэн зугтан аврагдах вэ гэсэн асуудал юм.</w:t>
      </w:r>
    </w:p>
    <w:p>
      <w:pPr>
        <w:pStyle w:val="ArticleScripture"/>
        <w:jc w:val="left"/>
      </w:pPr>
      <w:r>
        <w:rPr>
          <w:rFonts w:ascii="Times New Roman" w:hAnsi="Times New Roman" w:eastAsia="Times New Roman" w:cs="Times New Roman"/>
        </w:rPr>
        <w:t>Тэр [хойд зүгийн хаан] мөн алдарт нутагт орж ирэх бөгөөд олон орон сүйрэн унана. Харин түүний гараас Эдом, Моаб, мөн Аммоны хөвгүүдийн тэргүүн хэсэг нь мултран гарна. Даниел 11:41.</w:t>
      </w:r>
    </w:p>
    <w:p>
      <w:pPr>
        <w:pStyle w:val="ArticleBody"/>
        <w:jc w:val="left"/>
      </w:pPr>
      <w:r>
        <w:rPr>
          <w:rFonts w:ascii="Times New Roman" w:hAnsi="Times New Roman" w:eastAsia="Times New Roman" w:cs="Times New Roman"/>
        </w:rPr>
        <w:t>Энэ эшлэлд Америкийн Нэгдсэн Улс дахь Ням гаргийн хууль заагдан тодорхойлогдсон бөгөөд, Даниелын энэ хэсэгт анхааран авч үзэхэд зохистой зарим нарийн өнгө аяс бий. Даниел 11:40–43 дахь дараалсан гурван эшлэл бүгд “улсууд”-ыг заан тодорхойлдог. 40-р эшлэлд хуучин Зөвлөлт Холбоот Улсыг төлөөлөх улсууд 1989 онд папын засаглал болон Америкийн Нэгдсэн Улсад хамагдан зайлуулагдсан. Орчин үеийн түүхчид энэ баримтыг баталдаг.</w:t>
      </w:r>
    </w:p>
    <w:p>
      <w:pPr>
        <w:pStyle w:val="ArticleBody"/>
        <w:jc w:val="left"/>
      </w:pPr>
      <w:r>
        <w:rPr>
          <w:rFonts w:ascii="Times New Roman" w:hAnsi="Times New Roman" w:eastAsia="Times New Roman" w:cs="Times New Roman"/>
        </w:rPr>
        <w:t>Дараа нь дөчин хоёрдугаар эшлэлд “улсууд” гэх үг нь дэлхийн гаригийн бүх улс орнуудыг төлөөлж байгааг бид хардаг. Учир нь хойд зүгийн хаан (папын засаглал) бүх дэлхийг төлөөлж буй Египетийг эзлэн авдаг. Энэ нь нэг нарийн утга юм. Миний эдгээр гурван эшлэл дотор дурдсан хоёр нарийн утгын нөгөө нь дөчин нэгдүгээр эшлэл дэх, мөн дараа нь дахин дөчин хоёрдугаар эшлэл дэх “зугтах” гэх үгтэй холбоотой. Хоёулаа “зугтах” хэмээн орчуулагдсан боловч тэдгээр нь еврей хэлний хоёр өөр үг юм. Дөчин хоёрдугаар эшлэлд “зугтах” хэмээн орчуулагдсан еврей үг нь аврал олдохгүй, чөлөөлөлт байхгүй гэсэн утгатай. Учир нь Нэгдсэн Үндэстний Байгууллагыг төлөөлж буй “арван хаад” өөрсдийн нэг дэлхийн засгийг папын араатны эрхшээлд шилжүүлэхээр санал нэгдэх үед ямар ч зугтах зам үгүй—ямар ч аврал үгүй.</w:t>
      </w:r>
    </w:p>
    <w:p>
      <w:pPr>
        <w:pStyle w:val="ArticleScripture"/>
        <w:jc w:val="left"/>
      </w:pPr>
      <w:r>
        <w:rPr>
          <w:rFonts w:ascii="Times New Roman" w:hAnsi="Times New Roman" w:eastAsia="Times New Roman" w:cs="Times New Roman"/>
        </w:rPr>
        <w:t>Чиний харсан арван эвэр бол арван хаан мөн; тэд одоогоор хаанчлалыг аваагүй боловч араатантай хамт нэг цагийн турш хаадын адил эрх мэдэл хүлээн авна. Эдгээр нь нэг санаатай бөгөөд өөрсдийн хүч чадал, эрх мэдлээ араатанд өгнө. Эдгээр нь Хургантай дайн хийх боловч Хурга тэднийг дийлнэ. Учир нь Тэр бол эздийн Эзэн, хаадын Хаан мөн. Мөн Түүнтэй хамт буй хүмүүс бол дуудагдсан, сонгогдсон, итгэлтэй хүмүүс юм. Тэр надад айлдахдаа, “Чиний харсан, янхан эмэгтэйн сууж буй уснууд бол ард түмнүүд, үй олон, үндэстнүүд, хэлнүүд мөн. Чиний араатан дээр харсан арван эвэр бол янхан эмэгтэйг үзэн ядах бөгөөд түүнийг эзгүйрүүлж, нүцгэлж, махыг нь идэж, галаар шатаана. Учир нь Бурханы үгс биелэгдэх хүртэл Түүний хүслийг гүйцэлдүүлж, нэг санаатай байж, хаанчлалаа араатанд өгөхөөр Бурхан тэдний зүрхэнд хийсэн билээ” гэв. Илчлэл 17:12–17.</w:t>
      </w:r>
    </w:p>
    <w:p>
      <w:pPr>
        <w:pStyle w:val="ArticleBody"/>
        <w:jc w:val="left"/>
      </w:pPr>
      <w:r>
        <w:rPr>
          <w:rFonts w:ascii="Times New Roman" w:hAnsi="Times New Roman" w:eastAsia="Times New Roman" w:cs="Times New Roman"/>
        </w:rPr>
        <w:t>Эдгээр “арван хаад”-ын тухай Бурханы үгэнд олонтаа дурдагддаг бөгөөд Елиагийн түүхэнд Израилийн хаан Ахаб нь арван овгийн тэргүүн байсан бөгөөд Иезебелтэй гэрлэсэн байв. Иезебел нь ертөнцийн төгсгөл дэх папын засаглалыг, Елиа нь гурав дахь тэнгэрэлчийн мэдээний элч нарыг, харин Ахаб нь арван хааны холбооны тэргүүнийг төлөөлдөг. Ахаб нь Ням гаргийн хуулийн эш үзүүллэгийн түүхийн үед Нэгдсэн Үндэстний Байгууллагын удирдагчийн хувиар Америкийн Нэгдсэн Улсыг төлөөлдөг. Египет Ассирид эзлэгдэх үед Даниел 11:42 дахь умардын хаан арван хаадыг өөрсдийн хаанчлалыг папын эрх мэдэлд буулган өгөхөөр зөвшөөрөхөд саяхан албадсан байдаг.</w:t>
      </w:r>
    </w:p>
    <w:p>
      <w:pPr>
        <w:pStyle w:val="ArticleScripture"/>
        <w:jc w:val="left"/>
      </w:pPr>
      <w:r>
        <w:rPr>
          <w:rFonts w:ascii="Times New Roman" w:hAnsi="Times New Roman" w:eastAsia="Times New Roman" w:cs="Times New Roman"/>
        </w:rPr>
        <w:t>“Бид эцсийн хямралд ойртон ирэх тусам, Эзэний хэрэгслийн хооронд эв нэгдэл, зохирол байх нь амин чухал ач холбогдолтой юм. Дэлхий шуурга, дайн, зөрчил тэмцлээр дүүрсэн байна. Гэвч нэгэн тэргүүний дор—папын эрх мэдлийн дор—ард түмэн Бурханыг Түүний гэрчүүдийнх нь биечлэлд эсэргүүцэхээр нэгдэх болно. Энэ нэгдэл агуу урвагчаар бат бэх холбогджээ. Тэр үнэний эсрэг дайтахын тулд өөрийн төлөөлөгчдийг нэгтгэхийг хичээхийн хамт, түүний өмгөөлөгчдийг хувааж, сарниулахын төлөө ажиллах болно. Хардалт, муугаар сэжиглэх, муугаар хэлэх явдал нь эв эе алдагдуулж, хагарал тэмцэл бий болгохын тулд түүнээр өдөөгддөг.” Testimonies, volume 7, 182.</w:t>
      </w:r>
    </w:p>
    <w:p>
      <w:pPr>
        <w:pStyle w:val="ArticleBody"/>
        <w:jc w:val="left"/>
      </w:pPr>
      <w:r>
        <w:rPr>
          <w:rFonts w:ascii="Times New Roman" w:hAnsi="Times New Roman" w:eastAsia="Times New Roman" w:cs="Times New Roman"/>
        </w:rPr>
        <w:t>Дөчин нэгдүгээр эшлэлээс бид “зугтах” гэдэг үгийг олж хардаг бөгөөд дөчин хоёрдугаар эшлэлд мөн “зугтах” гэдэг үг байна. Гэвч эдгээр нь еврей хэлний хоёр өөр үг юм. Дөчин нэгдүгээр эшлэлд “зугтах” хэмээн орчуулагдсан үг нь гулгамтгай байдлаар мултран зугтахыг гэсэн утгатай. Энэ нь Исаиа номын хорьдугаар бүлгийн зургаадугаар эшлэлд “зугтах” хэмээн орчуулагдсан үг мөн юм. “Тэр өдөр” “энэ арлын оршин суугч” Даниелын арван нэгдүгээр бүлэг болон Судрын бусад хэд хэдэн хэсэгт дүрслэгдсэнчлэн “тэр өдөр” дэлхийг аажмаар байлдан дагуулж буй Ассиричуудаас хэрхэн зугтаж чадах талаар асуудаг.</w:t>
      </w:r>
    </w:p>
    <w:p>
      <w:pPr>
        <w:pStyle w:val="ArticleBody"/>
        <w:jc w:val="left"/>
      </w:pPr>
      <w:r>
        <w:rPr>
          <w:rFonts w:ascii="Times New Roman" w:hAnsi="Times New Roman" w:eastAsia="Times New Roman" w:cs="Times New Roman"/>
        </w:rPr>
        <w:t>Даниел арван нэгдүгээр бүлгийн дөчин нэгдүгээр зүйлд папын эрх мэдэл, эсвэл Даниелын дүрслэн үзүүлснээр хойд зүгийн хаан, эсвэл Исаиагийн дүрслэн үзүүлснээр Ассир хүн, Америкийн Нэгдсэн Улсыг төлөөлөх “алдарт газрыг” эзлэн байлдан дагуулж байх үед, тэнд ялган тодорхойлогдсон хоёр бүлэг байна.</w:t>
      </w:r>
    </w:p>
    <w:p>
      <w:pPr>
        <w:pStyle w:val="ArticleScripture"/>
        <w:jc w:val="left"/>
      </w:pPr>
      <w:r>
        <w:rPr>
          <w:rFonts w:ascii="Times New Roman" w:hAnsi="Times New Roman" w:eastAsia="Times New Roman" w:cs="Times New Roman"/>
        </w:rPr>
        <w:t>Тэр мөн алдарт нутагт орж ирнэ, олон улс орон сүйрэлд өртөнө; харин Эдом, Моаб, мөн Аммоны хөвгүүдийн тэргүүн хэсэг нь түүний гараас мултарна. Даниел 11:41.</w:t>
      </w:r>
    </w:p>
    <w:p>
      <w:pPr>
        <w:pStyle w:val="ArticleBody"/>
        <w:jc w:val="left"/>
      </w:pPr>
      <w:r>
        <w:rPr>
          <w:rFonts w:ascii="Times New Roman" w:hAnsi="Times New Roman" w:eastAsia="Times New Roman" w:cs="Times New Roman"/>
        </w:rPr>
        <w:t>Нэг нь түлхэн унагдагсдын “олон” бөгөөд нөгөө бүлгийг “Едом, Моаб болон Аммоны хөвгүүдийн тэргүүн хэсэг” хэмээн дүрсэлсэн байдаг. Ням гаргийн хуулийн үед Илчлэл арван наймдугаар бүлгийн дөрөвдүгээр эшлэл Вавилонд хараахан байгаа хүмүүсийг “гарч ир” хэмээн дууддаг.</w:t>
      </w:r>
    </w:p>
    <w:p>
      <w:pPr>
        <w:pStyle w:val="ArticleScripture"/>
        <w:jc w:val="left"/>
      </w:pPr>
      <w:r>
        <w:rPr>
          <w:rFonts w:ascii="Times New Roman" w:hAnsi="Times New Roman" w:eastAsia="Times New Roman" w:cs="Times New Roman"/>
        </w:rPr>
        <w:t>Тэгээд тэнгэрээс өөр нэгэн дуу гарахыг би сонсов. Энэ нь: Миний ард түмэн, түүний нүглүүдэд оролцогчид болохгүйн тулд, мөн түүний гай гамшгуудаас хүлээн авахгүйн тулд түүнээс гарч ир гэж айлдаж байлаа. Илчлэлт 18:4.</w:t>
      </w:r>
    </w:p>
    <w:p>
      <w:pPr>
        <w:pStyle w:val="ArticleBody"/>
        <w:jc w:val="left"/>
      </w:pPr>
      <w:r>
        <w:rPr>
          <w:rFonts w:ascii="Times New Roman" w:hAnsi="Times New Roman" w:eastAsia="Times New Roman" w:cs="Times New Roman"/>
        </w:rPr>
        <w:t>Едом, Моаб болон Аммоны хөвгүүдийн тэргүүн хэсэг нь Исаиа хорьдугаар бүлэгт гардаг арлын ард түмнүүдийн найдаж буйчлан, гулгамтгай башир аргаар мултран зугтагчид мөн.</w:t>
      </w:r>
    </w:p>
    <w:p>
      <w:pPr>
        <w:pStyle w:val="ArticleBody"/>
        <w:jc w:val="left"/>
      </w:pPr>
      <w:r>
        <w:rPr>
          <w:rFonts w:ascii="Times New Roman" w:hAnsi="Times New Roman" w:eastAsia="Times New Roman" w:cs="Times New Roman"/>
        </w:rPr>
        <w:t>Дөчин нэгдүгээр эшлэлд миний зааж буй өөр нэгэн утгын ялгаа нь гэвэл, дөч, дөчин нэг, дөчин хоёрдугаар эшлэлүүдэд “улсууд” гэсэн үг гардаг боловч дөчин нэгдүгээр эшлэлд энэ нь нөхөн оруулсан үг бөгөөд Даниелын эх үгэнд байхгүй, тиймээс тэнд хамаарахгүй юм. Зөвлөлт Холбоот Улс нуран унах үед дөчдүгээр эшлэлийн биелэлтээр олон улс түлхэн унагдсан бөгөөд папын засаг Нэгдсэн Үндэстний Байгууллагыг гартаа авах үед олон улс эзлэгддэг. Харин Америкийн Нэгдсэн Улсад Ням гаргийн хууль тогтоогдох үед түлхэн унагдах “олон” нь олон улс биш, тэд зөвхөн Долоо дахь өдрийн Адвентистууд байж чадна.</w:t>
      </w:r>
    </w:p>
    <w:p>
      <w:pPr>
        <w:pStyle w:val="ArticleScripture"/>
        <w:jc w:val="left"/>
      </w:pPr>
      <w:r>
        <w:rPr>
          <w:rFonts w:ascii="Times New Roman" w:hAnsi="Times New Roman" w:eastAsia="Times New Roman" w:cs="Times New Roman"/>
        </w:rPr>
        <w:t>“Хэрэв үнэний гэрэл танд толилуулагдаж, дөрөвдэх тушаалын Амралтын өдрийг илчлэн, Ням гарагийг сахихад Бурханы Үгэнд ямар ч үндэс байхгүйг харуулсан атал та хуурамч амралтын өдрөөсөө зуурсаар, Бурханы ‘Миний ариун өдөр’ хэмээн нэрлэдэг Амралтын өдрийг ариунаар сахихаас татгалзсаар байвал, та араатны тэмдгийг хүлээн авна. Энэ хэзээ тохиолддог вэ? Таныг Ням гарагт хөдөлмөрөө зогсоож, Бурханыг мөргөхийг тушаасан зарлигт дуулгавартай дагах үед—тэгэхдээ Ням гараг нь ердийн ажлын өдрөөс өөр зүйл мөн гэдгийг харуулах ганц ч үг Библид байхгүйг та мэдсээр байж—та араатны тэмдгийг хүлээн авахыг зөвшөөрч, Бурханы тамгаас татгалздаг.” Review and Herald, July 13, 1897.</w:t>
      </w:r>
    </w:p>
    <w:p>
      <w:pPr>
        <w:pStyle w:val="ArticleBody"/>
        <w:jc w:val="left"/>
      </w:pPr>
      <w:r>
        <w:rPr>
          <w:rFonts w:ascii="Times New Roman" w:hAnsi="Times New Roman" w:eastAsia="Times New Roman" w:cs="Times New Roman"/>
        </w:rPr>
        <w:t>Долоо дахь өдрийн Адвентист сүмийн аливаа гишүүн сүмийн баптисм хүртсэн гишүүн болохдоо анх Амралтын өдрийн сургаалыг хүлээн зөвшөөрсөн байдаг бөгөөд Амралтын өдрийн тухай “үнэний гэрэл”-ийн өмнө тэд хариуцлага хүлээдэг.</w:t>
      </w:r>
    </w:p>
    <w:p>
      <w:pPr>
        <w:pStyle w:val="ArticleScripture"/>
        <w:jc w:val="left"/>
      </w:pPr>
      <w:r>
        <w:rPr>
          <w:rFonts w:ascii="Times New Roman" w:hAnsi="Times New Roman" w:eastAsia="Times New Roman" w:cs="Times New Roman"/>
        </w:rPr>
        <w:t>“Амралтын өдрийг өөрчилсөн явдал нь Ромын сүмийн эрх мэдлийн тэмдэг буюу тамга мөн. Дөрөвдүгээр тушаалын шаардлагыг ойлгож байж, жинхэнэ Амралтын өдрийн оронд хуурамч амралтын өдрийг сахихаар сонгодог хүмүүс нь түүнийг зөвхөн тушаасан тэр эрх мэдэлд ийнхүү хүндэтгэл өргөж байгаа хэрэг юм. Араатны тэмдэг нь папын амралтын өдөр бөгөөд Бурханы тогтоосон өдрийн оронд дэлхий түүнийг хүлээн авсан билээ.”</w:t>
      </w:r>
    </w:p>
    <w:p>
      <w:pPr>
        <w:pStyle w:val="ArticleScripture"/>
        <w:jc w:val="left"/>
      </w:pPr>
      <w:r>
        <w:rPr>
          <w:rFonts w:ascii="Times New Roman" w:hAnsi="Times New Roman" w:eastAsia="Times New Roman" w:cs="Times New Roman"/>
        </w:rPr>
        <w:t>“Одоогоор хэн ч араатны тэмдгийг хүлээн аваагүй байна. Сорилтын цаг хараахан ирээгүй байна. Ромын Католик нэгдлийг ч үл эс тооцвол, бүх сүмд жинхэнэ Христэд итгэгчид бий. Хүмүүс гэрлийг хүлээн авч, дөрөв дэх тушаалын үүргийг ойлгон харж амжаагүй цагт хэн ч яллагдахгүй. Харин хуурамч амралтын өдрийг албадан сахиулах зарлиг гарч, гурав дахь тэнгэрэлчийн чанга дуу хүмүүсийг араатан болон түүний хөрөг дүрд мөргөхөөс сэрэмжлүүлэх үед, худал ба үнэн хоёрын хоорондох зааг тодорхой татагдана. Тэгээд гэм нүгэл дотор хэвээр үлдэн зөрчил үйлдсээр байх хүмүүс араатны тэмдгийг хүлээн авах болно.</w:t>
      </w:r>
    </w:p>
    <w:p>
      <w:pPr>
        <w:pStyle w:val="ArticleScripture"/>
        <w:jc w:val="left"/>
      </w:pPr>
      <w:r>
        <w:rPr>
          <w:rFonts w:ascii="Times New Roman" w:hAnsi="Times New Roman" w:eastAsia="Times New Roman" w:cs="Times New Roman"/>
        </w:rPr>
        <w:t>“Бид энэ үе рүү түргэн алхмаар ойртож байна. Протестант сүмүүд хуурамч шашныг дэмжихийн тулд иргэний эрх мэдэлтэй нэгдэх үед, харин уг шашныг эсэргүүцсэний төлөө тэдний өвөг дээдэс хамгийн ширүүн хавчлагыг туулж байсан билээ, тэр цагт папын амралтын өдөр сүм ба төрийн хамтарсан эрх мэдлээр тулган хэрэгжүүлэгдэх болно. Үндэсний хэмжээний тэрслэлт гарах бөгөөд энэ нь зөвхөн үндэсний сүйрлээр төгсөнө.” Manuscript 51, 1899.</w:t>
      </w:r>
    </w:p>
    <w:p>
      <w:pPr>
        <w:pStyle w:val="ArticleBody"/>
        <w:jc w:val="left"/>
      </w:pPr>
      <w:r>
        <w:rPr>
          <w:rFonts w:ascii="Times New Roman" w:hAnsi="Times New Roman" w:eastAsia="Times New Roman" w:cs="Times New Roman"/>
        </w:rPr>
        <w:t>Ням гаргийн хуулийн үед гурав дахь тэнгэрэлчийн гэрлийн төлөө хариуцлага хүлээлгэгдэх цорын ганц хүмүүс нь Долоо дахь өдрийн Адвентистүүд мөн; учир нь зөвхөн тэр үед л Адвентизмын гаднах хүмүүст гурав дахь тэнгэрэлчийн сорилт танилцуулагдах болно. Ням гаргийн хуулийн үед унагаагдах “олон” нь Лаодикийн Адвентистүүд мөн; учир нь “шүүлт Бурханы гэрээс эхэлдэг.”</w:t>
      </w:r>
    </w:p>
    <w:p>
      <w:pPr>
        <w:pStyle w:val="ArticleScripture"/>
        <w:jc w:val="left"/>
      </w:pPr>
      <w:r>
        <w:rPr>
          <w:rFonts w:ascii="Times New Roman" w:hAnsi="Times New Roman" w:eastAsia="Times New Roman" w:cs="Times New Roman"/>
        </w:rPr>
        <w:t>Ингээд сүүлчийнх нь эхнийх болж, эхнийх нь сүүлчийнх болно. Учир нь дуудагдагсад олон боловч сонгогдогсад цөөхөн юм. Матай 20:16.</w:t>
      </w:r>
    </w:p>
    <w:p>
      <w:pPr>
        <w:pStyle w:val="ArticleBody"/>
        <w:jc w:val="left"/>
      </w:pPr>
      <w:r>
        <w:rPr>
          <w:rFonts w:ascii="Times New Roman" w:hAnsi="Times New Roman" w:eastAsia="Times New Roman" w:cs="Times New Roman"/>
        </w:rPr>
        <w:t>Исаиа нь папын засаглал дэлхийг аажмаар байлдан дагуулж буйтай холбоотойгоор Египет ба Этиопын төлөө “тэмдэг ба гайхамшиг” юм. Египет бол Нэгдсэн Үндэстний Байгууллага; Этиоп бол Америкийн Нэгдсэн Улс, харин Ассур бол папын засаглал мөн. Тэрхүү эш үзүүллэгийн түүхийн хүрээнд Исаиа сүйрлийн тухай цуврал эш үзүүллэгүүдийг өгүүлж эхэлдэг. Хорин хоёрдугаар бүлэг нь Ням гаргийн хуулийн үед унаган сүйрүүлэгдэх Лаодикейчуудын тухай, мөн “Едом, Моаб болон Аммоны хөвгүүдийн тэргүүн хэсгийг” Вавилоноос дуудан гаргадаг Филаделфичуудын тухай юм.</w:t>
      </w:r>
    </w:p>
    <w:p>
      <w:pPr>
        <w:pStyle w:val="ArticleBody"/>
        <w:jc w:val="left"/>
      </w:pPr>
      <w:r>
        <w:rPr>
          <w:rFonts w:ascii="Times New Roman" w:hAnsi="Times New Roman" w:eastAsia="Times New Roman" w:cs="Times New Roman"/>
        </w:rPr>
        <w:t>Лаодикийн Адвентизмд аврагдахад шаардлагатай зан чанар дутагддаг бөгөөд тэд Ням гаргийн хуулийн үед Эзэний амнаас бөөлжигдөн гарна. Би энэ баримтыг зөвхөн дараагийн санааг онцлон тэмдэглэхийн тулд дурдлаа. Исаиа хорин хоёрдугаар бүлэг нь Лаодикия яагаад мөхдөгийн өөр нэг шалтгааныг илэрхийлдэг. Учир нь сүйрлийн эш үзүүллэг “үзэгдлийн” хөндийн эсрэг чиглэсэн байдаг. “Үзэгдэл” хэмээн орчуулагддаг еврей хоёр үндсэн үг бий. Нэг нь эш үзүүллэгийн үйл явдлын дарааллыг, нөгөө нь Христийн үзэгдлийг илэрхийлдэг. Нэг нь чуулганы гаднахтай, нөгөө нь чуулганы доторхтой холбоотой. Хорин хоёрдугаар бүлэг дэх үг нь эш үзүүллэгийн үйл явдлыг илэрхийлдэг үзэгдэл бөгөөд энэ нь Сургаалт үгсийн номд “үзэгдэл” хэмээн орчуулагдсан үгтэй адил юм.</w:t>
      </w:r>
    </w:p>
    <w:p>
      <w:pPr>
        <w:pStyle w:val="ArticleScripture"/>
        <w:jc w:val="left"/>
      </w:pPr>
      <w:r>
        <w:rPr>
          <w:rFonts w:ascii="Times New Roman" w:hAnsi="Times New Roman" w:eastAsia="Times New Roman" w:cs="Times New Roman"/>
        </w:rPr>
        <w:t>Үзэгдэл үгүй газарт ард түмэн мөхдөг; харин хуулийг сахигч нь ерөөлтэй. Сургаалт үгс 29:18.</w:t>
      </w:r>
    </w:p>
    <w:p>
      <w:pPr>
        <w:pStyle w:val="ArticleBody"/>
        <w:jc w:val="left"/>
      </w:pPr>
      <w:r>
        <w:rPr>
          <w:rFonts w:ascii="Times New Roman" w:hAnsi="Times New Roman" w:eastAsia="Times New Roman" w:cs="Times New Roman"/>
        </w:rPr>
        <w:t>“Үзэгдлийн хөндийн ачаа” нь ертөнцийн төгсгөлд Бурханы сүм доторх мөргөгчдийн хоёр ангийг ялган заасан эш үзүүллэг мөн. Шебнагаар төлөөлөгдсөн нэг анги нь Лаодикеа бөгөөд нөгөө анги нь Хилкиагийн хүү Елиакимаар төлөөлөгдсөн Филадельфи юм. Бүлэг доторх эдгээр хоёр ангийн ялгаа нь мэдээж арван онгон охины тухай сургаалт зүйрлэл дэх ялгаатай адил юм. Нэг ангид шөнө дунд тос бий, харин нөгөө ангид байхгүй. “Тос” нь бэлгэдлийн хувьд ямар нөхцөлд буйгаасаа шалтгаалан янз бүрийн үнэнийг илэрхийлдэг, харин Исаиа хорин хоёрдугаар бүлэгт арван онгон охины “тос”-ыг “үзэгдэл” гэх үгээр төлөөлүүлсэн байдаг. Нэг ангид “тос” бий, нөгөөд нь байхгүй.</w:t>
      </w:r>
    </w:p>
    <w:p>
      <w:pPr>
        <w:pStyle w:val="ArticleScripture"/>
        <w:jc w:val="left"/>
      </w:pPr>
      <w:r>
        <w:rPr>
          <w:rFonts w:ascii="Times New Roman" w:hAnsi="Times New Roman" w:eastAsia="Times New Roman" w:cs="Times New Roman"/>
        </w:rPr>
        <w:t>“Бүх дэлхийн Эзэний дэргэд зогсогч тослогдсон хүмүүс нь нэгэн цагт халхлагч херубын хувиар Сатанд өгөгдсөн байр суурийг эзэмшдэг. Өөрийн сэнтийг нь хүрээлэн буй ариун оршигчдоор дамжуулан Эзэн газар дэлхийн оршин суугчидтай байнгын харилцааг хадгалдаг. Алтан тос нь итгэгчдийн дэнлүүг анивчин унтрахгүй байлгахын тулд Бурхан тэдэнд тасралтгүй өгч байдаг нигүүлслийг төлөөлдөг. Хэрэв энэ ариун тос нь Бурханы Сүнсний мэдээнүүдээр дамжин тэнгэрээс асгардаггүйсэн бол, бузар муугийн хүчнүүд хүмүүсийг бүхэлд нь захирах байсан.”</w:t>
      </w:r>
    </w:p>
    <w:p>
      <w:pPr>
        <w:pStyle w:val="ArticleScripture"/>
        <w:jc w:val="left"/>
      </w:pPr>
      <w:r>
        <w:rPr>
          <w:rFonts w:ascii="Times New Roman" w:hAnsi="Times New Roman" w:eastAsia="Times New Roman" w:cs="Times New Roman"/>
        </w:rPr>
        <w:t>Бурхан бидэнд илгээдэг мэдүүллүүдийг нь хүлээн авдаггүй үед Түүнийг гутаан доромжилдог. Ийнхүү бид Түүний сүнснүүдэд маань юүлж, харанхуйд буй хүмүүст дамжуулагдах ёстой алтан тосыг няцаадаг. “Харагтун, хүргэн ирж байна; Түүнийг угтахаар гарцгаа” гэсэн дуудлага ирэхэд ариун тосыг хүлээн аваагүй, Христийн нигүүлслийг зүрх сэтгэлдээ нандигнаагүй хүмүүс мунхаг охидын адил Эзэнтэйгээ уулзахад бэлэн биш байгаагаа олж мэднэ. Тэдэнд тосыг олж авах хүч чадал өөрсдөд нь байхгүй бөгөөд амьдрал нь сүйрэлд хүрнэ. Харин Бурханы Ариун Сүнсийг гуйж, Мосегийн адил “Надад Өөрийн алдрыг үзүүлээч” хэмээн бид гуйн гуйвал, Бурханы хайр зүрх сэтгэлд маань элбэгээр асгарна. Алтан хоолойгоор дамжин алтан тос бидэнд дамжуулагдана. “Хүчин чадлаар ч биш, эрх мэдлээр ч биш, харин Миний Сүнсээр, түмэн цэргийн ЭЗЭН айлдаж байна.” Зөвт байдлын Нарны хурц туяаг хүлээн авснаар Бурханы хүүхдүүд дэлхийд гэрлүүд мэт гэрэлтдэг. Review and Herald, 1897 оны 7 дугаар сарын 20.</w:t>
      </w:r>
    </w:p>
    <w:p>
      <w:pPr>
        <w:pStyle w:val="ArticleBody"/>
        <w:jc w:val="left"/>
      </w:pPr>
      <w:r>
        <w:rPr>
          <w:rFonts w:ascii="Times New Roman" w:hAnsi="Times New Roman" w:eastAsia="Times New Roman" w:cs="Times New Roman"/>
        </w:rPr>
        <w:t>Эш үзүүлэгчдийн сүнснүүд бие биетэйгээ нийцдэг бөгөөд Зехариагийн тослогдсон хоёр нь мөн Илчлэлт номын арван нэгдүгээр бүлгийн хоёр гэрч мөн.</w:t>
      </w:r>
    </w:p>
    <w:p>
      <w:pPr>
        <w:pStyle w:val="ArticleScripture"/>
        <w:jc w:val="left"/>
      </w:pPr>
      <w:r>
        <w:rPr>
          <w:rFonts w:ascii="Times New Roman" w:hAnsi="Times New Roman" w:eastAsia="Times New Roman" w:cs="Times New Roman"/>
        </w:rPr>
        <w:t>“Хоёр гэрчийн талаар эш үзүүлэгч цааш нь ийнхүү тунхагладаг: ‘Эдгээр нь газрын Бурханы өмнө зогсож буй хоёр чидун мод, мөн хоёр дэнлүүний суурь мөн.’ ‘Таны үг,’ хэмээн дуулалч өгүүлсэн, ‘миний хөлд дэнлүү, миний замд гэрэл мөн.’ Илчлэл 11:4; Дуулал 119:105. Хоёр гэрч нь Хуучин болон Шинэ Гэрээний Судруудыг төлөөлдөг. Аль аль нь Бурханы хуулийн гарал үүсэл болон мөнх оршихуйд холбогдох чухал гэрчлэлүүд мөн. Аль аль нь авралын төлөвлөгөөний тухай ч бас гэрч болдог. Хуучин Гэрээний хэв дүрүүд, тахилууд, эш үзүүллэгүүд нь ирэх Аврагч руу урагш заадаг. Шинэ Гэрээний Сайн мэдээ болон Элч нарын захидлууд нь хэв дүр ба эш үзүүллэгээр урьдчилан хэлэгдсэн яг тэрхүү байдлаар ирсэн Аврагчийн тухай өгүүлдэг.” Агуу тэмцэл, 267.</w:t>
      </w:r>
    </w:p>
    <w:p>
      <w:pPr>
        <w:pStyle w:val="ArticleBody"/>
        <w:jc w:val="left"/>
      </w:pPr>
      <w:r>
        <w:rPr>
          <w:rFonts w:ascii="Times New Roman" w:hAnsi="Times New Roman" w:eastAsia="Times New Roman" w:cs="Times New Roman"/>
        </w:rPr>
        <w:t>Зехариагийн тослогдсон хоёр хүн Илчлэлт номын нэгдүгээр бүлэгт дүрслэгдсэн харилцаа дамжуулах үйл явцыг төлөөлдөг. Түүхэн үйл явдлын эш үзүүллэгийн “үзэгдэл” болох “тос” нь Хуучин ба Шинэ Гэрээнүүдээр дамжин уламжлагддаг. Илчлэлт 11-т эдгээр хоёр гэрчийг утга агуулгын хүрээнд Мосе ба Елиа хэмээн тодорхойлдог. Мосе ба Елиа нь өөрсдөө бэлгэдэл мөн.</w:t>
      </w:r>
    </w:p>
    <w:p>
      <w:pPr>
        <w:pStyle w:val="ArticleBody"/>
        <w:jc w:val="left"/>
      </w:pPr>
      <w:r>
        <w:rPr>
          <w:rFonts w:ascii="Times New Roman" w:hAnsi="Times New Roman" w:eastAsia="Times New Roman" w:cs="Times New Roman"/>
        </w:rPr>
        <w:t>Өөрчлөлтийн Уулан дээр эсвэл Илчлэл арван нэгд хамтад нь дүрслэгдсэн үед тэдгээр нь хоёр өөр үнэний бэлгэ тэмдэг болдог. Уулан дээр тэд Ням гаргийн хууль тогтоолын хямралын үеийн алагдагсдыг болон нэг зуун дөчин дөрвөн мянгыг төлөөлдөг бол, харин Илчлэл арван нэгд тэд Хуучин ба Шинэ Гэрээг төлөөлдөг. Гэвч Адвентизмын хувьд тэд үүнээс ч илүүг төлөөлдөг. Иудейчүүдийн хувьд хоёр гэрч нь Хуучин Гэрээг төлөөлөх “хууль ба эш үзүүлэгчид” байсан бөгөөд, Христэд итгэгчдийн хувьд хоёр гэрч нь Хуучин ба Шинэ Гэрээ байсан, харин Адвентизмын хувьд хоёр гэрч нь Бурханы үг ба Есүсийн гэрчлэл мөн. Ийм учраас Иохан Патмост байсан юм.</w:t>
      </w:r>
    </w:p>
    <w:p>
      <w:pPr>
        <w:pStyle w:val="ArticleScripture"/>
        <w:jc w:val="left"/>
      </w:pPr>
      <w:r>
        <w:rPr>
          <w:rFonts w:ascii="Times New Roman" w:hAnsi="Times New Roman" w:eastAsia="Times New Roman" w:cs="Times New Roman"/>
        </w:rPr>
        <w:t>Та нарын ах дүү бөгөөд зовлон дотор, мөн Есүс Христийн хаанчлал ба тэвчээр дотор хамтрагч нь болох би Иохан, Бурханы үгийн төлөө болон Есүс Христийн гэрчлэлийн төлөө Патмос хэмээн нэрлэгддэг арал дээр байв. Илчлэлт 1:9.</w:t>
      </w:r>
    </w:p>
    <w:p>
      <w:pPr>
        <w:pStyle w:val="ArticleBody"/>
        <w:jc w:val="left"/>
      </w:pPr>
      <w:r>
        <w:rPr>
          <w:rFonts w:ascii="Times New Roman" w:hAnsi="Times New Roman" w:eastAsia="Times New Roman" w:cs="Times New Roman"/>
        </w:rPr>
        <w:t>Исаиа хорин хоёрдугаар бүлэгт Мосе ба Елиа хэмээх хоёр гэрчийг дүрсэлсэн байдаг бөгөөд үүнийг зөвхөн Альфа ба Омега хэмээх зарчмыг тэр бүлэгт хэрэгжүүлсэн тохиолдолд л таньж болох юм. Есүс эш үзүүллэгийн үйл явдлуудын “үзэгдэл”-ийн тухай тайлбараа Эммаус хүрэх замд шавь нартаа хаанаас эхлүүлснийг анхааран үз.</w:t>
      </w:r>
    </w:p>
    <w:p>
      <w:pPr>
        <w:pStyle w:val="ArticleScripture"/>
        <w:jc w:val="left"/>
      </w:pPr>
      <w:r>
        <w:rPr>
          <w:rFonts w:ascii="Times New Roman" w:hAnsi="Times New Roman" w:eastAsia="Times New Roman" w:cs="Times New Roman"/>
        </w:rPr>
        <w:t>“Библийн түүхийн жинхэнэ Альфа болох Мосегоос эхлэн Христ Өөрийн тухай зүйлсийг бүх Сударт тайлбарлан өгсөн.” Хүсэмжит Үеүүд, 796.</w:t>
      </w:r>
    </w:p>
    <w:p>
      <w:pPr>
        <w:pStyle w:val="ArticleBody"/>
        <w:jc w:val="left"/>
      </w:pPr>
      <w:r>
        <w:rPr>
          <w:rFonts w:ascii="Times New Roman" w:hAnsi="Times New Roman" w:eastAsia="Times New Roman" w:cs="Times New Roman"/>
        </w:rPr>
        <w:t>Элиа бол Эзэний агуу бөгөөд аймшигт өдрийн өмнө илэрдэг эш үзүүлэгч мөн бөгөөд эцгүүдийн (альфа) зүрхийг хүүхдүүд уруу (омега) эргүүлэх, Альфа ба Омегийн зарчимд тулгуурласан мэдээг авчирдаг. Мосе ба Элиа нь Библийн эш үзүүллэгийн альфа ба омегийг төлөөлдөг. Хэрэв та үүнийг сонсож чадвал, Мосе бол Вильям Миллер байсан. Мосе ч, Миллер ч хоёулаа нас барсан бөгөөд хоёулаа аврагдсан хэмээн онгодоор тодорхойлогдсон. Мосе нь мэдээж үхсэнийхээ дараахан амилуулагдсан, харин тэнгэрэлчүүд Миллерийн булшны дэргэд түүний амилалт хүртэл хүлээн байдаг. Элиа нь Эзэний агуу бөгөөд аймшигт өдөр ирэхийн өмнөх хамгийн сүүлчийн элчийг төлөөлдөг.</w:t>
      </w:r>
    </w:p>
    <w:p>
      <w:pPr>
        <w:pStyle w:val="ArticleScripture"/>
        <w:jc w:val="left"/>
      </w:pPr>
      <w:r>
        <w:rPr>
          <w:rFonts w:ascii="Times New Roman" w:hAnsi="Times New Roman" w:eastAsia="Times New Roman" w:cs="Times New Roman"/>
        </w:rPr>
        <w:t>“Иудейчүүд Бурханы Үгэнд зөгнөгдөн байсан мэдээний тунхаглалыг зогсоохыг оролдсон; гэвч эш үзүүллэг биелэх ёстой. Эзэн, ‘Харагтун, ЭЗЭНий аугаа бөгөөд аймшигт өдөр ирэхээс өмнө Би та нарт эш үзүүлэгч Елиаг илгээнэ’ гэж айлдаж байна (Малахи 4:5). Хэн нэгэн нь Елиагийн сүнс ба хүч чадлаар ирэх ёстой бөгөөд тэр гарч ирэхэд хүмүүс, ‘Та дэндүү хэт шамдангуй байна, та Судруудыг зөвөөр тайлбарлахгүй байна. Мэдээгээ хэрхэн заахыг тань би хэлж өгье’ гэж хэлж магадгүй.”</w:t>
      </w:r>
    </w:p>
    <w:p>
      <w:pPr>
        <w:pStyle w:val="ArticleScripture"/>
        <w:jc w:val="left"/>
      </w:pPr>
      <w:r>
        <w:rPr>
          <w:rFonts w:ascii="Times New Roman" w:hAnsi="Times New Roman" w:eastAsia="Times New Roman" w:cs="Times New Roman"/>
        </w:rPr>
        <w:t>“Бурханы ажил ба хүний ажлыг ялган таньж чаддаггүй олон хүн бий. Бурхан надад өгч буйгаар нь би үнэнийг хэлнэ, мөн эдүгээ би ийн өгүүлж байна: хэрэв та нар үргэлж өө сэв эрж, зөрчил тэмцлийн сүнс агуулсаар байвал, хэзээ ч үнэнийг мэдэхгүй. Есүс шавь нартаа, ‘Та нарт хэлэх зүйл Надад олон буй, гэвч та нар одоо тэдгээрийг дааж чадахгүй’ (Иохан 16:12) хэмээн айлдсан. Тэд ариун бөгөөд мөнхийн зүйлсийг үнэлэн ойлгох байдалд байгаагүй; харин Есүс Тайтгаруулагчийг илгээнэ гэж амласан бөгөөд Тэр тэдэнд бүхнийг зааж, Өөрийнх нь тэдэнд хэлсэн бүхнийг сануулан дурсгах байв. Ах дүү нар аа, бид найдварыг хүн дээр тавьж үл болно. ‘Амьсгал нь хамартаа буй хүнээс зайлагтун; учир нь түүнийг юунд тооцож болох билээ?’ (Исаиа 2:22). Та нар тусламжгүй сүнснүүдээ Есүсээс зүүлгэн түшүүлэх ёстой. Ууланд булаг байхад хөндийн ундаргаас уух нь бидэнд зохистой бус. Доод урсгалуудыг орхицгооё; өндөр эх ундаргуудад очицгооё. Хэрэв та нарын үл ойлгох, эсвэл санал нийлэхгүй байгаа үнэний нэгэн зүйл байвал, судал, Судрыг Судартай харьцуул, үнэний босоо амыг Бурханы Үгийн уурхайд гүн шигтгэ. Та нар өөрсдийгөө болон өөрсдийн үзэл бодлыг Бурханы тахилын ширээн дээр тавьж, урьдаас тогтсон санаануудаа зайлуулан, Тэнгэрийн Сүнсээр та нарыг бүх үнэн рүү удирдуулах ёстой.” Selected Messages, book 1, 412.</w:t>
      </w:r>
    </w:p>
    <w:p>
      <w:pPr>
        <w:pStyle w:val="ArticleBody"/>
        <w:jc w:val="left"/>
      </w:pPr>
      <w:r>
        <w:rPr>
          <w:rFonts w:ascii="Times New Roman" w:hAnsi="Times New Roman" w:eastAsia="Times New Roman" w:cs="Times New Roman"/>
        </w:rPr>
        <w:t>Исаиа хорин хоёрдугаар бүлэгт, умардын хаан Иерусалим уруу довтлон ирж буй дэлхийн төгсгөлийн үед Адвентизмын доторх мэргэн ба мунхгуудыг Шебна болон Елиаким төлөөлдөг. Хилкиягийн хүү Елиаким “үзэгдэл”-ийг эзэмшиж байсан, харин Шебна тийм биш байв.</w:t>
      </w:r>
    </w:p>
    <w:p>
      <w:pPr>
        <w:pStyle w:val="ArticleScripture"/>
        <w:jc w:val="left"/>
      </w:pPr>
      <w:r>
        <w:rPr>
          <w:rFonts w:ascii="Times New Roman" w:hAnsi="Times New Roman" w:eastAsia="Times New Roman" w:cs="Times New Roman"/>
        </w:rPr>
        <w:t>Үзэгдэл үгүй газар ард түмэн мөхдөг; харин хуулийг сахигч нь ерөөлтэй аж. Сургаалт үгс 29:18.</w:t>
      </w:r>
    </w:p>
    <w:p>
      <w:pPr>
        <w:pStyle w:val="ArticleBody"/>
        <w:jc w:val="left"/>
      </w:pPr>
      <w:r>
        <w:rPr>
          <w:rFonts w:ascii="Times New Roman" w:hAnsi="Times New Roman" w:eastAsia="Times New Roman" w:cs="Times New Roman"/>
        </w:rPr>
        <w:t>Энэ эшлэлийн эш үзүүллэгийн мэдээ, өөрөөр хэлбэл “үзэгдэл” нь хоёр зүйлийг хөндөнө. Та эш үзүүллэгийн гэрлийн нэмэгдлийг ойлгож амьдарна, харин ойлгохгүй бол — үхнэ. Хэрэв та ойлгохгүй бол Ням гаргийн хуулийн сорилтын үед Амралтын өдрийг сахихад бэлтгэгдэж чадахгүй. Тэр үед “хэтэрхий оройтсон” байх болно. Лаодикеийн Адвентистүүд Ням гаргийн хуулийн үед унахдаа “үнэний үзэгдэл”-ийг няцаасан учраас хуулийг няцаадаг. Тэдэнд тос байхгүй; шалгалтын хугацаа хаагдахын яг өмнө лац тайлагддаг мэдлэгийн нэмэгдлийг тэд ойлгодоггүй.</w:t>
      </w:r>
    </w:p>
    <w:p>
      <w:pPr>
        <w:pStyle w:val="ArticleScripture"/>
        <w:jc w:val="left"/>
      </w:pPr>
      <w:r>
        <w:rPr>
          <w:rFonts w:ascii="Times New Roman" w:hAnsi="Times New Roman" w:eastAsia="Times New Roman" w:cs="Times New Roman"/>
        </w:rPr>
        <w:t>Чи: Би баян бөгөөд эд хөрөнгөөр элбэгжин, надад юугаар ч дутах зүйл үгүй хэмээн хэлдэг атлаа, өөрөө золгүй, өрөвдөлтэй, ядуу, сохор, нүцгэн гэдгээ мэддэггүй. Илчлэлт 3:17.</w:t>
      </w:r>
    </w:p>
    <w:p>
      <w:pPr>
        <w:pStyle w:val="ArticleBody"/>
        <w:jc w:val="left"/>
      </w:pPr>
      <w:r>
        <w:rPr>
          <w:rFonts w:ascii="Times New Roman" w:hAnsi="Times New Roman" w:eastAsia="Times New Roman" w:cs="Times New Roman"/>
        </w:rPr>
        <w:t>Исаиагийн тэмдэг нь тэрээр гурван жилийн турш нүцгэн, хөл нүцгэн явсан явдал юм. Тэрээр эш үзүүллэгийнхээ мэдээгээр сануулгыг хүлээн авах хүмүүсийг анхааруулахын тулд үүнийг хийсэн бөгөөд хэрэв та эш үзүүллэгийн үйл явдлуудын үзэгдлийг ойлгохгүй бол Ням гаргийн хуульд тулж очоод, өрөвдмөөр, золгүй, ядуу, сохор, нүцгэн байдалтайгаар хөтлөгдөн одох олзлогдогсод болох болно гэдгийг сануулсан юм. Исаиа нь Исаиагийн түүхийн хувьд тэмдэг бөгөөд гайхамшиг байсан, харин түүнээс ч илүүтэйгээр дэлхийн төгсгөлийн төлөө тийм байсан.</w:t>
      </w:r>
    </w:p>
    <w:p>
      <w:pPr>
        <w:pStyle w:val="ArticleScripture"/>
        <w:jc w:val="left"/>
      </w:pPr>
      <w:r>
        <w:rPr>
          <w:rFonts w:ascii="Times New Roman" w:hAnsi="Times New Roman" w:eastAsia="Times New Roman" w:cs="Times New Roman"/>
        </w:rPr>
        <w:t>Эдгээр бүх зүйл тэдэнд сургамжийн жишээ болгон тохиолдсон бөгөөд үеийн төгсгөл хүрч ирсэн бидэнд сануулга болгохоор бичигдсэн юм. 1 Коринт 10:11.</w:t>
      </w:r>
    </w:p>
    <w:p>
      <w:pPr>
        <w:pStyle w:val="ArticleBody"/>
        <w:jc w:val="left"/>
      </w:pPr>
      <w:r>
        <w:rPr>
          <w:rFonts w:ascii="Times New Roman" w:hAnsi="Times New Roman" w:eastAsia="Times New Roman" w:cs="Times New Roman"/>
        </w:rPr>
        <w:t>Хорин хоёрдугаар бүлгийн эхний таван зүйлд Давидын хот Иерусалим нь “үймээнтэй”, “баясгалант хот”, мөн “шуугиан”-аар дүүрэн хот хэмээн тодорхойлогдсон байдаг. Энэ бүлэгт дэлхийн хүмүүс хүртэл хэрэглэдэг, Библийн сонгодог нэгэн хэллэгийг “баясгалант”, “үймээнтэй”, “шуугиан”-аар дүүрэн тэр хотыг дүрслэхэд хэрэглэсэн нь, арван гуравдугаар зүйлд буй хүмүүс баярлан, “идэцгээе, ууцгаая; учир нь маргааш бид үхнэ” хэмээн хэлдэг явдал юм. Гэвч тэд баясгалантай боловч тэдний эрчүүд алагдсан бөгөөд илдээр ч биш, тулалдаанд ч биш тул Исаиа, “Чамд юу тохиолдов?” хэмээн асуудаг.</w:t>
      </w:r>
    </w:p>
    <w:p>
      <w:pPr>
        <w:pStyle w:val="ArticleBody"/>
        <w:jc w:val="left"/>
      </w:pPr>
      <w:r>
        <w:rPr>
          <w:rFonts w:ascii="Times New Roman" w:hAnsi="Times New Roman" w:eastAsia="Times New Roman" w:cs="Times New Roman"/>
        </w:rPr>
        <w:t>Тэднийг юу ч зовоож байлаа гэсэн, энэ нь тэднийг байшингийн дээвэр дээр гарахад хүргэсэн. Байшингийн дээвэр нь нар, сар, ододод мөргөхийг бэлгэддэг бөгөөд энэ нь спиритизмын бэлгэдэл юм. Энэ эшлэлд Адвентизм сүнслэг төөрөгдлийн дор байна.</w:t>
      </w:r>
    </w:p>
    <w:p>
      <w:pPr>
        <w:pStyle w:val="ArticleScripture"/>
        <w:jc w:val="left"/>
      </w:pPr>
      <w:r>
        <w:rPr>
          <w:rFonts w:ascii="Times New Roman" w:hAnsi="Times New Roman" w:eastAsia="Times New Roman" w:cs="Times New Roman"/>
        </w:rPr>
        <w:t>Мөн дээвэр дээр тэнгэрийн цэргийг шүтдэг хүмүүсийг; мөн ЭЗЭНээр тангарагладаг атлаа Малхамаар ч тангарагладаг хүмүүсийг; мөн ЭЗЭНээс ухран буцсан хүмүүсийг; мөн ЭЗЭНийг эрж хайгаагүй, Түүний талаар асууж лавлаагүй хүмүүсийг.</w:t>
      </w:r>
    </w:p>
    <w:p>
      <w:pPr>
        <w:pStyle w:val="ArticleScripture"/>
        <w:jc w:val="left"/>
      </w:pPr>
      <w:r>
        <w:rPr>
          <w:rFonts w:ascii="Times New Roman" w:hAnsi="Times New Roman" w:eastAsia="Times New Roman" w:cs="Times New Roman"/>
        </w:rPr>
        <w:t>Эзэн Бурханы өмнө дуугүй бай; учир нь ЭЗЭНий өдөр ойртон иржээ. Учир нь ЭЗЭН тахил бэлтгэсэн бөгөөд Өөрийн зочдыг урин дуудсан билээ. ЭЗЭНий тахилын өдөр тохиоход Би ноёд, хааны хөвгүүд, мөн харь хувцас өмсөгч бүхнийг шийтгэнэ. Тэр өдөр Би босгон дээгүүр харайн орогчдыг, эздийнхээ гэрийг хүчирхийлэл ба хууран мэхлэлээр дүүргэдэг бүхнийг мөн шийтгэнэ. Зефаниа 1:5–9.</w:t>
      </w:r>
    </w:p>
    <w:p>
      <w:pPr>
        <w:pStyle w:val="ArticleBody"/>
        <w:jc w:val="left"/>
      </w:pPr>
      <w:r>
        <w:rPr>
          <w:rFonts w:ascii="Times New Roman" w:hAnsi="Times New Roman" w:eastAsia="Times New Roman" w:cs="Times New Roman"/>
        </w:rPr>
        <w:t>Ням гаргийн хуулийн хямралын үед Иерусалимаар төлөөлүүлэгдсэн Адвентизм нь “үзэгдлийн хөндий”-д байна. “тос” буюу “үзэгдэл”-ээр төлөөлүүлэгдсэн эш үзүүллэгийн мэдээг няцаадаг хүмүүс нь спиритизмыг хэрэгжүүлж байгаа бөгөөд үүнийг Паул Хоёрдугаар Тесалоник номд авч үзсэн байдаг. Тэнд мөн үнэний хайрыг хүлээн аваагүй хүмүүс (Шебна)-ийг бид олж хардаг.</w:t>
      </w:r>
    </w:p>
    <w:p>
      <w:pPr>
        <w:pStyle w:val="ArticleScripture"/>
        <w:jc w:val="left"/>
      </w:pPr>
      <w:r>
        <w:rPr>
          <w:rFonts w:ascii="Times New Roman" w:hAnsi="Times New Roman" w:eastAsia="Times New Roman" w:cs="Times New Roman"/>
        </w:rPr>
        <w:t>Ийм учраас Бурхан тэдэнд хүчтэй төөрөгдлийг илгээх болно, ингэснээр тэд худалд итгэх ажээ. Үнэнийг эс итгэсэн атлаа зөвт бус байдалд таашаал авсан тэд бүгд яллагдах болтугай. 2 Тесалоник 2:11, 12.</w:t>
      </w:r>
    </w:p>
    <w:p>
      <w:pPr>
        <w:pStyle w:val="ArticleBody"/>
        <w:jc w:val="left"/>
      </w:pPr>
      <w:r>
        <w:rPr>
          <w:rFonts w:ascii="Times New Roman" w:hAnsi="Times New Roman" w:eastAsia="Times New Roman" w:cs="Times New Roman"/>
        </w:rPr>
        <w:t>Мэдээж, Паулын хэрэглэсэн “үнэн” гэх үг нь Альфа ба Омегаг илэрхийлдэг еврей гурван үсгийг нэгтгэн бүтээсэн еврей “үнэн” гэх үгнээс уламжлан гарсан грек үг юм. Альфа ба Омегагийн зарчим хэмээн төлөөлүүлсэн “үнэн”-ийг няцаах нь Лаодикийнханд хүчтэй төөрөгдөл авчирдаг бөгөөд тэрхүү төөрөгдөл нь сүнслэг үзэл юм.</w:t>
      </w:r>
    </w:p>
    <w:p>
      <w:pPr>
        <w:pStyle w:val="ArticleScripture"/>
        <w:jc w:val="left"/>
      </w:pPr>
      <w:r>
        <w:rPr>
          <w:rFonts w:ascii="Times New Roman" w:hAnsi="Times New Roman" w:eastAsia="Times New Roman" w:cs="Times New Roman"/>
        </w:rPr>
        <w:t>“Эш үзүүлэгч Исаиа ийн өгүүлжээ: ‘Та нарт: Танил сүнстнүүдээс, шивнэн бувтнагч мэргэч төлөгчдөөс эрэлхийл гэж хэлбэл, ард түмэн өөрсдийн Бурханаас эрэлхийлэх ёсгүй гэж үү? Амьд хүмүүсийн төлөө үхэгсдээс асуух ёстой гэж үү? Хууль ба гэрчлэл уруу! Хэрэв тэд энэ үгийн дагуу ярихгүй бол, тэдний дотор гэрэл огт үгүй учраас тэр юм.’ Исаиа 8:19, 20. Хэрэв хүмүүс хүний мөн чанар болон үхэгсдийн байдлын талаар Сударт тун тодорхой өгүүлсэн үнэнийг хүлээн авахад бэлэн байсансан бол, тэд сүнслэг үзлийн шаардлага ба илрэлүүд дотор хүч чадал, тэмдгүүд, худал гайхамшгуудаар үйлдэгч Сатаны ажиллагааг олж харах байсан. Гэвч махан биеийн зүрхэнд тийм таатай эрх чөлөөнд бууж өгч, өөрсдийн хайрладаг нүглүүдээсээ татгалзахаас илүүтэйгээр, олон түмэн гэрэлд нүдээ анин, анхааруулгыг үл хайхран шулуухан урагш алхсаар байдаг бөгөөд энэ хооронд Сатан тэднийг зангандаа ороон сүлжиж, тэд түүний олз болдог. ‘Тэд аврагдахын тулд үнэний хайрыг хүлээн аваагүй’ учраас, тиймээс ‘Бурхан тэдэнд худалд итгүүлэхийн тулд хүчтэй төөрөгдлийг илгээх болно.’ 2 Тесалоник 2:10, 11.” Агуу тэмцэл, 559.</w:t>
      </w:r>
    </w:p>
    <w:p>
      <w:pPr>
        <w:pStyle w:val="ArticleBody"/>
        <w:jc w:val="left"/>
      </w:pPr>
      <w:r>
        <w:rPr>
          <w:rFonts w:ascii="Times New Roman" w:hAnsi="Times New Roman" w:eastAsia="Times New Roman" w:cs="Times New Roman"/>
        </w:rPr>
        <w:t>Исаиа хорин хоёрдугаар бүлэгт баясгалант хотын эрчүүд алагдсан байдаг. Гэвч тэд тулалдаан эсвэл илдээр бус, зугтан одсон удирдагчдын хамт цуг хүлэгдэж, алагджээ.</w:t>
      </w:r>
    </w:p>
    <w:p>
      <w:pPr>
        <w:pStyle w:val="ArticleScripture"/>
        <w:jc w:val="left"/>
      </w:pPr>
      <w:r>
        <w:rPr>
          <w:rFonts w:ascii="Times New Roman" w:hAnsi="Times New Roman" w:eastAsia="Times New Roman" w:cs="Times New Roman"/>
        </w:rPr>
        <w:t>“Хэрэв сүм ертөнцийнхтэй адил зам мөрийг дагавал, тэд мөн адил хувь заяаг хүртэнэ. Үгүй, харин ч тэд илүү их гэрэл хүлээн авсан тул, тэдний шийтгэл гэмшээгүй хүмүүсийнхээс илүү хүнд байх болно.</w:t>
      </w:r>
    </w:p>
    <w:p>
      <w:pPr>
        <w:pStyle w:val="ArticleScripture"/>
        <w:jc w:val="left"/>
      </w:pPr>
      <w:r>
        <w:rPr>
          <w:rFonts w:ascii="Times New Roman" w:hAnsi="Times New Roman" w:eastAsia="Times New Roman" w:cs="Times New Roman"/>
        </w:rPr>
        <w:t>“Бид, нэгэн ард түмэн болохын хувьд, газар дэлхий дээрх бусад бүх ард түмнээс урьтаж үнэнийг эзэмшдэг хэмээн тунхагладаг. Тиймд бидний амьдрал ба зан чанар ийм итгэлтэй нийцэлтэй байх ёстой. Тэнгэрийн агуулахад хадгалагдахаар зөвт хүмүүс үнэт үр тариа мэт боодол болон баглагдах цаг яг бидний дээр ирээд байна; харин хорон муу хүмүүс сүүлчийн агуу өдрийн галд хаягдахаар хогийн ургамал мэт цуглуулагдана. Гэвч буудай ба хогийн ургамал нь ‘ургац хураалт хүртэл хамтдаа ургана.’” Testimonies, volume 5, 100.</w:t>
      </w:r>
    </w:p>
    <w:p>
      <w:pPr>
        <w:pStyle w:val="ArticleBody"/>
        <w:jc w:val="left"/>
      </w:pPr>
      <w:r>
        <w:rPr>
          <w:rFonts w:ascii="Times New Roman" w:hAnsi="Times New Roman" w:eastAsia="Times New Roman" w:cs="Times New Roman"/>
        </w:rPr>
        <w:t>Исаиа хорин хоёрдугаар бүлэгт гардаг удирдлага нь “харваачдаар” хамтад нь хүлэгдсэн байна. Шебна нь өргөөний дээрх удирдагч хэмээн тодорхойлогддог бөгөөд түүний албан тушаал Хилкиагийн хүү Елиакимд өгөгдөнө. Исаиа хорин хоёрдугаар бүлэгт эш үзүүллэгийн үйл явдлуудын “үзэгдэл”-ээр төлөөлөгдсөн эш үзүүллэгийн мэдээ нь хойд зүгийн хаан ойртон ирэх үед Иерусалимд мөргөгчдийн хоёр ангийг бий болгосон байна. Нэг анги нь тэнгэрийн агуулахад зориулан хүлэгдэж байгаа бөгөөд нөгөө нь эцсийн өдрүүдийн галд зориулан хүлэгдэж байна. Хорон муу хүмүүсийг хүлсэн зүйл нь “харваачид” бөгөөд энэ нь Бурханы Үг дэх Исламын олон бэлгэдлийн нэг мөн.</w:t>
      </w:r>
    </w:p>
    <w:p>
      <w:pPr>
        <w:pStyle w:val="ArticleScripture"/>
        <w:jc w:val="left"/>
      </w:pPr>
      <w:r>
        <w:rPr>
          <w:rFonts w:ascii="Times New Roman" w:hAnsi="Times New Roman" w:eastAsia="Times New Roman" w:cs="Times New Roman"/>
        </w:rPr>
        <w:t>Кедарын хөвгүүдийн хүчирхэг эрс болох харваачдын тооны үлдэгдэл цөөрөх болно. Учир нь Израилийн Бурхан ЭЗЭН үүнийг айлдсан билээ. Исаиа 21:17.</w:t>
      </w:r>
    </w:p>
    <w:p>
      <w:pPr>
        <w:pStyle w:val="ArticleScripture"/>
        <w:jc w:val="left"/>
      </w:pPr>
      <w:r>
        <w:rPr>
          <w:rFonts w:ascii="Times New Roman" w:hAnsi="Times New Roman" w:eastAsia="Times New Roman" w:cs="Times New Roman"/>
        </w:rPr>
        <w:t>Ишмаелын хөвгүүдийн нэрс нь, тэдний үе удмын дагуу, нэр нэрээрээ эдгээр болой: Ишмаелын ууган хүү Небайот; мөн Кедар, Адбеел, Мибсам, мөн Мишма, Дума, Масса, Хадар, Тема, Иетур, Нафиш, Кедема. Эдгээр нь Ишмаелын хөвгүүд, мөн эдгээр нь тэдний нэрс бөгөөд тэдний хот суурин, цайз хэрмүүдээрээ ялгагдана; өөр өөрийн үндэстний дагуу арван хоёр ноён байв. Эхлэл 25:13–16.</w:t>
      </w:r>
    </w:p>
    <w:p>
      <w:pPr>
        <w:pStyle w:val="ArticleBody"/>
        <w:jc w:val="left"/>
      </w:pPr>
      <w:r>
        <w:rPr>
          <w:rFonts w:ascii="Times New Roman" w:hAnsi="Times New Roman" w:eastAsia="Times New Roman" w:cs="Times New Roman"/>
        </w:rPr>
        <w:t>Адвентизмын удирдлагууд Библийн эш үзүүллэгийн биеллээр 2001 оны 9 дүгээр сарын 11-нд Исламын хүч АНУ-д халдсан гэсэн мэдээг няцаахдаа харваачдаар хүлэгдсэн юм. 9/11-ний халдлага нь 1989 онд Зөвлөлт Холбоот Улс нуран унах үед лац нь тайлагдсан тэрхүү мэдээний баталгаа байсан. 9/11-нд Исламын хийсэн халдлага нь 1840 оны 8 дугаар сарын 11-ний өдөртэй зэрэгцэж байсан бөгөөд тэр үед хазаарлагдсан Исламын тухай нэгэн эш үзүүллэг Миллерийн эш үзүүллэгийн үндсэн дүрэм болох нэг өдөр нь нэг жилийг төлөөлдөг гэсэн зарчмыг батлан, анхны тэнгэрэлчийн мэдээг хүчирхэгжүүлсэн юм. 1840 оны 8 дугаар сарын 11 нь нэг өдөр нь нэг жил гэсэн зарчимд тулгуурласан урьдчилан хэлэгдсэн үйл явдлын биелэлт байсан. Тэр нь биелэхэд анхны тэнгэрэлчийн мэдээ дэлхийн бүх миссийн сууринд түгээгдсэн юм.</w:t>
      </w:r>
    </w:p>
    <w:p>
      <w:pPr>
        <w:pStyle w:val="ArticleBody"/>
        <w:jc w:val="left"/>
      </w:pPr>
      <w:r>
        <w:rPr>
          <w:rFonts w:ascii="Times New Roman" w:hAnsi="Times New Roman" w:eastAsia="Times New Roman" w:cs="Times New Roman"/>
        </w:rPr>
        <w:t>9/11 нь Адвентист хөдөлгөөнд тунхаглуулахаар өгөгдсөн “үзэгдэл”-ийн үндсэн дүрмийг баталсан. Тэрхүү дүрэм нь түүх давтагддаг явдал мөн. Өдөр нь жилийг төлөөлөх зарчим 1840 оны 8 дугаар сарын 11-нд батлагдсан үед Илчлэлт номын аравдугаар бүлгийн хүчирхэг тэнгэрэлч бууж ирсэн нь Миллерийн шүүлтийн цагийн мэдээ хүчинжсэнийг тэмдэглэсэн бөгөөд үүгээр 9/11-нд Илчлэлт номын арваннаймдугаар бүлгийн тэнгэрэлч бууж ирснийг дүрслэн төлөөлсөн юм.</w:t>
      </w:r>
    </w:p>
    <w:p>
      <w:pPr>
        <w:pStyle w:val="ArticleScripture"/>
        <w:jc w:val="left"/>
      </w:pPr>
      <w:r>
        <w:rPr>
          <w:rFonts w:ascii="Times New Roman" w:hAnsi="Times New Roman" w:eastAsia="Times New Roman" w:cs="Times New Roman"/>
        </w:rPr>
        <w:t>“Нью-Йорк хотыг далайн түрлэгийн аварга давалгаа арчин зайлуулна гэж би тунхагласан гэх энэ үг хаанаас гарав аа? Би хэзээ ч тийм зүйл хэлээгүй. Харин тэнд давхар дээр давхар нэмэгдэн сүндэрлэж буй агуу барилгуудыг харахдаа би: ‘Эзэн газар дэлхийг аймшигтайгаар донсолгохоор босох үед ямар аймшигт үзэгдлүүд болох бол оо! Тэгэхэд Илчлэлт 18:1–3-ын үгс биелнэ’ гэж хэлсэн. Илчлэлт номын арван наймдугаар бүлэг бүхэлдээ газар дэлхий дээр ирэх зүйлийн тухай өгсөн анхааруулга юм. Гэвч Нью-Йоркт юу тохиох талаар надад онцгойлон өгөгдсөн гэрэл байхгүй; зөвхөн Бурханы хүчний эргэлт, хөмрөлтөөр тэндэх агуу барилгууд нэгэн өдөр нураан унагаагдана гэдгийг би мэднэ. Надад өгөгдсөн гэрлээс би сүйрэл энэ дэлхийд байгааг мэднэ. Эзэнээс гарах ганцхан үг, Түүний сүр хүчний ганцхан хүрэлтээр л эдгээр аварга байгууламжууд нуран унана. Аймшигт байдлыг нь бид төсөөлж ч үл чадах тийм үзэгдлүүд болно.” Review and Herald, July 5, 1906.</w:t>
      </w:r>
    </w:p>
    <w:p>
      <w:pPr>
        <w:pStyle w:val="ArticleBody"/>
        <w:jc w:val="left"/>
      </w:pPr>
      <w:r>
        <w:rPr>
          <w:rFonts w:ascii="Times New Roman" w:hAnsi="Times New Roman" w:eastAsia="Times New Roman" w:cs="Times New Roman"/>
        </w:rPr>
        <w:t>Мэдээж, Исламын талаар хэлэх зүйл үүнээс хавьгүй олон бий. Гэвч Шебна нь түүхийн давталтад тулгуурласан эш үзүүллэгийн түүхийн “үзэгдэл”-ийг няцаагчдыг төлөөлдөг бөгөөд энэ нь түүхийн давталтын үндсэн үнэнийг дагалдан ирдэг, өөрөөр хэлбэл аливаа зүйлийн эхлэл нь тухайн зүйлийн төгсгөлийг дүрслэн харуулдаг гэсэн үнэн юм. 1840 оны 8-р сарын 11-нд Ислам хязгаарлагдсан нь Илчлэл номын аравдугаар бүлгийн тэнгэрэлчийг буулгасан бөгөөд 9/11-нд Ислам суллагдсан нь Илчлэл номын арван наймдугаар бүлгийн тэнгэрэлчийг буулгасан юм.</w:t>
      </w:r>
    </w:p>
    <w:p>
      <w:pPr>
        <w:pStyle w:val="ArticleScripture"/>
        <w:jc w:val="left"/>
      </w:pPr>
      <w:r>
        <w:rPr>
          <w:rFonts w:ascii="Times New Roman" w:hAnsi="Times New Roman" w:eastAsia="Times New Roman" w:cs="Times New Roman"/>
        </w:rPr>
        <w:t>Тэгээд би хэлэв: Иаковын тэргүүнүүд ээ, Израилийн гэрийн ноёд оо, сонсооч; шүүлтийг мэдэх нь та нарт хамаарах бус уу? Сайныг үзэн ядаж, мууг хайрлагчид; тэд хүмүүсийн арьсыг хуулж, ясыг нь махнаас нь салгадаг. Тэд бас Миний ард түмний махыг идэж, арьсыг нь хуулж; ясыг нь хуга цохин, тогоонд хийх мэт хэсэглэн, тогоон доторх мах адил хэрчдэг. Тэгэхэд тэд ЭЗЭНд хашхирч дуудах боловч Тэр тэднийг сонсохгүй; үйл хэрэг нь муу байсан тул Тэр тэр цагт нүүрээ тэднээс нууна. Ард түмнийг минь төөрөгдүүлдэг эш үзүүлэгчдийн тухайд ЭЗЭН ингэж айлдаж байна: шүдээрээ хазаж, “Амар амгалан” хэмээн хашхирдаг; харин аманд нь юм хийхгүй нэгний эсрэг тэд дайн бэлтгэдэг. Иймээс та нарт үзэгдэл үгүй шөнө ирнэ; мэргэлэхгүй харанхуй та нарт болно; нар эш үзүүлэгчдийн дээр жаргаж, өдөр тэдний дээр харанхуй болно. Тэгэхэд үзмэрчид ичгүүрт орж, мэргэчид балмагдана; тийм ээ, тэд бүгд уруулаа бүтээнэ; учир нь Бурханаас ирэх хариу байхгүй. Харин би үнэхээр ЭЗЭНий Сүнсээр хүчээр дүүрэн, шүүлт ба чадлаар дүүрэн байж, Иаковт түүний гэмт үйлдлийг, Израильд түүний нүглийг тунхаглаж байна. Иаковын гэрийн тэргүүнүүд ээ, Израилийн гэрийн ноёд оо, үүнийг сонсооч, шүүлтийг жигшин, бүх зөв шударгыг гажуудуулагчид аа. Тэд Сионыг цусаар, Иерусалимыг гэм буруугаар байгуулдаг. Түүний тэргүүнүүд хахуулийн төлөө шүүн тасалж, түүний тахилч нар хөлсний төлөө сургаж, түүний эш үзүүлэгчид мөнгөөр мэргэлдэг. Гэсэн атлаа тэд ЭЗЭНд түшиглэн, “ЭЗЭН бидний дунд биш гэж үү? Бидний дээр ямар ч гай зовлон ирэхгүй” гэж хэлдэг. Мика 3:1–11.</w:t>
      </w:r>
    </w:p>
    <w:p>
      <w:pPr>
        <w:pStyle w:val="ArticleScripture"/>
        <w:jc w:val="left"/>
      </w:pPr>
      <w:r>
        <w:rPr>
          <w:rFonts w:ascii="Times New Roman" w:hAnsi="Times New Roman" w:eastAsia="Times New Roman" w:cs="Times New Roman"/>
        </w:rPr>
        <w:t>Ариелын [Иерусалимын] эсрэг тулалдах бүх үндэстнүүдийн олон түмэн, түүнчлэн түүний эсрэг, түүний бэхлэлтүүдийн эсрэг тулалдаж, түүнийг зовоогчид бүгд шөнийн үзэгдлийн зүүд мэт болно. Энэ нь өлссөн хүн зүүдэлж, харагтун, идэж байна; гэвч сэрэхэд нь түүний сэтгэл хоосон байдагтай адил; эсвэл цангасан хүн зүүдэлж, харагтун, ууж байна; гэвч сэрэхэд нь, харагтун, тэр сульдсан бөгөөд сэтгэл нь хүсэмжилсээр байдагтай адил байх болно. Сионы уулын эсрэг тулалдах бүх үндэстнүүдийн олон түмэн тийнхүү байх болно. Түр зогсогтун, гайхагтун; хашхирцгаа, хашхир. Тэд дарснаас болоогүй атлаа согтсон; хүчтэй ундаанаас болоогүй атлаа гуйвж байна. Учир нь ЭЗЭН та нарын дээр гүн нойрны сүнсийг асгаж, нүдийг чинь аниулсан билээ. Эш үзүүлэгчид болон та нарын тэргүүлэгчид, үзмэрчдийг Тэр бүрхжээ. Бүх үзэгдэл та нарт лацадсан номын үгс мэт болсон. Түүнийг бичиг мэддэг нэгэнд өгч, “Үүнийг уншаач” гэхэд, тэр “Би чадахгүй, учир нь энэ лацадсан” гэдэг. Харин номыг бичиг үсэг мэдэхгүй нэгэнд өгч, “Үүнийг уншаач” гэхэд, тэр “Би бичиг мэдэхгүй” гэдэг. Тиймээс ЭЗЭН айлдсан нь: “Энэ ард түмэн амаараа Надад ойртож, уруулаараа Намайг хүндэтгэвч, зүрх сэтгэлээ Надаас холдуулсан бөгөөд Надаас эмээх нь хүний тушаалаар заалгасан зүйл учраас, тиймийн тул, болгоогтун, Би энэ ард түмний дунд гайхамшигт үйлсийг, үнэхээр гайхамшиг ба сонин хачныг үйлдэх болно. Учир нь тэдний мэргэдийн мэргэн ухаан мөхөж, ухаантнуудын ухаарал далдлагдана.” ЭЗЭНээс зөвлөлөө гүн нуун далдлахыг эрэгчдэд золгүй еэ! Тэдний үйлс харанхуйд байдаг бөгөөд тэд, “Хэн биднийг хардаг билээ? Хэн биднийг мэддэг билээ?” гэдэг. Та нарын юмсыг орвонгоор нь эргүүлэх явдал ваарчны шавартай адилд тооцогдох нь гарцаагүй. Учир нь бүтээл нь өөрийг нь бүтээсэн хүний тухай, “Тэр намайг бүтээгээгүй” гэж хэлэх үү? Эсвэл хэлбэржүүлэгдсэн зүйл нь өөрийг нь хэлбэржүүлсэн хүний тухай, “Тэр ойлголтгүй байсан” гэж хэлэх үү? Исаиа 29:7–16.</w:t>
      </w:r>
    </w:p>
    <w:p>
      <w:pPr>
        <w:pStyle w:val="ArticleBody"/>
        <w:jc w:val="left"/>
      </w:pPr>
      <w:r>
        <w:rPr>
          <w:rFonts w:ascii="Times New Roman" w:hAnsi="Times New Roman" w:eastAsia="Times New Roman" w:cs="Times New Roman"/>
        </w:rPr>
        <w:t>Исаиагийн хэлснээр, үзэгдлийн хөндий нь “цэргийн Эзэн БУРХАНАас ирсэн гай зовлонгийн, дэвслэн няцлахын, будилан мэгдэхийн өдөр бөгөөд, үзэгдлийн хөндийд хэрмүүдийг нурааж, уулс өөд хашхирах” өдөр мөн. Тиймээс Исаиа Есүсийн адил гашуунаар уйлсан юм.</w:t>
      </w:r>
    </w:p>
    <w:p>
      <w:pPr>
        <w:pStyle w:val="ArticleScripture"/>
        <w:jc w:val="left"/>
      </w:pPr>
      <w:r>
        <w:rPr>
          <w:rFonts w:ascii="Times New Roman" w:hAnsi="Times New Roman" w:eastAsia="Times New Roman" w:cs="Times New Roman"/>
        </w:rPr>
        <w:t>Есүсийн нулимс нь Өөрийнх нь зовлонг урьдаас бодсоны улмаас бус байв. Түүний яг өмнө Гетсемани байлаа; тэнд удахгүй агуу харанхуйн аймшиг Түүнийг бүрхэнэ. Мөн тахилын өргөлд зориулсан амьтдыг олон зууны турш хөтлөн оруулж ирсэн Хонины хаалга ч нүдэнд нь үзэгдэж байв. Дэлхийн нүглийн төлөөх Түүний тахил руу энэ бүх өргөлүүд заан чиглүүлж байсан тэр Агуу Биелэл болох Түүний өмнө тэр хаалга удахгүй нээгдэх байлаа. Ойролцоо нь Түүний айсуй тарчлалын газар болох Калвари байв. Гэвч Аврагч сүнсний шаналалдаа уйлж, ёолсон нь Өөрийнх нь харгис үхлийг сануулах эдгээр зүйлсийн улмаас биш байлаа. Түүний уй гашуу хувиа хичээсэн шинжгүй байв. Өөрийнх нь тарчлалын тухай бодол тэр эрхэм, өөрийгөө золиослогч сэтгэлийг айлган мохоогоогүй. Есүсийн зүрхийг нэвт сүлбэсэн зүйл нь Иерусалимын дүр зураг байлаа—Бурханы Хүүг голж, Түүний хайрыг үл тоомсорлон жигшсэн, Түүний хүчирхэг гайхамшгуудаар үнэмшүүлэхийг зөвшөөрөөгүй, одоо амийг нь авах гэж байсан тэр Иерусалим. Тэр Өөрийн Аврагчийг голсны буруут байдалдаа ямар болсныг нь, мөн түүний шархыг эдгээж чадах цорын ганц Нэгэнийг хүлээн авсан бол ямар байж болох байсныг нь харсан. Тэр түүнийг аврахаар ирсэн; түүнийг яаж орхиж чадах билээ?</w:t>
      </w:r>
    </w:p>
    <w:p>
      <w:pPr>
        <w:pStyle w:val="ArticleScripture"/>
        <w:jc w:val="left"/>
      </w:pPr>
      <w:r>
        <w:rPr>
          <w:rFonts w:ascii="Times New Roman" w:hAnsi="Times New Roman" w:eastAsia="Times New Roman" w:cs="Times New Roman"/>
        </w:rPr>
        <w:t>“Израиль нь ивээл хүртсэн ард түмэн байсан; Бурхан тэдний сүмийг Өөрийн орших газар болгосон бөгөөд тэр нь ‘байршлаараа үзэсгэлэнтэй, бүх дэлхийн баяр баясгалан’ байв.” Дуулал 48:2. Христийн хамгаалан халамжилсан анхаарал ба эцэг хүн ганц хүүдээ тээдэг шиг энэрэнгүй хайрын мянга гаруй жилийн түүхэн тэмдэглэл тэнд байлаа. Тэр сүмд эш үзүүлэгчид сүр жавхлант сэрэмжлүүлгүүдээ тунхагласан. Тэнд мөргөгчдийн залбиралтай хольцолдон байсан хүж Бурханд дээш өргөгдөж байх зуур дүрэлзсэн бойпорууд найгаж байв. Тэнд Христийн цусыг бэлгэдсэн адгуусдын цус урсаж байв. Тэнд ЭЗЭН өршөөлийн суудлын дээгүүр Өөрийн алдар сууг илэрхийлж байсан. Тэнд тахилч нар үйлчлэн, бэлгэдэл ба ёслолын сүр жавхлан үеийн үед үргэлжилж ирсэн. Гэвч энэ бүхэн төгсгөлдөө хүрэх ёстой байв.</w:t>
      </w:r>
    </w:p>
    <w:p>
      <w:pPr>
        <w:pStyle w:val="ArticleScripture"/>
        <w:jc w:val="left"/>
      </w:pPr>
      <w:r>
        <w:rPr>
          <w:rFonts w:ascii="Times New Roman" w:hAnsi="Times New Roman" w:eastAsia="Times New Roman" w:cs="Times New Roman"/>
        </w:rPr>
        <w:t>“Есүс Өөрийн мутрыг өргөв. Тэр мутар нь өвчтэй, зовогсдыг хэчнээн олонтаа ерөөж байсан билээ. Тэрээр тэр мутраа мөхөлд унасан хотын зүг хөдөлгөн, уй гашуугаар тасалдангуй өгүүлбэрээр ийн хашхирав: «Хэрэв чи, тийм ээ, чи энэ өдрөө, өөрийн амар тайванд хамаарах зүйлсийг мэдсэнсэн бол!—» Энд Аврагч түр зогсож, хэрэв Иерусалим Бурханы түүнд өгөхийг хүссэн тусламжийг—Түүний хайртай Хүүгийн бэлгийг—хүлээн авсансан бол ямар байдалд хүрч болох байсан тухайгаа хэлэлгүй орхив. Хэрэв Иерусалим өөрт нь мэдэх эрх ямба болж өгөгдсөн зүйлийг мэдсэн бөгөөд Тэнгэрээс түүнд илгээсэн гэрлийг анхааран дагасансан бол, тэрээр хөгжил цэцэглэлтийн сүр жавхлан дунд, хаант улсуудын хатан болон ил гарч, Бурханаас өгөгдсөн хүчнийхээ чадлаар эрх чөлөөтэй зогсох байв. Түүний дааман хаалган дээр зэвсэглэсэн цэргүүд зогсохгүй, хэрмэн дээр нь Ромын тугууд намирч байхгүй байх байлаа. Иерусалим Аврагчаа хүлээн авсансан бол түүнд ерөөл болох байсан тэр алдарт хувь тавилан Бурханы Хүүгийн өмнө тодрон босов. Тэрээр, Иерусалим Түүгээр дамжин хүнд өвчнөөсөө эдгэрч, боолчлолоос чөлөөлөгдөн, газрын хүчирхэг их нийслэл болон бэхжиж болох байсныг харсан. Түүний хэрмэн дээрээс энх тайвны тагтаа бүх үндэстнүүдийн зүг нисэн гарах байв. Тэрээр дэлхийн алдрын титэм чимэг болох байлаа.”</w:t>
      </w:r>
    </w:p>
    <w:p>
      <w:pPr>
        <w:pStyle w:val="ArticleScripture"/>
        <w:jc w:val="left"/>
      </w:pPr>
      <w:r>
        <w:rPr>
          <w:rFonts w:ascii="Times New Roman" w:hAnsi="Times New Roman" w:eastAsia="Times New Roman" w:cs="Times New Roman"/>
        </w:rPr>
        <w:t>“Гэвч Иерусалим ямар байж болох байсан тухай гэрэлт дүр зураг Аврагчийн нүднээс бүдгэрэн одно. Тэрээр одоо түүнийг Ромын буулган дор, Бурханы ууртай харцыг үүрсэн, Түүний өшөөт шүүлтэд өртөхөөр тавилантай байгааг ухаарна. Тэр Өөрийн гашуудлын тасарсан утсыг дахин үргэлжлүүлэн ийн өгүүлэв: ‘Харин эдүгээ энэ нь чиний нүднээс далдлагджээ. Учир нь чам дээр өдрүүд ирнэ, тэгэхэд дайснууд чинь чамайг шуудуугаар хүрээлж, эргэн тойрон чинь бүслэн, тал бүрээс чинь хавчин бооно. Тэд чамайг болон чиний доторх хүүхдүүдийг газартай тэгшилж, чиний дотор нэг чулууг нөгөө чулуун дээр үлдээхгүй; учир нь чи өөрт чинь ирсэн айлчлалын цагийг мэдсэнгүй.’”</w:t>
      </w:r>
    </w:p>
    <w:p>
      <w:pPr>
        <w:pStyle w:val="ArticleScripture"/>
        <w:jc w:val="left"/>
      </w:pPr>
      <w:r>
        <w:rPr>
          <w:rFonts w:ascii="Times New Roman" w:hAnsi="Times New Roman" w:eastAsia="Times New Roman" w:cs="Times New Roman"/>
        </w:rPr>
        <w:t>“Христ Иерусалимыг хүүхдүүдийнх нь хамт аврахаар ирсэн; гэвч фарисайчуудын бардамнал, хоёр нүүрт байдал, атаархал, хорслоос болж Тэр Өөрийн зорилгыг хэрэгжүүлж чадаагүй билээ. Есүс сүйрэлд оноогдсон тэр хот дээр буух аймшигт шийтгэлийг мэдэж байсан. Тэрээр Иерусалим цэргүүдээр бүслэгдсэнийг, бүслэгдсэн оршин суугчид өлсгөлөнд нэрвэгдэн үхэлд хүрч байгааг, эхчүүд өөрсдийн хүүхдүүдийн цогцосноос хооллож байгааг, мөн эцэг эх, хүүхдүүд өлсгөлөнгийн мэрэх шаналлаас болж төрөлх энэрэл нь устаж, хоорондоо сүүлчийн өчүүхэн хэсэг талхыг булаацалдаж байгааг харсан. Тэрээр иудейчүүд Түүний авралыг няцааснаараа илэрхийлэгдсэн тэрхүү зөрүүд зан нь мөн довтлон орж ирэх цэргүүдэд захирагдахаас татгалзахад нь хүргэнэ гэдгийг харсан. Тэрээр Өөрийг нь өргөгдөн цовдлогдох ёстой байсан Калварийг харсан бөгөөд тэнд ой модны модод шиг шигүү босгосон загалмайнууд байлаа. Тэрээр золгүй оршин суугчид эрүү шүүлтийн тавцан дээр болон цовдлолтоор тарчилж байгааг, үзэсгэлэнт орд харшнууд сүйрч байгааг, сүм нурж балгас болж, асар том ханануудаас нь чулуу чулуун дээрээ үлдэхгүй болтлоо нураагдан, харин хот бүхэлдээ тариалангийн талбай мэт хагалагдсаныг харсан. Тийм аймшигт дүр зургийг хараад Аврагч зовлон шаналалдаа автан уйлах нь зүй ёсны хэрэг байв.”</w:t>
      </w:r>
    </w:p>
    <w:p>
      <w:pPr>
        <w:pStyle w:val="ArticleScripture"/>
        <w:jc w:val="left"/>
      </w:pPr>
      <w:r>
        <w:rPr>
          <w:rFonts w:ascii="Times New Roman" w:hAnsi="Times New Roman" w:eastAsia="Times New Roman" w:cs="Times New Roman"/>
        </w:rPr>
        <w:t>“Иерусалим нь Түүний энэрэн халамжийн хүүхэд байв; төөрсөн хүүгийнхээ төлөө энхрий эцэг гашууддагчлан, Есүс хайртай хотын төлөө уйлав. Би чамайг яаж орхиж чадах билээ? Би чамайг сүйрэлд тушаагдаж байхыг яаж харж чадах билээ? Чиний гэм нүглийн аягыг дүүргүүлэхээр Би чамайг тавьж явуулах ёстой гэж үү? Нэг сүнс тийм үнэ цэнтэй тул, түүнтэй харьцуулахад ертөнцүүд өчүүхэн мэт болдог; харин энд бүхэл бүтэн нэг үндэстэн алдагдах гэж байлаа. Баруун тийш хурдан хэвийх нар тэнгэрийн мандлаас далд орох үед Иерусалимын нигүүлслийн өдөр төгсөх байв. Жагсаал Чидун уулын энгэр дээр саатан зогсож байх тэр мөчид Иерусалимд гэмшихэд хараахан оройтоогүй байлаа. Өршөөлийн тэнгэрэлч тэр үед алтан сэнтийнээс бууж, шударга ёс болон түргэн ирэх шүүлтэд зай тавьж өгөхөөр жигүүрээ эвхэж байв. Гэвч Христийн аугаа хайрын зүрх Өөрийн өршөөлүүдийг үл тоомсорлож, Өөрийн анхааруулгуудыг жигшиж, Өөрийн цусаар гараа будах гэж байсан Иерусалимын төлөө одоо ч гуйсаар байв. Хэрэв Иерусалим гэмших л аваас, хараахан оройтоогүй байлаа. Жаргах нарны сүүлчийн туяа сүм, цамхаг, оройд нь саатан туссаар байх тэр үед, ямар нэгэн сайн тэнгэрэлч түүнийг Аврагчийн хайр руу хөтөлж, түүний мөхлийг зайлуулан холдуулж болохгүй гэж үү? Үзэсгэлэнтэй атлаа ариун бус хот, эш үзүүлэгчдийг чулуугаар хөнөөсөн, Бурханы Хүүг голсон, гэмшихгүй байснаараа өөрийгөө боолчлолын гавд түгжиж байсан тэр хотын хувьд,—түүний өршөөлийн өдөр бараг дуусах дөхөж байлаа!” Хүсэмжит эрин, 576–578.</w:t>
      </w:r>
    </w:p>
    <w:p>
      <w:pPr>
        <w:pStyle w:val="ArticleBody"/>
        <w:jc w:val="left"/>
      </w:pPr>
      <w:r>
        <w:rPr>
          <w:rFonts w:ascii="Times New Roman" w:hAnsi="Times New Roman" w:eastAsia="Times New Roman" w:cs="Times New Roman"/>
        </w:rPr>
        <w:t>Исаиа хорин хоёрдугаар бүлэгт Иерусалимын эсрэгх дайныг дүрслэхдээ довтлогчид “хаалган дээр жагсан байрлав” хэмээн өгүүлдэг. Елам ба Кир зэвсгээ бэлэн байлгаж хаалган дээр ирээд, улмаар Иерусалимын халхавчийг илчилдэг. Исаиад хаалган дээрх дайснуудад илчлэгддэг тэрхүү “халхавч” нь Египетийн сүүдэр мөн.</w:t>
      </w:r>
    </w:p>
    <w:p>
      <w:pPr>
        <w:pStyle w:val="ArticleScripture"/>
        <w:jc w:val="left"/>
      </w:pPr>
      <w:r>
        <w:rPr>
          <w:rFonts w:ascii="Times New Roman" w:hAnsi="Times New Roman" w:eastAsia="Times New Roman" w:cs="Times New Roman"/>
        </w:rPr>
        <w:t>“Эсэргүүцэгч хөвгүүдэд гаслантай!” гэж ЭЗЭН айлдаж байна. “Тэд надгүйгээр зөвлөлдөнө; Миний Сүнсээр бус нөмрөгөөр өөрсдийгөө нөмөргөнө; ингэснээр нүгэл дээр нүгэл нэмнэ. Тэд Миний амнаас асуулгүйгээр Египет уруу буухаар явдаг; Фараоны хүчээр өөрсдийгөө бэхжүүлэхийн тулд, Египетийн сүүдэрт найдахын тулд!” Исаиа 30:1, 2.</w:t>
      </w:r>
    </w:p>
    <w:p>
      <w:pPr>
        <w:pStyle w:val="ArticleBody"/>
        <w:jc w:val="left"/>
      </w:pPr>
      <w:r>
        <w:rPr>
          <w:rFonts w:ascii="Times New Roman" w:hAnsi="Times New Roman" w:eastAsia="Times New Roman" w:cs="Times New Roman"/>
        </w:rPr>
        <w:t>Иерусалимын дайснуудын хувьд Шебнагаар төлөөлөгдөх хүмүүс өөрсдийг нь Египет хамгаална хэмээн бодож, Египетэд найдвараа тавьсан нь мэдэгддэг; харин Хилкиягийн хүү Елиакимаар төлөөлөгдөх хүмүүс нь “Египетийн сүүдэрт” бус, харин Бурханы Сүнсний халхавчаар бүрхэгдэж, “Хамгийн Дээд Нэгэний сүүдэрт” найддаг билээ.</w:t>
      </w:r>
    </w:p>
    <w:p>
      <w:pPr>
        <w:pStyle w:val="ArticleScripture"/>
        <w:jc w:val="left"/>
      </w:pPr>
      <w:r>
        <w:rPr>
          <w:rFonts w:ascii="Times New Roman" w:hAnsi="Times New Roman" w:eastAsia="Times New Roman" w:cs="Times New Roman"/>
        </w:rPr>
        <w:t>Хамгийн Дээд Нэгэний нууц газарт оршин суугч нь Төгс Хүчитийн сүүдэр дор амрах болно. Би ЭЗЭНий тухай өгүүлэхдээ, Тэр бол миний хоргодох газар, миний бэхлэлт; миний Бурхан, Түүнд би найдана, гэнэ. Дуулал 91:1, 2.</w:t>
      </w:r>
    </w:p>
    <w:p>
      <w:pPr>
        <w:pStyle w:val="ArticleBody"/>
        <w:jc w:val="left"/>
      </w:pPr>
      <w:r>
        <w:rPr>
          <w:rFonts w:ascii="Times New Roman" w:hAnsi="Times New Roman" w:eastAsia="Times New Roman" w:cs="Times New Roman"/>
        </w:rPr>
        <w:t>Ням гаргийн хуулийн хямралын үед Хилкиагийн хүү Елиакимаар төлөөлөгдсөн ухаалаг онгон бүсгүйчүүд Хамгийн Дээд Нэгэний сүүдэрт найдаж байдаг бол Шебнагаар төлөөлөгдсөн мунхаг онгон бүсгүйчүүд Египетийн сүүдэрт найдаж байдаг. “Ил болгосон” хэмээн орчуулагдсан үг нь хувцсыг нь тайлж, олзлон хөтлөх гэсэн утгатай. Хаалган дээрх дайснууд Иерусалимын хамгаалалт зайлуулагдсаныг мэдэж, тэгээд Шебна болон түүний хамсаатнууд өөрсдийгөө аврахыг оролдож эхэлдэг. Учир нь тэд “Давидын хотын ан цавуудыг” харж, дайсан нэвтрэн орох боломж өгөх олон ан цав байгааг хардаг. Арван онгон бүсгүйн тухай сургаалт зүйрлэлд дүрслэгдсэнчлэн, тэвдсэндээ мунхагууд хамгаалал эрж эхэлдэг боловч тэдэнд огт байхгүй байдаг.</w:t>
      </w:r>
    </w:p>
    <w:p>
      <w:pPr>
        <w:pStyle w:val="ArticleBody"/>
        <w:jc w:val="left"/>
      </w:pPr>
      <w:r>
        <w:rPr>
          <w:rFonts w:ascii="Times New Roman" w:hAnsi="Times New Roman" w:eastAsia="Times New Roman" w:cs="Times New Roman"/>
        </w:rPr>
        <w:t>Шебна өөрийг нь аврана хэмээн “ойн зэр зэвсэг”-ийг хардаг боловч хэтэрхий оройтсон байв. Тэр Иерусалим дахь байшингуудыг тоолж, ханыг бэхжүүлэхийн тулд тэдгээрийг нурааж эхэлдэг боловч хэтэрхий оройтсон байв. Тэд доод цөөрмөөс усыг цуглуулж, хуучин цөөрмийн устай холбогдохыг оролддог боловч хэтэрхий оройтсон байв. Ус нь Ариун Сүнсний үндсэн бэлгэдэл байдаг тул тэд тосыг цөхрөнгөө барж эрж хайж байсныг энэ нь илтгэнэ, гэвч хэтэрхий оройтсон байв. Тэд бүх хичээл зүтгэлийнхээ дунд цөөрмүүдийн Бүтээгчийг, мөн Тэрхүү Нэгэн эдгээр үнэний “цөөрмүүд”-ийг аль эрт бүтээснийг мартсан байв. Тэд эрт цагт мэдээг өгсөн нь Үеүдийн Хад байсныг мартсан байв. Тэд Уильям Миллерийн ажлаар тогтоогдсон сууриудаар төлөөлөгдөх хуучин жимүүдээр явахаас татгалзсан юм.</w:t>
      </w:r>
    </w:p>
    <w:p>
      <w:pPr>
        <w:pStyle w:val="ArticleScripture"/>
        <w:jc w:val="left"/>
      </w:pPr>
      <w:r>
        <w:rPr>
          <w:rFonts w:ascii="Times New Roman" w:hAnsi="Times New Roman" w:eastAsia="Times New Roman" w:cs="Times New Roman"/>
        </w:rPr>
        <w:t>“Дайсан эдгээр эцсийн өдрүүдэд бат зогсох ард түмнийг бэлтгэх ажлаас ах дүү, эгч дүүсийн маань оюун санааг хөндийрүүлэхийг эрмэлзэж байна. Түүний мэхлэлтүүд нь энэ цаг үеийн аюул болон үүргүүдээс хүний оюун санааг холдуулахад чиглэгдсэн байдаг. Тэд Христ Өөрийн ард түмэнд өгөхөөр тэнгэрээс ирж Иоханд өгсөн гэрлийг юу ч биш мэт үнэлдэг. Тэд бидний өмнө тун удахгүй дэлгэгдэх үйл явдлууд онцгой анхаарал хүлээн авахад хангалттай чухал биш хэмээн сургадаг. Тэд тэнгэрлэг гаралтай үнэнийг хүчингүй болгож, Бурханы ард түмнийг өнгөрсөн туршлагаас нь салган, оронд нь хуурамч шинжлэх ухааныг өгдөг.</w:t>
      </w:r>
    </w:p>
    <w:p>
      <w:pPr>
        <w:pStyle w:val="ArticleScripture"/>
        <w:jc w:val="left"/>
      </w:pPr>
      <w:r>
        <w:rPr>
          <w:rFonts w:ascii="Times New Roman" w:hAnsi="Times New Roman" w:eastAsia="Times New Roman" w:cs="Times New Roman"/>
        </w:rPr>
        <w:t>“‘ЭЗЭН ийнхүү айлдаж байна: Замуудын дунд зогсож, ажиглан хар; эртний жимүүдийн тухай асуу. Сайн зам хаана байна, түүгээр яв.’ Иеремиа 6:16.</w:t>
      </w:r>
    </w:p>
    <w:p>
      <w:pPr>
        <w:pStyle w:val="ArticleScripture"/>
        <w:jc w:val="left"/>
      </w:pPr>
      <w:r>
        <w:rPr>
          <w:rFonts w:ascii="Times New Roman" w:hAnsi="Times New Roman" w:eastAsia="Times New Roman" w:cs="Times New Roman"/>
        </w:rPr>
        <w:t>“Бидний ажлын эхэнд Үгийг залбирлын сэтгэлээр судалж, илчлэлээр тавигдсан итгэлийн маань суурийг хэн ч хуулан зайлуулахыг бүү эрэг. Бид эдгээр суурин дээр сүүлийн тавин жилийн турш барьж ирсэн. Хүмүүс өөрсдийгөө шинэ зам олсон, мөн нэгэнт тавигдсан тэр сууриас илүү бат бөх суурь тавьж чадна гэж бодож болох юм. Гэвч энэ бол асар их мэхлэл юм. Учир нь тавигдсан тэр сууриас өөр суурийг хэн ч тавьж үл чадна.”</w:t>
      </w:r>
    </w:p>
    <w:p>
      <w:pPr>
        <w:pStyle w:val="ArticleScripture"/>
        <w:jc w:val="left"/>
      </w:pPr>
      <w:r>
        <w:rPr>
          <w:rFonts w:ascii="Times New Roman" w:hAnsi="Times New Roman" w:eastAsia="Times New Roman" w:cs="Times New Roman"/>
        </w:rPr>
        <w:t>“Эрт цагт олон хүн шинэ итгэлийг байгуулах, шинэ зарчмуудыг тогтоохыг оролдож байсан. Гэвч тэдний барилга хэр удаан тогтсон билээ? Тэр нь Хадан дээр үндэслэгдээгүй байсан тул удалгүй нуран унасан юм.</w:t>
      </w:r>
    </w:p>
    <w:p>
      <w:pPr>
        <w:pStyle w:val="ArticleScripture"/>
        <w:jc w:val="left"/>
      </w:pPr>
      <w:r>
        <w:rPr>
          <w:rFonts w:ascii="Times New Roman" w:hAnsi="Times New Roman" w:eastAsia="Times New Roman" w:cs="Times New Roman"/>
        </w:rPr>
        <w:t>“Анхны шавь нар хүмүүний үг яриатай тулгарах ёсгүй байсан гэж үү? Тэд хуурамч онолуудыг сонсох ёсгүй байсан гэж үү? Тэгээд бүхнийг хийсний дараа тэд: ‘Тавигдсан сууриас өөр суурийг хэн ч тавьж чадахгүй’ хэмээн хэлж, бат зогсох ёсгүй байсан гэж үү?” 1 Коринт 3:11.</w:t>
      </w:r>
    </w:p>
    <w:p>
      <w:pPr>
        <w:pStyle w:val="ArticleScripture"/>
        <w:jc w:val="left"/>
      </w:pPr>
      <w:r>
        <w:rPr>
          <w:rFonts w:ascii="Times New Roman" w:hAnsi="Times New Roman" w:eastAsia="Times New Roman" w:cs="Times New Roman"/>
        </w:rPr>
        <w:t>“Тийнхүү бид итгэлийнхээ эхлэлийг эцсийг хүртэл бат тогтвортой барих ёстой. Энэ ард түмнийг ертөнцөөс алхам алхмаар гарган, өнөөгийн үнэний тод гэрэлд авчрахын тулд хүч чадлын үгс Бурхан болон Христээс илгээгдсэн билээ. Ариун галаар хүргэгдсэн уруултайгаар Бурханы зарц нар энэ мэдээг тунхагласан. Тэнгэрлэг айлдвар нь тунхаглагдсан үнэний жинхэнэ болох дээр Өөрийн тамгыг дарсан юм.” Testimonies, 8-р боть, 296, 297.</w:t>
      </w:r>
    </w:p>
    <w:p>
      <w:pPr>
        <w:pStyle w:val="ArticleBody"/>
        <w:jc w:val="left"/>
      </w:pPr>
      <w:r>
        <w:rPr>
          <w:rFonts w:ascii="Times New Roman" w:hAnsi="Times New Roman" w:eastAsia="Times New Roman" w:cs="Times New Roman"/>
        </w:rPr>
        <w:t>Энэ бүх үйл явдал болох тэрхүү “өдөр” нь, Исаиагийн тодорхойлсноор, Эзэн Түмэн цэргийн Бурхан “уйлалт, гашуудал, халзан болтол үсээ зулгаах, тааран хувцас бүслэх”-ийг уриалсан библийн “өдөр” мөн.</w:t>
      </w:r>
    </w:p>
    <w:p>
      <w:pPr>
        <w:pStyle w:val="ArticleScripture"/>
        <w:jc w:val="left"/>
      </w:pPr>
      <w:r>
        <w:rPr>
          <w:rFonts w:ascii="Times New Roman" w:hAnsi="Times New Roman" w:eastAsia="Times New Roman" w:cs="Times New Roman"/>
        </w:rPr>
        <w:t>ЭЗЭН Мосед айлдан, —Мөн энэ долоо дахь сарын аравны өдөр нь эвлэрүүллийн өдөр байх болой; энэ нь та нарт ариун чуулган байх бөгөөд та нар сэтгэлээ дарлаж, ЭЗЭНд галан тахил өргө. Мөн тэр өдөр ямар ч ажил бүү хий; учир нь энэ нь та нарыг өөрсдийн Бурхан ЭЗЭНий өмнө эвлэрүүлэхийн тулд тогтоосон эвлэрүүллийн өдөр мөн. Учир нь тэр өдөр сэтгэлээ дарлаагүй хэн боловч өөрийн ард түмний дундаас таслагдана. Мөн тэр өдөр ямар нэгэн ажил хийсэн хэн боловч, тэр хүнийг Би өөрийн ард түмний дундаас устгана. Та нар ямар ч төрлийн ажил бүү хий; энэ нь та нарын үе үеийн турш, амьдардаг бүх газарт чинь үүрдийн тогтоол байх болой. Энэ нь та нарт амралтын амралтын өдөр байх бөгөөд та нар сэтгэлээ дарлагтун; сарын есний өдрийн үдшээс эхлэн, үдшээс үдш хүртэл та нар өөрсдийн амралтын өдрийг сахигтун. Левит 23:26–32.</w:t>
      </w:r>
    </w:p>
    <w:p>
      <w:pPr>
        <w:pStyle w:val="ArticleBody"/>
        <w:jc w:val="left"/>
      </w:pPr>
      <w:r>
        <w:rPr>
          <w:rFonts w:ascii="Times New Roman" w:hAnsi="Times New Roman" w:eastAsia="Times New Roman" w:cs="Times New Roman"/>
        </w:rPr>
        <w:t>Шебна болон Хилкиагийн хүү Елиакимээр дүрслэгдсэн өдөр нь, 1844 оноос Михаел босон зогсох хүртэлх түүхийг хамардаг бэлгэдлийн утгаараа Цагаатгалын өдөр мөн. Тэр цаг хугацаанд Адвентизмд өөрсдийн сэтгэлийг “зовоох”-оор, эсвэл Исаиагийн дүрслэн өгүүлснээр “уйлахад, гашуудахуйд, халзан болохуйд, таар өмсөхөд” дуудагдсан билээ.</w:t>
      </w:r>
    </w:p>
    <w:p>
      <w:pPr>
        <w:pStyle w:val="ArticleScripture"/>
        <w:jc w:val="left"/>
      </w:pPr>
      <w:r>
        <w:rPr>
          <w:rFonts w:ascii="Times New Roman" w:hAnsi="Times New Roman" w:eastAsia="Times New Roman" w:cs="Times New Roman"/>
        </w:rPr>
        <w:t>“1844 онд манай аугаа Тэргүүн Тахилч тэнгэрийн ариун газрын хамгийн ариун хэсэгт мөрдөн шалгах шүүлтийн ажлыг эхлүүлэхээр орсон билээ. Зөвт үхэгсдийн хэргүүд Бурханы өмнө нэгбүрчлэн хянан үзэгдсээр ирсэн. Тэр ажил дуусмагц амьд хүмүүс дээр шүүлт тунхаглагдах ёстой. Эдгээр ёслол төгөлдөр мөчүүд ямар үнэтэй, ямар чухал вэ! Бидний хүн нэг бүрт тэнгэрийн шүүхэд шийдвэрлэгдэх хэрэг буй. Бид бие махбодод үйлдсэн үйлсийнхээ дагуу тус тусдаа шүүгдэх ёстой. Бэлгэдэлт үйлчлэлд, газар дээрх ариун газрын хамгийн ариун хэсэгт тэргүүн тахилч эвлэрүүллийн ажлыг гүйцэтгэх үед, ард түмэн эвлэрүүлэгдэж, нүгэл нь арчигдан зайлуулагдахын тулд Бурханы өмнө сэтгэлээ даруусган, нүглээ наманчлан хүлээх үүрэгтэй байсан. Тэгвэл дээрх ариун газарт Христ Өөрийн ард түмний төлөө зуучлан гуйж, хэрэг бүр дээр эцсийн, буцашгүй шийдвэр тунхаглагдах гэж буй энэхүү жинхэнэ Эвлэрүүллийн өдөр биднээс үүнээс бага зүйл шаардагдах гэж үү?”</w:t>
      </w:r>
    </w:p>
    <w:p>
      <w:pPr>
        <w:pStyle w:val="ArticleScripture"/>
        <w:jc w:val="left"/>
      </w:pPr>
      <w:r>
        <w:rPr>
          <w:rFonts w:ascii="Times New Roman" w:hAnsi="Times New Roman" w:eastAsia="Times New Roman" w:cs="Times New Roman"/>
        </w:rPr>
        <w:t>“Энэ аймшигт бөгөөд ариун нандин цаг үед бидний байдал ямар байна вэ? Харамсалтай нь, чуулганд ямар их бардамнал ноёрхож байна вэ, ямар их хоёр нүүрт байдал, ямар их мэхлэл, хувцас чимэгт дурлах, хөнгөмсөг явдал ба зугаа цэнгэлд автах, ямар их тэргүүн байр суурийг эрхэмлэх хүсэл байна вэ! Эдгээр бүх нүгэл оюун ухааныг бүрхэж, мөнхөд хамаарах зүйлсийг ялган танихгүй болгожээ. Бид энэ ертөнцийн түүхэнд хаана явж байгаагаа мэдэхийн тулд Судруудыг шалган үзэхгүй гэж үү? Энэ үед бидний төлөө хийгдэж буй ажлын тухай, мөн эвлэрүүллийн энэ ажил үргэлжилж байх зуур нүгэлтнүүд болох бидний эзлэх ёстой байр суурийн талаар ухааралтай болохгүй гэж үү? Хэрэв бид сүнснийхээ авралд өчүүхэн төдий ч анхаардаг бол шийдэмгий өөрчлөлт хийх ёстой. Бид Эзэнийг үнэн чин сэтгэлийн гэмшлээр эрэх ёстой; нүглүүд маань арчигдан зайлуулагдахын тулд сэтгэлийн гүн харамслаар нүглүүдээ наманчлан хүлээн зөвшөөрөх ёстой.” Сонгогдсон мэдээнүүд, 1-р боть, 124, 125.</w:t>
      </w:r>
    </w:p>
    <w:p>
      <w:pPr>
        <w:pStyle w:val="ArticleScripture"/>
        <w:jc w:val="left"/>
      </w:pPr>
      <w:r>
        <w:rPr>
          <w:rFonts w:ascii="Times New Roman" w:hAnsi="Times New Roman" w:eastAsia="Times New Roman" w:cs="Times New Roman"/>
        </w:rPr>
        <w:t>Тэр өдөр түмэн цэргийн ЭЗЭН Бурхан уйлахад, гашуудахад, үсээ халцалтал зулгаахад, таар өмсөхөд дуудсан билээ. Гэтэл, үзэгтүн, баяр хөөр ба цэнгэл, үхэр төхөөрөх, хонь нядлах, мах идэх, дарс уух байв. “Идэцгээе, ууцгаая; учир нь маргааш бид үхнэ” гэцгээв. Исаиа 22:12, 13.</w:t>
      </w:r>
    </w:p>
    <w:p>
      <w:pPr>
        <w:pStyle w:val="ArticleBody"/>
        <w:jc w:val="left"/>
      </w:pPr>
      <w:r>
        <w:rPr>
          <w:rFonts w:ascii="Times New Roman" w:hAnsi="Times New Roman" w:eastAsia="Times New Roman" w:cs="Times New Roman"/>
        </w:rPr>
        <w:t>Эзэн Шебнаг сэтгэлээ зовоохыг дуудсан боловч тэрээр идэж ууж, найрлан цэнгэлдэхийг сонгосон. Эзэн Шебнагийн нүгэл уучлагдахгүй гэдгийг түүний “чихэнд” “илчилсэн”. “Уучлагдахгүй” хэмээн орчуулагдсан үг нь Левит номд “эвлэрүүлэл” гэсэн утгаар хэрэглэгддэг үг мөн. Лаодикеан Адвентизмийн энэ нүгэлд эвлэрүүлэл хийгдэхгүй. Одоо Исаиа Шебна (Лаодикеан Адвентистууд) ба Хилкиягийн хүү Елиаким (Филадельфиан Адвентистууд)-ын хоорондын харилцааг авч үзэж эхэлж байна.</w:t>
      </w:r>
    </w:p>
    <w:p>
      <w:pPr>
        <w:pStyle w:val="ArticleBody"/>
        <w:jc w:val="left"/>
      </w:pPr>
      <w:r>
        <w:rPr>
          <w:rFonts w:ascii="Times New Roman" w:hAnsi="Times New Roman" w:eastAsia="Times New Roman" w:cs="Times New Roman"/>
        </w:rPr>
        <w:t>Шебна бол Иудасын адил “эрдэнэсийн сангийн нярав” байв. Мөн Нехемиагийн өдрүүдэд Товиа нь өргөлүүдийг хадгалах ёстой байсан тасалгаанд (эрдэнэсийн санд), Бурханы ариун сүмд амьдарч байлаа. Нехемиа сүмийг цэвэрлэхдээ Товиаг болон түүний эд зүйлсийг хөөн гаргасан. Шебна ч мөн адил хаягдан гаргагдах ёстой. Эдгээр нь хоёулаа Ням гарагийн хуулийн үед Лаодикеийн Адвентизм бөөлжигдөн гаргагдахыг дүрслэн үзүүлдэг.</w:t>
      </w:r>
    </w:p>
    <w:p>
      <w:pPr>
        <w:pStyle w:val="ArticleScripture"/>
        <w:jc w:val="left"/>
      </w:pPr>
      <w:r>
        <w:rPr>
          <w:rFonts w:ascii="Times New Roman" w:hAnsi="Times New Roman" w:eastAsia="Times New Roman" w:cs="Times New Roman"/>
        </w:rPr>
        <w:t>“Аммончууд болон моабчууд Израилийн эсрэг үйлдсэн харгислал ба урвалтынх нь улмаас Бурхан Мосегоор дамжуулан тэднийг Өөрийн ард түмний чуулганаас үүрд зайлуулагдах ёстой хэмээн тунхагласан билээ. Дэд хууль 23:3–6-г үз. Энэ үгийг үл тоомсорлон, тэргүүн тахилч Бурханы өргөөний тасалгаанд хадгалагдаж байсан өргөлүүдийг гарган хаяж, хориглогдсон угсааны энэ төлөөлөгчид зай гаргаж өгсөн байв. Бурханд болон Түүний үнэнд дайсагнасан энэ хүнд тийм ивээл үзүүлснээс илүү Бурханыг басамжилсан явдал гэж үгүй байлаа.”</w:t>
      </w:r>
    </w:p>
    <w:p>
      <w:pPr>
        <w:pStyle w:val="ArticleScripture"/>
        <w:jc w:val="left"/>
      </w:pPr>
      <w:r>
        <w:rPr>
          <w:rFonts w:ascii="Times New Roman" w:hAnsi="Times New Roman" w:eastAsia="Times New Roman" w:cs="Times New Roman"/>
        </w:rPr>
        <w:t>“Персээс буцаж ирэхдээ Нехемиа энэ улайм цайм бузарлалыг мэдээд, халдагчийг хөөн гаргах шуурхай арга хэмжээ авчээ. «Энэ нь намайг ихэд гашуудуулав» хэмээн тэр тунхаглаад, «тиймийн тул би Тобиагийн гэрийн бүх эд хогшлыг тэр өрөөнөөс гарган хаясан. Дараа нь би тушаал өгч, тэдгээр өрөөнүүдийг цэвэрлүүлэв. Тэгээд Бурханы өргөөний сав суулга, идээн өргөл болон хүжийг дахин тийш нь авчруулав» гэв.”</w:t>
      </w:r>
    </w:p>
    <w:p>
      <w:pPr>
        <w:pStyle w:val="ArticleScripture"/>
        <w:jc w:val="left"/>
      </w:pPr>
      <w:r>
        <w:rPr>
          <w:rFonts w:ascii="Times New Roman" w:hAnsi="Times New Roman" w:eastAsia="Times New Roman" w:cs="Times New Roman"/>
        </w:rPr>
        <w:t>“Зөвхөн сүм л бузарлагдсан байсангүй, харин өргөлүүд ч зориулалтаасаа гажуугаар хэрэглэгдсэн байв. Энэ нь ард түмний өгөөмөр хандлагыг мохоох хандлагатай байсан. Тэд хичээл зүтгэл, халуун сэтгэлээ алдсан бөгөөд аравны өргөлөө өгөхдөө дургуйцэх болжээ. Эзэний өргөөний сан хөмрөг хангалтгүй байв; дуучид болон сүмийн үйлчлэлд ажиллаж байсан бусад олон хүн хангалттай дэмжлэг авч чадахгүйгээс Бурханы ажлыг орхиж, өөр газарт хөдөлмөрлөхөөр явсан байлаа.” Prophets and Kings, 670.</w:t>
      </w:r>
    </w:p>
    <w:p>
      <w:pPr>
        <w:pStyle w:val="ArticleBody"/>
        <w:jc w:val="left"/>
      </w:pPr>
      <w:r>
        <w:rPr>
          <w:rFonts w:ascii="Times New Roman" w:hAnsi="Times New Roman" w:eastAsia="Times New Roman" w:cs="Times New Roman"/>
        </w:rPr>
        <w:t>Шебна, Иудас, Тобиа нар нь бүгд эцсийн цаг үед амьдрах Лаодикийн Адвентистүүдийг төлөөлдөг.</w:t>
      </w:r>
    </w:p>
    <w:p>
      <w:pPr>
        <w:pStyle w:val="ArticleScripture"/>
        <w:jc w:val="left"/>
      </w:pPr>
      <w:r>
        <w:rPr>
          <w:rFonts w:ascii="Times New Roman" w:hAnsi="Times New Roman" w:eastAsia="Times New Roman" w:cs="Times New Roman"/>
        </w:rPr>
        <w:t>Түмэн цэргийн ЭЗЭН Бурхан ийн айлдаж байна: Явж, ордныг хариуцагч энэ нярав, Шебна уруу очоод хэлэгтүн, “Чамд энд юу байна вэ? Чи энд хэнийг байна гэж, өөртөө энд булш ухав? Өндөрт өөртөө булш ухагч мэт, хаданд өөртөө орших газар сийлэгч мэт үйлдэв чи. Үзэгтүн, ЭЗЭН чамайг хүчирхэгээр авч одон, гарцаагүйгээр бүрхэнэ. Тэр чамайг лавтайяа хүчтэйгээр эргүүлэн шидэж, өргөн уудам нутагт бөмбөг мэт чулуудна. Чи тэнд үхнэ, мөн тэнд чиний алдар суут тэрэгнүүд эзний чинь гэрийн ичгүүр болно. Би чамайг албан тушаалаас чинь зайлуулж, зэрэг дэвээс чинь тэр чамайг буулгана.” Исаиа 22:15–19.</w:t>
      </w:r>
    </w:p>
    <w:p>
      <w:pPr>
        <w:pStyle w:val="ArticleBody"/>
        <w:jc w:val="left"/>
      </w:pPr>
      <w:r>
        <w:rPr>
          <w:rFonts w:ascii="Times New Roman" w:hAnsi="Times New Roman" w:eastAsia="Times New Roman" w:cs="Times New Roman"/>
        </w:rPr>
        <w:t>Хойд зүгийн хаан Иерусалимд ойртон ирж байгаа бөгөөд энэ ойртолт нь Иерусалимын оршин суугчдын ирэхийг нь мэдэж байсан, үе шаттайгаар урагшилсан ойртолт байсан гэдгийг санах ёстой. Энэ нь Исаиа номын хорьдугаар бүлэгт, Ассирийн жанжин Тартан Египет дэх Ашдодыг эзлэн авсан явдлаар тодорхойлогдсон зүйл мөн. Тэд юу ирж байгааг мэдэж байсан ч Шебна өөртөө сүрлэг булш бэлтгэхэд цагаа зориулсан. Археологичид Шебнагийн булшийг олж, булшны үүдэн дээр байсан бичээсийг авч, өдгөө тэр нь Британийн музейд байна. Гайхамшигтай нь, Шебнаг зайлуулсны дараа Хилкиагийн хүү Елиаким Шебнагийн удирдах албан тушаалыг залгамжлан авсан бөгөөд Хилкиагийн хүү Елиаким өөрийн нэрийг албан ёсны баримт бичигт баталгаажуулан дарж хэрэглэх хааны тамга хүлээн авсан юм. Тэр тамгыг мөн археологичид олсон бөгөөд Английн мөнөөх музейд бий. Шебна музейд булшаараа, үхлийн тэмдгээр төлөөлөгдөн байдаг бол Хилкиагийн хүү Елиаким мөнөөх музейд амийн тамганы дүрслэлээр төлөөлөгдөн байдаг.</w:t>
      </w:r>
    </w:p>
    <w:p>
      <w:pPr>
        <w:pStyle w:val="ArticleBody"/>
        <w:jc w:val="left"/>
      </w:pPr>
      <w:r>
        <w:rPr>
          <w:rFonts w:ascii="Times New Roman" w:hAnsi="Times New Roman" w:eastAsia="Times New Roman" w:cs="Times New Roman"/>
        </w:rPr>
        <w:t>Хойд зүгийн хааны тухай анхааруулах мэдээг Шебна няцаасныхаа төлөө тэр Эзэний амнаас бөөлжигдөн хаягдсан бөгөөд Илчлэлд Лаодикейд өгсөн анхааруулгад “бөөлжигдөн” хэмээн орчуулагдсан үг нь үнэндээ огцом шидэгдэн бөөлжихийг илэрхийлдэг. Нехемиагийн үед Тэр Товиаг болон түүний эд хогшлыг хөөн гаргасан; харин Шебнагийн хувьд түүнийг бөмбөг мэт хүчтэйгээр өнхрүүлэн алс холын нутагт шидэн хаясан. Шебна бол 1989 онд лац нь тайлагдсан эш үзүүллэгийн мэдээг няцааж, булшинд—араатны тэмдэгт—бэлтгэж буй Лаодикейн Адвентистууд мөн; харин Хилкиагийн хүү Елиаким бол Бурханы тамгыг хүлээн авдаг Филаделфийн Адвентизм юм.</w:t>
      </w:r>
    </w:p>
    <w:p>
      <w:pPr>
        <w:pStyle w:val="ArticleScripture"/>
        <w:jc w:val="left"/>
      </w:pPr>
      <w:r>
        <w:rPr>
          <w:rFonts w:ascii="Times New Roman" w:hAnsi="Times New Roman" w:eastAsia="Times New Roman" w:cs="Times New Roman"/>
        </w:rPr>
        <w:t>Тэр өдөр болохдоо Би Өөрийн зарц Хилкиагийн хүү Елиакимыг дуудах болно. Би түүнийг чиний өмсгөлөөр хувцаслаж, чиний бүсээр бэхжүүлэн, чиний захиргааг түүний гарт даатгана. Тэрээр Иерусалимын оршин суугчдад болон Иудагийн гэрт эцэг нь байх болно. Исаиа 22:20, 21.</w:t>
      </w:r>
    </w:p>
    <w:p>
      <w:pPr>
        <w:pStyle w:val="ArticleBody"/>
        <w:jc w:val="left"/>
      </w:pPr>
      <w:r>
        <w:rPr>
          <w:rFonts w:ascii="Times New Roman" w:hAnsi="Times New Roman" w:eastAsia="Times New Roman" w:cs="Times New Roman"/>
        </w:rPr>
        <w:t>Ням гаргийн хууль дээр Адвентизмийн буудай ба хогийн ургамал салгагдаж, ялгуусан сүмийн удирдлага Хилкиягийн хүү Елиакимд өгөгдөнө. Тэгээд гурав дахь тэнгэрэлчийн мэдээ чанга хашхираан болон өсөн тэлэхэд Эзэн Өөрийн сүмийг туг тэмдэг мэт өргөдөг. Би “Хилкиягийн хүү” гэсэн хэллэгийг оруулснаараа магадгүй хэт давтсан байж болох юм; учир нь би зүгээр л Елиаким гэж хэлж болох байсан. Гэвч эцэг болон түүний хүү хамтдаа сүүлчийн долоон гай гамшгийн өмнөх Елиагийн мэдээний бэлгэдэл болдог. Елиагийн мэдээ нь эцгүүд ба хүүхдүүдийн бэлгэдлийг хэрэглэн эхнийхийг (эцэг) болон эцсийнхийг (хүү) төлөөлүүлдэг. Энэхүү эш үзүүллэгийн харилцан хамаарал нь хорин хоёрдугаар бүлгийн төгсгөлийн оньсогуудыг бүрдүүлэхэд хувь нэмэр оруулдаг. Хилкиягийн хүү Елиакимд өгөгдсөн амлалт нь Эзэн Давидын гэрийн түлхүүрийг түүний мөрөн дээр тавих явдал байв.</w:t>
      </w:r>
    </w:p>
    <w:p>
      <w:pPr>
        <w:pStyle w:val="ArticleBody"/>
        <w:jc w:val="left"/>
      </w:pPr>
      <w:r>
        <w:rPr>
          <w:rFonts w:ascii="Times New Roman" w:hAnsi="Times New Roman" w:eastAsia="Times New Roman" w:cs="Times New Roman"/>
        </w:rPr>
        <w:t>“Давидын гэр” нь Есүс тэрслүү иудейчүүдтэй хийсэн Өөрийнхөө эцсийн яриандаа дурдсан эцэг хүүгийн тухай мэдээ юм. Тэр мөн Илчлэлт номыг тэнд төгсгөдөг. Давидын гэрт нэг түлхүүр байсан бөгөөд 1844 оны 10 дугаар сарын 22-нд өөр юу ч хэрэглэгдэхгүй бол, энэ түлхүүрийг дурдсан Бичээс дэх цорын ганц газар нь Филаделфийн чуулганд хандсан мэдээнд байдаг.</w:t>
      </w:r>
    </w:p>
    <w:p>
      <w:pPr>
        <w:pStyle w:val="ArticleScripture"/>
        <w:jc w:val="left"/>
      </w:pPr>
      <w:r>
        <w:rPr>
          <w:rFonts w:ascii="Times New Roman" w:hAnsi="Times New Roman" w:eastAsia="Times New Roman" w:cs="Times New Roman"/>
        </w:rPr>
        <w:t>Би Давидын гэрийн түлхүүрийг түүний мөрөн дээр тавина; тэгэхэд тэр нээх бөгөөд хэн ч хааж чадахгүй; тэр хаах бөгөөд хэн ч нээж чадахгүй. Исаиа 22:22.</w:t>
      </w:r>
    </w:p>
    <w:p>
      <w:pPr>
        <w:pStyle w:val="ArticleScripture"/>
        <w:jc w:val="left"/>
      </w:pPr>
      <w:r>
        <w:rPr>
          <w:rFonts w:ascii="Times New Roman" w:hAnsi="Times New Roman" w:eastAsia="Times New Roman" w:cs="Times New Roman"/>
        </w:rPr>
        <w:t>Филаделфи дахь чуулганы тэнгэрэлчид ийн бичигтүн: Ариун Нэгэн, Үнэнч Нэгэн, Давидын түлхүүрийг эзэмшигч, нээвэл хэн ч хааж үл чадах, хаавал хэн ч нээж үл чадах Нэгэн ийн айлдаж байна: Би чиний үйлсийг мэднэ. Үзэгтүн, Би чиний өмнө нээлттэй хаалга тавьсан бөгөөд түүнийг хэн ч хааж чадахгүй. Учир нь чи багахан хүчтэй атлаа Миний үгийг сахиж, Миний нэрийг үгүйсгээгүй. Үзэгтүн, өөрсдийгөө иудейчүүд мөн гэж хэлдэг атлаа тийм биш, харин худал хэлдэг Сатаны синагогийн хүмүүсийг Би чиний хөл дор ирж мөргүүлэх бөгөөд Би чамайг хайрласныг тэдэнд мэдүүлнэ. Чи Миний тэвчээрийн үгийг сахисан тул Би ч бас газар дээр оршин суугчдыг сорихын тулд бүх ертөнцөд ирэх сорилтын цагаас чамайг хамгаална. Үзэгтүн, Би удахгүй ирнэ. Хэн ч чиний титмийг булаан авахгүйн тулд өөрт байгаа зүйлээ бат барь. Ялагчийг Би Өөрийн Бурханы сүмд багана болгоно, тэр цаашид тэндээс гарахгүй. Мөн Би түүн дээр Өөрийн Бурханы нэрийг, Өөрийн Бурханаас тэнгэрээс бууж ирэх Өөрийн Бурханы хотын нэрийг, өөрөөр хэлбэл шинэ Иерусалимын нэрийг, бас Өөрийн шинэ нэрийг бичнэ. Чихтэй нэгэн нь Сүнс чуулгануудад юу айлдаж байгааг сонсогтун. Илчлэлт 3:7–12.</w:t>
      </w:r>
    </w:p>
    <w:p>
      <w:pPr>
        <w:pStyle w:val="ArticleBody"/>
        <w:jc w:val="left"/>
      </w:pPr>
      <w:r>
        <w:rPr>
          <w:rFonts w:ascii="Times New Roman" w:hAnsi="Times New Roman" w:eastAsia="Times New Roman" w:cs="Times New Roman"/>
        </w:rPr>
        <w:t>Елиаким нь 1844 оны 10-р сарын 22-нд Хамгийн Ариун газрыг нээсэн Миллерийн хөдөлгөөний үеийн Филаделфичуудын нэгийг төлөөлдөг. Тэр эрин үеийн тэрхүү үүдийг нээсэн нь бидний Тэргүүн Тахилч Христ байсан гэдгийг би мэднэ. Гэвч Христ түлхүүрийг Хилкиагийн хүү Елиакимын мөрөн дээр тавьж, “тэр нээнэ” хэмээн айлдсан. Бид энэ өгүүллийн эхэнд миний заасан тэр цэгт хүрээд байна.</w:t>
      </w:r>
    </w:p>
    <w:p>
      <w:pPr>
        <w:pStyle w:val="ArticleBody"/>
        <w:jc w:val="left"/>
      </w:pPr>
      <w:r>
        <w:rPr>
          <w:rFonts w:ascii="Times New Roman" w:hAnsi="Times New Roman" w:eastAsia="Times New Roman" w:cs="Times New Roman"/>
        </w:rPr>
        <w:t>Исаиа номд “ачаа” хэмээх үг арван найман удаа тохиолддог бөгөөд тэдгээрийн долоон тохиолдолд мөрөн дээр үүрэн авч явагддаг зүйлийг, харин арван нэгэн тохиолдолд сүйрлийн эш үзүүллэгийг илэрхийлдэг. Тэр арван найман тохиолдлын нэгэнд сүйрлийн эш үзүүллэг гэсэн утгатай үг нь мөн нэгэн зэрэг мөрөн дээр үүрэн авч явагддаг ачааг төлөөлөхөөр хэрэглэгдсэн байдаг.</w:t>
      </w:r>
    </w:p>
    <w:p>
      <w:pPr>
        <w:pStyle w:val="ArticleBody"/>
        <w:jc w:val="left"/>
      </w:pPr>
      <w:r>
        <w:rPr>
          <w:rFonts w:ascii="Times New Roman" w:hAnsi="Times New Roman" w:eastAsia="Times New Roman" w:cs="Times New Roman"/>
        </w:rPr>
        <w:t>Үзэгдлийн хөндийн тухай өгүүлэмж нь Иерусалимд мөргөгчдийн хоёр ангийг бий болгодог сүйрлийн мэдээний тухай юм. Шүүлт эхэлснийг тодорхойлсон эш үзүүллэгийн мэдээг Эцэг Миллер тунхагласан бөгөөд энэ нь 1844 оны 10 дугаар сарын 22-нд ариун газрын хаалга хаагдаж, Хамгийн Ариун Газар нээгдэхэд төгссөн нэгдүгээр тэнгэрэлчийн мэдээ юм. Уильям Миллерийн мөрөн дээр үүрүүлэгдэж, түүнийг дэлхийд авч явах даалгавар өгөгдсөн тэрхүү “ачаалал” нь нэгдүгээр тэнгэрэлчийн мэдээ, өөрөөр хэлбэл 1844 оны 10 дугаар сарын 22-нд гуравдугаар тэнгэрэлчийн мэдээ ирснээр төгссөн сүйрлийн эш үзүүллэг байсан юм.</w:t>
      </w:r>
    </w:p>
    <w:p>
      <w:pPr>
        <w:pStyle w:val="ArticleBody"/>
        <w:jc w:val="left"/>
      </w:pPr>
      <w:r>
        <w:rPr>
          <w:rFonts w:ascii="Times New Roman" w:hAnsi="Times New Roman" w:eastAsia="Times New Roman" w:cs="Times New Roman"/>
        </w:rPr>
        <w:t>“Давидын гэрийн түлхүүрийг Би түүний мөрөн дээр тавина” гэжээ. Мөн “Тэр өдөр бат газарт бэхлэгдсэн хадаас сугаран, таслагдан унах бөгөөд, түүн дээр байсан ачаа ч таслагдана” гэж хэлсэн байна.</w:t>
      </w:r>
    </w:p>
    <w:p>
      <w:pPr>
        <w:pStyle w:val="ArticleBody"/>
        <w:jc w:val="left"/>
      </w:pPr>
      <w:r>
        <w:rPr>
          <w:rFonts w:ascii="Times New Roman" w:hAnsi="Times New Roman" w:eastAsia="Times New Roman" w:cs="Times New Roman"/>
        </w:rPr>
        <w:t>Энд “ачаа” хэмээн орчуулагдсан үг нь сүйрлийн эш үзүүллэгийг заадаг үг мөн. Гэвч энэ сүйрлийн эш үзүүллэг нь Исаиа мөрөн дээрээ үүрдэг ямар нэг зүйлийг илэрхийлэхдээ хэрэглэдэг еврей үг биш юм. Сүйрлийн эш үзүүллэг гэсэн утгаар энэ нь Хилкиагийн хүү Елиакимын мөрөн дээр Давидын түлхүүр тавигдах бөгөөд түүний мөрөн дээр буй ачаа нь сүйрлийн эш үзүүллэг мөн гэсэн санааг илэрхийлдэг. Энэ бол үгийн маш гүн гүнзгий наадгай мөн!</w:t>
      </w:r>
    </w:p>
    <w:p>
      <w:pPr>
        <w:pStyle w:val="ArticleBody"/>
        <w:jc w:val="left"/>
      </w:pPr>
      <w:r>
        <w:rPr>
          <w:rFonts w:ascii="Times New Roman" w:hAnsi="Times New Roman" w:eastAsia="Times New Roman" w:cs="Times New Roman"/>
        </w:rPr>
        <w:t>Эгч Уайт Библид холбогдсон нэгэн түлхүүрийн талаар ийнхүү өгүүлжээ.</w:t>
      </w:r>
    </w:p>
    <w:p>
      <w:pPr>
        <w:pStyle w:val="ArticleScripture"/>
        <w:jc w:val="left"/>
      </w:pPr>
      <w:r>
        <w:rPr>
          <w:rFonts w:ascii="Times New Roman" w:hAnsi="Times New Roman" w:eastAsia="Times New Roman" w:cs="Times New Roman"/>
        </w:rPr>
        <w:t>“Бурханы Үгтэй холбогдсон, үнэт эрдэнийн авдрыг онгойлгодог нэгэн түлхүүр байдаг бөгөөд энэ нь бидний сэтгэл ханамж, баяр баяслын төлөө юм. Би гэрлийн өчүүхэн ч болов цацраг бүрийн төлөө талархаж байдаг. Ирээдүйд, одоо бидэнд туйлын нууцлаг санагдаж буй туршлагууд тайлбарлагдах болно. Зарим туршлагыг бид энэ үхэшгүй бус бие үхэшгүйг өмсөх хүртлээ хэзээ ч бүрэн ойлгохгүй ч байж мэднэ.” Manuscript Releases, volume 17, 261.</w:t>
      </w:r>
    </w:p>
    <w:p>
      <w:pPr>
        <w:pStyle w:val="ArticleBody"/>
        <w:jc w:val="left"/>
      </w:pPr>
      <w:r>
        <w:rPr>
          <w:rFonts w:ascii="Times New Roman" w:hAnsi="Times New Roman" w:eastAsia="Times New Roman" w:cs="Times New Roman"/>
        </w:rPr>
        <w:t>Миллер зүүдийнхээ тухай хэлсэн оршил үгэндээ ингэж өгүүлжээ.</w:t>
      </w:r>
    </w:p>
    <w:p>
      <w:pPr>
        <w:pStyle w:val="ArticleScripture"/>
        <w:jc w:val="left"/>
      </w:pPr>
      <w:r>
        <w:rPr>
          <w:rFonts w:ascii="Times New Roman" w:hAnsi="Times New Roman" w:eastAsia="Times New Roman" w:cs="Times New Roman"/>
        </w:rPr>
        <w:t>“Би Бурхан үл үзэгдэх мутраараа надад урт нь арван инч орчим, өргөн нь зургаан инч дөрвөлжин хэмжээтэй, хар мод ба сувдаар нарийн чимэглэн урласан нэгэн сонин хийцтэй авс илгээснийг зүүдэлсэн юм. Тэр авсанд түлхүүр нь бэхлээстэй байв. Би тэр даруй түлхүүрийг авч авсыг онгойлгоход, гайхшрал ба алмайрал төрүүлэмээр нь, дотор нь төрөл бүрийн зүйл, хэмжээ бүхий үнэт эдлэл, алмаз, эрдэнийн чулуунууд, мөн хэмжээ, үнэ цэнэ бүрийн алт, мөнгөн зоосоор дүүрснийг олж харав; тэдгээр нь авсан дотор тус тусын байранд нь үзэсгэлэнтэйгээр эмхлэн байрлуулсан байсан бөгөөд ийнхүү эмхлэгдсэнээрээ нарнаас өөр юутай ч зүйрлэшгүй гэрэл ба алдар сууг цацруулж байлаа.” Early Writings, 81.</w:t>
      </w:r>
    </w:p>
    <w:p>
      <w:pPr>
        <w:pStyle w:val="ArticleBody"/>
        <w:jc w:val="left"/>
      </w:pPr>
      <w:r>
        <w:rPr>
          <w:rFonts w:ascii="Times New Roman" w:hAnsi="Times New Roman" w:eastAsia="Times New Roman" w:cs="Times New Roman"/>
        </w:rPr>
        <w:t>Жэймс Уайтын зүүдэнд хавсаргасан тайлбарын хөл тэмдэглэлд тэр түлхүүрийн талаар ингэж хэлжээ.</w:t>
      </w:r>
    </w:p>
    <w:p>
      <w:pPr>
        <w:pStyle w:val="ArticleScripture"/>
        <w:jc w:val="left"/>
      </w:pPr>
      <w:r>
        <w:rPr>
          <w:rFonts w:ascii="Times New Roman" w:hAnsi="Times New Roman" w:eastAsia="Times New Roman" w:cs="Times New Roman"/>
        </w:rPr>
        <w:t>“‘Түлхүүр хавсаргасан’ нь түүний эш үзүүллэгийн Үгийг тайлбарлах арга барил байсан бөгөөд—Бичээсийг Бичээстэй харьцуулах—Библи өөрөө өөрийнхөө тайлбарлагч юм. Энэ түлхүүрээр ах Миллер ‘авдрыг’, өөрөөр хэлбэл, дэлхийд зориулсан Христийн ирэлтийн агуу үнэнийг нээсэн.” Жеймс Уайт.</w:t>
      </w:r>
    </w:p>
    <w:p>
      <w:pPr>
        <w:pStyle w:val="ArticleBody"/>
        <w:jc w:val="left"/>
      </w:pPr>
      <w:r>
        <w:rPr>
          <w:rFonts w:ascii="Times New Roman" w:hAnsi="Times New Roman" w:eastAsia="Times New Roman" w:cs="Times New Roman"/>
        </w:rPr>
        <w:t>Жеймс Уайт энэ зүүдийн талаар тайлбарлахдаа түүнд оршил бичсэн юм. Миллер энэ зүүдээ агуу Урам хугаралтаас хойш, урьд нь нэгдмэл байсан Миллерит Адвентистууд тархан бутарсан үед, дор хаяж хоёр жилийн дараа буюу 1847 онд үзэж, нийтэлсэн гэдгийг онцгойлон анхаарах нь хамгийн чухал юм. Миллер хөдөлгөөнөөс тусгаарлагдсан байсан бөгөөд “энд тэнд тархан” байсан “бяцхан сүрэг” урам хугарлын зовлонг үргэлжлүүлэн амсаж байв. Миллерийн зүүд тухайн нөхцөл байдалд хандаж өгүүлсэн бөгөөд Жеймс Уайт түүнд тайлбар хийж, Эллен Уайт түүнд туйлын эерэг байдлаар иш татсан юм. Жеймс Уайт түүний зүүдэнд оршил бичиж, зүүдийг нь багтаагаад, дараа нь хэдэн хөл тэмдэглэл нэмсэн байна. Энэхүү мэдээлэлтэй танилцах шаардлагатай хүмүүст зориулан түүний оршил, зүүд болон хөл тэмдэглэлүүдийг энэ өгүүллийн төгсгөлд хавсаргана.</w:t>
      </w:r>
    </w:p>
    <w:p>
      <w:pPr>
        <w:pStyle w:val="ArticleBody"/>
        <w:jc w:val="left"/>
      </w:pPr>
      <w:r>
        <w:rPr>
          <w:rFonts w:ascii="Times New Roman" w:hAnsi="Times New Roman" w:eastAsia="Times New Roman" w:cs="Times New Roman"/>
        </w:rPr>
        <w:t>Исаиа хорин хоёрдугаар бүлэг нь Адвентизмын эхлэл ба төгсгөлийн жишээ дүрслэл юм. Хоёр түүхэнд хоёуланд нь 1844 оны 10 дугаар сарын 22-нд гарсан бөгөөд дараа нь Ням гарагийн хууль дээр дахин гарах тусгаарлалт байсан бөгөөд байх болно. Хоёр тохиолдлын тусгаарлалт, эхлэл ба төгсгөл аль аль нь арван онгон бүсгүйн тухай сургаалт зүйрлэлийн биелэлт юм. Уайт эгч бидэнд ухаангүй онгон бүсгүйчүүд бол Лаодикичууд мөн гэж мэдэгддэг. Шебна нь Адвентизмын эхлэл ба төгсгөл дэх Лаодикийн Адвентистуудыг төлөөлдөг. Хилкиагийн хүү Елиаким нь Филадельфийн Адвентистуудыг төлөөлдөг.</w:t>
      </w:r>
    </w:p>
    <w:p>
      <w:pPr>
        <w:pStyle w:val="ArticleBody"/>
        <w:jc w:val="left"/>
      </w:pPr>
      <w:r>
        <w:rPr>
          <w:rFonts w:ascii="Times New Roman" w:hAnsi="Times New Roman" w:eastAsia="Times New Roman" w:cs="Times New Roman"/>
        </w:rPr>
        <w:t>Гэвч Хилкиа мөн Адвентизмийн эцгийг төлөөлдөг. Учир нь “тэр Иерусалимын оршин суугчдад, мөн Иудагийн гэрт эцэг нь болно.” Уильям Миллерийг хүндэтгэлтэйгээр “Эцэг Миллер” хэмээн нэрлэдэг байв. Миллерийн мөрөн дээр “Давидын түлхүүр” тавигдсан бөгөөд энэ нь түүний Судрыг “мөр мөрийн дээр” судалдаг аргыг төлөөлдөг.</w:t>
      </w:r>
    </w:p>
    <w:p>
      <w:pPr>
        <w:pStyle w:val="ArticleBody"/>
        <w:jc w:val="left"/>
      </w:pPr>
      <w:r>
        <w:rPr>
          <w:rFonts w:ascii="Times New Roman" w:hAnsi="Times New Roman" w:eastAsia="Times New Roman" w:cs="Times New Roman"/>
        </w:rPr>
        <w:t>Авс нь Библи байсан тул тэрээр эхний тэнгэрэлчийн үнэнүүдийг нээхийн тулд өөрийн хэрэглэсэн эш үзүүлгийн тайлбарлах дүрмийг төлөөлөх “Давидын түлхүүр”-ийг ашигласан. Тэдгээр дүрэм, (Давидын түлхүүр) мөн Давидын түлхүүрээр ойлгогдсон түүний сүйрлийн эш үзүүлэг (ачаалал) нь ариун газарт “бат бэх газарт хадсан хадаас мэт” тогтоогдсон байв. Тэрхүү “хадаас” нь 1844 оны 10-р сарын 22-ны огноо байв. “Хадаас” гэдэг үг нь зүү, хадаас, эсвэл гадас гэсэн утгатай бөгөөд тэмдэглээт цэгийг төлөөлнө. Тэр хадаасан дээр өлгөгдсөн “ачаалал”, өөрөөр хэлбэл сүйрлийн эш үзүүлэг нь эхний тэнгэрэлчийн мэдээ байсан бөгөөд тэр мэдээ нь сүйрлийн эш үзүүлэг биелж, зайлуулагдан, тайрагдан унасан 1844 оны 10-р сарын 22-нд төгсгөлдөө хүрсэн. Энэ нь зайлуулагдсан, учир нь сүйрлийн эш үзүүлгийн мэдээ өнгөрсөн цагийн болсон байв; тэгээд хадаасыг Хамгийн Ариун Газарт шилжүүлэх ёстой болсон бөгөөд тэнд өөр нэгэн сүйрлийн ачааллыг түүн дээр өлгөх байлаа.</w:t>
      </w:r>
    </w:p>
    <w:p>
      <w:pPr>
        <w:pStyle w:val="ArticleBody"/>
        <w:jc w:val="left"/>
      </w:pPr>
      <w:r>
        <w:rPr>
          <w:rFonts w:ascii="Times New Roman" w:hAnsi="Times New Roman" w:eastAsia="Times New Roman" w:cs="Times New Roman"/>
        </w:rPr>
        <w:t>Миллерийн сүйрлийн тухай эш үзүүллэг нь, “Давидын түлхүүр”-ээр дүрслэгдсэн эш үзүүллэгийн дүрмийн дагуу ойлгогдсон тул, эцгийнх нь гэрийн бүхий л алдрыг тогтоон барих ариун газарт нэгэн хадаас зоох байв. Энэ эшлэл дэх “алдар” хэмээх үг нь жин гэсэн утгатай. Гэрийн жинг тогтоон барьдаг зүйл нь тэр гэрийн суурь мөн. Миллерийн суурь ажил нь “үр удам ба үр төл”-өөр дүрслэгдсэн гурав дахь тэнгэрэлчийн мэдээний нэмэлт бүх гэрлийн жинг тогтоон барьдаг. Энэ нь мөн сүмийн бүх төрлийн сав суулгын жинг тогтоон барьдаг. Тийнхүү сүр жавхлант сэнтийг байрлуулах сүмийн суурь тавигдсан юм.</w:t>
      </w:r>
    </w:p>
    <w:p>
      <w:pPr>
        <w:pStyle w:val="ArticleBody"/>
        <w:jc w:val="left"/>
      </w:pPr>
      <w:r>
        <w:rPr>
          <w:rFonts w:ascii="Times New Roman" w:hAnsi="Times New Roman" w:eastAsia="Times New Roman" w:cs="Times New Roman"/>
        </w:rPr>
        <w:t>Хилкиагийн хүү Елиаким нь Филаделфийн сүмийг төлөөлдөг. Елиаким гэдэг нь өргөгч Бурхан гэсэн утгатай. Учир нь Иерусалимын эцэг Елиаким нь Бурхан Өөрийн сонгогдсон гэрээний ард түмний суурийг босгон байгуулуулахын тулд ашигласан Уильям Миллерийг төлөөлдөг. Тэр бол Хилкиагийн хүү бөгөөд энэ нэр нь хоёр үгнээс бүтсэн, тэдгээрийн хоёр дахь нь Бурхан, харин эхнийх нь “гөлгөр байдал”, өөрөөр хэлбэл ярианы гөлгөр байдлыг илэрхийлдэг. Хилкиа нь Бурханы Үг буюу дуу хоолойг төлөөлдөг бөгөөд түүний хүү нь ариун сүмийн босголтыг төлөөлдөг.</w:t>
      </w:r>
    </w:p>
    <w:p>
      <w:pPr>
        <w:pStyle w:val="ArticleBody"/>
        <w:jc w:val="left"/>
      </w:pPr>
      <w:r>
        <w:rPr>
          <w:rFonts w:ascii="Times New Roman" w:hAnsi="Times New Roman" w:eastAsia="Times New Roman" w:cs="Times New Roman"/>
        </w:rPr>
        <w:t>Адвентизмын төгсгөлд мөхлийн тухай нэгэн эш үзүүллэг заавал байх ёстой бөгөөд тэр эш үзүүллэг нь Илчлэлт номын арван дөрөвдүгээр бүлгийн гурав дахь тэнгэрэлч юм. Төгсгөлд Миллерийн түлхүүрээр бэлгэдэгдсэн нэгэн түлхүүр заавал байх ёстой. Бидний өдрүүд дэх “түлхүүр” нь түүхийн давталтад, ялангуяа Альфа ба Омега болох Христ Өөрөөрөө төлөөлүүлсэн зарчим мөн болох, эсвэл түүнийг агуулдаг анхны дурдалтын дүрэмд тулгуурладаг. Миллерийн нэгэн хүү заавал байх ёстой. Тэгвэл эцэг Миллер нь ЭЗЭНий Үг болох Хилкиа болж, Миллерийн хүү нь “өргөгч Бурхан” гэсэн утгатай Елиаким болдог. Эцэг Миллер сүмийг босгосон бөгөөд Миллерийн хүү нь Лаодикей ба Филадельфи хоёр хэзээ тусгаарлагдахыг тогтоон, Филадельфийнхныг нэгэн туг тэмдэг болгон өргөн босгодог. Бат бэх тогтоогдсон нэгэн хадаас заавал байх ёстой; гэвч тэр нь Миллерийн түүхэн дэх шиг ариун газарт бус, харин Хамгийн Ариун газарт байна. Тэр хадаас болон түүнд өлгөгдсөн ачаа нь эхний тэнгэрэлчийн мэдээний төгсгөлд байсан шиг гурав дахь тэнгэрэлчийн мэдээний төгсгөлд мөн таслагдана. Михаил босож, хүний сорилтын хугацаа хаагдах үед мөхлийн эш үзүүллэг нь өнгөрсөн цагт шилжсэн, зайлуулагдсан, таслагдсан, унасан байх болно.</w:t>
      </w:r>
    </w:p>
    <w:p>
      <w:pPr>
        <w:pStyle w:val="ArticleBody"/>
        <w:jc w:val="left"/>
      </w:pPr>
      <w:r>
        <w:rPr>
          <w:rFonts w:ascii="Times New Roman" w:hAnsi="Times New Roman" w:eastAsia="Times New Roman" w:cs="Times New Roman"/>
        </w:rPr>
        <w:t>1844 онд хугацаа өнгөрсний дараах тусгаарлалт буюу тараалт нь Ням гаргийн хуулийн үед дахин давтагдана. Исаиа хорин хоёрдугаар бүлэг нь Ням гаргийн хуулийн хямралын үед тохиолдох Лаодикийн Адвентистүүд Филаделфийн Адвентистүүдээс тусгаарлагдахад хүргэдэг нөхцөл байдлын дүрслэл юм.</w:t>
      </w:r>
    </w:p>
    <w:p>
      <w:pPr>
        <w:pStyle w:val="ArticleScripture"/>
        <w:jc w:val="left"/>
      </w:pPr>
      <w:r>
        <w:rPr>
          <w:rFonts w:ascii="Times New Roman" w:hAnsi="Times New Roman" w:eastAsia="Times New Roman" w:cs="Times New Roman"/>
        </w:rPr>
        <w:t>Лаодикейн чуулганы тэнгэрэлчид ийнхүү бичигтүн: Амен, итгэмжит бөгөөд үнэн гэрч, Бурханы бүтээлийн эхлэл ийнхүү айлдаж байна: Чиний үйлсийг Би мэднэ; чи хүйтэн ч биш, халуун ч биш. Чи хүйтэн эсвэл халуун байгаасай гэж Би хүснэ. Иймээс чи бүлээн бөгөөд хүйтэн ч биш, халуун ч биш тул Би чамайг амнаасаа бөөлжүүлэн гаргах болно. Учир нь чи, “Би баян, эд хөрөнгөөр арвижсан, надад юу ч хэрэггүй” гэж хэлдэг атлаа өөрөө золгүй, өрөвдөлтэй, ядуу, сохор, нүцгэн гэдгээ мэддэггүй. Галд соригдсон алтыг Надаас худалдан авч баян болоосой; мөн нүцгэн байдлын чинь ичгүүр илрэхгүй байхын тулд өмсөх цагаан хувцас; мөн хараатай болохын тулд нүдэндээ түрхэх тосыг Надаас ав гэж Би чамд зөвлөе. Би хайрладаг бүхнээ зэмлэж, сахилгажуулдаг. Тиймээс хичээнгүй байж, гэмш. Үзэгтүн, Би үүдэнд зогсоод тогшиж байна. Хэрэв хэн нэгэн Миний дууг сонсоод үүдээ нээвэл, Би түүн уруу орж, түүнтэй хамт зоог барина, тэр ч Надтай хамт зоог барина. Ялагчид Би Өөрийн сэнтий дээр Надтай хамт суухыг соёрхоно. Үүнтэй адил Би ч бас ялж, Эцэгийнхээ сэнтий дээр Түүнтэй хамт заларсан билээ. Чихтэй нь Сүнс чуулгануудад юу айлдаж байгааг сонсогтун. Илчлэл 3:7–22.</w:t>
      </w:r>
    </w:p>
    <w:p>
      <w:pPr>
        <w:pStyle w:val="ArticleBody"/>
        <w:jc w:val="left"/>
      </w:pPr>
      <w:r>
        <w:rPr>
          <w:rFonts w:ascii="Times New Roman" w:hAnsi="Times New Roman" w:eastAsia="Times New Roman" w:cs="Times New Roman"/>
        </w:rPr>
        <w:t>Зүүдний оршлын дараа Жеймс Уайт тухайн зүүдийг тайлбарын зүүлтүүдийн хамт оруулжээ. Бид Миллерийн зүүдийг Жеймс Уайт хэрэглэн тайлбарласантай холбоотойгоор ямар ч бэрхшээлгүй байдаг, хэдийгээр бид түүний зүүдний талаар Жеймс Уайтынхаас зарим талаар ялгаатай нэгэн тайлбарыг олонтаа нийтэлж ирсэн боловч. Бидний нийтэлж ирсэнээс ялгарах Жеймс Уайтын үндсэн хандлага нь тэрээр “эрдэнэсүүд”-ийг Бурханы ард түмний хүрээнд байршуулдагт оршино; харин бид эрдэнэсүүдийг эш үзүүллэгийн үнэнүүд гэж ойлгодог. Хүн өөрийн итгэдгээ тусган харуулдаг учраас энд ямар ч зөрчилдөөн үгүй; мөн Их Урам хугарлын дараах эрдэнэсүүдийн сарнил нь Ням гаргийн хуулиас ӨМНӨ Бурханы ард түмэн сарнихыг бэлгэдэн харуулдаг. Гэвч энэ нь ирээдүйн судалгааны сэдэв мөн.</w:t>
      </w:r>
    </w:p>
    <w:p>
      <w:pPr>
        <w:pStyle w:val="ArticleHeading"/>
        <w:jc w:val="left"/>
      </w:pPr>
      <w:r>
        <w:rPr>
          <w:rFonts w:ascii="Arial" w:hAnsi="Arial" w:eastAsia="Arial" w:cs="Arial"/>
        </w:rPr>
        <w:t>Жэймс Уайтын Уильям Миллерийн Зүүдэнд бичсэн оршил</w:t>
      </w:r>
    </w:p>
    <w:p>
      <w:pPr>
        <w:pStyle w:val="ArticleScripture"/>
        <w:jc w:val="left"/>
      </w:pPr>
      <w:r>
        <w:rPr>
          <w:rFonts w:ascii="Times New Roman" w:hAnsi="Times New Roman" w:eastAsia="Times New Roman" w:cs="Times New Roman"/>
        </w:rPr>
        <w:t>“Дараах зүүдийг хоёр гаруй жилийн өмнө Advent Herald-д нийтэлсэн билээ. Тэр үед би энэ нь бидний өнгөрсөн хоёр дахь ирэлтийн талаарх туршлагыг тодорхойгоор тэмдэглэн харуулж байгааг, мөн Бурхан энэ зүүдийг тархан бутарсан сүрэгт тус болохын тулд өгснийг ойлгосон юм.</w:t>
      </w:r>
    </w:p>
    <w:p>
      <w:pPr>
        <w:pStyle w:val="ArticleScripture"/>
        <w:jc w:val="left"/>
      </w:pPr>
      <w:r>
        <w:rPr>
          <w:rFonts w:ascii="Times New Roman" w:hAnsi="Times New Roman" w:eastAsia="Times New Roman" w:cs="Times New Roman"/>
        </w:rPr>
        <w:t>“Эзэний агуу бөгөөд аймшигт өдрийн ойртон ирэхийн тэмдгүүдийн дунд Бурхан зүүдийг байрлуулсан билээ. Иоел 2:28–31; Үйлс 2:17–20-ыг үз. Зүүд гурван янзаар ирж болно. Нэгдүгээрт, ‘ажил хэргийн олноос’ ирж болно. Номлогчийн үгс 5:3-ыг үз. Хоёрдугаарт, Сатаны бузар сүнс болон мэхлэлтэд автсан хүмүүс түүний нөлөөгөөр зүүд зүүдэлж болно. Дэд хууль 8:1–5; Иеремиа 23:25–28; 27:9; 29:8; Зехариа 10:2; Иуда 8-ыг үз. Гуравдугаарт, Бурхан тэнгэрэлч нар болон Ариун Сүнсний үйлчлэлээр ирдэг зүүдээр дамжуулан Өөрийн ардад үргэлж сургаж ирсэн бөгөөд одоо ч бага, их хэмжээгээр сургаж байна. Үнэнгийн тод гэрэлд бат зогсогчид Бурхан тэдэнд хэзээ зүүд өгч байгааг мэдэх болно; тийм хүмүүс худал зүүдэнд мэхлэгдэн төөрөлдөхгүй.”</w:t>
      </w:r>
    </w:p>
    <w:p>
      <w:pPr>
        <w:pStyle w:val="ArticleScripture"/>
        <w:jc w:val="left"/>
      </w:pPr>
      <w:r>
        <w:rPr>
          <w:rFonts w:ascii="Times New Roman" w:hAnsi="Times New Roman" w:eastAsia="Times New Roman" w:cs="Times New Roman"/>
        </w:rPr>
        <w:t>“Тэрээр айлдсан нь: Одоо Миний үгийг сонсогтун; та нарын дунд эш үзүүлэгч байвал, Би ЭЗЭН түүнд Өөрийгөө үзэгдлээр мэдүүлж, зүүдээр түүнтэй ярина. Тооллого 12:5.”</w:t>
      </w:r>
    </w:p>
    <w:p>
      <w:pPr>
        <w:pStyle w:val="ArticleScripture"/>
        <w:jc w:val="left"/>
      </w:pPr>
      <w:r>
        <w:rPr>
          <w:rFonts w:ascii="Times New Roman" w:hAnsi="Times New Roman" w:eastAsia="Times New Roman" w:cs="Times New Roman"/>
        </w:rPr>
        <w:t>“Иаков: ‘ЭЗЭНий тэнгэрэлч надад зүүдэнд айлдсан’ гэж хэлэв.” Эхлэл 31:2. “Бурхан шөнө зүүдэнд Сирич Лабанд ирэв.” Эхлэл 31:24. Эхлэл 37:5–9-д буй Иосефын зүүднүүдийг унш, тэгээд Египетэд тэдгээр нь хэрхэн биелсэн тухай сонирхолтой түүхийг унш.</w:t>
      </w:r>
    </w:p>
    <w:p>
      <w:pPr>
        <w:pStyle w:val="ArticleScripture"/>
        <w:jc w:val="left"/>
      </w:pPr>
      <w:r>
        <w:rPr>
          <w:rFonts w:ascii="Times New Roman" w:hAnsi="Times New Roman" w:eastAsia="Times New Roman" w:cs="Times New Roman"/>
        </w:rPr>
        <w:t>“Гибеонд ЭЗЭН шөнө зүүдэндээ Соломонд үзэгдэв.” Хаадын дээд 3:5. Даниелын хоёрдугаар бүлгийн агуу чухал дүрс мөн зүүдэнд өгөгдсөн бөгөөд, түүнчлэн долдугаар бүлгийн дөрвөн араатан гэх мэт нь ч мөн адил. Херод нялх Аврагчийг устгахаар завдах үед Иосефт Египет рүү зугтахыг зүүдэнд анхааруулжээ. Матай 2:13.</w:t>
      </w:r>
    </w:p>
    <w:p>
      <w:pPr>
        <w:pStyle w:val="ArticleScripture"/>
        <w:jc w:val="left"/>
      </w:pPr>
      <w:r>
        <w:rPr>
          <w:rFonts w:ascii="Times New Roman" w:hAnsi="Times New Roman" w:eastAsia="Times New Roman" w:cs="Times New Roman"/>
        </w:rPr>
        <w:t>“Эцсийн өдрүүдэд ийм болно гэж Бурхан айлдаж байна: Би Өөрийн Сүнснээс бүх махбод дээр асгана; та нарын хөвгүүд, охид эш үзүүлнэ, та нарын залуус үзэгдэл үзнэ, та нарын хөгшид зүүд зүүдэлнэ. Үйлс 2:17.</w:t>
      </w:r>
    </w:p>
    <w:p>
      <w:pPr>
        <w:pStyle w:val="ArticleScripture"/>
        <w:jc w:val="left"/>
      </w:pPr>
      <w:r>
        <w:rPr>
          <w:rFonts w:ascii="Times New Roman" w:hAnsi="Times New Roman" w:eastAsia="Times New Roman" w:cs="Times New Roman"/>
        </w:rPr>
        <w:t>“Зөгнөлийн бэлэг нь, зүүд ба үзэгдлээр илэрдэг тэрхүү бэлэг, энд Ариун Сүнсний үр жимс бөгөөд эцсийн өдрүүдэд тэмдэг болохуйц хэмжээгээр илчлэгдэх ёстой. Энэ нь сайн мэдээний чуулганы бэлгүүдийн нэг мөн.</w:t>
      </w:r>
    </w:p>
    <w:p>
      <w:pPr>
        <w:pStyle w:val="ArticleScripture"/>
        <w:jc w:val="left"/>
      </w:pPr>
      <w:r>
        <w:rPr>
          <w:rFonts w:ascii="Times New Roman" w:hAnsi="Times New Roman" w:eastAsia="Times New Roman" w:cs="Times New Roman"/>
        </w:rPr>
        <w:t>“Тэр заримыг нь элч, заримыг нь ЭШ ҮЗҮҮЛЭГЧ, заримыг нь сайн мэдээ тунхаглагч, заримыг нь хоньчид ба багш нар болгож өгсөн. Энэ нь ариун хүмүүсийг төгөлдөржүүлэхийн тулд, үйлчлэлийн ажлын төлөө, Христийн биеийг байгуулан бэхжүүлэхийн төлөө юм.” Ефес 4:11, 12.</w:t>
      </w:r>
    </w:p>
    <w:p>
      <w:pPr>
        <w:pStyle w:val="ArticleScripture"/>
        <w:jc w:val="left"/>
      </w:pPr>
      <w:r>
        <w:rPr>
          <w:rFonts w:ascii="Times New Roman" w:hAnsi="Times New Roman" w:eastAsia="Times New Roman" w:cs="Times New Roman"/>
        </w:rPr>
        <w:t>“Бурхан сүм дотор заримыг нь тавьсан: нэгд, элч нарыг; хоёрт, ЭШ ҮЗҮҮЛЭГЧДИЙГ, гэх мэт. 1 Коринт 7:28.</w:t>
      </w:r>
    </w:p>
    <w:p>
      <w:pPr>
        <w:pStyle w:val="ArticleScripture"/>
        <w:jc w:val="left"/>
      </w:pPr>
      <w:r>
        <w:rPr>
          <w:rFonts w:ascii="Times New Roman" w:hAnsi="Times New Roman" w:eastAsia="Times New Roman" w:cs="Times New Roman"/>
        </w:rPr>
        <w:t>“Эш үзүүллэгүүдийг бүү бас. 1 Тесалоник 5:20. Мөн Үйлс 13:1; 21:9; Ром 12:6; 1 Коринт 14:1, 24, 39-ийг үз. Эш үзүүлэгчид буюу эш үзүүллэгүүд нь Христийн чуулганы байгуулалтын төлөө байдаг; мөн Бурханы үгнээс тэд сайн мэдээ түгээгчид, пасторууд болон багш нараас өмнө зогсох ёстой байсан гэх ямар ч нотолгоо гаргаж үл чадна. Харин эсэргүүцэгч нь, ‘Хуурамч үзэгдэл, зүүд маш олон байсан учраас би ийм төрлийн юунд ч итгэж чадахгүй’ хэмээн өгүүлдэг. Сатан өөрийн хуурамч дууриамалтай байдаг нь үнэн. Түүнд үргэлж хуурамч эш үзүүлэгчид байсан, мөн мэхлэлт ба ялалтынхаа энэ эцсийн цагт бид тэднийг эдүгээ ч гарч ирнэ гэж гарцаагүй хүлээж болох юм. Хуурамч дууриамал байдгаас болж ийм онцгой илчлэлтүүдийг няцаадаг хүмүүс, яг адил үндэслэлээр цааш жаахан ахиад, Бурхан хэзээ ч өөрийгөө хүнд зүүд эсвэл үзэгдлээр илчилж байгаагүй хэмээн үгүйсгэж болно. Учир нь хуурамч дууриамал үргэлж байсаар ирсэн.”</w:t>
      </w:r>
    </w:p>
    <w:p>
      <w:pPr>
        <w:pStyle w:val="ArticleScripture"/>
        <w:jc w:val="left"/>
      </w:pPr>
      <w:r>
        <w:rPr>
          <w:rFonts w:ascii="Times New Roman" w:hAnsi="Times New Roman" w:eastAsia="Times New Roman" w:cs="Times New Roman"/>
        </w:rPr>
        <w:t>“Зүүд ба үзэгдэл нь Бурхан Өөрийгөө хүнд илчилсэн хэрэгсэл мөн. Энэ хэрэгслээр Тэр эш үзүүлэгчдэд айлдсан; Тэр эш үзүүллийн бэлгийг сайн мэдээний чуулганы бэлгүүдийн дунд байрлуулж, зүүд ба үзэгдлийг ‘ЭЦСИЙН ӨДРҮҮД’-ийн бусад тэмдгүүдийн хамтаар тооцсон билээ.” Амен.</w:t>
      </w:r>
    </w:p>
    <w:p>
      <w:pPr>
        <w:pStyle w:val="ArticleScripture"/>
        <w:jc w:val="left"/>
      </w:pPr>
      <w:r>
        <w:rPr>
          <w:rFonts w:ascii="Times New Roman" w:hAnsi="Times New Roman" w:eastAsia="Times New Roman" w:cs="Times New Roman"/>
        </w:rPr>
        <w:t>“Дээрх тэмдэглэлүүд дэх миний зорилго нь эсэргүүцлүүдийг Сударт нийцсэн байдлаар зайлуулж, уншигчийн оюун бодлыг дараах зүйлд бэлтгэхэд оршсон юм.” James White, Brother Miller’s Dream, 1–3.</w:t>
      </w:r>
    </w:p>
    <w:p>
      <w:pPr>
        <w:pStyle w:val="ArticleHeading"/>
        <w:jc w:val="left"/>
      </w:pPr>
      <w:r>
        <w:rPr>
          <w:rFonts w:ascii="Arial" w:hAnsi="Arial" w:eastAsia="Arial" w:cs="Arial"/>
        </w:rPr>
        <w:t>Уильям Миллерийн Хоёр дахь Зүүд</w:t>
      </w:r>
    </w:p>
    <w:p>
      <w:pPr>
        <w:pStyle w:val="ArticleScripture"/>
        <w:jc w:val="left"/>
      </w:pPr>
      <w:r>
        <w:rPr>
          <w:rFonts w:ascii="Times New Roman" w:hAnsi="Times New Roman" w:eastAsia="Times New Roman" w:cs="Times New Roman"/>
        </w:rPr>
        <w:t>“Үл үзэгдэх мутрын тусламжаар Бурхан надад ойролцоогоор арван инч урт, зургаан инчийн дөрвөлжин хэмжээтэй, хар мод болон сувдаар нарийн шигтгэн урласан нэгэн содон авдар илгээж байна хэмээн би зүүдэлсэн. Тэр авдарт нэг түлхүүр бэхлээстэй байв. Би тэр даруй түлхүүрийг авч авдрыг нээтэл, гайхшрал ба бишрэлийг минь төрүүлэн, түүний дотор төрөл бүрийн хэлбэр хэмжээтэй үнэт эдлэл, очир алмааз, эрдэнийн чулуу, мөн янз бүрийн хэмжээ ба үнэлгээ бүхий алт, мөнгөн зооснууд өөр өөрсдийн байранд нь үзэсгэлэнтэйгээр эмхлэгдэн дүүрэн байсныг олж үзэв; ийнхүү эмхлэгдсэн тэдгээр нь зөвхөн нар лугаа адилтгаж болох гэрэл ба сүр жавхланг цацруулж байлаа.</w:t>
      </w:r>
    </w:p>
    <w:p>
      <w:pPr>
        <w:pStyle w:val="ArticleScripture"/>
        <w:jc w:val="left"/>
      </w:pPr>
      <w:r>
        <w:rPr>
          <w:rFonts w:ascii="Times New Roman" w:hAnsi="Times New Roman" w:eastAsia="Times New Roman" w:cs="Times New Roman"/>
        </w:rPr>
        <w:t>“Түүний агуулгын гялбаа, гоо үзэсгэлэн, үнэ цэнэ миний зүрхийг асар ихээр баясгасан боловч энэ гайхамшигт үзэгдлийг ганцаараа эдлэх нь миний үүрэг биш гэж би бодсон. Иймээс би түүнийг өрөөнийхөө голын ширээн дээр тавиад, хүсэлтэй хүн бүр ирж, энэ амьдралдаа хүний үзэж байсан хамгийн алдартай, хамгийн гялалзсан үзэгдлийг харж болно хэмээн зар мэдэгдсэн.</w:t>
      </w:r>
    </w:p>
    <w:p>
      <w:pPr>
        <w:pStyle w:val="ArticleScripture"/>
        <w:jc w:val="left"/>
      </w:pPr>
      <w:r>
        <w:rPr>
          <w:rFonts w:ascii="Times New Roman" w:hAnsi="Times New Roman" w:eastAsia="Times New Roman" w:cs="Times New Roman"/>
        </w:rPr>
        <w:t>“Хүмүүс орж ирж эхлэв. Эхэндээ цөөн тоотой байсан боловч аажмаар олширсоор бөөгнөрсөн олон түмэн болов. Тэд авдрын дотор анх харахдаа гайхан биширч, баярын дуу хашхирдаг байлаа. Харин үзэгчид олшрох үед хүн бүр эрдэнэсүүдэд гар хүрч, тэднийг авдраас гарган ширээн дээр нэг нэгээр нь тарааж эхлэв. Тэгэхэд эзэн нь авдар болон эрдэнэсүүдийг надаас дахин нэхэх болно гэж би бодож эхэлсэн; хэрэв би тэднийг ингэж тараан сарниулахыг зөвшөөрвөл, би тэднийг урьдын адил авдрын доторх өөрсдийн байранд нь дахин хэзээ ч байрлуулж чадахгүй; мөн надад ногдох хариуцлагыг хэзээ ч дааж уулзаж чадахгүй мэт санагдсан, учир нь тэр нь хэмжээлшгүй их байх байв. Тэгээд би хүмүүсээс тэдэнд гар хүрэхгүй байхыг, мөн тэднийг авдраас бүү гаргаач хэмээн гуйж эхэлсэн; харин би хэдий чинээ их гуйна, төдий чинээ тэд улам тараасаар байв; одоо тэд тэднийг өрөө даяар, шалан дээр болон өрөөн доторх тавилгын нэг бүрийн дээр хүртэл цацан тарааж байх шиг санагдав.</w:t>
      </w:r>
    </w:p>
    <w:p>
      <w:pPr>
        <w:pStyle w:val="ArticleScripture"/>
        <w:jc w:val="left"/>
      </w:pPr>
      <w:r>
        <w:rPr>
          <w:rFonts w:ascii="Times New Roman" w:hAnsi="Times New Roman" w:eastAsia="Times New Roman" w:cs="Times New Roman"/>
        </w:rPr>
        <w:t>“Тэгээд би тэд жинхэнэ эрдэнэс ба зоосны дунд хуурамч эрдэнэс, хуурамч зоосыг тоолж баршгүй их хэмжээгээр тараан цацсаныг үзэв. Тэдний ийм өөдгүй авир, үл талархлыг би маш ихээр зэвүүцэн хилэгнэж, үүний төлөө тэднийг зэмлэн буруутгав; гэвч би хэдий чинээ их зэмлэнэ, төдий чинээ тэд жинхэнэ эрдэнэсийн дунд хуурамч эрдэнэс, жинхэнэ зоосны дунд хуурамч зоосыг улам ихээр цацсаар байлаа.”</w:t>
      </w:r>
    </w:p>
    <w:p>
      <w:pPr>
        <w:pStyle w:val="ArticleScripture"/>
        <w:jc w:val="left"/>
      </w:pPr>
      <w:r>
        <w:rPr>
          <w:rFonts w:ascii="Times New Roman" w:hAnsi="Times New Roman" w:eastAsia="Times New Roman" w:cs="Times New Roman"/>
        </w:rPr>
        <w:t>“Тэгээд би махбодын сэтгэлдээ ихэд шаналж, тэднийг өрөөнөөс гаргахын тулд махбодын хүч хэрэглэх болжээ; харин би нэгийг нь түлхэн гаргаж байх зуур дахин гурвуулаа орж ирэн шороо, үртэс, элс болон элдэв янзын хог новш оруулсаар, эцэст нь жинхэнэ эрдэнэсүүд, алмаазууд, зооснуудыг бүгдийг нь бүрхэн, тэдгээрийг огт харагдахгүй болгожээ. Тэд мөн миний авдрыг тасдан урж, хэлтэрхийг нь хог новш дунд тараан хаяжээ. Миний уй гашууг ч, уурыг ч хэн ч анхааран үзэхгүй байна гэж би бодов. Би бүрэн цөхөрч, зориг мохож, суун уйлав.</w:t>
      </w:r>
    </w:p>
    <w:p>
      <w:pPr>
        <w:pStyle w:val="ArticleScripture"/>
        <w:jc w:val="left"/>
      </w:pPr>
      <w:r>
        <w:rPr>
          <w:rFonts w:ascii="Times New Roman" w:hAnsi="Times New Roman" w:eastAsia="Times New Roman" w:cs="Times New Roman"/>
        </w:rPr>
        <w:t>“Ийнхүү би өөрийн агуу гарз хохирол болон хариуцлагынхаа талаар уйлж, гашуудаж байхдаа Бурханыг санаж, Тэр надад тусламж илгээгээсэй хэмээн чин сэтгэлээсээ залбирсан юм. Тэр даруй хаалга нээгдэж, нэгэн эр өрөөнд орж ирэхэд хүмүүс бүгд гарч одов; тэрээр гартаа тоосны сойз барьсан байсан бөгөөд цонхнуудыг онгойлгон, өрөөнөөс тоос шороо, хог хаягдлыг шүүрдэн цэвэрлэж эхлэв.</w:t>
      </w:r>
    </w:p>
    <w:p>
      <w:pPr>
        <w:pStyle w:val="ArticleScripture"/>
        <w:jc w:val="left"/>
      </w:pPr>
      <w:r>
        <w:rPr>
          <w:rFonts w:ascii="Times New Roman" w:hAnsi="Times New Roman" w:eastAsia="Times New Roman" w:cs="Times New Roman"/>
        </w:rPr>
        <w:t>“Нуранги дунд энд тэнд тархан хэвтэх зарим үнэт эрдэнэс байсан тул би түүнийг тэвчихийг хүсэн хашхирсан.</w:t>
      </w:r>
    </w:p>
    <w:p>
      <w:pPr>
        <w:pStyle w:val="ArticleScripture"/>
        <w:jc w:val="left"/>
      </w:pPr>
      <w:r>
        <w:rPr>
          <w:rFonts w:ascii="Times New Roman" w:hAnsi="Times New Roman" w:eastAsia="Times New Roman" w:cs="Times New Roman"/>
        </w:rPr>
        <w:t>Тэр надад “бүү ай” гэж, учир нь Тэр “тэднийг халамжилна” гэж хэлсэн.</w:t>
      </w:r>
    </w:p>
    <w:p>
      <w:pPr>
        <w:pStyle w:val="ArticleScripture"/>
        <w:jc w:val="left"/>
      </w:pPr>
      <w:r>
        <w:rPr>
          <w:rFonts w:ascii="Times New Roman" w:hAnsi="Times New Roman" w:eastAsia="Times New Roman" w:cs="Times New Roman"/>
        </w:rPr>
        <w:t>“Тэгээд тэрээр шороо, хог новш, хуурамч эрдэнэсүүд болон хуурамч зооснуудыг шүүрдэхэд, тэдгээр нь бүгд үүл мэт босон цонхоор гарч, салхи тэднийг авч одов. Тэр хөл хөдөлгөөний үеэр би нэг хором нүдээ анив; нээхэд минь хог новш бүрэн арилсан байлаа. Үнэт эрдэнэсүүд, алмаазууд, алт мөнгөн зооснууд өрөө даяар элбэг дэлбэгээр нэгэнт тархан хэвтэж байв.</w:t>
      </w:r>
    </w:p>
    <w:p>
      <w:pPr>
        <w:pStyle w:val="ArticleScripture"/>
        <w:jc w:val="left"/>
      </w:pPr>
      <w:r>
        <w:rPr>
          <w:rFonts w:ascii="Times New Roman" w:hAnsi="Times New Roman" w:eastAsia="Times New Roman" w:cs="Times New Roman"/>
        </w:rPr>
        <w:t>“Тэрээр дараа нь ширээн дээр өмнөхөөс хавьгүй том бөгөөд илүү үзэсгэлэнтэй нэгэн авдрыг тавьж, эрдэнийн чулуунууд, очир алмаазууд, зооснуудыг атга атгаар нь хаман авч, тэр авдар руу шидсээр, нэг нь ч үлдээлгүй хийв. Хэдийгээр зарим очир алмааз нь зүүний үзүүрээс ч томгүй байсан билээ.”</w:t>
      </w:r>
    </w:p>
    <w:p>
      <w:pPr>
        <w:pStyle w:val="ArticleScripture"/>
        <w:jc w:val="left"/>
      </w:pPr>
      <w:r>
        <w:rPr>
          <w:rFonts w:ascii="Times New Roman" w:hAnsi="Times New Roman" w:eastAsia="Times New Roman" w:cs="Times New Roman"/>
        </w:rPr>
        <w:t>“Тэгээд тэр надад ‘ирж үз’ хэмээн дуудсан.”</w:t>
      </w:r>
    </w:p>
    <w:p>
      <w:pPr>
        <w:pStyle w:val="ArticleScripture"/>
        <w:jc w:val="left"/>
      </w:pPr>
      <w:r>
        <w:rPr>
          <w:rFonts w:ascii="Times New Roman" w:hAnsi="Times New Roman" w:eastAsia="Times New Roman" w:cs="Times New Roman"/>
        </w:rPr>
        <w:t>“Би авдрын дотор шагайсан боловч, үзэгдсэн тэр дүр зурагт нүд минь гялбан алмайрав. Тэд урьдынхаасаа арав дахин илүү сүр жавхлантайгаар гэрэлтэж байв. Тэднийг тоос шороонд тараан цацаж, гишгэсэн тэр хорон хүмүүсийн хөлөөр элсэнд үрэгдэн зүлгэгдсэн гэж би бодсон. Тэд авдрын дотор нэг бүр нь өөрийн байранд, ямар ч харагдахуйц хүний зовлон чармайлтгүйгээр, үнэхээр үзэсгэлэнт эмх цэгцтэйгээр өрөгдсөн байв. Би асар их баяр хөөрөөр хашхирсан бөгөөд тэр хашхираан намайг сэрээв.” Early Writings, 81–83.</w:t>
      </w:r>
    </w:p>
    <w:p>
      <w:pPr>
        <w:pStyle w:val="ArticleHeading"/>
        <w:jc w:val="left"/>
      </w:pPr>
      <w:r>
        <w:rPr>
          <w:rFonts w:ascii="Arial" w:hAnsi="Arial" w:eastAsia="Arial" w:cs="Arial"/>
        </w:rPr>
        <w:t>Жэймс Уайтын хөл тэмдэглэлүүд</w:t>
      </w:r>
    </w:p>
    <w:p>
      <w:pPr>
        <w:pStyle w:val="ArticleScripture"/>
        <w:jc w:val="left"/>
      </w:pPr>
      <w:r>
        <w:rPr>
          <w:rFonts w:ascii="Times New Roman" w:hAnsi="Times New Roman" w:eastAsia="Times New Roman" w:cs="Times New Roman"/>
        </w:rPr>
        <w:t>“Авс” нь бидний Эзэн Есүс Христийн хоёр дахь ирэлтийн талаархи Библийн агуу үнэнүүдийг төлөөлдөг бөгөөд тэдгээрийг ах Миллерт дэлхий дахинд тунхаглан нийтлүүлэхээр өгсөн билээ.</w:t>
      </w:r>
    </w:p>
    <w:p>
      <w:pPr>
        <w:pStyle w:val="ArticleScripture"/>
        <w:jc w:val="left"/>
      </w:pPr>
      <w:r>
        <w:rPr>
          <w:rFonts w:ascii="Times New Roman" w:hAnsi="Times New Roman" w:eastAsia="Times New Roman" w:cs="Times New Roman"/>
        </w:rPr>
        <w:t>“Хавсаргасан ‘түлхүүр’ нь түүний эш үзүүллэгийн Үгийг тайлбарлах арга барил байв—Судрыг Судартай харьцуулан үзэх нь—Библи өөрөө өөрийнхөө тайлбарлагч юм. Ах Миллер энэ түлхүүрээр ‘авдар’-ыг, өөрөөр хэлбэл, дэлхийд зориулсан ирэлтийн агуу үнэнийг нээсэн юм.</w:t>
      </w:r>
    </w:p>
    <w:p>
      <w:pPr>
        <w:pStyle w:val="ArticleScripture"/>
        <w:jc w:val="left"/>
      </w:pPr>
      <w:r>
        <w:rPr>
          <w:rFonts w:ascii="Times New Roman" w:hAnsi="Times New Roman" w:eastAsia="Times New Roman" w:cs="Times New Roman"/>
        </w:rPr>
        <w:t>“‘Хүмүүс эхлэн ирж, анхандаа тоо цөөн байсан боловч олширсоор үй олон болов.’ Ах дүү Миллер болон өөр тун цөөн хэдэн хүн адвентийн сургаалыг анх тунхаглахад, энэ нь маш бага нөлөө үзүүлж, үүгээр сэрсэн хүн нэн цөөн байв. Харин 1840-1844 оны хооронд, хаана ч үүнийг тунхагласан, тэр бүх нутгийн хамт олон тэр чигтээ сэрэн хөдөлсөн юм.</w:t>
      </w:r>
    </w:p>
    <w:p>
      <w:pPr>
        <w:pStyle w:val="ArticleScripture"/>
        <w:jc w:val="left"/>
      </w:pPr>
      <w:r>
        <w:rPr>
          <w:rFonts w:ascii="Times New Roman" w:hAnsi="Times New Roman" w:eastAsia="Times New Roman" w:cs="Times New Roman"/>
        </w:rPr>
        <w:t>“Хайрцаг дотор тус тусын байранд нь тийнхүү үзэсгэлэнтэйгээр эмхлэн байрлуулсан” “элдэв төрлийн бөгөөд элдэв хэмжээний” “эрдэнэс, очир алмааз зэрэг” нь Бурханы хүүхдүүдийг [Малахи 3:17], бүх сүмүүдээс, мөн амьдралын бараг бүх зэрэг зиндаа, нөхцөл байдлаас ирсэн, адвентийн итгэлийг хүлээн авч, үнэний ариун үйл хэргийн төлөө өөр өөрсдийн байр суурин дээр зоригтойгоор бат зогсож байсан хүмүүсийг төлөөлнө. Ийнхүү энэ журам дотор хөдөлж, хүн бүр өөрийн үүрэгт анхааран, Бурханы өмнө даруухнаар алхаж байх зуур, “тэд гэрэл ба алдрыг” ертөнцөд тусган харуулсан нь зөвхөн элч нарын өдрүүд дэх сүмтэй л эн тэнцэхүйц байв. Мэдээ [Илчлэлт 14:6, 7] салхины жигүүр дээр явж буй мэт тархаж, “Ирэгтүн, учир нь одоо бүх юм бэлэн боллоо” [Лук 14:17] хэмээх урилга хүч чадал, үр нөлөөтэйгээр түгэн дэлгэрэв.</w:t>
      </w:r>
    </w:p>
    <w:p>
      <w:pPr>
        <w:pStyle w:val="ArticleScripture"/>
        <w:jc w:val="left"/>
      </w:pPr>
      <w:r>
        <w:rPr>
          <w:rFonts w:ascii="Times New Roman" w:hAnsi="Times New Roman" w:eastAsia="Times New Roman" w:cs="Times New Roman"/>
        </w:rPr>
        <w:t>“Нисдэг тэнгэрэлч [Илчлэл 14:6, 7.] анх мөнхийн сайн мэдээг тунхаглаж, ‘Бурханаас эмээгтүн, Түүнд алдар өргөгтүн; учир нь Түүний шүүлтийн цаг ирээд байна’ хэмээн зарлаж эхлэх үед, дараа нь эсэргүүцэн, дооглон, үнэнээс тохуурхан элэглэсэн олон хүн Есүсийн ирэлт болон сэргээн тогтоолтыг хараад баяр хөөрөөр хашхирч байв. Тэд урьд нь өөрсдийг нь баяр хөөрөөр дүүргэж байсан үнэнийг эсэргүүцэн, эрдэнэсүүдийг үймүүлж, тараан сарниулсан. Энэ нь биднийг 1844 оны намар, сарнилын цаг эхэлсэн тэр үед аваачдаг. Үүнийг тэмдэглэгтүн: нэгэн цагт ‘баяр хөөрөөр хашхирч’ байсан хүмүүс л эрдэнэсүүдийг үймүүлж, тараан сарниулсан. 1844 оноос хойш сүргийг тийм үр нөлөөтэйгээр тараан сарниулж, төөрөлдүүлсэн хүмүүс нь үнэндээ нэгэн цагт үнэнийг тунхаглаж, түүнд баярлаж байсан атлаа, харин түүнээс хойш Бурханы ажлыг болон бидний өнгөрсөн advent туршлагад зөгнөл биелснийг үгүйсгэсэн хүмүүсээс өөр хэн ч байгаагүй.”</w:t>
      </w:r>
    </w:p>
    <w:p>
      <w:pPr>
        <w:pStyle w:val="ArticleScripture"/>
        <w:jc w:val="left"/>
      </w:pPr>
      <w:r>
        <w:rPr>
          <w:rFonts w:ascii="Times New Roman" w:hAnsi="Times New Roman" w:eastAsia="Times New Roman" w:cs="Times New Roman"/>
        </w:rPr>
        <w:t>“1844 оны долоодугаар сарын Үдшийн хашхираанаас хойших хэдэн сарын туршид Ах Миллерийн гэрчлэл нь үүд хаагдсан, мөн адвентийн хөдөлгөөн нь эш үзүүллэгийн биелэл байсан, мөн бид хугацааг тунхагласан нь зөв байсан гэсэн утгатай байв. Тэрээр дараа нь Advent Herald-ээр дамжуулан ах дүү нараа бат зогсох, тэвчээртэй байх, бие биеийнхээ эсрэг гомдол тээхгүй байхыг уриалсан; тэгвэл Бурхан хугацааг тунхагласных нь төлөө тэднийг удахгүй зөвтгөнө гэжээ. Ийнхүү тэрээр эрдэнэсүүдийн төлөө гуйж байсан бөгөөд тэдний өмнө хүлээх өөрийн ‘хариуцлага’-ыг, мөн тэр нь ‘асар их байх болно’ гэдгийг мэдэрч байв.”</w:t>
      </w:r>
    </w:p>
    <w:p>
      <w:pPr>
        <w:pStyle w:val="ArticleScripture"/>
        <w:jc w:val="left"/>
      </w:pPr>
      <w:r>
        <w:rPr>
          <w:rFonts w:ascii="Times New Roman" w:hAnsi="Times New Roman" w:eastAsia="Times New Roman" w:cs="Times New Roman"/>
        </w:rPr>
        <w:t>1844 онд хаалга хаагдсанаас хойш жинхэнүүдийн дунд тархсан байсан “хуурамч эрдэнэс ба дуураймал зоос” нь хуурамч эргэгчид, өөрөөр хэлбэл “харь хүүхдүүд”-ийг [Хосеа 5:7.] тодорхойгоор илэрхийлж байна.</w:t>
      </w:r>
    </w:p>
    <w:p>
      <w:pPr>
        <w:pStyle w:val="ArticleScripture"/>
        <w:jc w:val="left"/>
      </w:pPr>
      <w:r>
        <w:rPr>
          <w:rFonts w:ascii="Times New Roman" w:hAnsi="Times New Roman" w:eastAsia="Times New Roman" w:cs="Times New Roman"/>
        </w:rPr>
        <w:t>Тараагдсан “эрдэнийн чулуунууд,” “алмазан чулуунууд,” болон “зооснууд”-ыг хураан цуглуулсан, “өмнөхөөс хавьгүй том бөгөөд илүү үзэсгэлэнтэй” хоёр дахь “авс” нь, амьд одоогийн үнэний өргөн уудам талбарыг төлөөлдөг бөгөөд түүн дотор тараагдсан сүрэг, өөрөөр хэлбэл амьд Бурханы тамгатай 144,000 хүн бүгдээрээ цуглуулагдах болно. Тэдгээр үнэт алмазан чулуунуудаас нэг нь ч харанхуйд үлдэхгүй. Зарим нь “зүүний үзүүрээс ч том биш” боловч, Бурхан Өөрийн эрдэнийн зүйлсийг бүрдүүлж буй энэ өдөр тэднийг анзааралгүй өнгөрөөж, орхин үлдээхгүй. [Малахи 3:16–18.] Тэрээр Өөрийн тэнгэрэлч нарыг илгээж, Лотыг Содомоос гаргасан шигээ тэднийг яаравчлан гаргаж чадна. “Эзэн газар дэлхий дээр богино ажлыг үйлдэх болно.” “Тэр үүнийг зөвт байдлаар богиносгон гүйцээнэ.” Ром 9:28-ыг үз.</w:t>
      </w:r>
    </w:p>
    <w:p>
      <w:pPr>
        <w:pStyle w:val="ArticleScripture"/>
        <w:jc w:val="left"/>
      </w:pPr>
      <w:r>
        <w:rPr>
          <w:rFonts w:ascii="Times New Roman" w:hAnsi="Times New Roman" w:eastAsia="Times New Roman" w:cs="Times New Roman"/>
        </w:rPr>
        <w:t>“‘Шороо ба үртэс, элс болон элдэв хог новш’ нь 1844 оны намраас хойш Христийн хоёр дахь ирэлтийг хүлээгч итгэгчдийн дунд нэвтэрч орсон олон янзын, тоо томшгүй алдаануудыг төлөөлдөг. Энд би тэдгээрийн заримыг дурдъя.</w:t>
      </w:r>
    </w:p>
    <w:p>
      <w:pPr>
        <w:pStyle w:val="ArticleScripture"/>
        <w:jc w:val="left"/>
      </w:pPr>
      <w:r>
        <w:rPr>
          <w:rFonts w:ascii="Times New Roman" w:hAnsi="Times New Roman" w:eastAsia="Times New Roman" w:cs="Times New Roman"/>
        </w:rPr>
        <w:t>“1. Шөнө дундын хашхираан тунхаглагдсаны даруй дараа зарим “хоньчид” бардамнан баримталсан байр суурь нь, долоодугаар сарын хөдөлгөөнийг дагалдсан Ариун Сүнсний сүр жавхлант, зөөлрүүлэн хайлуулах хүчийг мэсмеризмын нөлөө хэмээсэн явдал байв. Жорж Сторрс энэ байр суурийг хамгийн түрүүнд баримталсан хүмүүсийн нэг байлаа. Түүний 1844 оны сүүлчээр Нью-Йорк хотод хэвлэгдэж байсан Midnight Cry сонинд нийтлэгдсэн бичвэрүүдийг үз. Ж. В. Хаймс 1845 оны хаврын Олбани дахь бага хурал дээр, долоодугаар сарын хөдөлгөөн долоон футын гүн мэсмеризм бий болгосон гэж хэлсэн. Үүнийг би тухайн үед тэнд байсан бөгөөд тэр үгийг өөрийн чихээр сонссон нэгнээс сонссон юм. Долоодугаар сарын хашхираанд идэвхтэй оролцсон бусад зарим нь түүнээс хойш тэр хөдөлгөөнийг Сатаны ажил хэмээн тунхагласан. Христ болон Ариун Сүнсний ажлыг чөтгөрт хамаатуулах нь Аврагчийн маань өдрүүдэд доромжлол байсан бөгөөд одоо ч мөн адил доромжлол мөн.</w:t>
      </w:r>
    </w:p>
    <w:p>
      <w:pPr>
        <w:pStyle w:val="ArticleScripture"/>
        <w:jc w:val="left"/>
      </w:pPr>
      <w:r>
        <w:rPr>
          <w:rFonts w:ascii="Times New Roman" w:hAnsi="Times New Roman" w:eastAsia="Times New Roman" w:cs="Times New Roman"/>
        </w:rPr>
        <w:t>“2. Тодорхой цаг хугацааны талаар хийсэн олон туршилт. 2300 хоног 1844 онд төгссөнөөс хойш, янз бүрийн хүмүүс тэдгээрийн төгсгөлийн талаар нэлээд хэдэн цаг хугацааг тогтоож ирсэн. Үүнийг хийхдээ тэд ‘тэмдэглэсэн хил хязгаарыг’ зайлуулж, Авралын Эзэний ирэлтийн бүх хөдөлгөөний дээр харанхуй ба эргэлзээг нөмөргөсөн.”</w:t>
      </w:r>
    </w:p>
    <w:p>
      <w:pPr>
        <w:pStyle w:val="ArticleScripture"/>
        <w:jc w:val="left"/>
      </w:pPr>
      <w:r>
        <w:rPr>
          <w:rFonts w:ascii="Times New Roman" w:hAnsi="Times New Roman" w:eastAsia="Times New Roman" w:cs="Times New Roman"/>
        </w:rPr>
        <w:t>“3. Бүх төрлийн хийсвэрлэл, туйлшралтай нь хамт спиритизм. Үхлийн аймшигт ажлыг гүйцэлдүүлсэн диаволын энэ арга мэхийг ‘модны үртэс’ болон ‘элдэв янзын хог новш’-оор тун зохистойгоор дүрсэлсэн байдаг. Спиритизмын хорыг залгисан хүмүүсийн олонх нь бидний өнгөрсөн адвентийн туршлагын үнэнийг хүлээн зөвшөөрч байсан бөгөөд энэ баримтын улмаас 1843, 1844 онуудад агуу адвент хөдөлгөөнүүдийг Бурхан удирдсан гэдэгт итгэх нь спиритизмын жам ёсны үр жимс байсан гэж олон хүн итгэхэд хүрсэн. Петр, ‘сүйрэлд хүргэх тэрс үзлүүдийг нууцаар оруулж ирэн, бүр өөрсдийг нь худалдаж авсан Эзэнийг хүртэл үгүйсгэх’ хүмүүсийн тухай өгүүлэхдээ, ‘ТЭДНИЙ УЛМААС ҮНЭНИЙ ЗАМ МУУГААР ХЭЛЭГДЭХ БОЛНО’ гэж хэлдэг.”</w:t>
      </w:r>
    </w:p>
    <w:p>
      <w:pPr>
        <w:pStyle w:val="ArticleScripture"/>
        <w:jc w:val="left"/>
      </w:pPr>
      <w:r>
        <w:rPr>
          <w:rFonts w:ascii="Times New Roman" w:hAnsi="Times New Roman" w:eastAsia="Times New Roman" w:cs="Times New Roman"/>
        </w:rPr>
        <w:t>“4. С. С. Сноу өөрийгөө ‘эш үзүүлэгч Елиа’ хэмээн зарласан нь” Энэ хүн өөрийн хачин жигтэй, хяналтгүй замналынхаа явцад мөн энэхүү үхлийн ажлын хүрээнд өөрийн үүргийг гүйцэтгэсэн бөгөөд түүний явсан замнал нь олон үнэнч сэтгэлт хүний оюун санаанд хүлээгч ариун хүмүүсийн жинхэнэ байр суурийг гутаан доромжлолд унагах хандлагатай байсан юм.</w:t>
      </w:r>
    </w:p>
    <w:p>
      <w:pPr>
        <w:pStyle w:val="ArticleScripture"/>
        <w:jc w:val="left"/>
      </w:pPr>
      <w:r>
        <w:rPr>
          <w:rFonts w:ascii="Times New Roman" w:hAnsi="Times New Roman" w:eastAsia="Times New Roman" w:cs="Times New Roman"/>
        </w:rPr>
        <w:t>“Энэхүү алдаануудын жагсаалтад би үүнээс ч олон зүйлийг нэмж болох билээ. Тухайлбал, Илчлэл 20:4, 7 дахь өнгөрсөн үеийн ‘мянган жил’, Илчлэл 7:4; 14:1 дэх 144,000, Христийн амилалтын дараа ‘булшнуудаас босож гарч ирсэн’ хүмүүс, ажил хийхгүй байх сургаал, нялхсын устгалын тухай сургаал, гэх мэт, гэх мэт.</w:t>
      </w:r>
    </w:p>
    <w:p>
      <w:pPr>
        <w:pStyle w:val="ArticleScripture"/>
        <w:jc w:val="left"/>
      </w:pPr>
      <w:r>
        <w:rPr>
          <w:rFonts w:ascii="Times New Roman" w:hAnsi="Times New Roman" w:eastAsia="Times New Roman" w:cs="Times New Roman"/>
        </w:rPr>
        <w:t>“Эдгээр алдааг тийнхүү ихэд чармайн түгээж, хүлээн хүлээгч сүрэгт тулган хүлээлгэсэн тул Ах Миллер зүүдээ үзэх цагт жинхэнэ эрдэнэсүүд ‘хараанаас далдлагдсан’ байсан бөгөөд эш үзүүлэгчийн үгс тохирч байв—‘Шударга шүүлт хойш эргэж, зөвт байдал хол зайд зогсоно,’ гэх мэт, гэх мэт. Үз. Исаиа 59:14. Тэр үед энэ нутагт өнөөгийн үнэний хэргийг өмгөөлсөн адвентийн нэг ч сонин байсангүй. The Day-Dawn нь бяцхан сүргийн зөв байр суурийг хамгаалсан сүүлчийнх байсан; гэвч Эзэн Ах Миллерт энэ зүүдийг өгөхөөс хэдэн сарын өмнө тэр нь мөхсөн бөгөөд үхлийнхээ сүүлчийн тэмцэлд эцэж цуцсан, санаа алдан буй ариун хүмүүст тэдний эцсийн чөлөөлөлтийн цаг хэмээн, тэр үед ирээдүйн гучин жилийн цаадах 1877 оныг заан чиглүүлсэн билээ. Халаг! халаг! Ах Миллер зүүдэндээ энэ гунигт байдлын улмаас ‘суун уйлсан’ нь гайхах зүйл биш бөлгөө.”</w:t>
      </w:r>
    </w:p>
    <w:p>
      <w:pPr>
        <w:pStyle w:val="ArticleScripture"/>
        <w:jc w:val="left"/>
      </w:pPr>
      <w:r>
        <w:rPr>
          <w:rFonts w:ascii="Times New Roman" w:hAnsi="Times New Roman" w:eastAsia="Times New Roman" w:cs="Times New Roman"/>
        </w:rPr>
        <w:t>“Ах Миллер 1849 оны 12 дугаар сарын 22-нд үхлээр нүдээ аньсан нь түүний зүүдэнд байсан дараах үгсийг биелүүлжээ: ‘Үймээн самууны дунд би хормын төдий нүдээ аньсан.’ Энэхүү гайхамшигт биелэлт нь тийм тодорхой тул хэн ч үүнийг олж харахгүй өнгөрөхгүй.”</w:t>
      </w:r>
    </w:p>
    <w:p>
      <w:pPr>
        <w:pStyle w:val="ArticleScripture"/>
        <w:jc w:val="left"/>
      </w:pPr>
      <w:r>
        <w:rPr>
          <w:rFonts w:ascii="Times New Roman" w:hAnsi="Times New Roman" w:eastAsia="Times New Roman" w:cs="Times New Roman"/>
        </w:rPr>
        <w:t>“Авс нь Матай 25:1–11 дэх арван охины сургаалт зүйрлэлээр дүрслэгдэн тэмдэглэгдсэнчлэн, ах Миллерийн дэлхий нийтэд тунхагласан Хоёр дахь Ирэлтийн үнэнийг төлөөлдөг. [Matthew 25:1–11.] Нэгдүгээрт, хугацаа нь — 1843 он; хоёрдугаарт, саатлын хугацаа; гуравдугаарт, 1844 оны долоо дахь сарын шөнийн дунд дуу хоолой; дөрөвдүгээрт, хаагдсан хаалга. 1843 оноос хойших Хоёр дахь Ирэлтийн хэвлэлүүдийг уншсан хэн ч ах Миллер Хоёр дахь Ирэлтийн түүхэн дэх эдгээр дөрвөн чухал зүйлийг дэмжин номлож ирснийг үгүйсгэхгүй. Үнэний энэхүү зохиролтой тогтолцоо буюу “авс” нь өөрсдийн туршлагыг няцааж, ах Миллерийн хамт аймшиггүйгээр дэлхийд тунхаглаж явсан тэр л үнэнүүдээ үгүйсгэсэн хүмүүсийн гарт тасчин урж, хог новшны дунд тараагдан хаягджээ.</w:t>
      </w:r>
    </w:p>
    <w:p>
      <w:pPr>
        <w:pStyle w:val="ArticleScripture"/>
        <w:jc w:val="left"/>
      </w:pPr>
      <w:r>
        <w:rPr>
          <w:rFonts w:ascii="Times New Roman" w:hAnsi="Times New Roman" w:eastAsia="Times New Roman" w:cs="Times New Roman"/>
        </w:rPr>
        <w:t>“Тэгвэл сүм нь бүх алдаа, дутагдал, нүглээ наманчилсан байж, тэдгээр нь Христийн цусаар угаагдан арчигдсаныхаа дараа цэвэр ариун болж, ‘Бурханы сэнтийн өмнө гэм зэмгүй’ байх болно; тийнхүү тэд ‘толбо ч үгүй, үрчлээ ч үгүй, эсвэл тиймэрхүү ямар ч юмгүй’ байх болно. Тэгээд тэд ‘өмнөх алдар суунаасаа арав дахин илүүгээр’ гэрэлтэх болно.” ЖЕЙМС УАЙТ Освего, 1850 оны 5 дугаар сар.</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Лаодики — Нэгдүгээр Номер</dc:title>
  <dc:subject>Үзэгдлийн Хөндийд зориулсан Исаиагийн сүйрлийн эш үзүүллэг</dc:subject>
  <dc:creator>Jeff Pippenger</dc:creator>
  <cp:keywords/>
  <dc:description>Generated by ArticleDigger from laodicea\01_laodicea.json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