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 — Тавдугаар дугаар</w:t>
      </w:r>
    </w:p>
    <w:p>
      <w:pPr>
        <w:pStyle w:val="ArticleSubtitle"/>
        <w:jc w:val="left"/>
      </w:pPr>
      <w:r>
        <w:rPr>
          <w:rFonts w:ascii="Arial" w:hAnsi="Arial" w:eastAsia="Arial" w:cs="Arial"/>
        </w:rPr>
        <w:t>Эцсийн Гурав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Хамгийн зохистойгоор авч үзвэл, долоон чуулган ба долоон лац нь нэгэн адил түүхийн дотоод ба гадаад шугамуудыг төлөөлөх зэрэгцээ бэлгэдлүүд хэмээн ойлгогдох ёстой. Мөн сүүлийн гурван чуулган болон сүүлийн гурван лацыг авч үзэхдээ, дэвшилтэт түүхийг төлөөлөх түүхэн шугам нь эдгээр бэлгэдлийн үндсэн сэдэв биш гэдгийг тэмдэглэх нь чухал. Чуулгануудыг зэрэгцээ түүхүүдийн хүрээнд хэрэглэх үед түүхийн өрнөл нь бэлгэдлийн зайлшгүй чухал бүрэлдэхүүн болдог; харин сүүлийн гурван чуулган ба лацыг өөрсдөөр нь бие даасан бэлгэдэл болгон авч үзэхэд тийм биш юм.</w:t>
      </w:r>
    </w:p>
    <w:p>
      <w:pPr>
        <w:pStyle w:val="ArticleBody"/>
        <w:jc w:val="left"/>
      </w:pPr>
      <w:r>
        <w:rPr>
          <w:rFonts w:ascii="Times New Roman" w:hAnsi="Times New Roman" w:eastAsia="Times New Roman" w:cs="Times New Roman"/>
        </w:rPr>
        <w:t>Сүүлчийн гурван чуулган нь бэлгэдлийн хувьд, янз бүрийн чуулганаар төлөөлөгдсөн мөргөгчдийн гурван бүлгийн хоорондын харилцаа болон эдгээр гурван бүлгийн харилцан үйлчлэлийн динамикийг өгүүлдэг. Сүүлчийн гурван лац нь Бурханы ардыг Мосе ба Елиагаар төлөөлүүлэн тодорхойлдог. Елиа нь нэг зуун дөчин дөрвөн мянгыг, харин Мосе нь зөвт үхэгсдийг төлөөлдөг.</w:t>
      </w:r>
    </w:p>
    <w:p>
      <w:pPr>
        <w:pStyle w:val="ArticleScripture"/>
        <w:jc w:val="left"/>
      </w:pPr>
      <w:r>
        <w:rPr>
          <w:rFonts w:ascii="Times New Roman" w:hAnsi="Times New Roman" w:eastAsia="Times New Roman" w:cs="Times New Roman"/>
        </w:rPr>
        <w:t>Тэрээр тав дахь лацыг нээхэд, би тахилын ширээний дор Бурханы үгийн төлөө, мөн өөрсдийн баримталж байсан гэрчлэлийн төлөө алагдсан хүмүүсийн сүнснүүдийг үзэв. Тэд чанга дуугаар хашхиран: Ариун бөгөөд үнэнч Эзэн ээ, Та газар дээр оршин суугчдыг шүүн, бидний цусны өшөөг авахаа хэдий болтол хойшлуулах вэ? гэж хэлэв. Тэдний хүн бүрт цагаан өмсгөл өгөгдөж, мөн тэдэнд, өөрсдийн адил алагдах ёстой хамтран зүтгэгчид нь болон ах дүүсийнх нь тоо гүйцтэл, жаахан хугацаанд амрахыг айлдав. Тэрээр зургаа дахь лацыг нээхэд, харагтун, их газар хөдлөлт болов; нар үсэрхэг тааран шуудай мэт харлаж, сар цус мэт болов. Мөн тэнгэрийн одод хүчтэй салхинд сэгсрэгдэхдээ болц гүйцээгүй инжээ хаядаг инжрийн модны адил газарт унав. Тэнгэр хуйлж эвхсэн бичээс мэт зайлан одож, уул бүр, арал бүр байрнаасаа хөдөлгөв. Газар дэлхийн хаад, ихэс дээдэс, баячууд, мянгатын захирагчид, хүчит хүмүүс, боол бүр, эрх чөлөөтэй хүн бүр уулсын агуйд болон хад чулуун дунд нуугдав. Тэд уулс болон хад чулуунд: Бидний дээр унаж, сэнтийд Залрагчийн нүүрнээс болон Хурганы уур хилэнгээс биднийг далдлаач. Учир нь Түүний уур хилэнгийн агуу өдөр ирсэн; хэн тогтож чаднах вэ? гэж хэлэв. Илчлэл 6:9–17.</w:t>
      </w:r>
    </w:p>
    <w:p>
      <w:pPr>
        <w:pStyle w:val="ArticleBody"/>
        <w:jc w:val="left"/>
      </w:pPr>
      <w:r>
        <w:rPr>
          <w:rFonts w:ascii="Times New Roman" w:hAnsi="Times New Roman" w:eastAsia="Times New Roman" w:cs="Times New Roman"/>
        </w:rPr>
        <w:t>Уайт эгч тав дахь тамга нь “ирээдүйд болох цаг үе”-ийн тухай өгүүлдгийг бидэнд мэдэгддэг. Тав дахь тамганы эшлэлүүд нь Харанхуй зууны үед Бурханы ард түмнийг хөнөөснийх нь төлөө Бурхан папыг хэзээ шүүхийг асууж байна. Хариуд нь “эцсийн өдрүүдэд” Бурхан папыг тэдний үйлдсэн аллагын төлөө, мөн Ням гаргийн хуулийн хямралын үеэр папын эрх мэдлээр мөн алагдах өөр нэгэн бүлэг папын золиослогдогсдын төлөө бас шүүнэ гэж өгөгдсөн.</w:t>
      </w:r>
    </w:p>
    <w:p>
      <w:pPr>
        <w:pStyle w:val="ArticleScripture"/>
        <w:jc w:val="left"/>
      </w:pPr>
      <w:r>
        <w:rPr>
          <w:rFonts w:ascii="Times New Roman" w:hAnsi="Times New Roman" w:eastAsia="Times New Roman" w:cs="Times New Roman"/>
        </w:rPr>
        <w:t>“‘Тэр тав дахь лацыг нээхэд... [Илчлэл 6:9–11]. Энд Иоханд бодит байдал дээр тухайн үед оршиж байсан зүйлс бус, харин ирээдүйн тодорхой нэг цаг үед байх зүйлсийн дүр зургууд үзүүлэгдсэн юм.” Manuscript Releases, volume 20, 197.</w:t>
      </w:r>
    </w:p>
    <w:p>
      <w:pPr>
        <w:pStyle w:val="ArticleBody"/>
        <w:jc w:val="left"/>
      </w:pPr>
      <w:r>
        <w:rPr>
          <w:rFonts w:ascii="Times New Roman" w:hAnsi="Times New Roman" w:eastAsia="Times New Roman" w:cs="Times New Roman"/>
        </w:rPr>
        <w:t>Илчлэлт номын арван наймдугаар бүлэгт алдар суугаар дэлхийг гэрэлтүүлэгч тэнгэрэлчийн хоёр дуу хоолойтой, папын засгийг Бурхан хэзээ шүүнэ гэдгийг мэдэхийг хүсдэг тахилын ширээний доорх сүнснүүд холбоотой болохыг мөн онгод баталдаг.</w:t>
      </w:r>
    </w:p>
    <w:p>
      <w:pPr>
        <w:pStyle w:val="ArticleScripture"/>
        <w:jc w:val="left"/>
      </w:pPr>
      <w:r>
        <w:rPr>
          <w:rFonts w:ascii="Times New Roman" w:hAnsi="Times New Roman" w:eastAsia="Times New Roman" w:cs="Times New Roman"/>
        </w:rPr>
        <w:t>“Тав дахь лацыг нээхэд, Илчлэгч Иохан үзэгдэлдээ Бурханы Үг болон Есүс Христийн гэрчлэлийн төлөө алагдсан бүлэг хүмүүсийг тахилын ширээний доор харсан. Үүний дараа Илчлэлт номын арван наймдугаар бүлэгт дүрслэгдсэн үзэгдлүүд болсон бөгөөд тэнд үнэнч бөгөөд үнэн хүмүүс Вавилоноос дуудагдан гарч ирдэг. Илчлэлт 18:1–5 эш татав.” Гар бичмэлийн нийтлэлүүд, 20-р боть, 14.</w:t>
      </w:r>
    </w:p>
    <w:p>
      <w:pPr>
        <w:pStyle w:val="ArticleBody"/>
        <w:jc w:val="left"/>
      </w:pPr>
      <w:r>
        <w:rPr>
          <w:rFonts w:ascii="Times New Roman" w:hAnsi="Times New Roman" w:eastAsia="Times New Roman" w:cs="Times New Roman"/>
        </w:rPr>
        <w:t>Илчлэлт номын арван наймдугаар бүлэгт католицизмд оногдох шүүлт нь давхар байдаг. Учир нь тэнд, тэр үед тэрээр зөвхөн “эцсийн өдрүүдэд” өөрийн алах хүмүүсийн төлөө бус, мөн папын ноёрхлын Харанхуй эрин үед алагдсан хүмүүсийн төлөө ч шийтгэгдэх болно.</w:t>
      </w:r>
    </w:p>
    <w:p>
      <w:pPr>
        <w:pStyle w:val="ArticleScripture"/>
        <w:jc w:val="left"/>
      </w:pPr>
      <w:r>
        <w:rPr>
          <w:rFonts w:ascii="Times New Roman" w:hAnsi="Times New Roman" w:eastAsia="Times New Roman" w:cs="Times New Roman"/>
        </w:rPr>
        <w:t>Тэгээд би тэнгэрээс өөр нэгэн дуу хоолойг сонсож, ийнхүү хэлэхийг сонслоо: Миний ард түмэн, та нар түүний нүглүүдэд оролцогч болохгүйн тулд, мөн түүний гай гамшгуудаас хүртэхгүйн тулд түүнээс гарч ир. Учир нь түүний нүглүүд тэнгэрт хүрсэн бөгөөд Бурхан түүний гэм бурууг санасан билээ. Тэр та нарт яаж хариу барьсан, түүнд мөн тийнхүү хариу баригтун; түүний үйлсийнх нь дагуу түүнд давхар хариу өг; түүний дүүргэсэн аяган дотор түүнд хоёр дахин дүүргэн өг. Илчлэл 18:4–6.</w:t>
      </w:r>
    </w:p>
    <w:p>
      <w:pPr>
        <w:pStyle w:val="ArticleBody"/>
        <w:jc w:val="left"/>
      </w:pPr>
      <w:r>
        <w:rPr>
          <w:rFonts w:ascii="Times New Roman" w:hAnsi="Times New Roman" w:eastAsia="Times New Roman" w:cs="Times New Roman"/>
        </w:rPr>
        <w:t>Зургаа дахь тамга нь долоон сүүлчийн гай гамшгийн үед Христийн Хоёр дахь Ирэлтийн өмнөхөн шууд тохиолдох үйл явдлуудын талаарх Библийн сонгодог жишээнүүдийн нэгийг өгдөг. Энэ нь Илчлэлт номын долоодугаар бүлгийн оршлоор төгсдөг бөгөөд тэнд зургаа дахь тамганы сүүлчийн эшлэлд тавигдсан “хэн тогтож чадах билээ” гэсэн асуултад хариулт өгдөг. Долоон сүүлчийн гай гамшиг ирэхэд төгсөх Ням гаргийн хуулийн хямралын үед Бурханы туг тэмдэг болон тогтох хоёр бүлэг бий. Тэр хоёр бүлэг нь Елиагаар төлөөлөгдсөн нэг зуун дөчин дөрвөн мянга, мөн Мосегоор төлөөлөгдсөн “агуу олон түмэн” юм. Мосе ба Елиагийн эдгээр хоёр бэлгэдэл нь дэлхийн төгсгөлд тогсогсод мөн хэмээн өмнө нь тодорхойлогдсон билээ. Учир нь тэд хоёулаа Хувиралтын Уулан дээр Христтэй хамт зогсож байсан юм.</w:t>
      </w:r>
    </w:p>
    <w:p>
      <w:pPr>
        <w:pStyle w:val="ArticleBody"/>
        <w:jc w:val="left"/>
      </w:pPr>
      <w:r>
        <w:rPr>
          <w:rFonts w:ascii="Times New Roman" w:hAnsi="Times New Roman" w:eastAsia="Times New Roman" w:cs="Times New Roman"/>
        </w:rPr>
        <w:t>Харанхуй үеийн папын шахалт хавчлагын анхны бүлэг алуурлагдагсад цагаан өмсгөлүүдийг хүлээн авсан бөгөөд, бүрэлдэн гүйцэх хүртлээ хүлээ гэж тэдэнд айлдагдсан хоёр дахь бүлэг нь мөн цагаан өмсгөл өмссөн “агуу олон түмэн” юм. Тав дахь болон зургаа дахь лац нь тав дахь ба зургаа дахь сүмийн зэрэгцээ түүхийг өгч буй бус, харин “эцсийн өдрүүдэд” Эзэний төлөө туг болон өндийх хоёр бүлгийн тухай гэрчлэлийг өгч буй юм. Тэр хоёр бүлэг нь Илчлэл арван наймдугаар бүлгийн хоёр дуу хоолойн мэдээнүүдийг тунхаглагчид мөн. Тийнхүү тунхаглагдах тэрхүү мэдээ нь Пентекостын түүх болон Адвентизмийн эхэн үеийн Дунд шөнийн хашхирааны түүхээр бэлгэдэгдсэнчлэн Ариун Сүнсний асгаралтаар дагалдуулдаг.</w:t>
      </w:r>
    </w:p>
    <w:p>
      <w:pPr>
        <w:pStyle w:val="ArticleScripture"/>
        <w:jc w:val="left"/>
      </w:pPr>
      <w:r>
        <w:rPr>
          <w:rFonts w:ascii="Times New Roman" w:hAnsi="Times New Roman" w:eastAsia="Times New Roman" w:cs="Times New Roman"/>
        </w:rPr>
        <w:t>“Гурав дахь тэнгэрэлчийн мэдээг тунхаглахад нэгддэг тэнгэрэлч бүх дэлхийг өөрийн алдар суугаар гэрэлтүүлэх ёстой. Энд дэлхий дахины цар хүрээтэй, урьд үзэгдээгүй хүч чадалтай ажлыг зөгнөн хэлсэн байна. 1840–44 оны Адвентийн хөдөлгөөн нь Бурханы хүчний сүр жавхлант илрэл байсан; эхний тэнгэрэлчийн мэдээ дэлхийн бүх номлолын салбарт хүргэгдсэн бөгөөд зарим оронд арван зургаадугаар зууны Шинэчлэлээс хойш аль ч нутагт үзэгдэж байгаагүй хамгийн агуу шашны сэргэлт өрнөсөн билээ; гэвч эдгээр нь гурав дахь тэнгэрэлчийн сүүлчийн сэрэмжлүүлгийн дор өрнөх хүчирхэг хөдөлгөөнөөр даван гарагдах ёстой.”</w:t>
      </w:r>
    </w:p>
    <w:p>
      <w:pPr>
        <w:pStyle w:val="ArticleScripture"/>
        <w:jc w:val="left"/>
      </w:pPr>
      <w:r>
        <w:rPr>
          <w:rFonts w:ascii="Times New Roman" w:hAnsi="Times New Roman" w:eastAsia="Times New Roman" w:cs="Times New Roman"/>
        </w:rPr>
        <w:t>“Энэ ажил нь Пентекостын өдрийнхтэй адил байх болно. Сайн мэдээний эхлэл дээр Ариун Сүнс асгарсан үед ‘эхний бороо’ өгөгдсөн нь үнэт үрийн соёолон ургалтыг бий болгохын тулд байсанчлан, тийнхүү төгсгөл дээр нь ургацыг боловсруулахын тулд ‘хожмын бороо’ өгөгдөх болно. ‘Тэгээд бид мэдэх болно, хэрэв бид ЭЗЭНийг мэдэхээр үргэлжлүүлэн дагавал: Түүний гарах нь үүрийн гэгээ мэт бэлтгэгдсэн; мөн Тэр бидэнд бороо мэт, газар дэлхийд орох хожмын ба эхний бороо мэт ирнэ.’ Хосеа 6:3. ‘Тиймээс, Сионы хөвгүүд ээ, баясагтун, мөн өөрсдийн Бурхан ЭЗЭН дотор баярлагтун: учир нь Тэр та нарт эхний бороог зохистой хэмжээгээр өгсөн бөгөөд Тэр та нарын төлөө бороог, эхний бороог, бас хожмын бороог буулгах болно.’ Иоел 2:23. ‘Эцсийн өдрүүдэд, гэж Бурхан айлдаж байна, Би Өөрийн Сүнснээс бүх махбод дээр асгана.’ ‘Тэгээд ЭЗЭНий нэрийг дуудах хэн боловч аврагдах болно.’ Үйлс 2:17, 21.”</w:t>
      </w:r>
    </w:p>
    <w:p>
      <w:pPr>
        <w:pStyle w:val="ArticleScripture"/>
        <w:jc w:val="left"/>
      </w:pPr>
      <w:r>
        <w:rPr>
          <w:rFonts w:ascii="Times New Roman" w:hAnsi="Times New Roman" w:eastAsia="Times New Roman" w:cs="Times New Roman"/>
        </w:rPr>
        <w:t>“Сайн мэдээний агуу үйл хэрэг нь эхлэлээ тэмдэглэсэн Бурханы хүчний илрэлээс дутуу илрэлээр төгсөх ёсгүй. Сайн мэдээний эхэн үед эртний бороо асгарснаар биелсэн эш үзүүллэгүүд нь төгсгөлд нь хожмын бороонд дахин биелэх учиртай. Элч Петрийн дараах үгийг хэлэхдээ урагш харсан ‘сэргэлтийн үеүд’ энд байна: ‘Иймээс гэмшигтүн, мөн эргэгтүн, ингэснээр та нарын нүглүүд арчигдах болно, Эзэний оршихуйгаас сэргэлтийн үеүд ирэхэд; мөн Тэр Есүсийг илгээнэ.’ Үйлс 3:19, 20.” Агуу тэмцэл, 611.</w:t>
      </w:r>
    </w:p>
    <w:p>
      <w:pPr>
        <w:pStyle w:val="ArticleBody"/>
        <w:jc w:val="left"/>
      </w:pPr>
      <w:r>
        <w:rPr>
          <w:rFonts w:ascii="Times New Roman" w:hAnsi="Times New Roman" w:eastAsia="Times New Roman" w:cs="Times New Roman"/>
        </w:rPr>
        <w:t>Илчлэлт номын долоодугаар бүлэгт төлөөлөгдөн гарч ирдэг Елиа ба Мосег танилцуулах асуултыг зургаа дахь тамга тавьсны дараа, долоо дахь тамга нээгдэж, тэрхүү хоёр бүлэг дээр Ариун Сүнс юүлэгдэхийг дүрслэн өгүүлдэг. Энэ дүрслэлд хагас цагийн турш нам гүм байдал байдаг нь тэмдэглүүштэй. Долоо дахь тамга нээгдэхүйгээр төлөөлөгдөн илэрхийлэгдсэн хожмын борооны асгаралт нь нам гүмийн нэгэн хугацааг багтаадаг.</w:t>
      </w:r>
    </w:p>
    <w:p>
      <w:pPr>
        <w:pStyle w:val="ArticleScripture"/>
        <w:jc w:val="left"/>
      </w:pPr>
      <w:r>
        <w:rPr>
          <w:rFonts w:ascii="Times New Roman" w:hAnsi="Times New Roman" w:eastAsia="Times New Roman" w:cs="Times New Roman"/>
        </w:rPr>
        <w:t>Тэр долоо дахь лацыг нээхэд, тэнгэрт хагас цаг орчим нам гүм байдал болов. Тэгээд би Бурханы өмнө зогсож байсан долоон тэнгэрэлчийг харлаа; мөн тэдэнд долоон бүрээ өгөгдөв. Өөр нэгэн тэнгэрэлч ирж, алтан хүжийн сав барин тахилын ширээний дэргэд зогсов; тэрээр сэнтийн өмнөх алтан тахилын ширээн дээр бүх ариун хүмүүсийн залбиралтай хамт өргөхийн тулд түүнд маш их хүж өгөгдөв. Ариун хүмүүсийн залбиралтай хамт байсан хүжийн утаа тэнгэрэлчийн гараас Бурханы өмнө дээш гарчээ. Тэгээд тэнгэрэлч хүжийн савыг авч, тахилын ширээний галаар дүүргээд, газар луу хаяхад дуу чимээнүүд, аянгын нүргэлээнүүд, цахилгаан цахилтууд, мөн газар хөдлөлт болов. Илчлэл 8:1–5.</w:t>
      </w:r>
    </w:p>
    <w:p>
      <w:pPr>
        <w:pStyle w:val="ArticleBody"/>
        <w:jc w:val="left"/>
      </w:pPr>
      <w:r>
        <w:rPr>
          <w:rFonts w:ascii="Times New Roman" w:hAnsi="Times New Roman" w:eastAsia="Times New Roman" w:cs="Times New Roman"/>
        </w:rPr>
        <w:t>Саяхан The Great Controversy дахь эшлэлд тэмдэглэсний адил, хүчирхэг тэнгэрэлч бууж ирж, дэлхийг өөрийн алдраар гэрэлтүүлэх үед хожуугийн бороо асгарч эхэлдэг. Хожуугийн бороо 2001 оны 9 дүгээр сарын 11-нд “Нью-Йорк хотын агуу барилгууд нураан унагасан” үед эхэлсэн.</w:t>
      </w:r>
    </w:p>
    <w:p>
      <w:pPr>
        <w:pStyle w:val="ArticleScripture"/>
        <w:jc w:val="left"/>
      </w:pPr>
      <w:r>
        <w:rPr>
          <w:rFonts w:ascii="Times New Roman" w:hAnsi="Times New Roman" w:eastAsia="Times New Roman" w:cs="Times New Roman"/>
        </w:rPr>
        <w:t>“Би Нью-Йорк түрлэгийн давлагаанд арчигдан одно гэж мэдэгдсэн үг одоо гарч ирж байна уу? Үүнийг би хэзээ ч хэлээгүй. Харин тэнд агуу барилгууд давхар давхараар сүндэрлэн босож байгааг харахдаа би: ‘Эзэн газар дэлхийг аймшигтайгаар донсолгохоор босох үед ямар аймшигт үзэгдлүүд болох бол оо! Тэгвэл Илчлэлт 18:1–3-ын үгс биелэх болно’ гэж хэлсэн. Илчлэлтийн арван наймдугаар бүлэг бүхэлдээ дэлхий дээр ирэх зүйлийн талаарх анхааруулга юм. Гэвч Нью-Йоркт юу тохиох талаар надад онцгойлон өгөгдсөн гэрэл байхгүй; зөвхөн нэгэн өдөр тэндэх агуу барилгууд Бурханы хүчний эргүүлэн, хөмрөн нураах үйлчлэлээр түлхэн унагаагдахыг би мэднэ. Надад өгөгдсөн гэрлээс би сүйрэл ертөнцөд байгааг мэднэ. Эзэний ганц үг, Түүний сүр хүчний ганцхан хүрэлт байхад л эдгээр аварга байгууламжууд нурж унана. Бидний төсөөлж ч үл чадахуйц аймшигт үзэгдлүүд болно.” Review and Herald, 1906 оны 7 дугаар сарын 5.</w:t>
      </w:r>
    </w:p>
    <w:p>
      <w:pPr>
        <w:pStyle w:val="ArticleBody"/>
        <w:jc w:val="left"/>
      </w:pPr>
      <w:r>
        <w:rPr>
          <w:rFonts w:ascii="Times New Roman" w:hAnsi="Times New Roman" w:eastAsia="Times New Roman" w:cs="Times New Roman"/>
        </w:rPr>
        <w:t>2001 оны есдүгээр сарын 11-нд хожуугийн бороо орж эхэлсэн бөгөөд тэр борооны асгаралт нь Елиа ба Мосегээр төлөөлөгдсөн хүмүүсийн дээр бууж, мөн чимээгүй байх цаг үеийг багтаадаг. Мосе ба Елиад зориулсан чимээгүй байх цаг үе нь мөн Илчлэлт номын арван нэгдүгээр бүлэгт, ертөнцийг зовоож байсан тэр хоёр эш үзүүлэгч гудамжинд “алагдсан” байдлаар дүрслэгдсэн байдаг. Харин гурав хагас өдрийн дараа тэд Хоребын агуйгаас гарч, тэнгэр өөд өгссөн. Хожуугийн борооны түүхэнд тэр хоёр элчээр төлөөлөгдсөн мэдээ “алагдаж”, гудамжинд хаягддаг ч тэд амилах хүртэл оршуулагддаггүй. Энэ нь Иудагийн овгийн Арслан эдүгээ лацыг нь тайлж буй үндсэн үнэнүүдийн нэг мөн.</w:t>
      </w:r>
    </w:p>
    <w:p>
      <w:pPr>
        <w:pStyle w:val="ArticleBody"/>
        <w:jc w:val="left"/>
      </w:pPr>
      <w:r>
        <w:rPr>
          <w:rFonts w:ascii="Times New Roman" w:hAnsi="Times New Roman" w:eastAsia="Times New Roman" w:cs="Times New Roman"/>
        </w:rPr>
        <w:t>Сүүлийн гурван лац нь Елиа ба Мосегоор төлөөлөгдөх Бурханы ард түмний эцсийн хөдөлгөөнийг тодорхойлж байна. Тэрхүү хөдөлгөөн үхэж, дараа нь амилдаг. Энэ нь хөдөлгөөн мөн; учир нь Адвентизм нь 1863 он хүртэл үргэлжилсэн нэгэн хөдөлгөөнөөр эхэлсэн бөгөөд тэр үед тэд Уильям Миллерт танигдахаар удирдуулсан анхны үнэнийг хойш тавьсан юм. 1863 онд тэр хөдөлгөөн төгссөн, учир нь 1863 онд тэд хуулийн дагуу сүм болсон. Альфа ба Омега ийнхүү шаарддаг: хэрэв Тэр Өөрийн үлдэгдэл ард түмнийг хөдөлгөөн байдлаар эхлүүлсэн бол, мөн түүнийг хөдөлгөөн байдлаар төгсгөнө.</w:t>
      </w:r>
    </w:p>
    <w:p>
      <w:pPr>
        <w:pStyle w:val="ArticleBody"/>
        <w:jc w:val="left"/>
      </w:pPr>
      <w:r>
        <w:rPr>
          <w:rFonts w:ascii="Times New Roman" w:hAnsi="Times New Roman" w:eastAsia="Times New Roman" w:cs="Times New Roman"/>
        </w:rPr>
        <w:t>Эдүгээ бид долоон сүм ба долоон лацын тоймыг дуусгалаа. Сүүлчийн гурван лацад бид Мосе ба Елиагаар төлөөлөгдсөн аврагдагсдын хоёр ангийг хардаг. Тэдгээр лац бүгд Илчлэл арван наймын хүчит тэнгэрэлчийн тухай гэрчилдэг. Тэрээр 2001 оны 9 дүгээр сарын 11-нд бууж ирэхэд, Адвентизмын эхэн үеийн хөдөлгөөнөөр урьдчилан дүрслэгдсэнчлэн, Адвентизмын төгсгөлийн үеийн хөдөлгөөний доторх мөргөгчдийн хоёр ангийг илчилж, салган тусгаарлахаар зориулагдсан ариусгалын үйл явцад аврагдагсдын хоёр анги орсон юм. Даниел тэр хоёр ангийн нэгийг “хорон муу хүмүүс” хэмээн тодорхойлж, мэдлэгийн өсөлтийг ойлгохгүй, харин мэргэн хүмүүс ойлгоно гэж хэлдэг. Матай бидэнд, лацнаас тайлагдсан мэдлэгийн ойлголт дутмаг байх нь онгон охиныг мунхаг гэж тодорхойлдгийг мэдүүлдэг. Мэргэн онгон охид шөнө дундын хямралын үед мэдлэгийн өсөлтийг ойлгож, эзэмшиж байснаа харуулдаг. Мэргэн ба мунхаг хүмүүсийг Филаделфи сүм эсвэл Лаодики сүм төлөөлдөг. Лаодикийн хорон муу, мунхаг онгон охид Эзэний амнаас бөөлжигдөн гаргагдах ёстой бөгөөд мэргэн хүмүүс Бурханы нэрийг, өөрөөр хэлбэл Түүний зан чанарыг духан дээрээ хүлээн авдаг. Хэрэв зургаа дахь сүм болох Филаделфи нь мэргэн хүмүүсийг төлөөлдөг бол, долоо дахь сүм болох Лаодики нь хорон муу хүмүүсийг хэрхэн төлөөлж байна вэ? Хэрэв тийм бол дараалал эмх замбараагүй болсон биш гэж үү? Хариулт нь мэдээж Альфа ба Омегагаар тайлагдана.</w:t>
      </w:r>
    </w:p>
    <w:p>
      <w:pPr>
        <w:pStyle w:val="ArticleBody"/>
        <w:jc w:val="left"/>
      </w:pPr>
      <w:r>
        <w:rPr>
          <w:rFonts w:ascii="Times New Roman" w:hAnsi="Times New Roman" w:eastAsia="Times New Roman" w:cs="Times New Roman"/>
        </w:rPr>
        <w:t>Бурханы нэрээр ялган дуудсан анхны ард түмэн болох эртний Израилийн эхэнд Мосе нь тэр нэрээр ялган дуудсан ард түмний төгсгөл дэх Христийн хэв шинж байв.</w:t>
      </w:r>
    </w:p>
    <w:p>
      <w:pPr>
        <w:pStyle w:val="ArticleScripture"/>
        <w:jc w:val="left"/>
      </w:pPr>
      <w:r>
        <w:rPr>
          <w:rFonts w:ascii="Times New Roman" w:hAnsi="Times New Roman" w:eastAsia="Times New Roman" w:cs="Times New Roman"/>
        </w:rPr>
        <w:t>Учир нь Мосе эцгүүдэд үнэхээр ийн хэлсэн билээ: “Эзэн Бурхан чинь ахан дүүсийн чинь дундаас надтай адил нэгэн эш үзүүлэгчийг та нарт босгон гаргана; тэр та нарт юу ч айлдсан, та нар бүх талаар түүнийг сонсогтун. Мөн тэр эш үзүүлэгчийг үл сонсох алив хүн ард түмний дундаас таслан устгагдах болно.” Үйлс 3:22, 23.</w:t>
      </w:r>
    </w:p>
    <w:p>
      <w:pPr>
        <w:pStyle w:val="ArticleBody"/>
        <w:jc w:val="left"/>
      </w:pPr>
      <w:r>
        <w:rPr>
          <w:rFonts w:ascii="Times New Roman" w:hAnsi="Times New Roman" w:eastAsia="Times New Roman" w:cs="Times New Roman"/>
        </w:rPr>
        <w:t>Бурханы нэршсэн анхны ард түмний төгсгөлд Иохан Баптист нь Христийн анхны ирэлтийн замыг бэлтгэсэн Елиагийн элч байсан. Дараа нь Есүс загалмай дээр Өөрийгөө өргөл болгон өргөж, үүний дараагаар тэнгэрийн ариун сүмийн Ариун газарт Өөрийн Тэргүүн Тахилчийн үйлчлэлийг эхлүүлэх байв. Бурханы нэршсэн хоёр дахь ард түмэн болох орчин үеийн Израилийн эхэнд Уильям Миллер нь Христийн Хоёр дахь ирэлтийн замыг бэлтгэсэн Елиагийн элч байсан. Дараа нь Есүс гэнэт Ариунаас Ариун газарт орж, шүүлтийг эхлүүлсэн. Бурханы нэршсэн хоёр дахь ард түмний төгсгөлд эцсийн Елиагийн элч нь Христ амьд хүмүүсийн шүүлтийн үеийг эхлүүлэх, Тэнгэрийн Тэргүүн Тахилчийн хувьд гүйцэтгэж буй Өөрийн ажлыг төгсгөх, мөн Түүний Хоёр дахь ирэлтэд бэлтгэх замыг зассан.</w:t>
      </w:r>
    </w:p>
    <w:p>
      <w:pPr>
        <w:pStyle w:val="ArticleBody"/>
        <w:jc w:val="left"/>
      </w:pPr>
      <w:r>
        <w:rPr>
          <w:rFonts w:ascii="Times New Roman" w:hAnsi="Times New Roman" w:eastAsia="Times New Roman" w:cs="Times New Roman"/>
        </w:rPr>
        <w:t>Уильям Миллер нь зөвхөн элчийг бус, мөн түүний холбоотой байсан хөдөлгөөнийг бэлгэддэг.</w:t>
      </w:r>
    </w:p>
    <w:p>
      <w:pPr>
        <w:pStyle w:val="ArticleScripture"/>
        <w:jc w:val="left"/>
      </w:pPr>
      <w:r>
        <w:rPr>
          <w:rFonts w:ascii="Times New Roman" w:hAnsi="Times New Roman" w:eastAsia="Times New Roman" w:cs="Times New Roman"/>
        </w:rPr>
        <w:t>“Чичрэн эмээхийн дунд Уильям Миллер Бурханы хаанчлалын нууцуудыг ард түмэнд дэлгэн тайлбарлаж эхэлж, эш үзүүллэгүүдээр дамжуулан сонсогчдоо Христийн хоёр дахь ирэлт хүртэл удирдан дагуулсан юм. Түүний гаргасан хүчин чармайлт бүрээр тэрээр улам хүчирхэгжин бэхжиж байв. Иохан Баптист Есүсийн анхны ирэлтийг тунхаглан зарлаж, Түүний ирэх замыг бэлтгэсэнтэй адил, Уильям Миллер болон түүнтэй нэгдсэн хүмүүс Бурханы Хүүгийн хоёр дахь ирэлтийг тунхаглан зарласан юм….“</w:t>
      </w:r>
    </w:p>
    <w:p>
      <w:pPr>
        <w:pStyle w:val="ArticleScripture"/>
        <w:jc w:val="left"/>
      </w:pPr>
      <w:r>
        <w:rPr>
          <w:rFonts w:ascii="Times New Roman" w:hAnsi="Times New Roman" w:eastAsia="Times New Roman" w:cs="Times New Roman"/>
        </w:rPr>
        <w:t>“Мянга мянган хүн Уильям Миллерийн тунхагласан үнэнийг хүлээн авахад хөтлөгдөн орсон бөгөөд Бурханы зарц нар Елиагийн сүнс ба хүчээр босгогдон, энэ мэдээг тунхаглахаар илгээгдэв.” Early Writings, 229, 230, 233.</w:t>
      </w:r>
    </w:p>
    <w:p>
      <w:pPr>
        <w:pStyle w:val="ArticleBody"/>
        <w:jc w:val="left"/>
      </w:pPr>
      <w:r>
        <w:rPr>
          <w:rFonts w:ascii="Times New Roman" w:hAnsi="Times New Roman" w:eastAsia="Times New Roman" w:cs="Times New Roman"/>
        </w:rPr>
        <w:t>Эртний Израилийн эхэнд Бурхан Мосег дуудсан бөгөөд тэрээр Египетэд авсан, завхарсан дөчин жилийн боловсролын улмаас өөрийн зан чанараас Египетийн нөлөөг арилгах оролдлогод цөлд дөчин жил амьдрах шаардлагатай болсон юм. Төрснөөсөө хойш дөчин жилийн дараа, Бурханы ардыг Египетээс гарган удирдахаар сонгогдсоноо ойлгосон Мосе египет хүнийг алахын тулд хүний хүчийг хэрэглэв. Дөчин жилийн дараа шатаж буй бутны дэргэд тэрээр Бурханы дуудлагыг эсэргүүцэв. Эцэст нь дуудлагыг хүлээн авсныхаа дараа, үхлээр сүрдүүлэгдэх хүртлээ тэрээр хүүгээ хөвч хөндөх тушаалыг үл ойшоов. Амлагдсан Газрын хил дээр тэрээр тэрслэн босож, Хадгийг хоёр дахь удаагаа цохив. Эртний Израилийн эхэнд Мосе Лаодикеягийн хүний зан чанарын шинжүүдийг эзэмшиж байв. Тийнхүү тэрээр эртний Израилийн төгсгөл дэх Христийн бэлгэдэлт дүрслэлийг багтаасан, өөрийн өндөр бөгөөд ариун дуудлагыг мөн л биелүүлсэн. Маргаанчаар хөөцөлдөгч иудейчүүдтэй, өөрөөр хэлбэл өөрсдийгөө иудей гэдэг атлаа тийм биш байсан хүмүүсийн эсрэг тэмцсэн Христ Филаделфийн хүний зан чанарыг илэрхийлсэн юм. Эртний Израилийн эхэнд Мосе алт, нүдний тос, цагаан хувцас хэрэгтэй Лаодикеягийн хүнийг төлөөлж байв. Төгсгөлд нь Христ бол Филаделфийн хүн мөн.</w:t>
      </w:r>
    </w:p>
    <w:p>
      <w:pPr>
        <w:pStyle w:val="ArticleBody"/>
        <w:jc w:val="left"/>
      </w:pPr>
      <w:r>
        <w:rPr>
          <w:rFonts w:ascii="Times New Roman" w:hAnsi="Times New Roman" w:eastAsia="Times New Roman" w:cs="Times New Roman"/>
        </w:rPr>
        <w:t>Адвентизмийн эхэн үед, хувцсаа бузарлаагүй Сардис дахь цөөн хүмүүсээр төлөөлөгдсөн Уильям Миллер нь Филаделфийн хүн байсан бөгөөд түүнтэй холбоотой хөдөлгөөн ч мөн адил тийм байв. Адвентизмийн төгсгөлд, 1989 онд төгсгөлийн цагийг танин мэдсэн хөдөлгөөн нь Мосе ямар хэмжээгээр Лаодикейн байсан, яг тэр хэмжээгээр Лаодикейн байв. Миллерийн хөдөлгөөн нь Future for America-гийн хөдөлгөөний хэв шинж болдог бөгөөд үүнд эш үзүүллэгийн нэгэн анхааруулга бий: эхний хөдөлгөөн нь Филаделфийн үед Филаделфийнхнээр биелсэн бол, сүүлчийн хөдөлгөөн нь Лаодикейн үед Лаодикейнхнаар биелдэг.</w:t>
      </w:r>
    </w:p>
    <w:p>
      <w:pPr>
        <w:pStyle w:val="ArticleBody"/>
        <w:jc w:val="left"/>
      </w:pPr>
      <w:r>
        <w:rPr>
          <w:rFonts w:ascii="Times New Roman" w:hAnsi="Times New Roman" w:eastAsia="Times New Roman" w:cs="Times New Roman"/>
        </w:rPr>
        <w:t>Би 1989 оноос хойших энэ хөдөлгөөний эш үзүүллэгийн түүхийн тухайд, Future for America-гийн түүхтэй холбоотой бусад ямар ч хүнээс илүүг гэрчилж чадна. Мөн би 1989 оноос эхлэн цааш үргэлжилсэн тэрхүү түүхэн замаар, баталгаажсан Лаодикийн Адвентистын хувиар өөрийн биеэр явж өнгөрснөө гэрчилж байна. Тэр зам дагуу миний гэрчлэлийг батлан дэмжих олон сүнс байдаг. Түүнчлэн Адвентизмын төгсгөл дэх хөдөлгөөнтэй холбоотой байсан хүмүүс мөн адил баталгаажсан Лаодикийн Адвентистууд байсныг би гарцаагүйгээр гэрчилж чадна. Нэрлэгдсэн эхний ард түмэн нь Филаделфич болох Лаодики хүнээр эхэлж, Филаделфичоор төгсөнө. Нэрлэгдсэн хоёр дахь ард түмэн нь Филаделфичоор эхэлж, Филаделфич болохоор дуудагдсан Лаодики хүнээр төгсөнө. Энэ бол Альфа ба Омегагийн гарын үсэг мөн.</w:t>
      </w:r>
    </w:p>
    <w:p>
      <w:pPr>
        <w:pStyle w:val="ArticleBody"/>
        <w:jc w:val="left"/>
      </w:pPr>
      <w:r>
        <w:rPr>
          <w:rFonts w:ascii="Times New Roman" w:hAnsi="Times New Roman" w:eastAsia="Times New Roman" w:cs="Times New Roman"/>
        </w:rPr>
        <w:t>Удирдагч болон түүнтэй нэгдсэн хүмүүсийн сүнслэг харалган байдал хэдийгээр гунигтай, өрөвдмөөр байсан ч, 1989 оноос өнөөг хүртэл биелэн өнгөрсөн эш үзүүллэгийн тэмдэглэгээнүүдийг Бурхан мөн л чиглүүлж, захирч байсан. Удирдагч болон түүнтэй нэгдсэн хүмүүсийн сүнслэг нүцгэрэл ба ядуурал хэдий байсан ч, Өөрийнхөө тайлах нь зохистой гэж үзсэн үнэнүүдийн лацыг Бурхан мөн л тайлуулж чиглүүлсээр байсан. Өөрийн “үнэн”-ээс хэзээ ч салдаггүй өршөөл дотор Тэрээр нэг Лаодике хүнийг үхэж, түүнээс хойш Филадельфи хүн болон амилуулагдах боломжийг хангах цэвэршүүлэх үйл явцыг тогтоосон. Тэрхүү үхэл ба амилалт нь Даниел болон Илчлэл номын зохиогчдоор дүрслэгдсэн бөгөөд тэд хоёул бэлгэдлийн утгаар алагдаж, дараа нь амилсан юм. Иохан буцалж буй тосны тогоонд хаягдсанаас үүдсэн үхлээс амилсан бол, Даниел өлсгөлөн арслангуудын үүрнээс амилсан. Иймээс нэг номыг бүрдүүлдэг энэ хоёр ном нь одоо лац нь тайлагдаж буй мэдээний нэг хэсэг болох үхэл ба амилалтын бэлгэдэлд онцгойлон анхаарал хандуулдаг.</w:t>
      </w:r>
    </w:p>
    <w:p>
      <w:pPr>
        <w:pStyle w:val="ArticleBody"/>
        <w:jc w:val="left"/>
      </w:pPr>
      <w:r>
        <w:rPr>
          <w:rFonts w:ascii="Times New Roman" w:hAnsi="Times New Roman" w:eastAsia="Times New Roman" w:cs="Times New Roman"/>
        </w:rPr>
        <w:t>Шалган байцаалтын шүүлтийн “эцсийн өдрүүд дэх” хөдөлгөөн (Миллерчүүдийн хөдөлгөөнөөр дүрслэгдсэн) цаг хугацааны төгсгөлд ойртох үед, Бурхан тэргүүн нь болон уг хөдөлгөөн алаагдаж, түүнээс хойш амилуулагдахаар тогтоосон байв. Долоон чуулганы хүрээнд Лаодикеа 2020 оны 7 дугаар сарын 18-нд алагдсан бөгөөд ойртон ирж буй Ням гаргийн хуулиас өмнө Филадельфи болон амилуулагдах ёстой байв. Амилуулагдсан хөдөлгөөн нь долоон чуулганы нэгэн байх авч, тэр нь найм дахь нь байх байв. Уг хөдөлгөөн нь найм дахь нь, өөрөөр хэлбэл долоогоос гарсан нь байх байв.</w:t>
      </w:r>
    </w:p>
    <w:p>
      <w:pPr>
        <w:pStyle w:val="ArticleBody"/>
        <w:jc w:val="left"/>
      </w:pPr>
      <w:r>
        <w:rPr>
          <w:rFonts w:ascii="Times New Roman" w:hAnsi="Times New Roman" w:eastAsia="Times New Roman" w:cs="Times New Roman"/>
        </w:rPr>
        <w:t>Энэхүү эш үзүүллэгийн нууц нь Илчлэлт номд хэд хэдэн гэрчээр батлагдсан байдаг боловч урьд өмнө танигдаагүй байв. Бидний одоо орж буй энэ цаг үед бид араатны дүрсийн сорилтод орж байна; энэ нь Ням гаргийн хуулиас өмнө ирэх сорилт мөн гэж Эгч Уайт бидэнд мэдэгдүүлдэг. Тэрхүү Ням гаргийн хууль дээр Бурханы тамга тэрхүү түүхэн үеийн Филаделфийнханд даруулагддаг. Харин тэд хаалттай хугацаа төгсөхөөс өмнө ирэх араатны дүрсийн сорилтыг даван туулах ёстой.</w:t>
      </w:r>
    </w:p>
    <w:p>
      <w:pPr>
        <w:pStyle w:val="ArticleScripture"/>
        <w:jc w:val="left"/>
      </w:pPr>
      <w:r>
        <w:rPr>
          <w:rFonts w:ascii="Times New Roman" w:hAnsi="Times New Roman" w:eastAsia="Times New Roman" w:cs="Times New Roman"/>
        </w:rPr>
        <w:t>“Эзэн надад араатны дүрс хаагдах нигүүлслийн хугацаанаас өмнө бий болохыг тодорхой харуулсан; учир нь энэ нь Бурханы ард түмний хувьд тэдний мөнхийн хувь заяа шийдэгдэх агуу сорилт байх юм. Таны байр суурь үл нийцлүүдийн тийм эмх замбараагүй хутгалдаан тул цөөн хэдхэн хүн л мэхлэгдэх болно.</w:t>
      </w:r>
    </w:p>
    <w:p>
      <w:pPr>
        <w:pStyle w:val="ArticleScripture"/>
        <w:jc w:val="left"/>
      </w:pPr>
      <w:r>
        <w:rPr>
          <w:rFonts w:ascii="Times New Roman" w:hAnsi="Times New Roman" w:eastAsia="Times New Roman" w:cs="Times New Roman"/>
        </w:rPr>
        <w:t>“Илчлэл 13-т энэ сэдэв тодорхойгоор тавигдсан байдаг; [Илчлэл 13:11–17, иш татав].”</w:t>
      </w:r>
    </w:p>
    <w:p>
      <w:pPr>
        <w:pStyle w:val="ArticleScripture"/>
        <w:jc w:val="left"/>
      </w:pPr>
      <w:r>
        <w:rPr>
          <w:rFonts w:ascii="Times New Roman" w:hAnsi="Times New Roman" w:eastAsia="Times New Roman" w:cs="Times New Roman"/>
        </w:rPr>
        <w:t>“Энэ бол Бурханы ард түмэн лацдуулагдахаас өмнө туулах ёстой сорилт мөн. Түүний хуулийг сахин мөрдөж, хуурамч амралтын өдрийг хүлээн авахаас татгалзсанаараа Бурханд үнэнч байдлаа баталсан бүхэн Эзэн Бурхан Еховагийн тугийн дор жагсаж, амьд Бурханы лацыг хүлээн авах болно. Харин тэнгэрлэг эх сурвалжтай үнэнийг орхиж, Ням гарагийн амралтын өдрийг хүлээн авдаг хүмүүс араатны тэмдгийг хүлээн авах болно” Manuscript Releases, volume 15, 15.</w:t>
      </w:r>
    </w:p>
    <w:p>
      <w:pPr>
        <w:pStyle w:val="ArticleBody"/>
        <w:jc w:val="left"/>
      </w:pPr>
      <w:r>
        <w:rPr>
          <w:rFonts w:ascii="Times New Roman" w:hAnsi="Times New Roman" w:eastAsia="Times New Roman" w:cs="Times New Roman"/>
        </w:rPr>
        <w:t>Энэ өнөөгийн түүхэн үед, урьд нь Бүгд найрамдах үзэл ба Протестантизм хэмээн тодорхойлогдож байсан хоёр эвэр аль хэдийн ардчилал ба урвагч Протестантизм болж өөрчлөгдсөн байна. Тэр хоёр эвэр бүрэн нэгдэн нийлэхэд, тэд нэг хүч, нэг эвэр болдог. Яг тэр цаг үед Бурхан араатны дүрийн эсрэг сэрэмжлүүлэхийн тулд Протестантизмын жинхэнэ эврийг тодруулан өргөмжлөх болно. Тэр хоёр эвэр нь Америкийн Нэгдсэн Улс Библийн эш үзүүлгийн зургаа дахь хаанчлал байхаа болих хүртэл хоорондоо зэрэгцэн явдаг.</w:t>
      </w:r>
    </w:p>
    <w:p>
      <w:pPr>
        <w:pStyle w:val="ArticleBody"/>
        <w:jc w:val="left"/>
      </w:pPr>
      <w:r>
        <w:rPr>
          <w:rFonts w:ascii="Times New Roman" w:hAnsi="Times New Roman" w:eastAsia="Times New Roman" w:cs="Times New Roman"/>
        </w:rPr>
        <w:t>Илчлэл арван долоодугаар бүлэг нь луу (Нэгдсэн Үндэстний Байгууллага), араатан (папын эрх мэдэл), хуурамч эш үзүүлэгч (Америкийн Нэгдсэн Улс) гэсэн гурвалсан холбоо нь долоон толгойн дотроос гардаг найм дахь толгой болох хүч мөн гэдгийг тодорхойлдог. Тэр долоон толгой нь Вавилоноос эхэлж, дараа нь Мидо-Перс, Грек, түүнээс хойш харь шашинт Ромоор үргэлжлэх Библийн эш үзүүллэгийн хаант улсууд юм. Дараа нь тав дахь хаант улс нь 1798 онд эш үзүүллэгийн дагуу үхлийн шарх авсан папын Ром юм. Түүхийн тэр үед Библийн эш үзүүллэгийн зургаа дахь хаант улс болох Америкийн Нэгдсэн Улс удахгүй ирэх Ням гаргийн хуулиар түлхэн унагаагдах хүртлээ хаан ширээнд заларсан юм.</w:t>
      </w:r>
    </w:p>
    <w:p>
      <w:pPr>
        <w:pStyle w:val="ArticleBody"/>
        <w:jc w:val="left"/>
      </w:pPr>
      <w:r>
        <w:rPr>
          <w:rFonts w:ascii="Times New Roman" w:hAnsi="Times New Roman" w:eastAsia="Times New Roman" w:cs="Times New Roman"/>
        </w:rPr>
        <w:t>Тэр үед Нэгдсэн Үндэстний Байгууллага нь бүх дэлхийг араатанд зориулсан хөрөг дүрийг босгоход албаддаг хүчний эрхээр албадан үйлдэх болно. Тэр мөчид зургаа дахь хаанчлал мөн үхлийн шарх авсан байх бөгөөд харин Америкийн Нэгдсэн Улс Нэгдсэн Үндэстний Байгууллагад ноёрхлоо хүлээн зөвшөөрүүлэхийн тулд бүх дэлхийг албадаж, мөн гурвалсан холбоог захирах папын засгийн газрын ёс суртахууны эрх мэдлийг тэднээр хүлээн зөвшөөрүүлэхийг шаардах болно.</w:t>
      </w:r>
    </w:p>
    <w:p>
      <w:pPr>
        <w:pStyle w:val="ArticleScripture"/>
        <w:jc w:val="left"/>
      </w:pPr>
      <w:r>
        <w:rPr>
          <w:rFonts w:ascii="Times New Roman" w:hAnsi="Times New Roman" w:eastAsia="Times New Roman" w:cs="Times New Roman"/>
        </w:rPr>
        <w:t>Тэрээр араатны өмнө үйлдэх эрхтэй байсан тэр гайхамшгуудаар дамжуулан газар дээр оршин суугчдыг мэхэлж, сэлмээр шархдаад амьд үлдсэн араатанд дүрс бүтээх ёстой хэмээн газар дээр оршин суугчдад хэлэв. Мөн араатны дүрсэнд амь оруулах эрх түүнд байсан бөгөөд ингэснээр араатны дүрс ярьж, түүнчлэн араатны дүрсэнд мөргөхгүй бүхнийг алуулахад хүргэх ажээ. Илчлэлт 13:13, 14.</w:t>
      </w:r>
    </w:p>
    <w:p>
      <w:pPr>
        <w:pStyle w:val="ArticleBody"/>
        <w:jc w:val="left"/>
      </w:pPr>
      <w:r>
        <w:rPr>
          <w:rFonts w:ascii="Times New Roman" w:hAnsi="Times New Roman" w:eastAsia="Times New Roman" w:cs="Times New Roman"/>
        </w:rPr>
        <w:t>“Араатны дүр”-ийн талаар сүнслэг эш нөлөөний дотор өгөгдсөн цорын ганц тодорхойлолт нь энэ нь сүм (папын эрх мэдэл) ба төр (Нэгдсэн Үндэстний Байгууллага, бусад есөн хаадыг нь АНУ хянаж байдаг)-ийн нэгдлийг төлөөлдөг явдал юм. Иезебел бол папын эрх мэдэл; харин Ахаб бол хойд зүгийн арван овгийн хаан болох АНУ мөн.</w:t>
      </w:r>
    </w:p>
    <w:p>
      <w:pPr>
        <w:pStyle w:val="ArticleBody"/>
        <w:jc w:val="left"/>
      </w:pPr>
      <w:r>
        <w:rPr>
          <w:rFonts w:ascii="Times New Roman" w:hAnsi="Times New Roman" w:eastAsia="Times New Roman" w:cs="Times New Roman"/>
        </w:rPr>
        <w:t>Ням гарагийн хуулийн үед АНУ унахад, 1798 оноос хойш мартагдсан Тир (паплал) “санагдаж”, тэрээр өөрийн сэтгэл татам дуунуудаа эхлүүлнэ. Эллен Уайтын бичвэрүүдэд “үндэсний сүйрэл” хэмээн дүрслэгдсэн санхүүгийн нуран уналтын улмаас, АНУ хүн бүрийн гарыг түүний эсрэг нэгтгэдэг библийн хүчний талаар арга хэмжээ авахын тулд бүх ертөнцийг нэгтгэн цуглуулахад хүрнэ. Тэр хүч нь Ислам бөгөөд Исламын өвөг эцэг Ишмаелаар төлөөлөгддөг.</w:t>
      </w:r>
    </w:p>
    <w:p>
      <w:pPr>
        <w:pStyle w:val="ArticleScripture"/>
        <w:jc w:val="left"/>
      </w:pPr>
      <w:r>
        <w:rPr>
          <w:rFonts w:ascii="Times New Roman" w:hAnsi="Times New Roman" w:eastAsia="Times New Roman" w:cs="Times New Roman"/>
        </w:rPr>
        <w:t>ЭЗЭНий тэнгэрэлч түүнд — Харагтун, чи жирэмсэн болж, хүү төрүүлнэ; түүний нэрийг Ишмаел хэмээнэ. Учир нь ЭЗЭН чиний зовлонг сонсов. Тэр хүн зэрлэг илжиг мэт байх болно; түүний гар хүн бүрийн эсрэг, мөн хүн бүрийн гар түүний эсрэг байх болно; тэр бүх ах дүүсийнхээ өөдөөс харсан газар оршин суух болно гэж айлдав. Эхлэл 16:11, 12.</w:t>
      </w:r>
    </w:p>
    <w:p>
      <w:pPr>
        <w:pStyle w:val="ArticleBody"/>
        <w:jc w:val="left"/>
      </w:pPr>
      <w:r>
        <w:rPr>
          <w:rFonts w:ascii="Times New Roman" w:hAnsi="Times New Roman" w:eastAsia="Times New Roman" w:cs="Times New Roman"/>
        </w:rPr>
        <w:t>Америкийн Нэгдсэн Улс бусад есөн хаантай холбоо байгуулж, тэрхүү холбоонд удирдах байр суурийг эзэлнэ. Энэ нь зөвхөн богино хугацаанд тийн үйлдэх бөгөөд дараа нь, Иезебел Ахабыг захирч байсанчлан, папын эрх мэдлийг бүхний тэргүүн болгохыг шаардана.</w:t>
      </w:r>
    </w:p>
    <w:p>
      <w:pPr>
        <w:pStyle w:val="ArticleBody"/>
        <w:jc w:val="left"/>
      </w:pPr>
      <w:r>
        <w:rPr>
          <w:rFonts w:ascii="Times New Roman" w:hAnsi="Times New Roman" w:eastAsia="Times New Roman" w:cs="Times New Roman"/>
        </w:rPr>
        <w:t>Ийнхүү луу, араатан, хуурамч эш үзүүлэгчийн гурвалсан холбоо хамтдаа Армагеддон руу хөдөлнө. Наймын тоо амиллыг бэлгэддэг бөгөөд үхлийн шарх авна хэмээн эш үзүүллэгт тэмдэглэгдсэн хаанчлал нь тав дахь хаанчлал, өөрөөр хэлбэл папын эрх мэдэл байв. Папын засаглал амилуулагдах үед тэд найм дахь хаанчлал болж, тэрхүү гурвалсан нэгдлийг захирах эрх тэдэнд өгөгдөнө; мөн тэр найм дахь хаанчлал нь үхлийн шарх авсан хэмээн тодорхойлогдсон долоон хаанчлалын нэг толгой мөн бөгөөд харин мөнхүү үхлийн шархны эдгэрлийг ч Сүнсний илчлэл бас тодорхойлдог.</w:t>
      </w:r>
    </w:p>
    <w:p>
      <w:pPr>
        <w:pStyle w:val="ArticleScripture"/>
        <w:jc w:val="left"/>
      </w:pPr>
      <w:r>
        <w:rPr>
          <w:rFonts w:ascii="Times New Roman" w:hAnsi="Times New Roman" w:eastAsia="Times New Roman" w:cs="Times New Roman"/>
        </w:rPr>
        <w:t>“Бид эцсийн хямралд ойртох тусам Эзэний хэрэглүүрүүдийн дунд зохицол ба нэгдэл оршин байх нь амин чухал ач холбогдолтой юм. Дэлхий шуурга, дайн, зөрчил тэмцлээр дүүрэн байна. Гэвч нэг тэргүүн дор—папын эрх мэдлийн дор—ард түмэн Түүний гэрчүүдийн биеэр Бурханыг эсэргүүцэхээр нэгдэх болно. Энэ нэгдлийг агуу урвагч бат бэхээр холбоно. Тэрээр үнэний эсрэг дайтгуулахаар өөрийн төлөөлөгчдийг нэгтгэхийг эрмэлзэх зуур, түүний өмгөөлөгчдийг хувааж, сарниулахаар ажиллах болно. Хардалт, хорон таамаглал, муугаар хэлэх явдал нь эвгүйцэл ба хагарал тэмцлийг бий болгохын тулд түүнээр өдөөгддөг.” Testimonies, volume 7, 182.</w:t>
      </w:r>
    </w:p>
    <w:p>
      <w:pPr>
        <w:pStyle w:val="ArticleBody"/>
        <w:jc w:val="left"/>
      </w:pPr>
      <w:r>
        <w:rPr>
          <w:rFonts w:ascii="Times New Roman" w:hAnsi="Times New Roman" w:eastAsia="Times New Roman" w:cs="Times New Roman"/>
        </w:rPr>
        <w:t>Тэр цагт тав дахь хаант улс, зургаа дахь хаант улс, долоо дахь хаант улс нь бүгд өөр өөрсдийн тус тусын хаант улсуудыг алдсан байдаг тул, тэдгээрийн харгалзах хаант улсууд нь Бурханлагын гурвалсан бүрэлдэхүүнийг хуурамчаар дуурайлган, гурван хэсгээс бүрдсэн нэгэн хаант улс болон хамтад нь дахин амилуулагдана.</w:t>
      </w:r>
    </w:p>
    <w:p>
      <w:pPr>
        <w:pStyle w:val="ArticleBody"/>
        <w:jc w:val="left"/>
      </w:pPr>
      <w:r>
        <w:rPr>
          <w:rFonts w:ascii="Times New Roman" w:hAnsi="Times New Roman" w:eastAsia="Times New Roman" w:cs="Times New Roman"/>
        </w:rPr>
        <w:t>Хурга шиг хоёр эвэртэйгээр эхэлж, луу мэт ярьдаг нэг эвэр болон төгсдөг зургаа дахь хаант улс нь араатны хөрөг болдог тул папын эрх мэдлийн эш үзүүллэгийн шинжийг эзэмшдэг. Амилсан, долоогоос гарсан найм дахь хаант улс хэмээн юуны өмнө төлөөлөгдөн дүрслэгдэж буй нь араатан, өөрөөр хэлбэл папын эрх мэдэл мөн. Гэвч найм дахь нь долоогоос гарсан гэх эш үзүүллэгийн нууцлаг хэллэгийг хамгийн шууд биелүүлдэг нь папын эрх мэдэл хэдий ч, Америкийн Нэгдсэн Улс папын засаглалын хөргийг байгуулдаг бөгөөд иймээс эш үзүүллэгийн хувьд папын эрх мэдэлтэй адил шинж чанаруудыг бий болгодог.</w:t>
      </w:r>
    </w:p>
    <w:p>
      <w:pPr>
        <w:pStyle w:val="ArticleBody"/>
        <w:jc w:val="left"/>
      </w:pPr>
      <w:r>
        <w:rPr>
          <w:rFonts w:ascii="Times New Roman" w:hAnsi="Times New Roman" w:eastAsia="Times New Roman" w:cs="Times New Roman"/>
        </w:rPr>
        <w:t>Исаиа хорин гуравдугаар бүлгийн дагуу Тир буюу папын эрх мэдэл зургаа дахь хаант улсын төгсгөл хүртэл мартагдах ёстой байсан тул Америкийн Нэгдсэн Улс 1798 онд эхэлсэн. 1798 он нь Адвентизмийн эхэн үеийн Миллерчүүдийн хувьд төгсгөлийн цаг байв. 1844 оны хавар гэхэд Миллерчүүдийн Адвентизм нь Америкийн Нэгдсэн Улсын засгийн газрыг төлөөлдөг Бүгд Найрамдах үзлийн эвэртэй зэрэгцэн явдаг Протестантизмын нөмрөгийг хүлээн авсан байв. Хоёр эвэр нэг амьтан дээр байдаг тул тэд түүхийн турш хамтдаа урагшилдаг. Адвентизмийн эхлэл ба төгсгөл нь Бүгд Найрамдах үзлийн эвэртэй зэрэгцэн явдаг. 1798 оноос Протестантууд эхний тэнгэрэлчийн мэдээг няцаах хүртэлх түүх бол Бурхан тэр Протестант эвэрийг тогтоон байгуулсан үе байв. Тэрээр үүнийг Бүгд Найрамдах үзлийн эврийг тогтоосонтой адил сорилтын үйл явцаар хийсэн. Эдгээр зэрэгцээ эвэрсийн талаар хэлэх зүйл их бий, гэвч одоо биш.</w:t>
      </w:r>
    </w:p>
    <w:p>
      <w:pPr>
        <w:pStyle w:val="ArticleBody"/>
        <w:jc w:val="left"/>
      </w:pPr>
      <w:r>
        <w:rPr>
          <w:rFonts w:ascii="Times New Roman" w:hAnsi="Times New Roman" w:eastAsia="Times New Roman" w:cs="Times New Roman"/>
        </w:rPr>
        <w:t>Бүгд Найрамдах эвэр нь үнэн Протестант эвэртэй бус, харин урвагч Протестантизмтай завхайрлыг үйлддэг; учир нь үнэн эвэр нь Хурганы сүйт бүсгүй бөгөөд тэр онгон билээ. 1989 оны төгсгөлийн цагаас хойш долоон ерөнхийлөгч байсан. Тэдгээр ерөнхийлөгчдийн зургаа дахь нь Адвентизмийн төгсгөл дэх хөдөлгөөн мөн үхлийн шарх авсан яг тэр жилд үхлийн шарх хүлээн авсан. 1989 оны төгсгөлийн цагаас хойших найм дахь ерөнхийлөгч нь эдгэрсэн үхлийн шархыг хүлээн авсан нэгэн байх болно. Тэрээр долоогийн нэг болох ерөнхийлөгч байх ёстой. Үүнтэй нэгэн зэрэг, 2020 онд зургаа дахь ерөнхийлөгч үхлийн шархаа хүлээн авахад одоо Протестантын нөмрөгийг үүрч буй эвэр мөн алагдсан. Католицизмын араатан дээр хэрхэн байсанчлан, мөн урвагч Протестантизмын араатны дүр дээр хэрхэн байсанчлан, жинхэнэ Протестантизмын эвэр дээр ч мөн тийнхүү байна. Протестантизмын эвэр нь долоон сүмийн зургаа дахь сүмээр төлөөлөгддөг бөгөөд тэр нь найм дахь болж, гэвч долоогийн нэг хэвээр байна.</w:t>
      </w:r>
    </w:p>
    <w:p>
      <w:pPr>
        <w:pStyle w:val="ArticleBody"/>
        <w:jc w:val="left"/>
      </w:pPr>
      <w:r>
        <w:rPr>
          <w:rFonts w:ascii="Times New Roman" w:hAnsi="Times New Roman" w:eastAsia="Times New Roman" w:cs="Times New Roman"/>
        </w:rPr>
        <w:t>Та нар эдгээр мэдэгдлүүдийг шалган үзэхдээ, сорилтын хугацаа хаагдахын яг өмнө лац нь тайлагдах мэдээ нь эхлэл нь төгсгөлийг дүрслэн үзүүлдэг хүрээнд гарцаагүй танилцуулагдана гэдгийг санагтун. Тэрхүү мэдээ нь дэлхийн төгсгөлийг тодорхойлохын тулд Библийн түүхийг дэлхийн түүхтэй уялдуулан хэрэглэдэг “түүхэн үзэл”-ийн аргачлалаар тунхаглагдана. Тэр мэдээ газраас гарч ирдэг.</w:t>
      </w:r>
    </w:p>
    <w:p>
      <w:pPr>
        <w:pStyle w:val="ArticleScripture"/>
        <w:jc w:val="left"/>
      </w:pPr>
      <w:r>
        <w:rPr>
          <w:rFonts w:ascii="Times New Roman" w:hAnsi="Times New Roman" w:eastAsia="Times New Roman" w:cs="Times New Roman"/>
        </w:rPr>
        <w:t>Үнэн газар дэлхийгээс нахиалан гарч, зөвт байдал тэнгэрээс доошлон харах болно. Тийм ээ, ЭЗЭН сайн юмыг өгөх бөгөөд манай газар ургацаа өгөх болно. Зөвт байдал Түүний өмнө явж, биднийг Түүний мөрийн замд оруулах болно. Дуулал 85:11–13.</w:t>
      </w:r>
    </w:p>
    <w:p>
      <w:pPr>
        <w:pStyle w:val="ArticleBody"/>
        <w:jc w:val="left"/>
      </w:pPr>
      <w:r>
        <w:rPr>
          <w:rFonts w:ascii="Times New Roman" w:hAnsi="Times New Roman" w:eastAsia="Times New Roman" w:cs="Times New Roman"/>
        </w:rPr>
        <w:t>Энэ хэсэгт буй “газар” нь зүгээр нэг “нутаг” гэж тодорхойлогдсон хэрэг бус юм. Дууллын энэ хэсэг нь “нутаг”-ийг Илчлэлт арван гурав дахь бүлгийн “дэлхий” араатан мөн гэж тодорхойлоод зогсохгүй, “үнэн” нь газраас “ургасан” хэмээн мөн тэмдэглэсэн байдаг.</w:t>
      </w:r>
    </w:p>
    <w:p>
      <w:pPr>
        <w:pStyle w:val="ArticleScripture"/>
        <w:jc w:val="left"/>
      </w:pPr>
      <w:r>
        <w:rPr>
          <w:rFonts w:ascii="Times New Roman" w:hAnsi="Times New Roman" w:eastAsia="Times New Roman" w:cs="Times New Roman"/>
        </w:rPr>
        <w:t>“Шинэ Дэлхийн ямар үндэстэн 1798 онд хүчирхэгжин мандаж, хүч чадал ба агуу байдлын амлалтыг өгч, дэлхийн анхаарлыг татаж байсан бэ? Энэ бэлгэ тэмдгийн хэрэглээ ямар ч эргэлзээ үл тэвчинэ. Энэ эш үзүүллэгийн тодорхойлолтод нийцэх улс нэг л байдаг, зөвхөн нэг; энэ нь эргэлзээгүйгээр Америкийн Нэгдсэн Улсыг заадаг. Энэ үндэстний үүсэл, өсөлтийг дүрслэн өгүүлэхдээ илтгэгчид болон түүхчид ариун бичээчийн санаа, бүр бараг яг тэр үгсийг нь хүртэл өөрийн мэдэлгүй дахин дахин хэрэглэсээр ирсэн. Араатан ‘газраас гарч ирж’ байгаа нь үзэгдсэн; орчуулагчдын тайлбарласнаар энд ‘гарч ирж’ хэмээн орчуулсан үг нь үгчилбэл ‘ургамал мэт ургах буюу соёолон өндийх’ гэсэн утгатай ажээ.” Агуу Тэмцэл, 440.</w:t>
      </w:r>
    </w:p>
    <w:p>
      <w:pPr>
        <w:pStyle w:val="ArticleBody"/>
        <w:jc w:val="left"/>
      </w:pPr>
      <w:r>
        <w:rPr>
          <w:rFonts w:ascii="Times New Roman" w:hAnsi="Times New Roman" w:eastAsia="Times New Roman" w:cs="Times New Roman"/>
        </w:rPr>
        <w:t>Америкийн Нэгдсэн Улс бол “газраас гарч ирдэг” араатан мөн. Иймээс эдгээр өгүүллүүдэд дэвшүүлсэн мэдэгдлүүдийг шалгаж үзэхдээ, эш үзүүлгийн онгод энэ мэдээ төгсгөлийг эхлэлээр дүрслэн үзүүлдэг суурьтай байх болно гэдгийг тодорхойлж, энэ нь түүхэн шугам дээр түүхэн шугамын хүрээнд тавигдах бөгөөд Америкийн Нэгдсэн Улс дахь нэгэн дуу хоолойноос гарах ёстой. Мэдээж Америкийн Нэгдсэн Улсын дотор хуурамч дуу хоолойнууд бий, гэвч Бурханы Үгийн дагуу, мөн түүний эрх мэдэл дээр үндэслэн, Америкийн Нэгдсэн Улсаас гадна оршдог, эсвэл тэндээс бус гаралтай аливаа элч, эсвэл үйлчлэл бол хуурамч гэрэл мөн. Адвентизм Америкийн Нэгдсэн Улсад нэгэн хүний дуу хоолойгоор, мөн Америкийн Нэгдсэн Улсад байгуулагдсан хөдөлгөөнөөр эхэлсэн. Есүс аливаа зүйлийн төгсгөлийг тухайн зүйлийн эхлэлээр дүрслэн үзүүлдэг.</w:t>
      </w:r>
    </w:p>
    <w:p>
      <w:pPr>
        <w:pStyle w:val="ArticleBody"/>
        <w:jc w:val="left"/>
      </w:pPr>
      <w:r>
        <w:rPr>
          <w:rFonts w:ascii="Times New Roman" w:hAnsi="Times New Roman" w:eastAsia="Times New Roman" w:cs="Times New Roman"/>
        </w:rPr>
        <w:t>Чихтэй нь Сүнс чуулгануудад юу айлдаж буйг сонсогтун.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 — Тавдугаар дугаар</dc:title>
  <dc:subject>Эцсийн Гурав</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